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14881" w14:textId="77777777" w:rsidR="00433767" w:rsidRDefault="00000000">
      <w:r>
        <w:rPr>
          <w:noProof/>
        </w:rPr>
        <w:drawing>
          <wp:inline distT="0" distB="0" distL="0" distR="0" wp14:anchorId="033CE88D" wp14:editId="52B215CE">
            <wp:extent cx="2286000" cy="9797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4-03-06 at 10.57.38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7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77594" w14:textId="77777777" w:rsidR="00433767" w:rsidRDefault="00000000">
      <w:pPr>
        <w:jc w:val="center"/>
      </w:pPr>
      <w:r>
        <w:rPr>
          <w:b/>
          <w:sz w:val="40"/>
        </w:rPr>
        <w:t>Easy Read Complaints Policy</w:t>
      </w:r>
    </w:p>
    <w:p w14:paraId="4A5653C8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sz w:val="32"/>
          <w:szCs w:val="32"/>
        </w:rPr>
        <w:t>This is an Easy Read version of the Complaints Policy for stABILITY.</w:t>
      </w:r>
      <w:r w:rsidRPr="000A53DC">
        <w:rPr>
          <w:sz w:val="32"/>
          <w:szCs w:val="32"/>
        </w:rPr>
        <w:br/>
        <w:t>We want you to be happy and feel safe when you stay with us.</w:t>
      </w:r>
      <w:r w:rsidRPr="000A53DC">
        <w:rPr>
          <w:sz w:val="32"/>
          <w:szCs w:val="32"/>
        </w:rPr>
        <w:br/>
        <w:t>If something is wrong or upsets you, you can tell us. That is called a complaint.</w:t>
      </w:r>
    </w:p>
    <w:p w14:paraId="6CD8EF27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b/>
          <w:sz w:val="32"/>
          <w:szCs w:val="32"/>
        </w:rPr>
        <w:t>What is a complaint?</w:t>
      </w:r>
    </w:p>
    <w:p w14:paraId="595BA0A8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sz w:val="32"/>
          <w:szCs w:val="32"/>
        </w:rPr>
        <w:t>A complaint is when you are not happy about something. You can tell us if something is wrong.</w:t>
      </w:r>
    </w:p>
    <w:p w14:paraId="2B2F1FAE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b/>
          <w:sz w:val="32"/>
          <w:szCs w:val="32"/>
        </w:rPr>
        <w:t>Who can complain?</w:t>
      </w:r>
    </w:p>
    <w:p w14:paraId="49DF1719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sz w:val="32"/>
          <w:szCs w:val="32"/>
        </w:rPr>
        <w:t>You can complain.</w:t>
      </w:r>
      <w:r w:rsidRPr="000A53DC">
        <w:rPr>
          <w:sz w:val="32"/>
          <w:szCs w:val="32"/>
        </w:rPr>
        <w:br/>
        <w:t>Your family or carer can complain.</w:t>
      </w:r>
      <w:r w:rsidRPr="000A53DC">
        <w:rPr>
          <w:sz w:val="32"/>
          <w:szCs w:val="32"/>
        </w:rPr>
        <w:br/>
        <w:t>Your advocate can complain.</w:t>
      </w:r>
    </w:p>
    <w:p w14:paraId="0E85FF77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b/>
          <w:sz w:val="32"/>
          <w:szCs w:val="32"/>
        </w:rPr>
        <w:t>What can I complain about?</w:t>
      </w:r>
    </w:p>
    <w:p w14:paraId="45A6227D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sz w:val="32"/>
          <w:szCs w:val="32"/>
        </w:rPr>
        <w:t>You can complain about:</w:t>
      </w:r>
      <w:r w:rsidRPr="000A53DC">
        <w:rPr>
          <w:sz w:val="32"/>
          <w:szCs w:val="32"/>
        </w:rPr>
        <w:br/>
        <w:t>- How staff treat you</w:t>
      </w:r>
      <w:r w:rsidRPr="000A53DC">
        <w:rPr>
          <w:sz w:val="32"/>
          <w:szCs w:val="32"/>
        </w:rPr>
        <w:br/>
        <w:t>- How we care for you</w:t>
      </w:r>
      <w:r w:rsidRPr="000A53DC">
        <w:rPr>
          <w:sz w:val="32"/>
          <w:szCs w:val="32"/>
        </w:rPr>
        <w:br/>
        <w:t>- The food, room, or support</w:t>
      </w:r>
      <w:r w:rsidRPr="000A53DC">
        <w:rPr>
          <w:sz w:val="32"/>
          <w:szCs w:val="32"/>
        </w:rPr>
        <w:br/>
        <w:t>- Anything else you are not happy with</w:t>
      </w:r>
    </w:p>
    <w:p w14:paraId="11860056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b/>
          <w:sz w:val="32"/>
          <w:szCs w:val="32"/>
        </w:rPr>
        <w:t>How do I complain?</w:t>
      </w:r>
    </w:p>
    <w:p w14:paraId="5CC79E6F" w14:textId="00900B59" w:rsidR="00433767" w:rsidRPr="000A53DC" w:rsidRDefault="00000000" w:rsidP="000A53DC">
      <w:pPr>
        <w:rPr>
          <w:sz w:val="32"/>
          <w:szCs w:val="32"/>
        </w:rPr>
      </w:pPr>
      <w:r w:rsidRPr="000A53DC">
        <w:rPr>
          <w:sz w:val="32"/>
          <w:szCs w:val="32"/>
        </w:rPr>
        <w:t>You can:</w:t>
      </w:r>
      <w:r w:rsidRPr="000A53DC">
        <w:rPr>
          <w:sz w:val="32"/>
          <w:szCs w:val="32"/>
        </w:rPr>
        <w:br/>
        <w:t>- Tell a staff member</w:t>
      </w:r>
      <w:r w:rsidRPr="000A53DC">
        <w:rPr>
          <w:sz w:val="32"/>
          <w:szCs w:val="32"/>
        </w:rPr>
        <w:br/>
      </w:r>
      <w:r w:rsidRPr="000A53DC">
        <w:rPr>
          <w:sz w:val="32"/>
          <w:szCs w:val="32"/>
        </w:rPr>
        <w:lastRenderedPageBreak/>
        <w:t>- Ask someone to help you complain</w:t>
      </w:r>
      <w:r w:rsidRPr="000A53DC">
        <w:rPr>
          <w:sz w:val="32"/>
          <w:szCs w:val="32"/>
        </w:rPr>
        <w:br/>
        <w:t>- Write to us or email us</w:t>
      </w:r>
      <w:r w:rsidRPr="000A53DC">
        <w:rPr>
          <w:sz w:val="32"/>
          <w:szCs w:val="32"/>
        </w:rPr>
        <w:br/>
        <w:t>Email: info@stabilitydorset.com</w:t>
      </w:r>
      <w:r w:rsidRPr="000A53DC">
        <w:rPr>
          <w:sz w:val="32"/>
          <w:szCs w:val="32"/>
        </w:rPr>
        <w:br/>
        <w:t xml:space="preserve">Phone: </w:t>
      </w:r>
      <w:r w:rsidR="000A53DC">
        <w:rPr>
          <w:sz w:val="32"/>
          <w:szCs w:val="32"/>
        </w:rPr>
        <w:t xml:space="preserve">Angie </w:t>
      </w:r>
      <w:r w:rsidRPr="000A53DC">
        <w:rPr>
          <w:sz w:val="32"/>
          <w:szCs w:val="32"/>
        </w:rPr>
        <w:t xml:space="preserve">07305 155146 / </w:t>
      </w:r>
      <w:r w:rsidR="000A53DC">
        <w:rPr>
          <w:sz w:val="32"/>
          <w:szCs w:val="32"/>
        </w:rPr>
        <w:t xml:space="preserve">Vicky </w:t>
      </w:r>
      <w:r w:rsidRPr="000A53DC">
        <w:rPr>
          <w:sz w:val="32"/>
          <w:szCs w:val="32"/>
        </w:rPr>
        <w:t>07743 432809</w:t>
      </w:r>
    </w:p>
    <w:p w14:paraId="7115F531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b/>
          <w:sz w:val="32"/>
          <w:szCs w:val="32"/>
        </w:rPr>
        <w:t>What happens next?</w:t>
      </w:r>
    </w:p>
    <w:p w14:paraId="726C5614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sz w:val="32"/>
          <w:szCs w:val="32"/>
        </w:rPr>
        <w:t>We will:</w:t>
      </w:r>
      <w:r w:rsidRPr="000A53DC">
        <w:rPr>
          <w:sz w:val="32"/>
          <w:szCs w:val="32"/>
        </w:rPr>
        <w:br/>
        <w:t>- Listen to you</w:t>
      </w:r>
      <w:r w:rsidRPr="000A53DC">
        <w:rPr>
          <w:sz w:val="32"/>
          <w:szCs w:val="32"/>
        </w:rPr>
        <w:br/>
        <w:t>- Talk with you about what happened</w:t>
      </w:r>
      <w:r w:rsidRPr="000A53DC">
        <w:rPr>
          <w:sz w:val="32"/>
          <w:szCs w:val="32"/>
        </w:rPr>
        <w:br/>
        <w:t>- Try to fix the problem</w:t>
      </w:r>
      <w:r w:rsidRPr="000A53DC">
        <w:rPr>
          <w:sz w:val="32"/>
          <w:szCs w:val="32"/>
        </w:rPr>
        <w:br/>
        <w:t>- Give you an answer in 3 to 20 days</w:t>
      </w:r>
    </w:p>
    <w:p w14:paraId="412F3214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b/>
          <w:sz w:val="32"/>
          <w:szCs w:val="32"/>
        </w:rPr>
        <w:t>What if I am still not happy?</w:t>
      </w:r>
    </w:p>
    <w:p w14:paraId="4AA109FF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sz w:val="32"/>
          <w:szCs w:val="32"/>
        </w:rPr>
        <w:t>You can talk to:</w:t>
      </w:r>
      <w:r w:rsidRPr="000A53DC">
        <w:rPr>
          <w:sz w:val="32"/>
          <w:szCs w:val="32"/>
        </w:rPr>
        <w:br/>
        <w:t>- Angie Lambert</w:t>
      </w:r>
      <w:r w:rsidRPr="000A53DC">
        <w:rPr>
          <w:sz w:val="32"/>
          <w:szCs w:val="32"/>
        </w:rPr>
        <w:br/>
        <w:t>- Vicky Gordge</w:t>
      </w:r>
      <w:r w:rsidRPr="000A53DC">
        <w:rPr>
          <w:sz w:val="32"/>
          <w:szCs w:val="32"/>
        </w:rPr>
        <w:br/>
        <w:t>Or you can contact the Care Quality Commission (CQC):</w:t>
      </w:r>
      <w:r w:rsidRPr="000A53DC">
        <w:rPr>
          <w:sz w:val="32"/>
          <w:szCs w:val="32"/>
        </w:rPr>
        <w:br/>
        <w:t>Phone: 03000 616161</w:t>
      </w:r>
      <w:r w:rsidRPr="000A53DC">
        <w:rPr>
          <w:sz w:val="32"/>
          <w:szCs w:val="32"/>
        </w:rPr>
        <w:br/>
        <w:t>Website: www.cqc.org.uk</w:t>
      </w:r>
    </w:p>
    <w:p w14:paraId="1F096896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b/>
          <w:sz w:val="32"/>
          <w:szCs w:val="32"/>
        </w:rPr>
        <w:t>Will you keep it private?</w:t>
      </w:r>
    </w:p>
    <w:p w14:paraId="46FDFA04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sz w:val="32"/>
          <w:szCs w:val="32"/>
        </w:rPr>
        <w:t>Yes. We will only talk to people who need to know. We will not tell other people.</w:t>
      </w:r>
    </w:p>
    <w:p w14:paraId="186D35C9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b/>
          <w:sz w:val="32"/>
          <w:szCs w:val="32"/>
        </w:rPr>
        <w:t>What do you do with complaints?</w:t>
      </w:r>
    </w:p>
    <w:p w14:paraId="30B51AB1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sz w:val="32"/>
          <w:szCs w:val="32"/>
        </w:rPr>
        <w:t>We write them down and look at how we can make things better.</w:t>
      </w:r>
    </w:p>
    <w:p w14:paraId="2ECDB465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b/>
          <w:sz w:val="32"/>
          <w:szCs w:val="32"/>
        </w:rPr>
        <w:t>Review</w:t>
      </w:r>
    </w:p>
    <w:p w14:paraId="248E5418" w14:textId="77777777" w:rsidR="00433767" w:rsidRPr="000A53DC" w:rsidRDefault="00000000" w:rsidP="000A53DC">
      <w:pPr>
        <w:rPr>
          <w:sz w:val="32"/>
          <w:szCs w:val="32"/>
        </w:rPr>
      </w:pPr>
      <w:r w:rsidRPr="000A53DC">
        <w:rPr>
          <w:sz w:val="32"/>
          <w:szCs w:val="32"/>
        </w:rPr>
        <w:t>We will look at this policy every year to make sure it works well.</w:t>
      </w:r>
    </w:p>
    <w:sectPr w:rsidR="00433767" w:rsidRPr="000A53DC" w:rsidSect="000A53DC">
      <w:footerReference w:type="default" r:id="rId9"/>
      <w:pgSz w:w="12240" w:h="15840"/>
      <w:pgMar w:top="1440" w:right="943" w:bottom="1440" w:left="10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9002C" w14:textId="77777777" w:rsidR="00AF4F36" w:rsidRDefault="00AF4F36">
      <w:pPr>
        <w:spacing w:after="0" w:line="240" w:lineRule="auto"/>
      </w:pPr>
      <w:r>
        <w:separator/>
      </w:r>
    </w:p>
  </w:endnote>
  <w:endnote w:type="continuationSeparator" w:id="0">
    <w:p w14:paraId="5ED589CB" w14:textId="77777777" w:rsidR="00AF4F36" w:rsidRDefault="00AF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A909F" w14:textId="77777777" w:rsidR="00433767" w:rsidRDefault="00000000">
    <w:pPr>
      <w:pStyle w:val="Footer"/>
      <w:jc w:val="center"/>
    </w:pPr>
    <w:r>
      <w:t>stABILITY – The Journey to Independence (Easy Read)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0C019" w14:textId="77777777" w:rsidR="00AF4F36" w:rsidRDefault="00AF4F36">
      <w:pPr>
        <w:spacing w:after="0" w:line="240" w:lineRule="auto"/>
      </w:pPr>
      <w:r>
        <w:separator/>
      </w:r>
    </w:p>
  </w:footnote>
  <w:footnote w:type="continuationSeparator" w:id="0">
    <w:p w14:paraId="7AB1B550" w14:textId="77777777" w:rsidR="00AF4F36" w:rsidRDefault="00AF4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0800079">
    <w:abstractNumId w:val="8"/>
  </w:num>
  <w:num w:numId="2" w16cid:durableId="1710640982">
    <w:abstractNumId w:val="6"/>
  </w:num>
  <w:num w:numId="3" w16cid:durableId="228924211">
    <w:abstractNumId w:val="5"/>
  </w:num>
  <w:num w:numId="4" w16cid:durableId="2120952717">
    <w:abstractNumId w:val="4"/>
  </w:num>
  <w:num w:numId="5" w16cid:durableId="2000840835">
    <w:abstractNumId w:val="7"/>
  </w:num>
  <w:num w:numId="6" w16cid:durableId="2128035868">
    <w:abstractNumId w:val="3"/>
  </w:num>
  <w:num w:numId="7" w16cid:durableId="726345429">
    <w:abstractNumId w:val="2"/>
  </w:num>
  <w:num w:numId="8" w16cid:durableId="328097011">
    <w:abstractNumId w:val="1"/>
  </w:num>
  <w:num w:numId="9" w16cid:durableId="4549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53DC"/>
    <w:rsid w:val="0015074B"/>
    <w:rsid w:val="0029639D"/>
    <w:rsid w:val="002A5C21"/>
    <w:rsid w:val="00326F90"/>
    <w:rsid w:val="00433767"/>
    <w:rsid w:val="009767A2"/>
    <w:rsid w:val="00AA1D8D"/>
    <w:rsid w:val="00AF4F36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947869"/>
  <w14:defaultImageDpi w14:val="300"/>
  <w15:docId w15:val="{D16AE2D4-62FE-5B41-97AB-99250DB4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stABILITY</cp:lastModifiedBy>
  <cp:revision>2</cp:revision>
  <dcterms:created xsi:type="dcterms:W3CDTF">2025-06-23T14:17:00Z</dcterms:created>
  <dcterms:modified xsi:type="dcterms:W3CDTF">2025-06-23T14:17:00Z</dcterms:modified>
  <cp:category/>
</cp:coreProperties>
</file>