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4297680" cy="1290898"/>
            <wp:docPr id="1" name="Picture 1"/>
            <wp:cNvGraphicFramePr>
              <a:graphicFrameLocks noChangeAspect="1"/>
            </wp:cNvGraphicFramePr>
            <a:graphic>
              <a:graphicData uri="http://schemas.openxmlformats.org/drawingml/2006/picture">
                <pic:pic>
                  <pic:nvPicPr>
                    <pic:cNvPr id="0" name="logo_price_list.png"/>
                    <pic:cNvPicPr/>
                  </pic:nvPicPr>
                  <pic:blipFill>
                    <a:blip r:embed="rId11"/>
                    <a:stretch>
                      <a:fillRect/>
                    </a:stretch>
                  </pic:blipFill>
                  <pic:spPr>
                    <a:xfrm>
                      <a:off x="0" y="0"/>
                      <a:ext cx="4297680" cy="1290898"/>
                    </a:xfrm>
                    <a:prstGeom prst="rect"/>
                  </pic:spPr>
                </pic:pic>
              </a:graphicData>
            </a:graphic>
          </wp:inline>
        </w:drawing>
      </w:r>
    </w:p>
    <w:p>
      <w:pPr>
        <w:spacing w:after="40"/>
        <w:jc w:val="center"/>
      </w:pPr>
      <w:r>
        <w:rPr>
          <w:rFonts w:ascii="EB Garamond" w:hAnsi="EB Garamond"/>
          <w:b/>
          <w:color w:val="1E376D"/>
          <w:sz w:val="32"/>
        </w:rPr>
        <w:t>CREDIT CARD PAYMENT AUTHORIZATION</w:t>
      </w:r>
    </w:p>
    <w:p>
      <w:pPr>
        <w:spacing w:after="180"/>
        <w:jc w:val="center"/>
        <w:pBdr>
          <w:bottom w:val="single" w:sz="7" w:color="BB9B64" w:space="5"/>
        </w:pBdr>
      </w:pPr>
      <w:r>
        <w:rPr>
          <w:rFonts w:ascii="Lato" w:hAnsi="Lato"/>
          <w:color w:val="666C78"/>
          <w:sz w:val="16"/>
        </w:rPr>
        <w:t>One-time purchases  •  Payment plans  •  Cemetery goods &amp; services</w:t>
      </w:r>
    </w:p>
    <w:p>
      <w:pPr>
        <w:pStyle w:val="CardBody"/>
        <w:widowControl/>
      </w:pPr>
      <w:r>
        <w:t xml:space="preserve">I authorize </w:t>
      </w:r>
      <w:r>
        <w:rPr>
          <w:b/>
        </w:rPr>
        <w:t>Hanover Memorial Park Cemetery</w:t>
      </w:r>
      <w:r>
        <w:t xml:space="preserve"> to charge the credit card provided below for cemetery goods, services, fees, and/or payment plan payments associated with my account.</w:t>
      </w:r>
    </w:p>
    <w:p>
      <w:pPr>
        <w:pStyle w:val="CardBody"/>
        <w:widowControl/>
      </w:pPr>
      <w:r>
        <w:t xml:space="preserve">I understand and agree that a </w:t>
      </w:r>
      <w:r>
        <w:rPr>
          <w:b/>
        </w:rPr>
        <w:t>3.75% credit card processing fee</w:t>
      </w:r>
      <w:r>
        <w:t xml:space="preserve"> will be added each time the credit card is charged. I understand that this processing fee is non-refundable and is charged in connection with the use of a credit card as the method of payment.</w:t>
      </w:r>
    </w:p>
    <w:p>
      <w:pPr>
        <w:pStyle w:val="CardBody"/>
        <w:widowControl/>
        <w:spacing w:after="40"/>
      </w:pPr>
      <w:r>
        <w:t>I authorize Hanover Memorial Park Cemetery to charge my card as follows:</w:t>
      </w:r>
    </w:p>
    <w:p>
      <w:pPr>
        <w:pStyle w:val="CardHeading"/>
        <w:keepNext/>
        <w:widowControl/>
      </w:pPr>
      <w:r>
        <w:t>Choose One Authorization</w:t>
      </w:r>
    </w:p>
    <w:p>
      <w:pPr>
        <w:pStyle w:val="CardBody"/>
        <w:keepNext/>
        <w:widowControl/>
        <w:spacing w:after="40"/>
      </w:pPr>
      <w:r>
        <w:t xml:space="preserve">☐  </w:t>
      </w:r>
      <w:r>
        <w:rPr>
          <w:b/>
        </w:rPr>
        <w:t>One-Time Payment Authorization</w:t>
      </w:r>
    </w:p>
    <w:p>
      <w:pPr>
        <w:pStyle w:val="CardBody"/>
        <w:widowControl/>
        <w:spacing w:after="80"/>
      </w:pPr>
      <w:r>
        <w:t>I authorize Hanover Memorial Park Cemetery to charge my credit card one time in the amount of $____________, plus the applicable 3.75% credit card processing fee.</w:t>
      </w:r>
    </w:p>
    <w:p>
      <w:pPr>
        <w:pStyle w:val="CardBody"/>
        <w:keepNext/>
        <w:widowControl/>
        <w:spacing w:after="40"/>
      </w:pPr>
      <w:r>
        <w:t xml:space="preserve">☐  </w:t>
      </w:r>
      <w:r>
        <w:rPr>
          <w:b/>
        </w:rPr>
        <w:t>Payment Plan / Recurring Authorization</w:t>
      </w:r>
    </w:p>
    <w:p>
      <w:pPr>
        <w:pStyle w:val="CardBody"/>
        <w:widowControl/>
        <w:spacing w:after="100"/>
      </w:pPr>
      <w:r>
        <w:t>I authorize Hanover Memorial Park Cemetery to charge my credit card according to the signed payment plan agreement, including the applicable 3.75% credit card processing fee each time the card is charged. This authorization will remain in effect until the balance is paid in full or until I provide written notice revoking this authorization, subject to any amounts already due under the signed agreement.</w:t>
      </w:r>
    </w:p>
    <w:p>
      <w:pPr>
        <w:pStyle w:val="CardHeading"/>
        <w:keepNext/>
        <w:widowControl/>
      </w:pPr>
      <w:r>
        <w:t>Terms &amp; Acknowledgment</w:t>
      </w:r>
    </w:p>
    <w:p>
      <w:pPr>
        <w:pStyle w:val="CardBody"/>
        <w:widowControl/>
        <w:spacing w:after="60"/>
      </w:pPr>
      <w:r>
        <w:t>I understand that if a payment is declined, late, reversed, disputed, or returned for any reason, my account may be considered past due, and Hanover Memorial Park Cemetery may require an alternate form of payment before continuing with any goods, services, orders, or placement.</w:t>
      </w:r>
    </w:p>
    <w:p>
      <w:pPr>
        <w:pStyle w:val="CardBody"/>
        <w:widowControl/>
        <w:spacing w:after="60"/>
      </w:pPr>
      <w:r>
        <w:t>I certify that I am the authorized cardholder or have legal authority to use the card listed below. I agree not to dispute authorized charges made in accordance with this signed authorization and any related signed contract, invoice, or payment plan agreement.</w:t>
      </w:r>
    </w:p>
    <w:p>
      <w:pPr>
        <w:pStyle w:val="CardBody"/>
        <w:widowControl/>
        <w:spacing w:after="100"/>
      </w:pPr>
      <w:r>
        <w:t>By signing below, I acknowledge that I have read and agree to the terms of this authorization.</w:t>
      </w:r>
    </w:p>
    <w:p>
      <w:pPr>
        <w:pStyle w:val="CardHeading"/>
        <w:keepNext/>
        <w:widowControl/>
      </w:pPr>
      <w:r>
        <w:t>Cardholder &amp; Payment Information</w:t>
      </w:r>
    </w:p>
    <w:tbl>
      <w:tblPr>
        <w:tblW w:type="auto" w:w="0"/>
        <w:jc w:val="center"/>
        <w:tblLayout w:type="fixed"/>
        <w:tblLook w:firstColumn="1" w:firstRow="1" w:lastColumn="0" w:lastRow="0" w:noHBand="0" w:noVBand="1" w:val="04A0"/>
      </w:tblPr>
      <w:tblGrid>
        <w:gridCol w:w="5112"/>
        <w:gridCol w:w="5112"/>
      </w:tblGrid>
      <w:tr>
        <w:tc>
          <w:tcPr>
            <w:tcW w:type="dxa" w:w="5155"/>
            <w:vAlign w:val="center"/>
            <w:shd w:fill="F0F3F8"/>
            <w:tcMar>
              <w:top w:w="70" w:type="dxa"/>
              <w:bottom w:w="60" w:type="dxa"/>
              <w:start w:w="110" w:type="dxa"/>
              <w:end w:w="110" w:type="dxa"/>
            </w:tcMar>
            <w:tcBorders>
              <w:bottom w:val="single" w:color="D7DFE9" w:sz="4"/>
            </w:tcBorders>
          </w:tcPr>
          <w:p>
            <w:pPr>
              <w:pStyle w:val="CardField"/>
              <w:spacing w:after="0"/>
            </w:pPr>
            <w:r/>
            <w:r>
              <w:t>Cardholder Name: __________________________</w:t>
            </w:r>
          </w:p>
        </w:tc>
        <w:tc>
          <w:tcPr>
            <w:tcW w:type="dxa" w:w="5040"/>
            <w:vAlign w:val="center"/>
            <w:shd w:fill="F0F3F8"/>
            <w:tcMar>
              <w:top w:w="70" w:type="dxa"/>
              <w:bottom w:w="60" w:type="dxa"/>
              <w:start w:w="110" w:type="dxa"/>
              <w:end w:w="110" w:type="dxa"/>
            </w:tcMar>
            <w:tcBorders>
              <w:bottom w:val="single" w:color="D7DFE9" w:sz="4"/>
            </w:tcBorders>
          </w:tcPr>
          <w:p>
            <w:pPr>
              <w:pStyle w:val="CardField"/>
              <w:spacing w:after="0"/>
            </w:pPr>
            <w:r/>
            <w:r>
              <w:t>Phone Number: __________________________</w:t>
            </w:r>
          </w:p>
        </w:tc>
      </w:tr>
      <w:tr>
        <w:tc>
          <w:tcPr>
            <w:tcW w:type="dxa" w:w="5155"/>
            <w:vAlign w:val="center"/>
            <w:shd w:fill="FFFFFF"/>
            <w:tcMar>
              <w:top w:w="70" w:type="dxa"/>
              <w:bottom w:w="60" w:type="dxa"/>
              <w:start w:w="110" w:type="dxa"/>
              <w:end w:w="110" w:type="dxa"/>
            </w:tcMar>
            <w:tcBorders>
              <w:bottom w:val="single" w:color="D7DFE9" w:sz="4"/>
            </w:tcBorders>
          </w:tcPr>
          <w:p>
            <w:pPr>
              <w:pStyle w:val="CardField"/>
              <w:spacing w:after="0"/>
            </w:pPr>
            <w:r/>
            <w:r>
              <w:t>Billing Address: __________________________</w:t>
            </w:r>
          </w:p>
        </w:tc>
        <w:tc>
          <w:tcPr>
            <w:tcW w:type="dxa" w:w="5040"/>
            <w:vAlign w:val="center"/>
            <w:shd w:fill="FFFFFF"/>
            <w:tcMar>
              <w:top w:w="70" w:type="dxa"/>
              <w:bottom w:w="60" w:type="dxa"/>
              <w:start w:w="110" w:type="dxa"/>
              <w:end w:w="110" w:type="dxa"/>
            </w:tcMar>
            <w:tcBorders>
              <w:bottom w:val="single" w:color="D7DFE9" w:sz="4"/>
            </w:tcBorders>
          </w:tcPr>
          <w:p>
            <w:pPr>
              <w:pStyle w:val="CardField"/>
              <w:spacing w:after="0"/>
            </w:pPr>
            <w:r/>
            <w:r>
              <w:t>Email: __________________________________</w:t>
            </w:r>
          </w:p>
        </w:tc>
      </w:tr>
      <w:tr>
        <w:tc>
          <w:tcPr>
            <w:tcW w:type="dxa" w:w="5155"/>
            <w:vAlign w:val="center"/>
            <w:shd w:fill="F0F3F8"/>
            <w:tcMar>
              <w:top w:w="70" w:type="dxa"/>
              <w:bottom w:w="60" w:type="dxa"/>
              <w:start w:w="110" w:type="dxa"/>
              <w:end w:w="110" w:type="dxa"/>
            </w:tcMar>
            <w:tcBorders>
              <w:bottom w:val="single" w:color="D7DFE9" w:sz="4"/>
            </w:tcBorders>
          </w:tcPr>
          <w:p>
            <w:pPr>
              <w:pStyle w:val="CardField"/>
              <w:spacing w:after="0"/>
            </w:pPr>
            <w:r/>
            <w:r>
              <w:t>Card Type:  ☐ Visa  ☐ MasterCard</w:t>
            </w:r>
          </w:p>
        </w:tc>
        <w:tc>
          <w:tcPr>
            <w:tcW w:type="dxa" w:w="5040"/>
            <w:vAlign w:val="center"/>
            <w:shd w:fill="F0F3F8"/>
            <w:tcMar>
              <w:top w:w="70" w:type="dxa"/>
              <w:bottom w:w="60" w:type="dxa"/>
              <w:start w:w="110" w:type="dxa"/>
              <w:end w:w="110" w:type="dxa"/>
            </w:tcMar>
            <w:tcBorders>
              <w:bottom w:val="single" w:color="D7DFE9" w:sz="4"/>
            </w:tcBorders>
          </w:tcPr>
          <w:p>
            <w:pPr>
              <w:pStyle w:val="CardField"/>
              <w:spacing w:after="0"/>
            </w:pPr>
            <w:r/>
            <w:r>
              <w:t>☐ Discover  ☐ American Express</w:t>
            </w:r>
          </w:p>
        </w:tc>
      </w:tr>
      <w:tr>
        <w:tc>
          <w:tcPr>
            <w:tcW w:type="dxa" w:w="5155"/>
            <w:vAlign w:val="center"/>
            <w:shd w:fill="FFFFFF"/>
            <w:tcMar>
              <w:top w:w="70" w:type="dxa"/>
              <w:bottom w:w="60" w:type="dxa"/>
              <w:start w:w="110" w:type="dxa"/>
              <w:end w:w="110" w:type="dxa"/>
            </w:tcMar>
            <w:tcBorders>
              <w:bottom w:val="single" w:color="D7DFE9" w:sz="4"/>
            </w:tcBorders>
          </w:tcPr>
          <w:p>
            <w:pPr>
              <w:pStyle w:val="CardField"/>
              <w:spacing w:after="0"/>
            </w:pPr>
            <w:r/>
            <w:r>
              <w:t>Card Number: ____________________________</w:t>
            </w:r>
          </w:p>
        </w:tc>
        <w:tc>
          <w:tcPr>
            <w:tcW w:type="dxa" w:w="5040"/>
            <w:vAlign w:val="center"/>
            <w:shd w:fill="FFFFFF"/>
            <w:tcMar>
              <w:top w:w="70" w:type="dxa"/>
              <w:bottom w:w="60" w:type="dxa"/>
              <w:start w:w="110" w:type="dxa"/>
              <w:end w:w="110" w:type="dxa"/>
            </w:tcMar>
            <w:tcBorders>
              <w:bottom w:val="single" w:color="D7DFE9" w:sz="4"/>
            </w:tcBorders>
          </w:tcPr>
          <w:p>
            <w:pPr>
              <w:pStyle w:val="CardField"/>
              <w:spacing w:after="0"/>
            </w:pPr>
            <w:r/>
            <w:r>
              <w:t>Expiration Date: ________________________</w:t>
            </w:r>
          </w:p>
        </w:tc>
      </w:tr>
      <w:tr>
        <w:tc>
          <w:tcPr>
            <w:tcW w:type="dxa" w:w="5155"/>
            <w:vAlign w:val="center"/>
            <w:shd w:fill="F0F3F8"/>
            <w:tcMar>
              <w:top w:w="70" w:type="dxa"/>
              <w:bottom w:w="60" w:type="dxa"/>
              <w:start w:w="110" w:type="dxa"/>
              <w:end w:w="110" w:type="dxa"/>
            </w:tcMar>
            <w:tcBorders>
              <w:bottom w:val="single" w:color="D7DFE9" w:sz="4"/>
            </w:tcBorders>
          </w:tcPr>
          <w:p>
            <w:pPr>
              <w:pStyle w:val="CardField"/>
              <w:spacing w:after="0"/>
            </w:pPr>
            <w:r/>
            <w:r>
              <w:t>Amount Authorized: $____________________</w:t>
            </w:r>
          </w:p>
        </w:tc>
        <w:tc>
          <w:tcPr>
            <w:tcW w:type="dxa" w:w="5040"/>
            <w:vAlign w:val="center"/>
            <w:shd w:fill="F0F3F8"/>
            <w:tcMar>
              <w:top w:w="70" w:type="dxa"/>
              <w:bottom w:w="60" w:type="dxa"/>
              <w:start w:w="110" w:type="dxa"/>
              <w:end w:w="110" w:type="dxa"/>
            </w:tcMar>
            <w:tcBorders>
              <w:bottom w:val="single" w:color="D7DFE9" w:sz="4"/>
            </w:tcBorders>
          </w:tcPr>
          <w:p>
            <w:pPr>
              <w:pStyle w:val="CardField"/>
              <w:spacing w:after="0"/>
            </w:pPr>
            <w:r/>
            <w:r>
              <w:t>Credit Card Processing Fee: 3.75%</w:t>
            </w:r>
          </w:p>
        </w:tc>
      </w:tr>
      <w:tr>
        <w:tc>
          <w:tcPr>
            <w:tcW w:type="dxa" w:w="5155"/>
            <w:vAlign w:val="center"/>
            <w:shd w:fill="FFFFFF"/>
            <w:tcMar>
              <w:top w:w="70" w:type="dxa"/>
              <w:bottom w:w="60" w:type="dxa"/>
              <w:start w:w="110" w:type="dxa"/>
              <w:end w:w="110" w:type="dxa"/>
            </w:tcMar>
            <w:tcBorders>
              <w:bottom w:val="single" w:color="D7DFE9" w:sz="4"/>
            </w:tcBorders>
          </w:tcPr>
          <w:p>
            <w:pPr>
              <w:pStyle w:val="CardField"/>
              <w:spacing w:after="0"/>
            </w:pPr>
            <w:r/>
            <w:r>
              <w:t>Signature: ______________________________</w:t>
            </w:r>
          </w:p>
        </w:tc>
        <w:tc>
          <w:tcPr>
            <w:tcW w:type="dxa" w:w="5040"/>
            <w:vAlign w:val="center"/>
            <w:shd w:fill="FFFFFF"/>
            <w:tcMar>
              <w:top w:w="70" w:type="dxa"/>
              <w:bottom w:w="60" w:type="dxa"/>
              <w:start w:w="110" w:type="dxa"/>
              <w:end w:w="110" w:type="dxa"/>
            </w:tcMar>
            <w:tcBorders>
              <w:bottom w:val="single" w:color="D7DFE9" w:sz="4"/>
            </w:tcBorders>
          </w:tcPr>
          <w:p>
            <w:pPr>
              <w:pStyle w:val="CardField"/>
              <w:spacing w:after="0"/>
            </w:pPr>
            <w:r/>
            <w:r>
              <w:t>Date: __________________________________</w:t>
            </w:r>
          </w:p>
        </w:tc>
      </w:tr>
      <w:tr>
        <w:tc>
          <w:tcPr>
            <w:tcW w:type="dxa" w:w="5155"/>
            <w:vAlign w:val="center"/>
            <w:shd w:fill="F0F3F8"/>
            <w:tcMar>
              <w:top w:w="70" w:type="dxa"/>
              <w:bottom w:w="60" w:type="dxa"/>
              <w:start w:w="110" w:type="dxa"/>
              <w:end w:w="110" w:type="dxa"/>
            </w:tcMar>
            <w:tcBorders>
              <w:bottom w:val="single" w:color="D7DFE9" w:sz="4"/>
            </w:tcBorders>
          </w:tcPr>
          <w:p>
            <w:pPr>
              <w:pStyle w:val="CardField"/>
              <w:spacing w:after="0"/>
            </w:pPr>
            <w:r/>
            <w:r>
              <w:t>Printed Name: __________________________</w:t>
            </w:r>
          </w:p>
        </w:tc>
        <w:tc>
          <w:tcPr>
            <w:tcW w:type="dxa" w:w="5040"/>
            <w:vAlign w:val="center"/>
            <w:shd w:fill="F0F3F8"/>
            <w:tcMar>
              <w:top w:w="70" w:type="dxa"/>
              <w:bottom w:w="60" w:type="dxa"/>
              <w:start w:w="110" w:type="dxa"/>
              <w:end w:w="110" w:type="dxa"/>
            </w:tcMar>
            <w:tcBorders>
              <w:bottom w:val="single" w:color="D7DFE9" w:sz="4"/>
            </w:tcBorders>
          </w:tcPr>
          <w:p>
            <w:pPr>
              <w:pStyle w:val="CardField"/>
              <w:spacing w:after="0"/>
            </w:pPr>
            <w:r/>
            <w:r/>
          </w:p>
        </w:tc>
      </w:tr>
    </w:tbl>
    <w:sectPr w:rsidR="00FC693F" w:rsidRPr="0006063C" w:rsidSect="00034616">
      <w:footerReference w:type="default" r:id="rId9"/>
      <w:pgSz w:w="12240" w:h="15840"/>
      <w:pgMar w:top="749" w:right="1008" w:bottom="821" w:left="1008"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12" w:color="D6DDEA" w:space="3"/>
      </w:pBdr>
    </w:pPr>
    <w:r>
      <w:rPr>
        <w:rFonts w:ascii="Lato" w:hAnsi="Lato"/>
        <w:color w:val="1E376D"/>
        <w:sz w:val="14"/>
      </w:rPr>
      <w:t>HANOVER MEMORIAL PARK CEMETERY  |  4447 Mechanicsville Turnpike  |  Mechanicsville, VA 23111  |  804-779-1003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ato" w:hAnsi="Lato"/>
      <w:color w:val="32374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geTitle">
    <w:name w:val="PageTitle"/>
    <w:pPr>
      <w:spacing w:before="0" w:after="60" w:line="259" w:lineRule="auto"/>
    </w:pPr>
    <w:rPr>
      <w:rFonts w:ascii="EB Garamond" w:hAnsi="EB Garamond"/>
      <w:b w:val="0"/>
      <w:color w:val="1E376D"/>
      <w:sz w:val="42"/>
    </w:rPr>
  </w:style>
  <w:style w:type="paragraph" w:customStyle="1" w:styleId="SectionHeader">
    <w:name w:val="SectionHeader"/>
    <w:pPr>
      <w:spacing w:before="180" w:after="80" w:line="259" w:lineRule="auto"/>
    </w:pPr>
    <w:rPr>
      <w:rFonts w:ascii="EB Garamond" w:hAnsi="EB Garamond"/>
      <w:b/>
      <w:color w:val="1E376D"/>
      <w:sz w:val="30"/>
    </w:rPr>
  </w:style>
  <w:style w:type="paragraph" w:customStyle="1" w:styleId="MiniHeader">
    <w:name w:val="MiniHeader"/>
    <w:pPr>
      <w:spacing w:before="100" w:after="60" w:line="259" w:lineRule="auto"/>
    </w:pPr>
    <w:rPr>
      <w:rFonts w:ascii="Lato" w:hAnsi="Lato"/>
      <w:b/>
      <w:color w:val="1E376D"/>
      <w:sz w:val="18"/>
    </w:rPr>
  </w:style>
  <w:style w:type="paragraph" w:customStyle="1" w:styleId="SmallNote">
    <w:name w:val="SmallNote"/>
    <w:pPr>
      <w:spacing w:before="20" w:after="100" w:line="259" w:lineRule="auto"/>
    </w:pPr>
    <w:rPr>
      <w:rFonts w:ascii="Lato" w:hAnsi="Lato"/>
      <w:b w:val="0"/>
      <w:color w:val="646C76"/>
      <w:sz w:val="16"/>
    </w:rPr>
  </w:style>
  <w:style w:type="paragraph" w:customStyle="1" w:styleId="BodyText">
    <w:name w:val="BodyText"/>
    <w:pPr>
      <w:spacing w:before="0" w:after="80" w:line="259" w:lineRule="auto"/>
    </w:pPr>
    <w:rPr>
      <w:rFonts w:ascii="Lato" w:hAnsi="Lato"/>
      <w:b w:val="0"/>
      <w:color w:val="323741"/>
      <w:sz w:val="18"/>
    </w:rPr>
  </w:style>
  <w:style w:type="paragraph" w:customStyle="1" w:styleId="MiniText">
    <w:name w:val="MiniText"/>
    <w:pPr>
      <w:spacing w:before="0" w:after="60" w:line="259" w:lineRule="auto"/>
    </w:pPr>
    <w:rPr>
      <w:rFonts w:ascii="Lato" w:hAnsi="Lato"/>
      <w:b w:val="0"/>
      <w:color w:val="323741"/>
      <w:sz w:val="16"/>
    </w:rPr>
  </w:style>
  <w:style w:type="paragraph" w:customStyle="1" w:styleId="CardBody">
    <w:name w:val="CardBody"/>
    <w:pPr>
      <w:spacing w:after="80" w:before="0" w:line="254" w:lineRule="auto"/>
    </w:pPr>
    <w:rPr>
      <w:rFonts w:ascii="Lato" w:hAnsi="Lato"/>
      <w:b w:val="0"/>
      <w:color w:val="2A3443"/>
      <w:sz w:val="18"/>
    </w:rPr>
  </w:style>
  <w:style w:type="paragraph" w:customStyle="1" w:styleId="CardHeading">
    <w:name w:val="CardHeading"/>
    <w:pPr>
      <w:spacing w:after="60" w:before="0" w:line="254" w:lineRule="auto"/>
    </w:pPr>
    <w:rPr>
      <w:rFonts w:ascii="EB Garamond" w:hAnsi="EB Garamond"/>
      <w:b/>
      <w:color w:val="1E376D"/>
      <w:sz w:val="24"/>
    </w:rPr>
  </w:style>
  <w:style w:type="paragraph" w:customStyle="1" w:styleId="CardField">
    <w:name w:val="CardField"/>
    <w:pPr>
      <w:spacing w:after="40" w:before="0" w:line="254" w:lineRule="auto"/>
    </w:pPr>
    <w:rPr>
      <w:rFonts w:ascii="Lato" w:hAnsi="Lato"/>
      <w:b w:val="0"/>
      <w:color w:val="2A3443"/>
      <w:sz w:val="18"/>
    </w:rPr>
  </w:style>
  <w:style w:type="paragraph" w:customStyle="1" w:styleId="CardSmall">
    <w:name w:val="CardSmall"/>
    <w:pPr>
      <w:spacing w:after="60" w:before="0" w:line="254" w:lineRule="auto"/>
    </w:pPr>
    <w:rPr>
      <w:rFonts w:ascii="Lato" w:hAnsi="Lato"/>
      <w:b w:val="0"/>
      <w:color w:val="66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HMP Credit Card Payment Authorization</dc:title>
  <dc:subject>Matching Hanover Memorial Park November 2026 general price list styling</dc:subject>
  <dc:creator>Hanover Memorial Park Cemetery</dc:creator>
  <cp:keywords/>
  <dc:description>generated by python-docx</dc:description>
  <cp:lastModifiedBy/>
  <cp:revision>1</cp:revision>
  <dcterms:created xsi:type="dcterms:W3CDTF">2013-12-23T23:15:00Z</dcterms:created>
  <dcterms:modified xsi:type="dcterms:W3CDTF">2013-12-23T23:15:00Z</dcterms:modified>
  <cp:category/>
</cp:coreProperties>
</file>