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C9B191" w14:textId="259203B5" w:rsidR="00F77C84" w:rsidRDefault="00F4202C">
      <w:pPr>
        <w:pStyle w:val="Title"/>
      </w:pPr>
      <w:r>
        <w:t xml:space="preserve">Д-р Красимир Златев, </w:t>
      </w:r>
      <w:proofErr w:type="spellStart"/>
      <w:r>
        <w:t>дмд</w:t>
      </w:r>
      <w:proofErr w:type="spellEnd"/>
    </w:p>
    <w:p w14:paraId="2EADD8AD" w14:textId="50353BB2" w:rsidR="00F77C84" w:rsidRDefault="00926864">
      <w:r>
        <w:rPr>
          <w:noProof/>
        </w:rPr>
        <w:drawing>
          <wp:inline distT="0" distB="0" distL="0" distR="0" wp14:anchorId="510FFBA1" wp14:editId="253FF462">
            <wp:extent cx="1251993" cy="1774371"/>
            <wp:effectExtent l="0" t="0" r="5715" b="3810"/>
            <wp:docPr id="1853462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462441" name="Picture 18534624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1402" cy="188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E25E2" w14:textId="5C466B37" w:rsidR="00F77C84" w:rsidRDefault="00F4202C">
      <w:r>
        <w:t xml:space="preserve">Варна, България | +359 887 309 880 | </w:t>
      </w:r>
      <w:r w:rsidR="00C67C95">
        <w:t>dr</w:t>
      </w:r>
      <w:r>
        <w:t>.</w:t>
      </w:r>
      <w:r w:rsidR="00C67C95">
        <w:t>krasimirzlatev@vitalboneexperts.</w:t>
      </w:r>
      <w:r>
        <w:t>com</w:t>
      </w:r>
    </w:p>
    <w:p w14:paraId="5CE0426A" w14:textId="70C06996" w:rsidR="00F77C84" w:rsidRDefault="00F4202C">
      <w:proofErr w:type="spellStart"/>
      <w:r>
        <w:t>Инстаграм</w:t>
      </w:r>
      <w:proofErr w:type="spellEnd"/>
      <w:r>
        <w:t xml:space="preserve">: </w:t>
      </w:r>
      <w:r w:rsidR="00C67C95">
        <w:t xml:space="preserve">    </w:t>
      </w:r>
      <w:proofErr w:type="gramStart"/>
      <w:r>
        <w:t>krasimir.zlatev</w:t>
      </w:r>
      <w:proofErr w:type="gramEnd"/>
      <w:r w:rsidR="00C67C95">
        <w:t>.</w:t>
      </w:r>
      <w:r>
        <w:t>77</w:t>
      </w:r>
      <w:r w:rsidR="00C67C95">
        <w:t xml:space="preserve">                     web: https://vitalboneexperts.academy</w:t>
      </w:r>
    </w:p>
    <w:p w14:paraId="5BA20444" w14:textId="60312F12" w:rsidR="00C67C95" w:rsidRDefault="00C67C95">
      <w:r>
        <w:t xml:space="preserve">                             </w:t>
      </w:r>
      <w:proofErr w:type="spellStart"/>
      <w:r>
        <w:t>vitalboneexperts</w:t>
      </w:r>
      <w:proofErr w:type="spellEnd"/>
    </w:p>
    <w:p w14:paraId="2260CB41" w14:textId="77777777" w:rsidR="00F77C84" w:rsidRDefault="00F4202C">
      <w:pPr>
        <w:pStyle w:val="Heading1"/>
      </w:pPr>
      <w:r>
        <w:t>Професионално резюме</w:t>
      </w:r>
    </w:p>
    <w:p w14:paraId="766241EB" w14:textId="2B414BB5" w:rsidR="00F77C84" w:rsidRDefault="001C6646">
      <w:r>
        <w:t xml:space="preserve">Доктор по дентална медицина с повече от 40 години клиничен опит и международно следдипломно обучение по пародонтология, имплантология и биологична костна аугментация. </w:t>
      </w:r>
      <w:proofErr w:type="spellStart"/>
      <w:r>
        <w:t>Основател</w:t>
      </w:r>
      <w:proofErr w:type="spellEnd"/>
      <w:r>
        <w:t xml:space="preserve">, </w:t>
      </w:r>
      <w:r w:rsidR="004A4463">
        <w:rPr>
          <w:lang w:val="bg-BG"/>
        </w:rPr>
        <w:t>съдружник</w:t>
      </w:r>
      <w:r>
        <w:t xml:space="preserve"> и </w:t>
      </w:r>
      <w:r w:rsidR="004A4463">
        <w:rPr>
          <w:lang w:val="bg-BG"/>
        </w:rPr>
        <w:t>управител</w:t>
      </w:r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дентална</w:t>
      </w:r>
      <w:proofErr w:type="spellEnd"/>
      <w:r>
        <w:t xml:space="preserve"> </w:t>
      </w:r>
      <w:proofErr w:type="spellStart"/>
      <w:r>
        <w:t>клиника</w:t>
      </w:r>
      <w:proofErr w:type="spellEnd"/>
      <w:r>
        <w:t xml:space="preserve"> </w:t>
      </w:r>
      <w:proofErr w:type="spellStart"/>
      <w:r>
        <w:t>Златеви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Варна, </w:t>
      </w:r>
      <w:proofErr w:type="spellStart"/>
      <w:r>
        <w:t>България</w:t>
      </w:r>
      <w:proofErr w:type="spellEnd"/>
      <w:r>
        <w:t xml:space="preserve">. </w:t>
      </w:r>
      <w:r w:rsidR="004A4463">
        <w:rPr>
          <w:lang w:val="bg-BG"/>
        </w:rPr>
        <w:t xml:space="preserve">Ангажиран </w:t>
      </w:r>
      <w:r>
        <w:t xml:space="preserve"> в </w:t>
      </w:r>
      <w:r w:rsidR="004A4463">
        <w:rPr>
          <w:lang w:val="bg-BG"/>
        </w:rPr>
        <w:t xml:space="preserve">приложението на </w:t>
      </w:r>
      <w:r>
        <w:t xml:space="preserve"> </w:t>
      </w:r>
      <w:proofErr w:type="spellStart"/>
      <w:r>
        <w:t>мукогингивални</w:t>
      </w:r>
      <w:proofErr w:type="spellEnd"/>
      <w:r>
        <w:t xml:space="preserve"> и </w:t>
      </w:r>
      <w:proofErr w:type="spellStart"/>
      <w:r>
        <w:t>имплантни</w:t>
      </w:r>
      <w:proofErr w:type="spellEnd"/>
      <w:r>
        <w:t xml:space="preserve"> </w:t>
      </w:r>
      <w:proofErr w:type="spellStart"/>
      <w:r>
        <w:t>хирургични</w:t>
      </w:r>
      <w:proofErr w:type="spellEnd"/>
      <w:r>
        <w:t xml:space="preserve"> </w:t>
      </w:r>
      <w:proofErr w:type="spellStart"/>
      <w:r>
        <w:t>техники</w:t>
      </w:r>
      <w:proofErr w:type="spellEnd"/>
      <w:r>
        <w:t xml:space="preserve">. </w:t>
      </w:r>
      <w:proofErr w:type="spellStart"/>
      <w:r>
        <w:t>Лектор</w:t>
      </w:r>
      <w:proofErr w:type="spellEnd"/>
      <w:r>
        <w:t xml:space="preserve"> </w:t>
      </w:r>
      <w:r w:rsidR="004A4463">
        <w:rPr>
          <w:lang w:val="bg-BG"/>
        </w:rPr>
        <w:t xml:space="preserve">в областта </w:t>
      </w:r>
      <w:proofErr w:type="spellStart"/>
      <w:r>
        <w:t>на</w:t>
      </w:r>
      <w:proofErr w:type="spellEnd"/>
      <w:r>
        <w:t xml:space="preserve"> </w:t>
      </w:r>
      <w:proofErr w:type="spellStart"/>
      <w:r w:rsidR="004A4463">
        <w:rPr>
          <w:lang w:val="bg-BG"/>
        </w:rPr>
        <w:t>билогичните</w:t>
      </w:r>
      <w:proofErr w:type="spellEnd"/>
      <w:r w:rsidR="004A4463">
        <w:rPr>
          <w:lang w:val="bg-BG"/>
        </w:rPr>
        <w:t xml:space="preserve"> методи</w:t>
      </w:r>
      <w:r>
        <w:t xml:space="preserve"> </w:t>
      </w:r>
      <w:r w:rsidR="004A4463">
        <w:rPr>
          <w:lang w:val="bg-BG"/>
        </w:rPr>
        <w:t xml:space="preserve">за </w:t>
      </w:r>
      <w:proofErr w:type="spellStart"/>
      <w:r>
        <w:t>поставяне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импланти</w:t>
      </w:r>
      <w:proofErr w:type="spellEnd"/>
      <w:r>
        <w:t xml:space="preserve"> (IDR), </w:t>
      </w:r>
      <w:proofErr w:type="spellStart"/>
      <w:r>
        <w:t>техниката</w:t>
      </w:r>
      <w:proofErr w:type="spellEnd"/>
      <w:r>
        <w:t xml:space="preserve"> Khoury и SLT (</w:t>
      </w:r>
      <w:proofErr w:type="spellStart"/>
      <w:r>
        <w:t>полулунна</w:t>
      </w:r>
      <w:proofErr w:type="spellEnd"/>
      <w:r>
        <w:t xml:space="preserve">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костна</w:t>
      </w:r>
      <w:proofErr w:type="spellEnd"/>
      <w:r>
        <w:t xml:space="preserve"> </w:t>
      </w:r>
      <w:proofErr w:type="spellStart"/>
      <w:r>
        <w:t>аугментация</w:t>
      </w:r>
      <w:proofErr w:type="spellEnd"/>
      <w:r>
        <w:t xml:space="preserve">). Носител </w:t>
      </w:r>
      <w:proofErr w:type="gramStart"/>
      <w:r>
        <w:t>на  национални</w:t>
      </w:r>
      <w:proofErr w:type="gramEnd"/>
      <w:r>
        <w:t xml:space="preserve"> награди </w:t>
      </w:r>
      <w:proofErr w:type="gramStart"/>
      <w:r>
        <w:t>за  постижения</w:t>
      </w:r>
      <w:proofErr w:type="gramEnd"/>
      <w:r>
        <w:t xml:space="preserve"> в естетичната стоматология.</w:t>
      </w:r>
    </w:p>
    <w:p w14:paraId="3287D540" w14:textId="77777777" w:rsidR="00F77C84" w:rsidRDefault="00F4202C">
      <w:pPr>
        <w:pStyle w:val="Heading1"/>
      </w:pPr>
      <w:r>
        <w:t>Професионален опит</w:t>
      </w:r>
    </w:p>
    <w:p w14:paraId="382BC72E" w14:textId="4C08DFC5" w:rsidR="00926864" w:rsidRDefault="004A4463" w:rsidP="00461234">
      <w:pPr>
        <w:pStyle w:val="NoSpacing"/>
      </w:pPr>
      <w:r>
        <w:rPr>
          <w:lang w:val="bg-BG"/>
        </w:rPr>
        <w:t>Управител</w:t>
      </w:r>
      <w:r w:rsidR="00F4202C">
        <w:t xml:space="preserve"> и </w:t>
      </w:r>
      <w:proofErr w:type="spellStart"/>
      <w:r w:rsidR="00F4202C">
        <w:t>главен</w:t>
      </w:r>
      <w:proofErr w:type="spellEnd"/>
      <w:r w:rsidR="00F4202C">
        <w:t xml:space="preserve"> </w:t>
      </w:r>
      <w:proofErr w:type="spellStart"/>
      <w:r w:rsidR="00F4202C">
        <w:t>дентален</w:t>
      </w:r>
      <w:proofErr w:type="spellEnd"/>
      <w:r w:rsidR="00F4202C">
        <w:t xml:space="preserve"> </w:t>
      </w:r>
      <w:r>
        <w:rPr>
          <w:lang w:val="bg-BG"/>
        </w:rPr>
        <w:t>лекар</w:t>
      </w:r>
      <w:r w:rsidR="00F4202C">
        <w:t xml:space="preserve">, АГППДП "Д-р </w:t>
      </w:r>
      <w:proofErr w:type="spellStart"/>
      <w:r w:rsidR="00F4202C">
        <w:t>Златеви</w:t>
      </w:r>
      <w:proofErr w:type="spellEnd"/>
      <w:r w:rsidR="00F4202C">
        <w:t xml:space="preserve">" ЕООД - </w:t>
      </w:r>
      <w:proofErr w:type="spellStart"/>
      <w:r w:rsidR="00F4202C">
        <w:t>Варна</w:t>
      </w:r>
      <w:proofErr w:type="spellEnd"/>
      <w:r w:rsidR="00F4202C">
        <w:t xml:space="preserve">, </w:t>
      </w:r>
      <w:proofErr w:type="spellStart"/>
      <w:r w:rsidR="00F4202C">
        <w:t>България</w:t>
      </w:r>
      <w:proofErr w:type="spellEnd"/>
      <w:r w:rsidR="00F4202C">
        <w:t xml:space="preserve"> (1985 г. - до момента) </w:t>
      </w:r>
    </w:p>
    <w:p w14:paraId="62EFC71E" w14:textId="0A559045" w:rsidR="004A4463" w:rsidRDefault="00F4202C" w:rsidP="00461234">
      <w:pPr>
        <w:pStyle w:val="NoSpacing"/>
      </w:pPr>
      <w:r>
        <w:t xml:space="preserve">- </w:t>
      </w:r>
      <w:proofErr w:type="spellStart"/>
      <w:r>
        <w:t>основател</w:t>
      </w:r>
      <w:proofErr w:type="spellEnd"/>
      <w:r>
        <w:t xml:space="preserve"> и </w:t>
      </w:r>
      <w:proofErr w:type="spellStart"/>
      <w:r>
        <w:t>ръководител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дентална</w:t>
      </w:r>
      <w:proofErr w:type="spellEnd"/>
      <w:r>
        <w:t xml:space="preserve"> </w:t>
      </w:r>
      <w:proofErr w:type="spellStart"/>
      <w:r>
        <w:t>клиника</w:t>
      </w:r>
      <w:proofErr w:type="spellEnd"/>
      <w:r>
        <w:t xml:space="preserve"> "</w:t>
      </w:r>
      <w:proofErr w:type="spellStart"/>
      <w:r>
        <w:t>Златеви</w:t>
      </w:r>
      <w:proofErr w:type="spellEnd"/>
      <w:r>
        <w:t>"</w:t>
      </w:r>
    </w:p>
    <w:p w14:paraId="64CA7ABA" w14:textId="4CB86ECE" w:rsidR="00926864" w:rsidRPr="000C2C84" w:rsidRDefault="00926864" w:rsidP="00461234">
      <w:pPr>
        <w:pStyle w:val="NoSpacing"/>
      </w:pPr>
      <w:r>
        <w:t>-</w:t>
      </w:r>
      <w:r>
        <w:rPr>
          <w:lang w:val="bg-BG"/>
        </w:rPr>
        <w:t xml:space="preserve">Съосновател </w:t>
      </w:r>
      <w:r w:rsidR="000C2C84">
        <w:rPr>
          <w:lang w:val="bg-BG"/>
        </w:rPr>
        <w:t xml:space="preserve">и управител </w:t>
      </w:r>
      <w:r>
        <w:rPr>
          <w:lang w:val="bg-BG"/>
        </w:rPr>
        <w:t xml:space="preserve">на </w:t>
      </w:r>
      <w:proofErr w:type="spellStart"/>
      <w:r>
        <w:t>VitalBoneExperts</w:t>
      </w:r>
      <w:proofErr w:type="spellEnd"/>
      <w:r>
        <w:t xml:space="preserve"> </w:t>
      </w:r>
      <w:r w:rsidR="000C2C84">
        <w:t>OÜ</w:t>
      </w:r>
    </w:p>
    <w:p w14:paraId="6B53A397" w14:textId="35218B75" w:rsidR="004A4463" w:rsidRDefault="001C6646" w:rsidP="00461234">
      <w:pPr>
        <w:pStyle w:val="NoSpacing"/>
        <w:rPr>
          <w:lang w:val="bg-BG"/>
        </w:rPr>
      </w:pPr>
      <w:r>
        <w:t>-</w:t>
      </w:r>
      <w:proofErr w:type="spellStart"/>
      <w:r>
        <w:t>Член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Управителния</w:t>
      </w:r>
      <w:proofErr w:type="spellEnd"/>
      <w:r>
        <w:t xml:space="preserve"> </w:t>
      </w:r>
      <w:proofErr w:type="spellStart"/>
      <w:r>
        <w:t>съвет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BSPOI (</w:t>
      </w:r>
      <w:proofErr w:type="spellStart"/>
      <w:r>
        <w:t>Българско</w:t>
      </w:r>
      <w:proofErr w:type="spellEnd"/>
      <w:r>
        <w:t xml:space="preserve"> </w:t>
      </w:r>
      <w:proofErr w:type="spellStart"/>
      <w:r>
        <w:t>дружество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пародонтология</w:t>
      </w:r>
      <w:proofErr w:type="spellEnd"/>
      <w:r>
        <w:t xml:space="preserve"> и </w:t>
      </w:r>
      <w:r w:rsidR="004A4463">
        <w:rPr>
          <w:lang w:val="bg-BG"/>
        </w:rPr>
        <w:t xml:space="preserve">орална </w:t>
      </w:r>
      <w:proofErr w:type="spellStart"/>
      <w:r>
        <w:t>имплантология</w:t>
      </w:r>
      <w:proofErr w:type="spellEnd"/>
      <w:r>
        <w:t>)</w:t>
      </w:r>
    </w:p>
    <w:p w14:paraId="68D195AA" w14:textId="77777777" w:rsidR="004A4463" w:rsidRDefault="001C6646" w:rsidP="00461234">
      <w:pPr>
        <w:pStyle w:val="NoSpacing"/>
        <w:rPr>
          <w:lang w:val="bg-BG"/>
        </w:rPr>
      </w:pPr>
      <w:r>
        <w:t xml:space="preserve"> - </w:t>
      </w:r>
      <w:proofErr w:type="spellStart"/>
      <w:r>
        <w:t>Извършва</w:t>
      </w:r>
      <w:proofErr w:type="spellEnd"/>
      <w:r>
        <w:t xml:space="preserve"> </w:t>
      </w:r>
      <w:proofErr w:type="spellStart"/>
      <w:r>
        <w:t>съвременни</w:t>
      </w:r>
      <w:proofErr w:type="spellEnd"/>
      <w:r>
        <w:t xml:space="preserve"> </w:t>
      </w:r>
      <w:proofErr w:type="spellStart"/>
      <w:r>
        <w:t>хирургични</w:t>
      </w:r>
      <w:proofErr w:type="spellEnd"/>
      <w:r>
        <w:t xml:space="preserve"> </w:t>
      </w:r>
      <w:proofErr w:type="spellStart"/>
      <w:r>
        <w:t>процедури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направлявана</w:t>
      </w:r>
      <w:proofErr w:type="spellEnd"/>
      <w:r>
        <w:t xml:space="preserve"> </w:t>
      </w:r>
      <w:proofErr w:type="spellStart"/>
      <w:r>
        <w:t>костна</w:t>
      </w:r>
      <w:proofErr w:type="spellEnd"/>
      <w:r>
        <w:t xml:space="preserve"> </w:t>
      </w:r>
      <w:proofErr w:type="spellStart"/>
      <w:r>
        <w:t>регенерация</w:t>
      </w:r>
      <w:proofErr w:type="spellEnd"/>
      <w:r>
        <w:t xml:space="preserve">, </w:t>
      </w:r>
      <w:proofErr w:type="spellStart"/>
      <w:r>
        <w:t>биологична</w:t>
      </w:r>
      <w:proofErr w:type="spellEnd"/>
      <w:r>
        <w:t xml:space="preserve"> </w:t>
      </w:r>
      <w:proofErr w:type="spellStart"/>
      <w:r>
        <w:t>костна</w:t>
      </w:r>
      <w:proofErr w:type="spellEnd"/>
      <w:r>
        <w:t xml:space="preserve"> </w:t>
      </w:r>
      <w:proofErr w:type="spellStart"/>
      <w:r>
        <w:t>аугментация</w:t>
      </w:r>
      <w:proofErr w:type="spellEnd"/>
      <w:r>
        <w:t xml:space="preserve">, </w:t>
      </w:r>
      <w:proofErr w:type="spellStart"/>
      <w:r>
        <w:t>поставяне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импланти</w:t>
      </w:r>
      <w:proofErr w:type="spellEnd"/>
      <w:r>
        <w:t xml:space="preserve"> и </w:t>
      </w:r>
      <w:proofErr w:type="spellStart"/>
      <w:r>
        <w:t>мукогингивална</w:t>
      </w:r>
      <w:proofErr w:type="spellEnd"/>
      <w:r>
        <w:t xml:space="preserve"> </w:t>
      </w:r>
      <w:proofErr w:type="spellStart"/>
      <w:r>
        <w:t>реконструкция</w:t>
      </w:r>
      <w:proofErr w:type="spellEnd"/>
    </w:p>
    <w:p w14:paraId="200CBBEA" w14:textId="2AAFCD63" w:rsidR="00F77C84" w:rsidRPr="004A4463" w:rsidRDefault="001C6646">
      <w:pPr>
        <w:rPr>
          <w:lang w:val="bg-BG"/>
        </w:rPr>
      </w:pPr>
      <w:r>
        <w:t xml:space="preserve">- </w:t>
      </w:r>
      <w:proofErr w:type="spellStart"/>
      <w:r>
        <w:t>Интегрира</w:t>
      </w:r>
      <w:proofErr w:type="spellEnd"/>
      <w:r>
        <w:t xml:space="preserve"> </w:t>
      </w:r>
      <w:proofErr w:type="spellStart"/>
      <w:r>
        <w:t>дигитална</w:t>
      </w:r>
      <w:proofErr w:type="spellEnd"/>
      <w:r>
        <w:t xml:space="preserve"> </w:t>
      </w:r>
      <w:proofErr w:type="spellStart"/>
      <w:r>
        <w:t>стоматология</w:t>
      </w:r>
      <w:proofErr w:type="spellEnd"/>
      <w:r>
        <w:t xml:space="preserve"> и CAD/CAM </w:t>
      </w:r>
      <w:proofErr w:type="spellStart"/>
      <w:r>
        <w:t>работни</w:t>
      </w:r>
      <w:proofErr w:type="spellEnd"/>
      <w:r>
        <w:t xml:space="preserve"> </w:t>
      </w:r>
      <w:proofErr w:type="spellStart"/>
      <w:r>
        <w:t>процеси</w:t>
      </w:r>
      <w:proofErr w:type="spellEnd"/>
    </w:p>
    <w:p w14:paraId="2391B44F" w14:textId="77777777" w:rsidR="00F77C84" w:rsidRDefault="00F4202C">
      <w:pPr>
        <w:pStyle w:val="Heading1"/>
      </w:pPr>
      <w:proofErr w:type="spellStart"/>
      <w:r>
        <w:lastRenderedPageBreak/>
        <w:t>Образование</w:t>
      </w:r>
      <w:proofErr w:type="spellEnd"/>
    </w:p>
    <w:p w14:paraId="27BF0C4C" w14:textId="35672B6D" w:rsidR="00F77C84" w:rsidRDefault="00F4202C">
      <w:proofErr w:type="spellStart"/>
      <w:r>
        <w:t>Доктор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дентална</w:t>
      </w:r>
      <w:proofErr w:type="spellEnd"/>
      <w:r>
        <w:t xml:space="preserve"> </w:t>
      </w:r>
      <w:proofErr w:type="spellStart"/>
      <w:r>
        <w:t>медицина</w:t>
      </w:r>
      <w:proofErr w:type="spellEnd"/>
      <w:r>
        <w:t xml:space="preserve"> (ДМД)</w:t>
      </w:r>
      <w:r w:rsidR="004A4463">
        <w:rPr>
          <w:lang w:val="bg-BG"/>
        </w:rPr>
        <w:t xml:space="preserve"> </w:t>
      </w:r>
      <w:proofErr w:type="spellStart"/>
      <w:r>
        <w:t>Медицински</w:t>
      </w:r>
      <w:proofErr w:type="spellEnd"/>
      <w:r>
        <w:t xml:space="preserve"> </w:t>
      </w:r>
      <w:proofErr w:type="spellStart"/>
      <w:r>
        <w:t>университет</w:t>
      </w:r>
      <w:proofErr w:type="spellEnd"/>
      <w:r>
        <w:t xml:space="preserve"> - </w:t>
      </w:r>
      <w:proofErr w:type="spellStart"/>
      <w:r>
        <w:t>Пловдив</w:t>
      </w:r>
      <w:proofErr w:type="spellEnd"/>
      <w:r>
        <w:t xml:space="preserve">, </w:t>
      </w:r>
      <w:proofErr w:type="spellStart"/>
      <w:r>
        <w:t>България</w:t>
      </w:r>
      <w:proofErr w:type="spellEnd"/>
      <w:r w:rsidR="004A4463">
        <w:t xml:space="preserve"> </w:t>
      </w:r>
      <w:proofErr w:type="spellStart"/>
      <w:r>
        <w:t>Дипломиран</w:t>
      </w:r>
      <w:proofErr w:type="spellEnd"/>
      <w:r>
        <w:t>: 1985 г.</w:t>
      </w:r>
    </w:p>
    <w:p w14:paraId="67479207" w14:textId="77777777" w:rsidR="00F77C84" w:rsidRDefault="00F4202C">
      <w:pPr>
        <w:pStyle w:val="Heading1"/>
      </w:pPr>
      <w:r>
        <w:t>Сертификати и обучение за напреднали</w:t>
      </w:r>
    </w:p>
    <w:p w14:paraId="6017B47C" w14:textId="456BFB1A" w:rsidR="004A4463" w:rsidRDefault="00EA2F00" w:rsidP="00461234">
      <w:pPr>
        <w:pStyle w:val="NoSpacing"/>
        <w:rPr>
          <w:lang w:val="bg-BG"/>
        </w:rPr>
      </w:pPr>
      <w:r>
        <w:t xml:space="preserve">-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пародонтология</w:t>
      </w:r>
      <w:proofErr w:type="spellEnd"/>
      <w:r>
        <w:t xml:space="preserve"> и </w:t>
      </w:r>
      <w:proofErr w:type="spellStart"/>
      <w:r>
        <w:t>имплантология</w:t>
      </w:r>
      <w:proofErr w:type="spellEnd"/>
      <w:r>
        <w:t xml:space="preserve"> </w:t>
      </w:r>
      <w:r w:rsidR="004A4463">
        <w:t>–</w:t>
      </w:r>
      <w:r>
        <w:t xml:space="preserve"> </w:t>
      </w:r>
      <w:r w:rsidR="004A4463">
        <w:t>prof. Mark Danan</w:t>
      </w:r>
      <w:r>
        <w:t xml:space="preserve"> (1999-2003)</w:t>
      </w:r>
    </w:p>
    <w:p w14:paraId="62C3AE37" w14:textId="0B611E3A" w:rsidR="004A4463" w:rsidRDefault="00EA2F00" w:rsidP="00461234">
      <w:pPr>
        <w:pStyle w:val="NoSpacing"/>
        <w:rPr>
          <w:lang w:val="bg-BG"/>
        </w:rPr>
      </w:pPr>
      <w:r>
        <w:t xml:space="preserve">- </w:t>
      </w:r>
      <w:proofErr w:type="spellStart"/>
      <w:r w:rsidRPr="00461234">
        <w:t>Напреднала</w:t>
      </w:r>
      <w:proofErr w:type="spellEnd"/>
      <w:r>
        <w:t xml:space="preserve"> </w:t>
      </w:r>
      <w:proofErr w:type="spellStart"/>
      <w:r>
        <w:t>имплантология</w:t>
      </w:r>
      <w:proofErr w:type="spellEnd"/>
      <w:r>
        <w:t xml:space="preserve"> </w:t>
      </w:r>
      <w:r w:rsidR="00451153">
        <w:t>–</w:t>
      </w:r>
      <w:r>
        <w:t xml:space="preserve"> </w:t>
      </w:r>
      <w:r w:rsidR="00451153">
        <w:t>Dr. Carlo Tinti</w:t>
      </w:r>
      <w:r>
        <w:t xml:space="preserve"> (</w:t>
      </w:r>
      <w:proofErr w:type="spellStart"/>
      <w:r>
        <w:t>Италия</w:t>
      </w:r>
      <w:proofErr w:type="spellEnd"/>
      <w:r>
        <w:t>)</w:t>
      </w:r>
    </w:p>
    <w:p w14:paraId="6B5BA04D" w14:textId="7655B361" w:rsidR="004A4463" w:rsidRDefault="00EA2F00" w:rsidP="00461234">
      <w:pPr>
        <w:pStyle w:val="NoSpacing"/>
        <w:rPr>
          <w:lang w:val="bg-BG"/>
        </w:rPr>
      </w:pPr>
      <w:r>
        <w:t xml:space="preserve">- BOPT </w:t>
      </w:r>
      <w:proofErr w:type="spellStart"/>
      <w:r>
        <w:t>метод</w:t>
      </w:r>
      <w:proofErr w:type="spellEnd"/>
      <w:r>
        <w:t xml:space="preserve"> </w:t>
      </w:r>
      <w:r w:rsidR="00451153">
        <w:t>–</w:t>
      </w:r>
      <w:r>
        <w:t xml:space="preserve"> </w:t>
      </w:r>
      <w:r w:rsidR="00451153">
        <w:t>Prof. Ignazio Loi</w:t>
      </w:r>
      <w:r>
        <w:t xml:space="preserve"> (2015, 2016, 2017)</w:t>
      </w:r>
    </w:p>
    <w:p w14:paraId="3FBA0F41" w14:textId="37A23471" w:rsidR="00F77C84" w:rsidRDefault="00EA2F00" w:rsidP="00461234">
      <w:pPr>
        <w:pStyle w:val="NoSpacing"/>
      </w:pPr>
      <w:r>
        <w:t xml:space="preserve">- </w:t>
      </w:r>
      <w:proofErr w:type="spellStart"/>
      <w:r>
        <w:t>Пародонтална</w:t>
      </w:r>
      <w:proofErr w:type="spellEnd"/>
      <w:r>
        <w:t xml:space="preserve"> </w:t>
      </w:r>
      <w:proofErr w:type="spellStart"/>
      <w:r>
        <w:t>пластична</w:t>
      </w:r>
      <w:proofErr w:type="spellEnd"/>
      <w:r>
        <w:t xml:space="preserve"> </w:t>
      </w:r>
      <w:proofErr w:type="spellStart"/>
      <w:r>
        <w:t>хирургия</w:t>
      </w:r>
      <w:proofErr w:type="spellEnd"/>
      <w:r>
        <w:t xml:space="preserve"> </w:t>
      </w:r>
      <w:r w:rsidR="00451153">
        <w:t>–</w:t>
      </w:r>
      <w:r>
        <w:t xml:space="preserve"> </w:t>
      </w:r>
      <w:r w:rsidR="00451153">
        <w:t>Prof. Giovanni Zucchelli</w:t>
      </w:r>
    </w:p>
    <w:p w14:paraId="22DAF1E5" w14:textId="3E407518" w:rsidR="00451153" w:rsidRDefault="00451153" w:rsidP="00461234">
      <w:pPr>
        <w:pStyle w:val="NoSpacing"/>
      </w:pPr>
      <w:r>
        <w:t xml:space="preserve">- </w:t>
      </w:r>
      <w:proofErr w:type="spellStart"/>
      <w:r>
        <w:rPr>
          <w:lang w:val="bg-BG"/>
        </w:rPr>
        <w:t>Ортодонтска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екструзия</w:t>
      </w:r>
      <w:proofErr w:type="spellEnd"/>
      <w:r>
        <w:rPr>
          <w:lang w:val="bg-BG"/>
        </w:rPr>
        <w:t xml:space="preserve">- </w:t>
      </w:r>
      <w:r>
        <w:t>Dr. Mauro Fadda</w:t>
      </w:r>
    </w:p>
    <w:p w14:paraId="211EBC7B" w14:textId="16C04516" w:rsidR="00451153" w:rsidRDefault="00451153" w:rsidP="00461234">
      <w:pPr>
        <w:pStyle w:val="NoSpacing"/>
      </w:pPr>
      <w:r>
        <w:t>-</w:t>
      </w:r>
      <w:proofErr w:type="spellStart"/>
      <w:r>
        <w:rPr>
          <w:lang w:val="bg-BG"/>
        </w:rPr>
        <w:t>Мастерклас</w:t>
      </w:r>
      <w:proofErr w:type="spellEnd"/>
      <w:r>
        <w:rPr>
          <w:lang w:val="bg-BG"/>
        </w:rPr>
        <w:t xml:space="preserve"> по биологична костна </w:t>
      </w:r>
      <w:proofErr w:type="spellStart"/>
      <w:r>
        <w:rPr>
          <w:lang w:val="bg-BG"/>
        </w:rPr>
        <w:t>аугментация</w:t>
      </w:r>
      <w:proofErr w:type="spellEnd"/>
      <w:r>
        <w:rPr>
          <w:lang w:val="bg-BG"/>
        </w:rPr>
        <w:t xml:space="preserve"> </w:t>
      </w:r>
      <w:r>
        <w:t xml:space="preserve">Dr. Frank Zastrow </w:t>
      </w:r>
      <w:r w:rsidR="00461234">
        <w:t>(</w:t>
      </w:r>
      <w:r>
        <w:t>2019-2024</w:t>
      </w:r>
      <w:r w:rsidR="00461234">
        <w:t>)</w:t>
      </w:r>
    </w:p>
    <w:p w14:paraId="076B57CE" w14:textId="4A504E3C" w:rsidR="00926864" w:rsidRDefault="00461234">
      <w:pPr>
        <w:rPr>
          <w:lang w:val="bg-BG"/>
        </w:rPr>
      </w:pPr>
      <w:r>
        <w:t xml:space="preserve">-IDR </w:t>
      </w:r>
      <w:proofErr w:type="gramStart"/>
      <w:r>
        <w:t>( Dr.</w:t>
      </w:r>
      <w:proofErr w:type="gramEnd"/>
      <w:r>
        <w:t xml:space="preserve"> Da Rosa), SBBT (Prof. Fouad Khoury</w:t>
      </w:r>
      <w:proofErr w:type="gramStart"/>
      <w:r>
        <w:t>) ,SLT( Dr.</w:t>
      </w:r>
      <w:proofErr w:type="gramEnd"/>
      <w:r>
        <w:t xml:space="preserve"> Zastrow)</w:t>
      </w:r>
    </w:p>
    <w:p w14:paraId="074AD93E" w14:textId="4F661038" w:rsidR="00926864" w:rsidRPr="00926864" w:rsidRDefault="00926864">
      <w:r>
        <w:rPr>
          <w:lang w:val="bg-BG"/>
        </w:rPr>
        <w:t>-</w:t>
      </w:r>
      <w:r>
        <w:t>IDR Residency VIP course 2026 Caxias do Sul , Brazil</w:t>
      </w:r>
    </w:p>
    <w:p w14:paraId="5FE7FBFD" w14:textId="77777777" w:rsidR="00F77C84" w:rsidRDefault="00F4202C">
      <w:pPr>
        <w:pStyle w:val="Heading1"/>
      </w:pPr>
      <w:proofErr w:type="spellStart"/>
      <w:r>
        <w:t>Награди</w:t>
      </w:r>
      <w:proofErr w:type="spellEnd"/>
      <w:r>
        <w:t xml:space="preserve"> и </w:t>
      </w:r>
      <w:proofErr w:type="spellStart"/>
      <w:r>
        <w:t>признание</w:t>
      </w:r>
      <w:proofErr w:type="spellEnd"/>
    </w:p>
    <w:p w14:paraId="61BB0EC5" w14:textId="77777777" w:rsidR="00F77C84" w:rsidRDefault="00F4202C">
      <w:r>
        <w:t>- Победител - Усмивка на годината (Дентал Трибюн България): 2009, 2011, 2014</w:t>
      </w:r>
    </w:p>
    <w:p w14:paraId="6032910D" w14:textId="4A74FFCA" w:rsidR="00F77C84" w:rsidRPr="00461234" w:rsidRDefault="00F4202C">
      <w:pPr>
        <w:pStyle w:val="Heading1"/>
        <w:rPr>
          <w:lang w:val="bg-BG"/>
        </w:rPr>
      </w:pPr>
      <w:proofErr w:type="spellStart"/>
      <w:r>
        <w:t>Лекции</w:t>
      </w:r>
      <w:proofErr w:type="spellEnd"/>
      <w:r>
        <w:t xml:space="preserve"> и </w:t>
      </w:r>
      <w:proofErr w:type="spellStart"/>
      <w:r>
        <w:t>ангажименти</w:t>
      </w:r>
      <w:proofErr w:type="spellEnd"/>
      <w:r w:rsidR="00461234">
        <w:t xml:space="preserve"> </w:t>
      </w:r>
      <w:r w:rsidR="00461234">
        <w:rPr>
          <w:lang w:val="bg-BG"/>
        </w:rPr>
        <w:t>като</w:t>
      </w:r>
      <w:r>
        <w:t xml:space="preserve"> </w:t>
      </w:r>
      <w:proofErr w:type="spellStart"/>
      <w:r>
        <w:t>лектор</w:t>
      </w:r>
      <w:proofErr w:type="spellEnd"/>
    </w:p>
    <w:p w14:paraId="0AE99530" w14:textId="77777777" w:rsidR="00461234" w:rsidRDefault="00F4202C" w:rsidP="00461234">
      <w:pPr>
        <w:pStyle w:val="NoSpacing"/>
      </w:pPr>
      <w:r>
        <w:t xml:space="preserve">- IDR </w:t>
      </w:r>
      <w:r w:rsidR="00461234">
        <w:rPr>
          <w:lang w:val="bg-BG"/>
        </w:rPr>
        <w:t xml:space="preserve">Биологична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незабавно</w:t>
      </w:r>
      <w:proofErr w:type="spellEnd"/>
      <w:r>
        <w:t xml:space="preserve"> </w:t>
      </w:r>
      <w:proofErr w:type="spellStart"/>
      <w:r>
        <w:t>поставяне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зъбни</w:t>
      </w:r>
      <w:proofErr w:type="spellEnd"/>
      <w:r>
        <w:t xml:space="preserve"> </w:t>
      </w:r>
      <w:proofErr w:type="spellStart"/>
      <w:r>
        <w:t>импланти</w:t>
      </w:r>
      <w:proofErr w:type="spellEnd"/>
      <w:r>
        <w:t xml:space="preserve"> </w:t>
      </w:r>
    </w:p>
    <w:p w14:paraId="1363E24C" w14:textId="77777777" w:rsidR="00461234" w:rsidRDefault="00F4202C" w:rsidP="00461234">
      <w:pPr>
        <w:pStyle w:val="NoSpacing"/>
      </w:pPr>
      <w:r>
        <w:t xml:space="preserve">- </w:t>
      </w:r>
      <w:proofErr w:type="spellStart"/>
      <w:r>
        <w:t>Биологична</w:t>
      </w:r>
      <w:proofErr w:type="spellEnd"/>
      <w:r>
        <w:t xml:space="preserve"> </w:t>
      </w:r>
      <w:proofErr w:type="spellStart"/>
      <w:r>
        <w:t>костна</w:t>
      </w:r>
      <w:proofErr w:type="spellEnd"/>
      <w:r>
        <w:t xml:space="preserve"> </w:t>
      </w:r>
      <w:proofErr w:type="spellStart"/>
      <w:r>
        <w:t>аугментация</w:t>
      </w:r>
      <w:proofErr w:type="spellEnd"/>
      <w:r>
        <w:t xml:space="preserve"> (SBBT) </w:t>
      </w:r>
    </w:p>
    <w:p w14:paraId="1C3BC243" w14:textId="77777777" w:rsidR="00461234" w:rsidRDefault="00F4202C" w:rsidP="00461234">
      <w:pPr>
        <w:pStyle w:val="NoSpacing"/>
      </w:pPr>
      <w:r>
        <w:t xml:space="preserve">-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разделяне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костен</w:t>
      </w:r>
      <w:proofErr w:type="spellEnd"/>
      <w:r>
        <w:t xml:space="preserve"> </w:t>
      </w:r>
      <w:proofErr w:type="spellStart"/>
      <w:r>
        <w:t>блок</w:t>
      </w:r>
      <w:proofErr w:type="spellEnd"/>
      <w:r>
        <w:t xml:space="preserve"> (</w:t>
      </w:r>
      <w:r w:rsidR="00461234">
        <w:t>Prof. Khoury</w:t>
      </w:r>
      <w:r>
        <w:t xml:space="preserve">) </w:t>
      </w:r>
    </w:p>
    <w:p w14:paraId="0EF398BC" w14:textId="296B73C2" w:rsidR="00F77C84" w:rsidRDefault="00F4202C">
      <w:r>
        <w:t xml:space="preserve">- SLT - </w:t>
      </w:r>
      <w:proofErr w:type="spellStart"/>
      <w:r>
        <w:t>Полулунна</w:t>
      </w:r>
      <w:proofErr w:type="spellEnd"/>
      <w:r>
        <w:t xml:space="preserve"> </w:t>
      </w:r>
      <w:proofErr w:type="spellStart"/>
      <w:r>
        <w:t>техника</w:t>
      </w:r>
      <w:proofErr w:type="spellEnd"/>
      <w:r>
        <w:t xml:space="preserve"> с </w:t>
      </w:r>
      <w:proofErr w:type="spellStart"/>
      <w:r>
        <w:t>използване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интракортикална</w:t>
      </w:r>
      <w:proofErr w:type="spellEnd"/>
      <w:r>
        <w:t xml:space="preserve"> </w:t>
      </w:r>
      <w:proofErr w:type="spellStart"/>
      <w:r>
        <w:t>автогенна</w:t>
      </w:r>
      <w:proofErr w:type="spellEnd"/>
      <w:r>
        <w:t xml:space="preserve"> </w:t>
      </w:r>
      <w:r w:rsidR="00EC126A">
        <w:rPr>
          <w:lang w:val="bg-BG"/>
        </w:rPr>
        <w:t xml:space="preserve">костна </w:t>
      </w:r>
      <w:proofErr w:type="spellStart"/>
      <w:r>
        <w:t>присадка</w:t>
      </w:r>
      <w:proofErr w:type="spellEnd"/>
      <w:r>
        <w:t xml:space="preserve"> с EBC (</w:t>
      </w:r>
      <w:r w:rsidR="00461234">
        <w:t>Dr. Zastrow</w:t>
      </w:r>
      <w:r>
        <w:t>)</w:t>
      </w:r>
    </w:p>
    <w:p w14:paraId="32372530" w14:textId="77777777" w:rsidR="00F77C84" w:rsidRDefault="00F4202C">
      <w:pPr>
        <w:pStyle w:val="Heading1"/>
      </w:pPr>
      <w:r>
        <w:t>Ключови умения</w:t>
      </w:r>
    </w:p>
    <w:p w14:paraId="62BDA579" w14:textId="77777777" w:rsidR="00461234" w:rsidRDefault="00F4202C" w:rsidP="00461234">
      <w:pPr>
        <w:pStyle w:val="NoSpacing"/>
      </w:pPr>
      <w:r>
        <w:t xml:space="preserve">- Пародонтология и мукогингивална хирургия </w:t>
      </w:r>
    </w:p>
    <w:p w14:paraId="37A78EC4" w14:textId="77777777" w:rsidR="00461234" w:rsidRDefault="00F4202C" w:rsidP="00461234">
      <w:pPr>
        <w:pStyle w:val="NoSpacing"/>
      </w:pPr>
      <w:r>
        <w:t xml:space="preserve">- </w:t>
      </w:r>
      <w:proofErr w:type="spellStart"/>
      <w:r>
        <w:t>Напреднала</w:t>
      </w:r>
      <w:proofErr w:type="spellEnd"/>
      <w:r>
        <w:t xml:space="preserve"> </w:t>
      </w:r>
      <w:proofErr w:type="spellStart"/>
      <w:r>
        <w:t>имплантология</w:t>
      </w:r>
      <w:proofErr w:type="spellEnd"/>
      <w:r>
        <w:t xml:space="preserve"> и </w:t>
      </w:r>
      <w:proofErr w:type="spellStart"/>
      <w:r>
        <w:t>костна</w:t>
      </w:r>
      <w:proofErr w:type="spellEnd"/>
      <w:r>
        <w:t xml:space="preserve"> аугментация </w:t>
      </w:r>
    </w:p>
    <w:p w14:paraId="17D4F870" w14:textId="77777777" w:rsidR="00461234" w:rsidRDefault="00F4202C" w:rsidP="00461234">
      <w:pPr>
        <w:pStyle w:val="NoSpacing"/>
      </w:pPr>
      <w:r>
        <w:t xml:space="preserve">- </w:t>
      </w:r>
      <w:proofErr w:type="spellStart"/>
      <w:r>
        <w:t>Незабавно</w:t>
      </w:r>
      <w:proofErr w:type="spellEnd"/>
      <w:r>
        <w:t xml:space="preserve"> </w:t>
      </w:r>
      <w:proofErr w:type="spellStart"/>
      <w:r>
        <w:t>поставяне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импланти</w:t>
      </w:r>
      <w:proofErr w:type="spellEnd"/>
      <w:r>
        <w:t xml:space="preserve"> (IDR) </w:t>
      </w:r>
    </w:p>
    <w:p w14:paraId="4D970B68" w14:textId="77777777" w:rsidR="00461234" w:rsidRDefault="00F4202C" w:rsidP="00461234">
      <w:pPr>
        <w:pStyle w:val="NoSpacing"/>
      </w:pPr>
      <w:r>
        <w:t xml:space="preserve">- </w:t>
      </w:r>
      <w:proofErr w:type="spellStart"/>
      <w:r>
        <w:t>Дигитална</w:t>
      </w:r>
      <w:proofErr w:type="spellEnd"/>
      <w:r>
        <w:t xml:space="preserve"> </w:t>
      </w:r>
      <w:proofErr w:type="spellStart"/>
      <w:r>
        <w:t>стоматология</w:t>
      </w:r>
      <w:proofErr w:type="spellEnd"/>
      <w:r>
        <w:t xml:space="preserve"> / CAD-CAM работни процеси </w:t>
      </w:r>
    </w:p>
    <w:p w14:paraId="66F325AD" w14:textId="77777777" w:rsidR="00461234" w:rsidRDefault="00F4202C" w:rsidP="00461234">
      <w:pPr>
        <w:pStyle w:val="NoSpacing"/>
      </w:pPr>
      <w:r>
        <w:t xml:space="preserve">- </w:t>
      </w:r>
      <w:proofErr w:type="spellStart"/>
      <w:r>
        <w:t>Рехабилитация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цялата</w:t>
      </w:r>
      <w:proofErr w:type="spellEnd"/>
      <w:r>
        <w:t xml:space="preserve"> </w:t>
      </w:r>
      <w:proofErr w:type="spellStart"/>
      <w:r>
        <w:t>уста</w:t>
      </w:r>
      <w:proofErr w:type="spellEnd"/>
      <w:r>
        <w:t xml:space="preserve"> и BOPT </w:t>
      </w:r>
    </w:p>
    <w:p w14:paraId="2EDF69D2" w14:textId="77777777" w:rsidR="00461234" w:rsidRDefault="00F4202C" w:rsidP="00461234">
      <w:pPr>
        <w:pStyle w:val="NoSpacing"/>
      </w:pPr>
      <w:r>
        <w:t xml:space="preserve">- </w:t>
      </w:r>
      <w:proofErr w:type="spellStart"/>
      <w:r>
        <w:t>Техники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меки</w:t>
      </w:r>
      <w:proofErr w:type="spellEnd"/>
      <w:r>
        <w:t xml:space="preserve"> </w:t>
      </w:r>
      <w:proofErr w:type="spellStart"/>
      <w:r>
        <w:t>тъкани</w:t>
      </w:r>
      <w:proofErr w:type="spellEnd"/>
      <w:r>
        <w:t xml:space="preserve"> </w:t>
      </w:r>
    </w:p>
    <w:p w14:paraId="089A6175" w14:textId="18F94BD8" w:rsidR="00F77C84" w:rsidRDefault="00F4202C">
      <w:r>
        <w:t xml:space="preserve">- </w:t>
      </w:r>
      <w:proofErr w:type="spellStart"/>
      <w:r>
        <w:t>Лидерство</w:t>
      </w:r>
      <w:proofErr w:type="spellEnd"/>
      <w:r>
        <w:t xml:space="preserve"> и </w:t>
      </w:r>
      <w:proofErr w:type="spellStart"/>
      <w:r>
        <w:t>клинично</w:t>
      </w:r>
      <w:proofErr w:type="spellEnd"/>
      <w:r>
        <w:t xml:space="preserve"> </w:t>
      </w:r>
      <w:proofErr w:type="spellStart"/>
      <w:r>
        <w:t>менторство</w:t>
      </w:r>
      <w:proofErr w:type="spellEnd"/>
    </w:p>
    <w:p w14:paraId="25996FC4" w14:textId="77777777" w:rsidR="00F77C84" w:rsidRDefault="00F4202C">
      <w:pPr>
        <w:pStyle w:val="Heading1"/>
      </w:pPr>
      <w:r>
        <w:t>Езици</w:t>
      </w:r>
    </w:p>
    <w:p w14:paraId="643EE840" w14:textId="77777777" w:rsidR="00EC126A" w:rsidRDefault="00F4202C" w:rsidP="00EC126A">
      <w:pPr>
        <w:pStyle w:val="NoSpacing"/>
      </w:pPr>
      <w:r>
        <w:t xml:space="preserve">- Български - Роден </w:t>
      </w:r>
    </w:p>
    <w:p w14:paraId="0B077B37" w14:textId="77777777" w:rsidR="00EC126A" w:rsidRDefault="00F4202C" w:rsidP="00EC126A">
      <w:pPr>
        <w:pStyle w:val="NoSpacing"/>
      </w:pPr>
      <w:r>
        <w:t xml:space="preserve">- </w:t>
      </w:r>
      <w:proofErr w:type="spellStart"/>
      <w:r>
        <w:t>Английски</w:t>
      </w:r>
      <w:proofErr w:type="spellEnd"/>
      <w:r>
        <w:t xml:space="preserve"> - </w:t>
      </w:r>
      <w:proofErr w:type="spellStart"/>
      <w:r>
        <w:t>Свободно</w:t>
      </w:r>
      <w:proofErr w:type="spellEnd"/>
      <w:r>
        <w:t xml:space="preserve"> </w:t>
      </w:r>
    </w:p>
    <w:p w14:paraId="7F1D91F8" w14:textId="77777777" w:rsidR="00EC126A" w:rsidRDefault="00F4202C" w:rsidP="00EC126A">
      <w:pPr>
        <w:pStyle w:val="NoSpacing"/>
      </w:pPr>
      <w:r>
        <w:t xml:space="preserve">- </w:t>
      </w:r>
      <w:proofErr w:type="spellStart"/>
      <w:r>
        <w:t>Италиански</w:t>
      </w:r>
      <w:proofErr w:type="spellEnd"/>
      <w:r>
        <w:t xml:space="preserve"> - </w:t>
      </w:r>
      <w:proofErr w:type="spellStart"/>
      <w:r>
        <w:t>Свободно</w:t>
      </w:r>
      <w:proofErr w:type="spellEnd"/>
      <w:r>
        <w:t xml:space="preserve"> </w:t>
      </w:r>
    </w:p>
    <w:p w14:paraId="0A6176C4" w14:textId="390E92AC" w:rsidR="00F77C84" w:rsidRDefault="00F4202C">
      <w:r>
        <w:t xml:space="preserve">- </w:t>
      </w:r>
      <w:proofErr w:type="spellStart"/>
      <w:r>
        <w:t>Руски</w:t>
      </w:r>
      <w:proofErr w:type="spellEnd"/>
      <w:r>
        <w:t xml:space="preserve"> - </w:t>
      </w:r>
      <w:proofErr w:type="spellStart"/>
      <w:r>
        <w:t>Разговорен</w:t>
      </w:r>
      <w:proofErr w:type="spellEnd"/>
    </w:p>
    <w:sectPr w:rsidR="00F77C8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russianUpper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russianUpper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russianUpper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russianUpper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russianUpper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2299847">
    <w:abstractNumId w:val="8"/>
  </w:num>
  <w:num w:numId="2" w16cid:durableId="1178807836">
    <w:abstractNumId w:val="6"/>
  </w:num>
  <w:num w:numId="3" w16cid:durableId="1244216178">
    <w:abstractNumId w:val="5"/>
  </w:num>
  <w:num w:numId="4" w16cid:durableId="642388465">
    <w:abstractNumId w:val="4"/>
  </w:num>
  <w:num w:numId="5" w16cid:durableId="954405240">
    <w:abstractNumId w:val="7"/>
  </w:num>
  <w:num w:numId="6" w16cid:durableId="1790734362">
    <w:abstractNumId w:val="3"/>
  </w:num>
  <w:num w:numId="7" w16cid:durableId="968972396">
    <w:abstractNumId w:val="2"/>
  </w:num>
  <w:num w:numId="8" w16cid:durableId="1453750646">
    <w:abstractNumId w:val="1"/>
  </w:num>
  <w:num w:numId="9" w16cid:durableId="138780325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2C84"/>
    <w:rsid w:val="0015074B"/>
    <w:rsid w:val="001C6646"/>
    <w:rsid w:val="001F547A"/>
    <w:rsid w:val="0029639D"/>
    <w:rsid w:val="00326F90"/>
    <w:rsid w:val="00451153"/>
    <w:rsid w:val="00461234"/>
    <w:rsid w:val="004A4463"/>
    <w:rsid w:val="004C14F4"/>
    <w:rsid w:val="00926864"/>
    <w:rsid w:val="00A87491"/>
    <w:rsid w:val="00AA1D8D"/>
    <w:rsid w:val="00B47730"/>
    <w:rsid w:val="00C67C95"/>
    <w:rsid w:val="00CB0664"/>
    <w:rsid w:val="00CB20A5"/>
    <w:rsid w:val="00EA2F00"/>
    <w:rsid w:val="00EC126A"/>
    <w:rsid w:val="00F4202C"/>
    <w:rsid w:val="00F71750"/>
    <w:rsid w:val="00F77C8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BD47974"/>
  <w14:defaultImageDpi w14:val="300"/>
  <w15:docId w15:val="{1C5EA984-EB8E-2B43-A0DB-3518599A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4A44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Генериран от Python-DOCX</dc:description>
  <cp:lastModifiedBy>Красимир Златев</cp:lastModifiedBy>
  <cp:revision>4</cp:revision>
  <dcterms:created xsi:type="dcterms:W3CDTF">2013-12-23T23:15:00Z</dcterms:created>
  <dcterms:modified xsi:type="dcterms:W3CDTF">2026-07-17T15:47:00Z</dcterms:modified>
  <cp:category/>
</cp:coreProperties>
</file>