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828800" cy="19168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high_resolution_standalone_logo_emblem_on_a_tr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168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b/>
          <w:color w:val="123A73"/>
          <w:sz w:val="36"/>
        </w:rPr>
        <w:t>ENROLLMENT APPLICATION</w:t>
      </w:r>
    </w:p>
    <w:p>
      <w:pPr>
        <w:spacing w:after="120"/>
        <w:jc w:val="center"/>
      </w:pPr>
      <w:r>
        <w:rPr>
          <w:b/>
          <w:color w:val="D4A017"/>
          <w:sz w:val="20"/>
        </w:rPr>
        <w:t>Dream Builders Den, LLC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ENROLLMENT INFORMATION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Requested Start Date</w:t>
              <w:br/>
            </w:r>
            <w:r>
              <w:rPr>
                <w:sz w:val="18"/>
              </w:rPr>
              <w:t>_______________________________________</w:t>
            </w:r>
          </w:p>
        </w:tc>
        <w:tc>
          <w:tcPr>
            <w:tcW w:type="dxa" w:w="52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Application Date</w:t>
              <w:br/>
            </w:r>
            <w:r>
              <w:rPr>
                <w:sz w:val="18"/>
              </w:rPr>
              <w:t>________________________________________</w:t>
            </w:r>
          </w:p>
        </w:tc>
      </w:tr>
    </w:tbl>
    <w:p>
      <w:pPr>
        <w:spacing w:after="40"/>
      </w:pPr>
      <w:r>
        <w:rPr>
          <w:b/>
        </w:rPr>
        <w:t xml:space="preserve">Care Requested: </w:t>
      </w:r>
      <w:r>
        <w:t>☐ Full-Day Care    ☐ Before-School Care    ☐ After-School Care    ☐ Before &amp; After-School Care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777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School Attending (if school-age)</w:t>
              <w:br/>
            </w:r>
            <w:r>
              <w:rPr>
                <w:sz w:val="18"/>
              </w:rPr>
              <w:t>___________________________________________________________</w:t>
            </w:r>
          </w:p>
        </w:tc>
        <w:tc>
          <w:tcPr>
            <w:tcW w:type="dxa" w:w="266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Grade</w:t>
              <w:br/>
            </w:r>
            <w:r>
              <w:rPr>
                <w:sz w:val="18"/>
              </w:rPr>
              <w:t>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Before-School Drop-Off Time</w:t>
              <w:br/>
            </w:r>
            <w:r>
              <w:rPr>
                <w:sz w:val="18"/>
              </w:rPr>
              <w:t>_______________________________________</w:t>
            </w:r>
          </w:p>
        </w:tc>
        <w:tc>
          <w:tcPr>
            <w:tcW w:type="dxa" w:w="52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After-School Pick-Up Time</w:t>
              <w:br/>
            </w:r>
            <w:r>
              <w:rPr>
                <w:sz w:val="18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CHILD INFORMATION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Child's Full Legal Name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312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Date of Birth</w:t>
              <w:br/>
            </w:r>
            <w:r>
              <w:rPr>
                <w:sz w:val="18"/>
              </w:rPr>
              <w:t>_________________________</w:t>
            </w:r>
          </w:p>
        </w:tc>
        <w:tc>
          <w:tcPr>
            <w:tcW w:type="dxa" w:w="201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Age</w:t>
              <w:br/>
            </w:r>
            <w:r>
              <w:rPr>
                <w:sz w:val="18"/>
              </w:rPr>
              <w:t>__________________</w:t>
            </w:r>
          </w:p>
        </w:tc>
        <w:tc>
          <w:tcPr>
            <w:tcW w:type="dxa" w:w="5112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Preferred Name</w:t>
              <w:br/>
            </w:r>
            <w:r>
              <w:rPr>
                <w:sz w:val="18"/>
              </w:rPr>
              <w:t>_______________________________________</w:t>
            </w:r>
          </w:p>
        </w:tc>
      </w:tr>
    </w:tbl>
    <w:p>
      <w:pPr>
        <w:spacing w:after="40"/>
      </w:pPr>
      <w:r>
        <w:rPr>
          <w:b/>
        </w:rPr>
        <w:t xml:space="preserve">Sex: </w:t>
      </w:r>
      <w:r>
        <w:t>☐ Male    ☐ Female    ☐ Prefer not to state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Home Address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5328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City</w:t>
              <w:br/>
            </w:r>
            <w:r>
              <w:rPr>
                <w:sz w:val="18"/>
              </w:rPr>
              <w:t>________________________________________</w:t>
            </w:r>
          </w:p>
        </w:tc>
        <w:tc>
          <w:tcPr>
            <w:tcW w:type="dxa" w:w="216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State</w:t>
              <w:br/>
            </w:r>
            <w:r>
              <w:rPr>
                <w:sz w:val="18"/>
              </w:rPr>
              <w:t>__________________</w:t>
            </w:r>
          </w:p>
        </w:tc>
        <w:tc>
          <w:tcPr>
            <w:tcW w:type="dxa" w:w="2952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ZIP Code</w:t>
              <w:br/>
            </w:r>
            <w:r>
              <w:rPr>
                <w:sz w:val="18"/>
              </w:rPr>
              <w:t>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Primary Language Spoken by Child</w:t>
              <w:br/>
            </w:r>
            <w:r>
              <w:rPr>
                <w:sz w:val="18"/>
              </w:rPr>
              <w:t>_______________________________________</w:t>
            </w:r>
          </w:p>
        </w:tc>
        <w:tc>
          <w:tcPr>
            <w:tcW w:type="dxa" w:w="52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Primary Language Spoken at Home</w:t>
              <w:br/>
            </w:r>
            <w:r>
              <w:rPr>
                <w:sz w:val="18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PARENT / GUARDIAN INFORMATION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70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Parent/Guardian 1 Name</w:t>
              <w:br/>
            </w:r>
            <w:r>
              <w:rPr>
                <w:sz w:val="18"/>
              </w:rPr>
              <w:t>_____________________________________________________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Relationship to Child</w:t>
              <w:br/>
            </w:r>
            <w:r>
              <w:rPr>
                <w:sz w:val="18"/>
              </w:rPr>
              <w:t>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Home/Cell Phone</w:t>
              <w:br/>
            </w:r>
            <w:r>
              <w:rPr>
                <w:sz w:val="18"/>
              </w:rPr>
              <w:t>_________________________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Work Phone</w:t>
              <w:br/>
            </w:r>
            <w:r>
              <w:rPr>
                <w:sz w:val="18"/>
              </w:rPr>
              <w:t>_______________________</w:t>
            </w:r>
          </w:p>
        </w:tc>
        <w:tc>
          <w:tcPr>
            <w:tcW w:type="dxa" w:w="396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Email</w:t>
              <w:br/>
            </w:r>
            <w:r>
              <w:rPr>
                <w:sz w:val="18"/>
              </w:rPr>
              <w:t>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Employer / Place of Employment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70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Parent/Guardian 2 Name</w:t>
              <w:br/>
            </w:r>
            <w:r>
              <w:rPr>
                <w:sz w:val="18"/>
              </w:rPr>
              <w:t>_____________________________________________________</w:t>
            </w:r>
          </w:p>
        </w:tc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Relationship to Child</w:t>
              <w:br/>
            </w:r>
            <w:r>
              <w:rPr>
                <w:sz w:val="18"/>
              </w:rPr>
              <w:t>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3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Home/Cell Phone</w:t>
              <w:br/>
            </w:r>
            <w:r>
              <w:rPr>
                <w:sz w:val="18"/>
              </w:rPr>
              <w:t>_________________________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Work Phone</w:t>
              <w:br/>
            </w:r>
            <w:r>
              <w:rPr>
                <w:sz w:val="18"/>
              </w:rPr>
              <w:t>_______________________</w:t>
            </w:r>
          </w:p>
        </w:tc>
        <w:tc>
          <w:tcPr>
            <w:tcW w:type="dxa" w:w="396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Email</w:t>
              <w:br/>
            </w:r>
            <w:r>
              <w:rPr>
                <w:sz w:val="18"/>
              </w:rPr>
              <w:t>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Employer / Place of Employment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HEALTH, ALLERGIES &amp; SPECIAL NEEDS</w:t>
            </w:r>
          </w:p>
        </w:tc>
      </w:tr>
    </w:tbl>
    <w:p>
      <w:r>
        <w:rPr>
          <w:b/>
          <w:color w:val="123A73"/>
        </w:rPr>
        <w:t xml:space="preserve">IMPORTANT: </w:t>
      </w:r>
      <w:r>
        <w:rPr>
          <w:b/>
        </w:rPr>
        <w:t>A copy of the child's current health records and current immunization records should accompany this application.</w:t>
      </w:r>
    </w:p>
    <w:p>
      <w:pPr>
        <w:spacing w:after="40"/>
      </w:pPr>
      <w:r>
        <w:rPr>
          <w:b/>
        </w:rPr>
        <w:t xml:space="preserve">Allergies: </w:t>
      </w:r>
      <w:r>
        <w:t>☐ No known allergies    ☐ Food    ☐ Medication    ☐ Environmental    ☐ Other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List allergies and describe reaction(s)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Medication(s) currently taken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Medical conditions / health concerns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734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Child's Physician / Clinic</w:t>
              <w:br/>
            </w:r>
            <w:r>
              <w:rPr>
                <w:sz w:val="18"/>
              </w:rPr>
              <w:t>________________________________________________________</w:t>
            </w:r>
          </w:p>
        </w:tc>
        <w:tc>
          <w:tcPr>
            <w:tcW w:type="dxa" w:w="309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Phone</w:t>
              <w:br/>
            </w:r>
            <w:r>
              <w:rPr>
                <w:sz w:val="18"/>
              </w:rPr>
              <w:t>_______________________</w:t>
            </w:r>
          </w:p>
        </w:tc>
      </w:tr>
    </w:tbl>
    <w:p>
      <w:pPr>
        <w:spacing w:after="40"/>
      </w:pPr>
      <w:r>
        <w:rPr>
          <w:b/>
        </w:rPr>
        <w:t xml:space="preserve">Does your child have an IFSP and/or IEP? </w:t>
      </w:r>
      <w:r>
        <w:t>☐ Yes    ☐ No</w:t>
      </w:r>
    </w:p>
    <w:p>
      <w:pPr>
        <w:spacing w:after="40"/>
      </w:pPr>
      <w:r>
        <w:rPr>
          <w:b/>
        </w:rPr>
        <w:t xml:space="preserve">If yes, please identify: </w:t>
      </w:r>
      <w:r>
        <w:t>☐ IFSP    ☐ IEP    ☐ 504 Plan    ☐ Other Support Plan</w:t>
      </w:r>
    </w:p>
    <w:p>
      <w:pPr>
        <w:spacing w:after="60"/>
      </w:pPr>
      <w:r>
        <w:t>Please provide a copy of the current plan, when applicable, so staff can appropriately support your child's needs.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Accommodations, services, supports, or additional information staff should know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EMERGENCY CONTACT INFORMATION</w:t>
            </w:r>
          </w:p>
        </w:tc>
      </w:tr>
    </w:tbl>
    <w:p>
      <w:pPr>
        <w:spacing w:after="60"/>
      </w:pPr>
      <w:r>
        <w:t>Please list contacts other than the parent/guardian who may be contacted in an emergency.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720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Emergency Contact 1 - Full Name</w:t>
              <w:br/>
            </w:r>
            <w:r>
              <w:rPr>
                <w:sz w:val="18"/>
              </w:rPr>
              <w:t>_______________________________________________________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Relationship</w:t>
              <w:br/>
            </w:r>
            <w:r>
              <w:rPr>
                <w:sz w:val="18"/>
              </w:rPr>
              <w:t>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Primary Phone</w:t>
              <w:br/>
            </w:r>
            <w:r>
              <w:rPr>
                <w:sz w:val="18"/>
              </w:rPr>
              <w:t>_______________________________________</w:t>
            </w:r>
          </w:p>
        </w:tc>
        <w:tc>
          <w:tcPr>
            <w:tcW w:type="dxa" w:w="52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Alternate Phone</w:t>
              <w:br/>
            </w:r>
            <w:r>
              <w:rPr>
                <w:sz w:val="18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720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Emergency Contact 2 - Full Name</w:t>
              <w:br/>
            </w:r>
            <w:r>
              <w:rPr>
                <w:sz w:val="18"/>
              </w:rPr>
              <w:t>_______________________________________________________</w:t>
            </w:r>
          </w:p>
        </w:tc>
        <w:tc>
          <w:tcPr>
            <w:tcW w:type="dxa" w:w="32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Relationship</w:t>
              <w:br/>
            </w:r>
            <w:r>
              <w:rPr>
                <w:sz w:val="18"/>
              </w:rPr>
              <w:t>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Primary Phone</w:t>
              <w:br/>
            </w:r>
            <w:r>
              <w:rPr>
                <w:sz w:val="18"/>
              </w:rPr>
              <w:t>_______________________________________</w:t>
            </w:r>
          </w:p>
        </w:tc>
        <w:tc>
          <w:tcPr>
            <w:tcW w:type="dxa" w:w="52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Alternate Phone</w:t>
              <w:br/>
            </w:r>
            <w:r>
              <w:rPr>
                <w:sz w:val="18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AUTHORIZED PICK-UP LIST</w:t>
            </w:r>
          </w:p>
        </w:tc>
      </w:tr>
    </w:tbl>
    <w:p>
      <w:pPr>
        <w:spacing w:after="80"/>
      </w:pPr>
      <w:r>
        <w:t>Only individuals listed below may pick up the child unless the parent/guardian provides authorization according to program procedures. Photo identification may be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123A73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Authorized Person</w:t>
            </w:r>
          </w:p>
        </w:tc>
        <w:tc>
          <w:tcPr>
            <w:tcW w:type="dxa" w:w="2628"/>
            <w:shd w:fill="123A73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Relationship</w:t>
            </w:r>
          </w:p>
        </w:tc>
        <w:tc>
          <w:tcPr>
            <w:tcW w:type="dxa" w:w="2628"/>
            <w:shd w:fill="123A73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Phone Number</w:t>
            </w:r>
          </w:p>
        </w:tc>
        <w:tc>
          <w:tcPr>
            <w:tcW w:type="dxa" w:w="2628"/>
            <w:shd w:fill="123A73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Notes / ID Information</w:t>
            </w:r>
          </w:p>
        </w:tc>
      </w:tr>
      <w:tr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>
            <w:r>
              <w:t xml:space="preserve">1. </w:t>
            </w:r>
          </w:p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</w:tr>
      <w:tr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>
            <w:r>
              <w:t xml:space="preserve">2. </w:t>
            </w:r>
          </w:p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</w:tr>
      <w:tr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>
            <w:r>
              <w:t xml:space="preserve">3. </w:t>
            </w:r>
          </w:p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</w:tr>
      <w:tr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>
            <w:r>
              <w:t xml:space="preserve">4. </w:t>
            </w:r>
          </w:p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</w:tr>
      <w:tr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>
            <w:r>
              <w:t xml:space="preserve">5. </w:t>
            </w:r>
          </w:p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  <w:tc>
          <w:tcPr>
            <w:tcW w:type="dxa" w:w="2628"/>
            <w:vAlign w:val="center"/>
            <w:tcMar>
              <w:top w:w="120" w:type="dxa"/>
              <w:start w:w="70" w:type="dxa"/>
              <w:bottom w:w="120" w:type="dxa"/>
              <w:end w:w="70" w:type="dxa"/>
            </w:tcMar>
          </w:tcPr>
          <w:p/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PERSONS NOT AUTHORIZED TO PICK UP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Name(s) and relationship to child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p>
      <w:pPr>
        <w:spacing w:after="80"/>
      </w:pPr>
      <w:r>
        <w:t>If a legal custody order or other court document limits access to the child, please provide a current copy to the program.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TRANSPORTATION / SCHOOL-AGE CARE</w:t>
            </w:r>
          </w:p>
        </w:tc>
      </w:tr>
    </w:tbl>
    <w:p>
      <w:pPr>
        <w:spacing w:after="40"/>
      </w:pPr>
      <w:r>
        <w:rPr>
          <w:b/>
        </w:rPr>
        <w:t xml:space="preserve">Will Dream Builders Den, LLC be responsible for transportation to/from school, if offered? </w:t>
      </w:r>
      <w:r>
        <w:t>☐ Yes    ☐ 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0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School Name</w:t>
              <w:br/>
            </w:r>
            <w:r>
              <w:rPr>
                <w:sz w:val="18"/>
              </w:rPr>
              <w:t>______________________________________</w:t>
            </w:r>
          </w:p>
        </w:tc>
        <w:tc>
          <w:tcPr>
            <w:tcW w:type="dxa" w:w="540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School Address</w:t>
              <w:br/>
            </w:r>
            <w:r>
              <w:rPr>
                <w:sz w:val="18"/>
              </w:rPr>
              <w:t>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School Start Time</w:t>
              <w:br/>
            </w:r>
            <w:r>
              <w:rPr>
                <w:sz w:val="18"/>
              </w:rPr>
              <w:t>_______________________________________</w:t>
            </w:r>
          </w:p>
        </w:tc>
        <w:tc>
          <w:tcPr>
            <w:tcW w:type="dxa" w:w="52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Dismissal Time</w:t>
              <w:br/>
            </w:r>
            <w:r>
              <w:rPr>
                <w:sz w:val="18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Transportation / dismissal instructions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ADDITIONAL CHILD INFORMATION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Child's interests, comfort items, routines, or calming strategies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Foods the child should not receive / dietary preferences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Toileting / self-care information, if applicable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Anything else you would like us to know about your child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PARENT / GUARDIAN CERTIFICATION</w:t>
            </w:r>
          </w:p>
        </w:tc>
      </w:tr>
    </w:tbl>
    <w:p>
      <w:pPr>
        <w:spacing w:after="100"/>
      </w:pPr>
      <w:r>
        <w:t>I certify that the information provided in this enrollment application is complete and accurate to the best of my knowledge. I agree to notify Dream Builders Den, LLC promptly of changes to contact information, emergency contacts, authorized pick-up persons, health information, allergies, medications, custody arrangements, IFSP/IEP status, or other information that may affect my child's care.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440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Parent/Guardian Printed Name</w:t>
              <w:br/>
            </w:r>
            <w:r>
              <w:rPr>
                <w:sz w:val="18"/>
              </w:rPr>
              <w:t>_______________________________________________________________________________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7632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Parent/Guardian Signature</w:t>
              <w:br/>
            </w:r>
            <w:r>
              <w:rPr>
                <w:sz w:val="18"/>
              </w:rPr>
              <w:t>__________________________________________________________</w:t>
            </w:r>
          </w:p>
        </w:tc>
        <w:tc>
          <w:tcPr>
            <w:tcW w:type="dxa" w:w="2808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Date</w:t>
              <w:br/>
            </w:r>
            <w:r>
              <w:rPr>
                <w:sz w:val="18"/>
              </w:rPr>
              <w:t>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512"/>
            <w:shd w:fill="123A73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1"/>
              </w:rPr>
              <w:t>FOR PROGRAM USE ONLY</w:t>
            </w:r>
          </w:p>
        </w:tc>
      </w:tr>
    </w:tbl>
    <w:p>
      <w:pPr>
        <w:spacing w:after="40"/>
      </w:pPr>
      <w:r>
        <w:t>☐ Application Complete    ☐ Health Records Received    ☐ Immunization Records Received    ☐ IFSP/IEP Received (if applicable)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4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Enrollment Date</w:t>
              <w:br/>
            </w:r>
            <w:r>
              <w:rPr>
                <w:sz w:val="18"/>
              </w:rPr>
              <w:t>__________________________</w:t>
            </w:r>
          </w:p>
        </w:tc>
        <w:tc>
          <w:tcPr>
            <w:tcW w:type="dxa" w:w="3528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Class/Group</w:t>
              <w:br/>
            </w:r>
            <w:r>
              <w:rPr>
                <w:sz w:val="18"/>
              </w:rPr>
              <w:t>__________________________</w:t>
            </w:r>
          </w:p>
        </w:tc>
        <w:tc>
          <w:tcPr>
            <w:tcW w:type="dxa" w:w="3456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sz w:val="16"/>
              </w:rPr>
              <w:t>Staff Initials</w:t>
              <w:br/>
            </w:r>
            <w:r>
              <w:rPr>
                <w:sz w:val="18"/>
              </w:rPr>
              <w:t>__________________________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64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123A73"/>
        <w:sz w:val="16"/>
      </w:rPr>
      <w:t>Dream Builders Den, LLC • Enrollment Application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