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944"/>
        <w:gridCol w:w="8496"/>
      </w:tblGrid>
      <w:tr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60120" cy="107746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he Place Logo (20260908-151525)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10774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  <w:color w:val="1F4E79"/>
                <w:sz w:val="46"/>
              </w:rPr>
              <w:t>Activity Kit Registration Form</w:t>
            </w:r>
          </w:p>
          <w:p>
            <w:r>
              <w:rPr>
                <w:i/>
                <w:sz w:val="21"/>
              </w:rPr>
              <w:t>Fun, hands-on activities for families to enjoy together</w:t>
            </w:r>
          </w:p>
        </w:tc>
      </w:tr>
    </w:tbl>
    <w:p>
      <w:pPr>
        <w:spacing w:after="80"/>
        <w:jc w:val="center"/>
      </w:pPr>
      <w:r>
        <w:rPr>
          <w:b/>
          <w:sz w:val="23"/>
        </w:rPr>
        <w:t>Complete this form to register your family for The Place Activity Kits.</w:t>
      </w:r>
    </w:p>
    <w:p>
      <w:pPr>
        <w:spacing w:after="100"/>
      </w:pPr>
      <w:r>
        <w:t>Each monthly kit includes five activities or crafts, all needed materials, and easy-to-follow instructions for families to enjoy together.</w:t>
      </w:r>
    </w:p>
    <w:p>
      <w:pPr>
        <w:spacing w:before="20" w:after="40"/>
      </w:pPr>
      <w:r>
        <w:rPr>
          <w:b/>
          <w:color w:val="1F4E79"/>
          <w:sz w:val="29"/>
        </w:rPr>
        <w:t>Parent / Caregiver Information</w:t>
      </w:r>
    </w:p>
    <w:p>
      <w:pPr>
        <w:spacing w:after="40"/>
      </w:pPr>
      <w:r>
        <w:rPr>
          <w:b/>
        </w:rPr>
        <w:t xml:space="preserve">Parent/Guardian Name: </w:t>
      </w:r>
      <w:r>
        <w:t>_______________________________________________</w:t>
      </w:r>
    </w:p>
    <w:p>
      <w:pPr>
        <w:spacing w:after="40"/>
      </w:pPr>
      <w:r>
        <w:rPr>
          <w:b/>
        </w:rPr>
        <w:t xml:space="preserve">Phone Number: </w:t>
      </w:r>
      <w:r>
        <w:t>_________________________________________________________</w:t>
      </w:r>
    </w:p>
    <w:p>
      <w:pPr>
        <w:spacing w:after="40"/>
      </w:pPr>
      <w:r>
        <w:rPr>
          <w:b/>
        </w:rPr>
        <w:t xml:space="preserve">Email Address: </w:t>
      </w:r>
      <w:r>
        <w:t>_________________________________________________________</w:t>
      </w:r>
    </w:p>
    <w:p>
      <w:pPr>
        <w:spacing w:after="40"/>
      </w:pPr>
      <w:r>
        <w:rPr>
          <w:b/>
        </w:rPr>
        <w:t xml:space="preserve">School District: </w:t>
      </w:r>
      <w:r>
        <w:t>_______________________________________________________</w:t>
      </w:r>
    </w:p>
    <w:p>
      <w:pPr>
        <w:spacing w:before="20" w:after="40"/>
      </w:pPr>
      <w:r>
        <w:rPr>
          <w:b/>
          <w:color w:val="1F4E79"/>
          <w:sz w:val="29"/>
        </w:rPr>
        <w:t>Children in Household</w:t>
      </w:r>
    </w:p>
    <w:p>
      <w:pPr>
        <w:spacing w:after="40"/>
      </w:pPr>
      <w:r>
        <w:rPr>
          <w:b/>
        </w:rPr>
        <w:t xml:space="preserve">Number of Children in Household: </w:t>
      </w:r>
      <w:r>
        <w:t>_______________________________________</w:t>
      </w:r>
    </w:p>
    <w:p>
      <w:pPr>
        <w:spacing w:after="40"/>
      </w:pPr>
      <w:r>
        <w:rPr>
          <w:b/>
        </w:rPr>
        <w:t xml:space="preserve">Ages of Children Receiving Activity Kits: </w:t>
      </w:r>
      <w:r>
        <w:t>_______________________________</w:t>
      </w:r>
    </w:p>
    <w:p>
      <w:pPr>
        <w:spacing w:after="60"/>
      </w:pPr>
      <w:r>
        <w:rPr>
          <w:i/>
          <w:sz w:val="18"/>
        </w:rPr>
        <w:t>Please list the age of each child who will be participating so activities can be planned appropriately.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b/>
              </w:rPr>
              <w:t>Child 1 Age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b/>
              </w:rPr>
              <w:t>Child 2 Age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b/>
              </w:rPr>
              <w:t>Child 3 Age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b/>
              </w:rPr>
              <w:t>Child 4 Age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b/>
              </w:rPr>
              <w:t>Child 5 Age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b/>
              </w:rPr>
              <w:t>Child 6 Age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b/>
              </w:rPr>
              <w:t>Child 7 Age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b/>
              </w:rPr>
              <w:t>Child 8 Age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</w:p>
        </w:tc>
      </w:tr>
    </w:tbl>
    <w:p>
      <w:pPr>
        <w:spacing w:before="20" w:after="40"/>
      </w:pPr>
      <w:r>
        <w:rPr>
          <w:b/>
          <w:color w:val="1F4E79"/>
          <w:sz w:val="29"/>
        </w:rPr>
        <w:t>Activity Kit Registration</w:t>
      </w:r>
    </w:p>
    <w:p>
      <w:pPr>
        <w:spacing w:after="40"/>
      </w:pPr>
      <w:r>
        <w:rPr>
          <w:b/>
        </w:rPr>
        <w:t xml:space="preserve">Please check: </w:t>
      </w:r>
      <w:r>
        <w:t>☐ Yes, I would like to register my family to receive Activity Kits.</w:t>
      </w:r>
    </w:p>
    <w:p>
      <w:pPr>
        <w:spacing w:after="60"/>
      </w:pPr>
      <w:r>
        <w:rPr>
          <w:b/>
        </w:rPr>
        <w:t xml:space="preserve">Preferred way to receive updates: </w:t>
      </w:r>
      <w:r>
        <w:t>☐ Phone    ☐ Text    ☐ Email</w:t>
      </w:r>
    </w:p>
    <w:p>
      <w:pPr>
        <w:spacing w:before="20" w:after="40"/>
      </w:pPr>
      <w:r>
        <w:rPr>
          <w:b/>
          <w:color w:val="1F4E79"/>
          <w:sz w:val="29"/>
        </w:rPr>
        <w:t>Additional Information</w:t>
      </w:r>
    </w:p>
    <w:p>
      <w:pPr>
        <w:spacing w:after="40"/>
      </w:pPr>
      <w:r>
        <w:rPr>
          <w:b/>
        </w:rPr>
        <w:t xml:space="preserve">Comments or information we should know: </w:t>
      </w:r>
      <w:r>
        <w:t>_______________________________</w:t>
      </w:r>
    </w:p>
    <w:p>
      <w:pPr>
        <w:spacing w:before="20" w:after="40"/>
      </w:pPr>
      <w:r>
        <w:rPr>
          <w:b/>
          <w:color w:val="1F4E79"/>
          <w:sz w:val="29"/>
        </w:rPr>
        <w:t>Parent / Guardian Acknowledgment</w:t>
      </w:r>
    </w:p>
    <w:p>
      <w:pPr>
        <w:spacing w:after="60"/>
      </w:pPr>
      <w:r>
        <w:t>I understand that Activity Kits are available while supplies last and that The Place will provide information regarding kit availability and distribution.</w:t>
      </w:r>
    </w:p>
    <w:p>
      <w:pPr>
        <w:spacing w:after="40"/>
      </w:pPr>
      <w:r>
        <w:rPr>
          <w:b/>
        </w:rPr>
        <w:t xml:space="preserve">Parent/Guardian Signature: </w:t>
      </w:r>
      <w:r>
        <w:t>________________________________________</w:t>
      </w:r>
    </w:p>
    <w:p>
      <w:pPr>
        <w:spacing w:after="40"/>
      </w:pPr>
      <w:r>
        <w:rPr>
          <w:b/>
        </w:rPr>
        <w:t xml:space="preserve">Date: </w:t>
      </w:r>
      <w:r>
        <w:t>______________________________________________________________</w:t>
      </w:r>
    </w:p>
    <w:p>
      <w:pPr>
        <w:spacing w:before="20" w:after="40"/>
      </w:pPr>
      <w:r>
        <w:rPr>
          <w:b/>
          <w:color w:val="1F4E79"/>
          <w:sz w:val="29"/>
        </w:rPr>
        <w:t>For Staff Use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pPr>
              <w:spacing w:after="0"/>
              <w:jc w:val="center"/>
            </w:pPr>
            <w:r>
              <w:rPr>
                <w:b/>
              </w:rPr>
              <w:t>Registration Received</w:t>
            </w:r>
          </w:p>
        </w:tc>
        <w:tc>
          <w:tcPr>
            <w:tcW w:type="dxa" w:w="2592"/>
          </w:tcPr>
          <w:p>
            <w:pPr>
              <w:spacing w:after="0"/>
              <w:jc w:val="center"/>
            </w:pPr>
            <w:r>
              <w:rPr>
                <w:b/>
              </w:rPr>
              <w:t>Kit Distributed</w:t>
            </w:r>
          </w:p>
        </w:tc>
        <w:tc>
          <w:tcPr>
            <w:tcW w:type="dxa" w:w="2592"/>
          </w:tcPr>
          <w:p>
            <w:pPr>
              <w:spacing w:after="0"/>
              <w:jc w:val="center"/>
            </w:pPr>
            <w:r>
              <w:rPr>
                <w:b/>
              </w:rPr>
              <w:t>Date Distributed</w:t>
            </w:r>
          </w:p>
        </w:tc>
        <w:tc>
          <w:tcPr>
            <w:tcW w:type="dxa" w:w="2592"/>
          </w:tcPr>
          <w:p>
            <w:pPr>
              <w:spacing w:after="0"/>
              <w:jc w:val="center"/>
            </w:pPr>
            <w:r>
              <w:rPr>
                <w:b/>
              </w:rPr>
              <w:t>Staff Initials</w:t>
            </w:r>
          </w:p>
        </w:tc>
      </w:tr>
      <w:tr>
        <w:tc>
          <w:tcPr>
            <w:tcW w:type="dxa" w:w="2592"/>
          </w:tcPr>
          <w:p>
            <w:pPr>
              <w:spacing w:after="0"/>
              <w:jc w:val="center"/>
            </w:pPr>
            <w:r>
              <w:t>☐</w:t>
            </w:r>
          </w:p>
        </w:tc>
        <w:tc>
          <w:tcPr>
            <w:tcW w:type="dxa" w:w="2592"/>
          </w:tcPr>
          <w:p>
            <w:pPr>
              <w:spacing w:after="0"/>
              <w:jc w:val="center"/>
            </w:pPr>
            <w:r>
              <w:t>☐</w:t>
            </w:r>
          </w:p>
        </w:tc>
        <w:tc>
          <w:tcPr>
            <w:tcW w:type="dxa" w:w="2592"/>
          </w:tcPr>
          <w:p>
            <w:pPr>
              <w:spacing w:after="0"/>
              <w:jc w:val="center"/>
            </w:pPr>
            <w:r/>
          </w:p>
        </w:tc>
        <w:tc>
          <w:tcPr>
            <w:tcW w:type="dxa" w:w="2592"/>
          </w:tcPr>
          <w:p>
            <w:pPr>
              <w:spacing w:after="0"/>
              <w:jc w:val="center"/>
            </w:pPr>
            <w:r/>
          </w:p>
        </w:tc>
      </w:tr>
    </w:tbl>
    <w:p>
      <w:pPr>
        <w:spacing w:before="100" w:after="20"/>
        <w:jc w:val="center"/>
      </w:pPr>
      <w:r>
        <w:rPr>
          <w:b/>
          <w:color w:val="1F4E79"/>
        </w:rPr>
        <w:t>Questions? Contact The Place at 607-336-9696</w:t>
      </w:r>
    </w:p>
    <w:p>
      <w:pPr>
        <w:spacing w:after="0"/>
        <w:jc w:val="center"/>
      </w:pPr>
      <w:r>
        <w:rPr>
          <w:sz w:val="17"/>
        </w:rPr>
        <w:t>22 East Main Street, Norwich, New York 13815  |  Serving Chenango County since 1983</w:t>
      </w:r>
    </w:p>
    <w:p>
      <w:pPr>
        <w:spacing w:after="0"/>
        <w:jc w:val="center"/>
      </w:pPr>
      <w:r>
        <w:rPr>
          <w:i/>
          <w:sz w:val="18"/>
        </w:rPr>
        <w:t>Great things are happening at The Place...be a part of it.</w:t>
      </w:r>
    </w:p>
    <w:sectPr w:rsidR="00FC693F" w:rsidRPr="0006063C" w:rsidSect="00034616">
      <w:pgSz w:w="12240" w:h="15840"/>
      <w:pgMar w:top="504" w:right="936" w:bottom="50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