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DC203" w14:textId="0D58B661" w:rsidR="009942E6" w:rsidRDefault="009942E6" w:rsidP="009942E6">
      <w:pPr>
        <w:pStyle w:val="Heading1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1DA3F6" wp14:editId="67F44DFD">
            <wp:simplePos x="0" y="0"/>
            <wp:positionH relativeFrom="column">
              <wp:posOffset>4443715</wp:posOffset>
            </wp:positionH>
            <wp:positionV relativeFrom="paragraph">
              <wp:posOffset>-159045</wp:posOffset>
            </wp:positionV>
            <wp:extent cx="1794218" cy="980185"/>
            <wp:effectExtent l="0" t="0" r="0" b="0"/>
            <wp:wrapNone/>
            <wp:docPr id="721145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145277" name="Picture 72114527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4218" cy="98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06573" w14:textId="19BB4DA9" w:rsidR="00BA1343" w:rsidRDefault="00867C3C" w:rsidP="009942E6">
      <w:pPr>
        <w:pStyle w:val="Heading1"/>
      </w:pPr>
      <w:r>
        <w:t>7</w:t>
      </w:r>
      <w:r w:rsidRPr="00867C3C">
        <w:rPr>
          <w:vertAlign w:val="superscript"/>
        </w:rPr>
        <w:t>th</w:t>
      </w:r>
      <w:r>
        <w:t xml:space="preserve"> – 12</w:t>
      </w:r>
      <w:r w:rsidRPr="00867C3C">
        <w:rPr>
          <w:vertAlign w:val="superscript"/>
        </w:rPr>
        <w:t>th</w:t>
      </w:r>
      <w:r>
        <w:t xml:space="preserve"> </w:t>
      </w:r>
      <w:r w:rsidR="003A20E3">
        <w:t xml:space="preserve">Grade </w:t>
      </w:r>
      <w:r w:rsidR="00000000">
        <w:t>Children's Choir Registration Form</w:t>
      </w:r>
    </w:p>
    <w:p w14:paraId="3F10E2B7" w14:textId="77777777" w:rsidR="00BA1343" w:rsidRDefault="00000000">
      <w:pPr>
        <w:pStyle w:val="Heading2"/>
      </w:pPr>
      <w:r>
        <w:t>Child Information</w:t>
      </w:r>
    </w:p>
    <w:p w14:paraId="05D65CBA" w14:textId="7EEB4C55" w:rsidR="00BA1343" w:rsidRDefault="00000000">
      <w:r>
        <w:t>Child's Full Name: _________________</w:t>
      </w:r>
      <w:r w:rsidR="009942E6">
        <w:t>_______________________________________________________________________________</w:t>
      </w:r>
      <w:r>
        <w:t>___________</w:t>
      </w:r>
    </w:p>
    <w:p w14:paraId="0BB001AC" w14:textId="162860F5" w:rsidR="00BA1343" w:rsidRDefault="00000000">
      <w:r>
        <w:t>Date of Birth / Age: __________</w:t>
      </w:r>
      <w:r w:rsidR="009942E6">
        <w:t>________________________________________________________________________________</w:t>
      </w:r>
      <w:r>
        <w:t>________________</w:t>
      </w:r>
    </w:p>
    <w:p w14:paraId="7A3CDC80" w14:textId="1DCA802D" w:rsidR="00BA1343" w:rsidRDefault="00000000">
      <w:r>
        <w:t>Grade: _____________</w:t>
      </w:r>
      <w:r w:rsidR="009942E6">
        <w:t>_______________________________________________________________________________________________________</w:t>
      </w:r>
      <w:r>
        <w:t>_____</w:t>
      </w:r>
    </w:p>
    <w:p w14:paraId="0BE42379" w14:textId="11D5949B" w:rsidR="00BA1343" w:rsidRDefault="00000000">
      <w:r>
        <w:t>Address: ______</w:t>
      </w:r>
      <w:r w:rsidR="009942E6">
        <w:t>_________________________________________________________________________________</w:t>
      </w:r>
      <w:r>
        <w:t>_______________________________</w:t>
      </w:r>
    </w:p>
    <w:p w14:paraId="4A318DEE" w14:textId="77777777" w:rsidR="00BA1343" w:rsidRDefault="00000000">
      <w:pPr>
        <w:pStyle w:val="Heading2"/>
      </w:pPr>
      <w:r>
        <w:t>Parent / Guardian Information</w:t>
      </w:r>
    </w:p>
    <w:p w14:paraId="6A1ECD68" w14:textId="217843B7" w:rsidR="00BA1343" w:rsidRDefault="00000000">
      <w:r>
        <w:t>Parent/Guardian Name: ______</w:t>
      </w:r>
      <w:r w:rsidR="009942E6">
        <w:t>_____________________________________________________________________________</w:t>
      </w:r>
      <w:r>
        <w:t>__________________</w:t>
      </w:r>
    </w:p>
    <w:p w14:paraId="3ABB08D7" w14:textId="17332DFF" w:rsidR="00BA1343" w:rsidRDefault="00000000">
      <w:r>
        <w:t>Phone Number: ________________</w:t>
      </w:r>
      <w:r w:rsidR="009942E6">
        <w:t>_______________________________________________________________________________</w:t>
      </w:r>
      <w:r>
        <w:t>________________</w:t>
      </w:r>
    </w:p>
    <w:p w14:paraId="344EF5D3" w14:textId="58B0E176" w:rsidR="00BA1343" w:rsidRDefault="00000000">
      <w:r>
        <w:t>Email Address: __</w:t>
      </w:r>
      <w:r w:rsidR="009942E6">
        <w:t>________________________________________________________________________________</w:t>
      </w:r>
      <w:r>
        <w:t>_____________________________</w:t>
      </w:r>
    </w:p>
    <w:p w14:paraId="543971B3" w14:textId="77777777" w:rsidR="00BA1343" w:rsidRDefault="00000000">
      <w:pPr>
        <w:pStyle w:val="Heading2"/>
      </w:pPr>
      <w:r>
        <w:t>Emergency Contact</w:t>
      </w:r>
    </w:p>
    <w:p w14:paraId="3ACBB5E5" w14:textId="60D5F9E7" w:rsidR="00BA1343" w:rsidRDefault="00000000">
      <w:r>
        <w:t>Emergency Contact Name: ____</w:t>
      </w:r>
      <w:r w:rsidR="009942E6">
        <w:t>____________________________________________________________________________</w:t>
      </w:r>
      <w:r>
        <w:t>__________________</w:t>
      </w:r>
    </w:p>
    <w:p w14:paraId="340DF22D" w14:textId="57F6AD70" w:rsidR="00BA1343" w:rsidRDefault="00000000">
      <w:r>
        <w:t>Emergency Contact Phone: ________</w:t>
      </w:r>
      <w:r w:rsidR="009942E6">
        <w:t>____________________________________________________________________________</w:t>
      </w:r>
      <w:r>
        <w:t>______________</w:t>
      </w:r>
    </w:p>
    <w:p w14:paraId="161075FA" w14:textId="77777777" w:rsidR="00BA1343" w:rsidRDefault="00000000">
      <w:pPr>
        <w:pStyle w:val="Heading2"/>
      </w:pPr>
      <w:r>
        <w:t>Medical &amp; Allergy Information</w:t>
      </w:r>
    </w:p>
    <w:p w14:paraId="108AB231" w14:textId="17BE6C26" w:rsidR="00BA1343" w:rsidRDefault="00000000">
      <w:r>
        <w:t>Allergies: _______________________________</w:t>
      </w:r>
      <w:r w:rsidR="009942E6">
        <w:t>___________________________________________________________________________________</w:t>
      </w:r>
      <w:r>
        <w:t>_____</w:t>
      </w:r>
    </w:p>
    <w:p w14:paraId="33E2C862" w14:textId="521E08F7" w:rsidR="00BA1343" w:rsidRDefault="00000000">
      <w:r>
        <w:t>Medical Conditions or Special Needs: _</w:t>
      </w:r>
      <w:r w:rsidR="009942E6">
        <w:t>_____________________________________________________________________________</w:t>
      </w:r>
      <w:r>
        <w:t>_________</w:t>
      </w:r>
    </w:p>
    <w:p w14:paraId="1E2E357D" w14:textId="76DBA7AE" w:rsidR="00BA1343" w:rsidRDefault="00000000">
      <w:r>
        <w:t>Medications (if any): __________</w:t>
      </w:r>
      <w:r w:rsidR="009942E6">
        <w:t>________________________________________________________________________________</w:t>
      </w:r>
      <w:r>
        <w:t>________________</w:t>
      </w:r>
    </w:p>
    <w:p w14:paraId="6DC6C6BD" w14:textId="77777777" w:rsidR="00BA1343" w:rsidRDefault="00000000">
      <w:pPr>
        <w:pStyle w:val="Heading2"/>
      </w:pPr>
      <w:r>
        <w:t>Permissions</w:t>
      </w:r>
    </w:p>
    <w:p w14:paraId="7DC321B0" w14:textId="77777777" w:rsidR="00BA1343" w:rsidRDefault="00000000">
      <w:r>
        <w:t>I give permission for my child to participate in choir activities.</w:t>
      </w:r>
    </w:p>
    <w:p w14:paraId="41F065D5" w14:textId="77777777" w:rsidR="00BA1343" w:rsidRDefault="00000000">
      <w:r>
        <w:t>Photo/Video Release Consent (circle one): YES / NO</w:t>
      </w:r>
    </w:p>
    <w:p w14:paraId="3E7F70D3" w14:textId="631783FD" w:rsidR="00BA1343" w:rsidRDefault="00000000">
      <w:r>
        <w:t>Pickup Authorization Notes: _____________</w:t>
      </w:r>
      <w:r w:rsidR="009942E6">
        <w:t>_____________________________________________________________________________</w:t>
      </w:r>
      <w:r>
        <w:t>_______</w:t>
      </w:r>
    </w:p>
    <w:p w14:paraId="3A181D54" w14:textId="77777777" w:rsidR="00BA1343" w:rsidRDefault="00000000">
      <w:pPr>
        <w:pStyle w:val="Heading2"/>
      </w:pPr>
      <w:r>
        <w:t>Signatures</w:t>
      </w:r>
    </w:p>
    <w:p w14:paraId="4A29EEB7" w14:textId="5F8E2E4C" w:rsidR="00BA1343" w:rsidRDefault="00000000">
      <w:r>
        <w:t>Parent/Guardian Signature: _____________</w:t>
      </w:r>
      <w:r w:rsidR="009942E6">
        <w:t>______________________________________________________________________________</w:t>
      </w:r>
      <w:r>
        <w:t>_______</w:t>
      </w:r>
    </w:p>
    <w:p w14:paraId="45B7BC18" w14:textId="28F4DD0B" w:rsidR="00BA1343" w:rsidRDefault="00000000">
      <w:r>
        <w:t>Date: _______________________________</w:t>
      </w:r>
      <w:r w:rsidR="009942E6">
        <w:t>_______</w:t>
      </w:r>
      <w:r>
        <w:t>_________</w:t>
      </w:r>
    </w:p>
    <w:p w14:paraId="6676A547" w14:textId="77777777" w:rsidR="009942E6" w:rsidRDefault="009942E6"/>
    <w:p w14:paraId="3E6EEC18" w14:textId="77777777" w:rsidR="009942E6" w:rsidRDefault="009942E6"/>
    <w:p w14:paraId="5F85E82B" w14:textId="77777777" w:rsidR="009942E6" w:rsidRDefault="009942E6"/>
    <w:p w14:paraId="475F717B" w14:textId="2EF2CE95" w:rsidR="009942E6" w:rsidRDefault="009942E6">
      <w:r>
        <w:t>New Creation Events Ministry 1285 Charleston Road, Wellsboro PA  16901   570-724-</w:t>
      </w:r>
      <w:proofErr w:type="gramStart"/>
      <w:r>
        <w:t>3260  www.nceministry.org</w:t>
      </w:r>
      <w:proofErr w:type="gramEnd"/>
    </w:p>
    <w:sectPr w:rsidR="009942E6" w:rsidSect="009942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3185609">
    <w:abstractNumId w:val="8"/>
  </w:num>
  <w:num w:numId="2" w16cid:durableId="132143534">
    <w:abstractNumId w:val="6"/>
  </w:num>
  <w:num w:numId="3" w16cid:durableId="192888241">
    <w:abstractNumId w:val="5"/>
  </w:num>
  <w:num w:numId="4" w16cid:durableId="1594898761">
    <w:abstractNumId w:val="4"/>
  </w:num>
  <w:num w:numId="5" w16cid:durableId="1134636825">
    <w:abstractNumId w:val="7"/>
  </w:num>
  <w:num w:numId="6" w16cid:durableId="1463844835">
    <w:abstractNumId w:val="3"/>
  </w:num>
  <w:num w:numId="7" w16cid:durableId="1241283693">
    <w:abstractNumId w:val="2"/>
  </w:num>
  <w:num w:numId="8" w16cid:durableId="154300357">
    <w:abstractNumId w:val="1"/>
  </w:num>
  <w:num w:numId="9" w16cid:durableId="1341738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20E3"/>
    <w:rsid w:val="00867C3C"/>
    <w:rsid w:val="009942E6"/>
    <w:rsid w:val="00AA1D8D"/>
    <w:rsid w:val="00B47730"/>
    <w:rsid w:val="00B549F4"/>
    <w:rsid w:val="00BA1343"/>
    <w:rsid w:val="00CB0664"/>
    <w:rsid w:val="00CB6F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78589"/>
  <w14:defaultImageDpi w14:val="300"/>
  <w15:docId w15:val="{35885E6C-3AD6-47F5-8F73-BCE1A9D3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melissa Owlett</cp:lastModifiedBy>
  <cp:revision>2</cp:revision>
  <cp:lastPrinted>2026-05-05T18:03:00Z</cp:lastPrinted>
  <dcterms:created xsi:type="dcterms:W3CDTF">2026-05-05T18:03:00Z</dcterms:created>
  <dcterms:modified xsi:type="dcterms:W3CDTF">2026-05-05T18:03:00Z</dcterms:modified>
  <cp:category/>
</cp:coreProperties>
</file>