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  <w:jc w:val="center"/>
      </w:pPr>
      <w:r>
        <w:drawing>
          <wp:inline xmlns:a="http://schemas.openxmlformats.org/drawingml/2006/main" xmlns:pic="http://schemas.openxmlformats.org/drawingml/2006/picture">
            <wp:extent cx="1691640" cy="784696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_crc_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91640" cy="78469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/>
        <w:jc w:val="center"/>
      </w:pPr>
      <w:r>
        <w:rPr>
          <w:b/>
          <w:color w:val="173F2D"/>
          <w:sz w:val="32"/>
        </w:rPr>
        <w:t>GENERAL RENTAL INQUIRY</w:t>
      </w:r>
    </w:p>
    <w:p>
      <w:pPr>
        <w:spacing w:after="120"/>
        <w:jc w:val="center"/>
      </w:pPr>
      <w:r>
        <w:rPr>
          <w:sz w:val="18"/>
        </w:rPr>
        <w:t>Click a checkbox to select an option. This inquiry does not reserve your date.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1. CONTACT</w:t>
            </w:r>
          </w:p>
        </w:tc>
      </w:tr>
    </w:tbl>
    <w:p>
      <w:pPr>
        <w:spacing w:after="40"/>
      </w:pPr>
      <w:r>
        <w:rPr>
          <w:b/>
        </w:rPr>
        <w:t xml:space="preserve">Name: </w:t>
      </w:r>
      <w:r>
        <w:t>__________________________________________</w:t>
      </w:r>
    </w:p>
    <w:p>
      <w:pPr>
        <w:spacing w:after="40"/>
      </w:pPr>
      <w:r>
        <w:rPr>
          <w:b/>
        </w:rPr>
        <w:t xml:space="preserve">Organization (optional): </w:t>
      </w:r>
      <w:r>
        <w:t>_______________________________</w:t>
      </w:r>
    </w:p>
    <w:p>
      <w:pPr>
        <w:spacing w:after="40"/>
      </w:pPr>
      <w:r>
        <w:rPr>
          <w:b/>
        </w:rPr>
        <w:t xml:space="preserve">Phone: </w:t>
      </w:r>
      <w:r>
        <w:t>_________________________________________</w:t>
      </w:r>
    </w:p>
    <w:p>
      <w:pPr>
        <w:spacing w:after="40"/>
      </w:pPr>
      <w:r>
        <w:rPr>
          <w:b/>
        </w:rPr>
        <w:t xml:space="preserve">Email: </w:t>
      </w:r>
      <w:r>
        <w:t>__________________________________________</w:t>
      </w:r>
    </w:p>
    <w:p>
      <w:pPr>
        <w:spacing w:after="60"/>
      </w:pPr>
      <w:r>
        <w:rPr>
          <w:b/>
        </w:rPr>
        <w:t xml:space="preserve">Best contact:  </w:t>
      </w:r>
      <w:sdt>
        <w:sdtPr>
          <w:id w:val="900000"/>
          <w:alias w:val="Clickable checkbox 1"/>
          <w:tag w:val="CHECKBOX_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Call     </w:t>
      </w:r>
      <w:sdt>
        <w:sdtPr>
          <w:id w:val="900001"/>
          <w:alias w:val="Clickable checkbox 2"/>
          <w:tag w:val="CHECKBOX_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Text     </w:t>
      </w:r>
      <w:sdt>
        <w:sdtPr>
          <w:id w:val="900002"/>
          <w:alias w:val="Clickable checkbox 3"/>
          <w:tag w:val="CHECKBOX_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Email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2. EVENT</w:t>
            </w:r>
          </w:p>
        </w:tc>
      </w:tr>
    </w:tbl>
    <w:p>
      <w:pPr>
        <w:spacing w:after="60"/>
      </w:pPr>
      <w:r>
        <w:rPr>
          <w:b/>
        </w:rPr>
        <w:t xml:space="preserve">Event type:  </w:t>
      </w:r>
      <w:sdt>
        <w:sdtPr>
          <w:id w:val="900003"/>
          <w:alias w:val="Clickable checkbox 4"/>
          <w:tag w:val="CHECKBOX_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Meeting     </w:t>
      </w:r>
      <w:sdt>
        <w:sdtPr>
          <w:id w:val="900004"/>
          <w:alias w:val="Clickable checkbox 5"/>
          <w:tag w:val="CHECKBOX_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Community     </w:t>
      </w:r>
      <w:sdt>
        <w:sdtPr>
          <w:id w:val="900005"/>
          <w:alias w:val="Clickable checkbox 6"/>
          <w:tag w:val="CHECKBOX_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Private Party     </w:t>
      </w:r>
      <w:sdt>
        <w:sdtPr>
          <w:id w:val="900006"/>
          <w:alias w:val="Clickable checkbox 7"/>
          <w:tag w:val="CHECKBOX_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Workshop     </w:t>
      </w:r>
      <w:sdt>
        <w:sdtPr>
          <w:id w:val="900007"/>
          <w:alias w:val="Clickable checkbox 8"/>
          <w:tag w:val="CHECKBOX_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Nonprofit     </w:t>
      </w:r>
      <w:sdt>
        <w:sdtPr>
          <w:id w:val="900008"/>
          <w:alias w:val="Clickable checkbox 9"/>
          <w:tag w:val="CHECKBOX_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Other</w:t>
      </w:r>
    </w:p>
    <w:p>
      <w:pPr>
        <w:spacing w:after="40"/>
      </w:pPr>
      <w:r>
        <w:rPr>
          <w:b/>
        </w:rPr>
        <w:t xml:space="preserve">If other: </w:t>
      </w:r>
      <w:r>
        <w:t>_________________________________________</w:t>
      </w:r>
    </w:p>
    <w:p>
      <w:pPr>
        <w:spacing w:after="40"/>
      </w:pPr>
      <w:r>
        <w:rPr>
          <w:b/>
        </w:rPr>
        <w:t xml:space="preserve">Event date: </w:t>
      </w:r>
      <w:r>
        <w:t>____________________</w:t>
      </w:r>
    </w:p>
    <w:p>
      <w:pPr>
        <w:spacing w:after="40"/>
      </w:pPr>
      <w:r>
        <w:rPr>
          <w:b/>
        </w:rPr>
        <w:t xml:space="preserve">Backup date (optional): </w:t>
      </w:r>
      <w:r>
        <w:t>______________________</w:t>
      </w:r>
    </w:p>
    <w:p>
      <w:pPr>
        <w:spacing w:after="40"/>
      </w:pPr>
      <w:r>
        <w:rPr>
          <w:b/>
        </w:rPr>
        <w:t xml:space="preserve">Estimated guests: </w:t>
      </w:r>
      <w:r>
        <w:t>_________________________</w:t>
      </w:r>
    </w:p>
    <w:p>
      <w:pPr>
        <w:spacing w:after="40"/>
      </w:pPr>
      <w:r>
        <w:rPr>
          <w:b/>
        </w:rPr>
        <w:t xml:space="preserve">Start time: </w:t>
      </w:r>
      <w:r>
        <w:t>____________________</w:t>
      </w:r>
    </w:p>
    <w:p>
      <w:pPr>
        <w:spacing w:after="40"/>
      </w:pPr>
      <w:r>
        <w:rPr>
          <w:b/>
        </w:rPr>
        <w:t xml:space="preserve">End time: </w:t>
      </w:r>
      <w:r>
        <w:t>______________________</w:t>
      </w:r>
    </w:p>
    <w:p>
      <w:pPr>
        <w:spacing w:after="20"/>
      </w:pPr>
      <w:r>
        <w:rPr>
          <w:b/>
        </w:rPr>
        <w:t>Brief event description:</w:t>
      </w:r>
    </w:p>
    <w:p>
      <w:pPr>
        <w:spacing w:after="0"/>
      </w:pPr>
      <w:r>
        <w:t>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3. SPACE &amp; SETUP</w:t>
            </w:r>
          </w:p>
        </w:tc>
      </w:tr>
    </w:tbl>
    <w:p>
      <w:pPr>
        <w:spacing w:after="60"/>
      </w:pPr>
      <w:r>
        <w:rPr>
          <w:b/>
        </w:rPr>
        <w:t xml:space="preserve">Space:  </w:t>
      </w:r>
      <w:sdt>
        <w:sdtPr>
          <w:id w:val="900009"/>
          <w:alias w:val="Clickable checkbox 10"/>
          <w:tag w:val="CHECKBOX_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Multi-Purpose Room     </w:t>
      </w:r>
      <w:sdt>
        <w:sdtPr>
          <w:id w:val="900010"/>
          <w:alias w:val="Clickable checkbox 11"/>
          <w:tag w:val="CHECKBOX_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Commercial Kitchen     </w:t>
      </w:r>
      <w:sdt>
        <w:sdtPr>
          <w:id w:val="900011"/>
          <w:alias w:val="Clickable checkbox 12"/>
          <w:tag w:val="CHECKBOX_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Both     </w:t>
      </w:r>
      <w:sdt>
        <w:sdtPr>
          <w:id w:val="900012"/>
          <w:alias w:val="Clickable checkbox 13"/>
          <w:tag w:val="CHECKBOX_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Not sure</w:t>
      </w:r>
    </w:p>
    <w:p>
      <w:pPr>
        <w:spacing w:after="60"/>
      </w:pPr>
      <w:r>
        <w:rPr>
          <w:b/>
        </w:rPr>
        <w:t xml:space="preserve">Setup:  </w:t>
      </w:r>
      <w:sdt>
        <w:sdtPr>
          <w:id w:val="900013"/>
          <w:alias w:val="Clickable checkbox 14"/>
          <w:tag w:val="CHECKBOX_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Classroom     </w:t>
      </w:r>
      <w:sdt>
        <w:sdtPr>
          <w:id w:val="900014"/>
          <w:alias w:val="Clickable checkbox 15"/>
          <w:tag w:val="CHECKBOX_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Conference     </w:t>
      </w:r>
      <w:sdt>
        <w:sdtPr>
          <w:id w:val="900015"/>
          <w:alias w:val="Clickable checkbox 16"/>
          <w:tag w:val="CHECKBOX_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Banquet     </w:t>
      </w:r>
      <w:sdt>
        <w:sdtPr>
          <w:id w:val="900016"/>
          <w:alias w:val="Clickable checkbox 17"/>
          <w:tag w:val="CHECKBOX_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Reception     </w:t>
      </w:r>
      <w:sdt>
        <w:sdtPr>
          <w:id w:val="900017"/>
          <w:alias w:val="Clickable checkbox 18"/>
          <w:tag w:val="CHECKBOX_1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Open Floor     </w:t>
      </w:r>
      <w:sdt>
        <w:sdtPr>
          <w:id w:val="900018"/>
          <w:alias w:val="Clickable checkbox 19"/>
          <w:tag w:val="CHECKBOX_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Not sure</w:t>
      </w:r>
    </w:p>
    <w:p>
      <w:pPr>
        <w:spacing w:after="60"/>
      </w:pPr>
      <w:r>
        <w:rPr>
          <w:b/>
        </w:rPr>
        <w:t xml:space="preserve">Tables/chairs?  </w:t>
      </w:r>
      <w:sdt>
        <w:sdtPr>
          <w:id w:val="900019"/>
          <w:alias w:val="Clickable checkbox 20"/>
          <w:tag w:val="CHECKBOX_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20"/>
          <w:alias w:val="Clickable checkbox 21"/>
          <w:tag w:val="CHECKBOX_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p>
      <w:pPr>
        <w:spacing w:after="60"/>
      </w:pPr>
      <w:r>
        <w:rPr>
          <w:b/>
        </w:rPr>
        <w:t xml:space="preserve">A/V equipment?  </w:t>
      </w:r>
      <w:sdt>
        <w:sdtPr>
          <w:id w:val="900021"/>
          <w:alias w:val="Clickable checkbox 22"/>
          <w:tag w:val="CHECKBOX_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22"/>
          <w:alias w:val="Clickable checkbox 23"/>
          <w:tag w:val="CHECKBOX_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p>
      <w:pPr>
        <w:spacing w:after="60"/>
      </w:pPr>
      <w:r>
        <w:rPr>
          <w:b/>
        </w:rPr>
        <w:t xml:space="preserve">Extra setup/cleanup time?  </w:t>
      </w:r>
      <w:sdt>
        <w:sdtPr>
          <w:id w:val="900023"/>
          <w:alias w:val="Clickable checkbox 24"/>
          <w:tag w:val="CHECKBOX_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24"/>
          <w:alias w:val="Clickable checkbox 25"/>
          <w:tag w:val="CHECKBOX_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p>
      <w:pPr>
        <w:spacing w:after="40"/>
      </w:pPr>
      <w:r>
        <w:rPr>
          <w:b/>
        </w:rPr>
        <w:t xml:space="preserve">If yes, extra time needed: </w:t>
      </w:r>
      <w:r>
        <w:t>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4. FOOD &amp; SPECIAL NEEDS</w:t>
            </w:r>
          </w:p>
        </w:tc>
      </w:tr>
    </w:tbl>
    <w:p>
      <w:pPr>
        <w:spacing w:after="60"/>
      </w:pPr>
      <w:r>
        <w:rPr>
          <w:b/>
        </w:rPr>
        <w:t xml:space="preserve">Food or drinks?  </w:t>
      </w:r>
      <w:sdt>
        <w:sdtPr>
          <w:id w:val="900025"/>
          <w:alias w:val="Clickable checkbox 26"/>
          <w:tag w:val="CHECKBOX_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26"/>
          <w:alias w:val="Clickable checkbox 27"/>
          <w:tag w:val="CHECKBOX_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p>
      <w:pPr>
        <w:spacing w:after="60"/>
      </w:pPr>
      <w:r>
        <w:rPr>
          <w:b/>
        </w:rPr>
        <w:t xml:space="preserve">Use commercial kitchen?  </w:t>
      </w:r>
      <w:sdt>
        <w:sdtPr>
          <w:id w:val="900027"/>
          <w:alias w:val="Clickable checkbox 28"/>
          <w:tag w:val="CHECKBOX_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28"/>
          <w:alias w:val="Clickable checkbox 29"/>
          <w:tag w:val="CHECKBOX_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p>
      <w:pPr>
        <w:spacing w:after="60"/>
      </w:pPr>
      <w:r>
        <w:rPr>
          <w:b/>
        </w:rPr>
        <w:t xml:space="preserve">Catered?  </w:t>
      </w:r>
      <w:sdt>
        <w:sdtPr>
          <w:id w:val="900029"/>
          <w:alias w:val="Clickable checkbox 30"/>
          <w:tag w:val="CHECKBOX_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30"/>
          <w:alias w:val="Clickable checkbox 31"/>
          <w:tag w:val="CHECKBOX_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     </w:t>
      </w:r>
      <w:sdt>
        <w:sdtPr>
          <w:id w:val="900031"/>
          <w:alias w:val="Clickable checkbox 32"/>
          <w:tag w:val="CHECKBOX_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Not sure</w:t>
      </w:r>
    </w:p>
    <w:p>
      <w:pPr>
        <w:spacing w:after="40"/>
      </w:pPr>
      <w:r>
        <w:rPr>
          <w:b/>
        </w:rPr>
        <w:t xml:space="preserve">Caterer (if known): </w:t>
      </w:r>
      <w:r>
        <w:t>_________________________________</w:t>
      </w:r>
    </w:p>
    <w:p>
      <w:pPr>
        <w:spacing w:after="20"/>
      </w:pPr>
      <w:r>
        <w:rPr>
          <w:b/>
        </w:rPr>
        <w:t>Special requests / accessibility needs:</w:t>
      </w:r>
    </w:p>
    <w:p>
      <w:pPr>
        <w:spacing w:after="0"/>
      </w:pPr>
      <w:r>
        <w:t>_____________________________________________________________________________________________</w:t>
      </w:r>
    </w:p>
    <w:p>
      <w:pPr>
        <w:spacing w:after="0"/>
      </w:pPr>
      <w:r>
        <w:t>_____________________________________________________________________________________________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5. FINAL DETAILS</w:t>
            </w:r>
          </w:p>
        </w:tc>
      </w:tr>
    </w:tbl>
    <w:p>
      <w:pPr>
        <w:spacing w:after="60"/>
      </w:pPr>
      <w:r>
        <w:rPr>
          <w:b/>
        </w:rPr>
        <w:t xml:space="preserve">How did you hear about CRC?  </w:t>
      </w:r>
      <w:sdt>
        <w:sdtPr>
          <w:id w:val="900032"/>
          <w:alias w:val="Clickable checkbox 33"/>
          <w:tag w:val="CHECKBOX_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Referral     </w:t>
      </w:r>
      <w:sdt>
        <w:sdtPr>
          <w:id w:val="900033"/>
          <w:alias w:val="Clickable checkbox 34"/>
          <w:tag w:val="CHECKBOX_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Website     </w:t>
      </w:r>
      <w:sdt>
        <w:sdtPr>
          <w:id w:val="900034"/>
          <w:alias w:val="Clickable checkbox 35"/>
          <w:tag w:val="CHECKBOX_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Social Media     </w:t>
      </w:r>
      <w:sdt>
        <w:sdtPr>
          <w:id w:val="900035"/>
          <w:alias w:val="Clickable checkbox 36"/>
          <w:tag w:val="CHECKBOX_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Google     </w:t>
      </w:r>
      <w:sdt>
        <w:sdtPr>
          <w:id w:val="900036"/>
          <w:alias w:val="Clickable checkbox 37"/>
          <w:tag w:val="CHECKBOX_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Previous Event     </w:t>
      </w:r>
      <w:sdt>
        <w:sdtPr>
          <w:id w:val="900037"/>
          <w:alias w:val="Clickable checkbox 38"/>
          <w:tag w:val="CHECKBOX_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Other</w:t>
      </w:r>
    </w:p>
    <w:p>
      <w:pPr>
        <w:spacing w:after="60"/>
      </w:pPr>
      <w:r>
        <w:rPr>
          <w:b/>
        </w:rPr>
        <w:t xml:space="preserve">Rented CRC before?  </w:t>
      </w:r>
      <w:sdt>
        <w:sdtPr>
          <w:id w:val="900038"/>
          <w:alias w:val="Clickable checkbox 39"/>
          <w:tag w:val="CHECKBOX_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Yes     </w:t>
      </w:r>
      <w:sdt>
        <w:sdtPr>
          <w:id w:val="900039"/>
          <w:alias w:val="Clickable checkbox 40"/>
          <w:tag w:val="CHECKBOX_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t>☐</w:t>
          </w:r>
        </w:sdtContent>
      </w:sdt>
      <w:r>
        <w:t xml:space="preserve"> No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F3F5F3"/>
            <w:tcMar>
              <w:top w:w="70" w:type="dxa"/>
              <w:start w:w="100" w:type="dxa"/>
              <w:bottom w:w="70" w:type="dxa"/>
              <w:end w:w="100" w:type="dxa"/>
            </w:tcMar>
          </w:tcPr>
          <w:p>
            <w:pPr>
              <w:spacing w:after="40"/>
            </w:pPr>
            <w:r>
              <w:rPr>
                <w:b/>
                <w:color w:val="173F2D"/>
              </w:rPr>
              <w:t>ACKNOWLEDGMENT</w:t>
            </w:r>
          </w:p>
          <w:p>
            <w:pPr>
              <w:spacing w:after="40"/>
            </w:pPr>
            <w:r>
              <w:t>I understand this is an inquiry only. Availability, pricing, deposits, cleaning fees, insurance requirements, and final terms will be confirmed by Collins Resource Center.</w:t>
            </w:r>
          </w:p>
          <w:p>
            <w:pPr>
              <w:spacing w:after="40"/>
            </w:pPr>
            <w:r>
              <w:t>Name: ______________________________   Date: ______________</w:t>
            </w:r>
          </w:p>
          <w:p>
            <w:pPr>
              <w:spacing w:after="0"/>
            </w:pPr>
            <w:r>
              <w:t>Signature: ______________________________________________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656"/>
      </w:tblGrid>
      <w:tr>
        <w:tc>
          <w:tcPr>
            <w:tcW w:type="dxa" w:w="10656"/>
            <w:shd w:fill="173F2D"/>
            <w:tcMar>
              <w:top w:w="55" w:type="dxa"/>
              <w:start w:w="85" w:type="dxa"/>
              <w:bottom w:w="55" w:type="dxa"/>
              <w:end w:w="85" w:type="dxa"/>
            </w:tcMar>
          </w:tcPr>
          <w:p>
            <w:pPr>
              <w:spacing w:after="0"/>
            </w:pPr>
            <w:r>
              <w:rPr>
                <w:b/>
                <w:color w:val="FFFFFF"/>
                <w:sz w:val="21"/>
              </w:rPr>
              <w:t>FOR CRC OFFICE USE</w:t>
            </w:r>
          </w:p>
        </w:tc>
      </w:tr>
    </w:tbl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328"/>
        <w:gridCol w:w="5328"/>
      </w:tblGrid>
      <w:tr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Requested Space:</w:t>
            </w:r>
          </w:p>
        </w:tc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Requested Date:</w:t>
            </w:r>
          </w:p>
        </w:tc>
      </w:tr>
      <w:tr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 xml:space="preserve">Status:  </w:t>
            </w:r>
            <w:sdt>
              <w:sdtPr>
                <w:id w:val="900040"/>
                <w:alias w:val="Clickable checkbox 41"/>
                <w:tag w:val="CHECKBOX_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Available   </w:t>
            </w:r>
            <w:sdt>
              <w:sdtPr>
                <w:id w:val="900041"/>
                <w:alias w:val="Clickable checkbox 42"/>
                <w:tag w:val="CHECKBOX_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Pending   </w:t>
            </w:r>
            <w:sdt>
              <w:sdtPr>
                <w:id w:val="900042"/>
                <w:alias w:val="Clickable checkbox 43"/>
                <w:tag w:val="CHECKBOX_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Unavailable</w:t>
            </w:r>
          </w:p>
        </w:tc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 xml:space="preserve">Insurance:  </w:t>
            </w:r>
            <w:sdt>
              <w:sdtPr>
                <w:id w:val="900043"/>
                <w:alias w:val="Clickable checkbox 44"/>
                <w:tag w:val="CHECKBOX_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Yes   </w:t>
            </w:r>
            <w:sdt>
              <w:sdtPr>
                <w:id w:val="900044"/>
                <w:alias w:val="Clickable checkbox 45"/>
                <w:tag w:val="CHECKBOX_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sz w:val="18"/>
                  </w:rPr>
                  <w:t>☐</w:t>
                </w:r>
              </w:sdtContent>
            </w:sdt>
            <w:r>
              <w:rPr>
                <w:sz w:val="18"/>
              </w:rPr>
              <w:t xml:space="preserve"> No</w:t>
            </w:r>
          </w:p>
        </w:tc>
      </w:tr>
      <w:tr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Rental Rate: $</w:t>
            </w:r>
          </w:p>
        </w:tc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Security Deposit: $</w:t>
            </w:r>
          </w:p>
        </w:tc>
      </w:tr>
      <w:tr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Cleaning Fee: $</w:t>
            </w:r>
          </w:p>
        </w:tc>
        <w:tc>
          <w:tcPr>
            <w:tcW w:type="dxa" w:w="5328"/>
            <w:tcMar>
              <w:top w:w="65" w:type="dxa"/>
              <w:start w:w="80" w:type="dxa"/>
              <w:bottom w:w="65" w:type="dxa"/>
              <w:end w:w="80" w:type="dxa"/>
            </w:tcMar>
            <w:vAlign w:val="center"/>
          </w:tcPr>
          <w:p>
            <w:r>
              <w:rPr>
                <w:sz w:val="18"/>
              </w:rPr>
              <w:t>Staff Member / Date:</w:t>
            </w:r>
          </w:p>
        </w:tc>
      </w:tr>
    </w:tbl>
    <w:p>
      <w:pPr>
        <w:spacing w:after="0"/>
      </w:pPr>
      <w:r>
        <w:rPr>
          <w:b/>
        </w:rPr>
        <w:t>Staff Notes:</w:t>
      </w:r>
    </w:p>
    <w:p>
      <w:r>
        <w:t>_____________________________________________________________________________________________</w:t>
      </w:r>
    </w:p>
    <w:sectPr w:rsidR="00FC693F" w:rsidRPr="0006063C" w:rsidSect="00034616">
      <w:footerReference w:type="default" r:id="rId10"/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Collins Resource Center  |  admin@collinsresource.com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