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F091A" w14:textId="77777777" w:rsidR="00B06F66" w:rsidRDefault="00000000">
      <w:pPr>
        <w:pStyle w:val="Heading1"/>
        <w:jc w:val="center"/>
      </w:pPr>
      <w:r>
        <w:t>🎮 Get Started with Habitica for Your Job Search!</w:t>
      </w:r>
    </w:p>
    <w:p w14:paraId="68174EF5" w14:textId="77777777" w:rsidR="006F4145" w:rsidRPr="006F4145" w:rsidRDefault="006F4145" w:rsidP="006F4145"/>
    <w:p w14:paraId="7D5BC57E" w14:textId="77777777" w:rsidR="006F4145" w:rsidRDefault="00000000">
      <w:r>
        <w:t xml:space="preserve">Habitica turns your job search into a fun game. You create your own tasks and earn rewards by completing them. </w:t>
      </w:r>
    </w:p>
    <w:p w14:paraId="11ACDF46" w14:textId="44B47094" w:rsidR="00B06F66" w:rsidRDefault="00000000">
      <w:r>
        <w:t xml:space="preserve">Here's a list of example tasks to help you get started. Just copy and paste these into your </w:t>
      </w:r>
      <w:proofErr w:type="spellStart"/>
      <w:r>
        <w:t>Habitica</w:t>
      </w:r>
      <w:proofErr w:type="spellEnd"/>
      <w:r>
        <w:t xml:space="preserve"> account!</w:t>
      </w:r>
    </w:p>
    <w:p w14:paraId="3435C6CF" w14:textId="77777777" w:rsidR="006F4145" w:rsidRDefault="006F4145"/>
    <w:p w14:paraId="2FFE3614" w14:textId="77777777" w:rsidR="00B06F66" w:rsidRDefault="00000000">
      <w:pPr>
        <w:pStyle w:val="Heading2"/>
      </w:pPr>
      <w:r>
        <w:t>✅ To-Dos (One-Time Tasks)</w:t>
      </w:r>
    </w:p>
    <w:p w14:paraId="466D7934" w14:textId="77777777" w:rsidR="00B06F66" w:rsidRDefault="00000000">
      <w:r>
        <w:t>- Apply to 3 jobs</w:t>
      </w:r>
      <w:r>
        <w:br/>
        <w:t>- Create or update your resume</w:t>
      </w:r>
      <w:r>
        <w:br/>
        <w:t>- Write a cover letter</w:t>
      </w:r>
      <w:r>
        <w:br/>
        <w:t>- Set up a LinkedIn profile</w:t>
      </w:r>
      <w:r>
        <w:br/>
        <w:t>- Attend a virtual job fair</w:t>
      </w:r>
      <w:r>
        <w:br/>
        <w:t>- Practice a mock interview</w:t>
      </w:r>
      <w:r>
        <w:br/>
        <w:t>- Email a potential reference</w:t>
      </w:r>
    </w:p>
    <w:p w14:paraId="70CF94DB" w14:textId="77777777" w:rsidR="00B06F66" w:rsidRDefault="00000000">
      <w:pPr>
        <w:pStyle w:val="Heading2"/>
      </w:pPr>
      <w:r>
        <w:t>🔁 Dailies (Repeatable Tasks)</w:t>
      </w:r>
    </w:p>
    <w:p w14:paraId="668E9502" w14:textId="77777777" w:rsidR="00B06F66" w:rsidRDefault="00000000">
      <w:r>
        <w:t>- Spend 30 minutes job searching (Mon–Fri)</w:t>
      </w:r>
      <w:r>
        <w:br/>
        <w:t>- Send one networking message (3x a week)</w:t>
      </w:r>
      <w:r>
        <w:br/>
        <w:t>- Check job boards (daily)</w:t>
      </w:r>
      <w:r>
        <w:br/>
        <w:t>- Apply to at least 1 job</w:t>
      </w:r>
      <w:r>
        <w:br/>
        <w:t>- Log your progress in a notebook or Google Doc</w:t>
      </w:r>
    </w:p>
    <w:p w14:paraId="06F76CE2" w14:textId="77777777" w:rsidR="00B06F66" w:rsidRDefault="00000000">
      <w:pPr>
        <w:pStyle w:val="Heading2"/>
      </w:pPr>
      <w:r>
        <w:t>🟡 Habits (Good or Bad Behaviors)</w:t>
      </w:r>
    </w:p>
    <w:p w14:paraId="5D18D6F1" w14:textId="77777777" w:rsidR="00B06F66" w:rsidRDefault="00000000">
      <w:r>
        <w:t>Positive (+):</w:t>
      </w:r>
      <w:r>
        <w:br/>
        <w:t>- Reach out to someone in your field</w:t>
      </w:r>
      <w:r>
        <w:br/>
        <w:t>- Update your resume with a new skill</w:t>
      </w:r>
      <w:r>
        <w:br/>
        <w:t>- Reflect on your progress</w:t>
      </w:r>
      <w:r>
        <w:br/>
      </w:r>
      <w:r>
        <w:br/>
        <w:t>Negative (–):</w:t>
      </w:r>
      <w:r>
        <w:br/>
        <w:t>- Skipped a day of job search</w:t>
      </w:r>
      <w:r>
        <w:br/>
        <w:t>- Spent too much time procrastinating</w:t>
      </w:r>
    </w:p>
    <w:p w14:paraId="1CFAC846" w14:textId="77777777" w:rsidR="00B06F66" w:rsidRDefault="00000000">
      <w:pPr>
        <w:pStyle w:val="Heading2"/>
      </w:pPr>
      <w:r>
        <w:t>🎁 Custom Rewards (Optional)</w:t>
      </w:r>
    </w:p>
    <w:p w14:paraId="5BE1EE69" w14:textId="77777777" w:rsidR="00B06F66" w:rsidRDefault="00000000">
      <w:r>
        <w:t>- Watch an episode of your favorite show (20 gold)</w:t>
      </w:r>
      <w:r>
        <w:br/>
        <w:t>- Treat yourself to a coffee or snack (30 gold)</w:t>
      </w:r>
      <w:r>
        <w:br/>
        <w:t>- 1-hour break to play a game or relax (40 gold)</w:t>
      </w:r>
    </w:p>
    <w:p w14:paraId="058408D7" w14:textId="77777777" w:rsidR="00B06F66" w:rsidRDefault="00000000">
      <w:r>
        <w:br/>
        <w:t>💡 Tip: You can set reminders, customize your character, and even join a Party with others who are job searching too!</w:t>
      </w:r>
    </w:p>
    <w:sectPr w:rsidR="00B06F66" w:rsidSect="006F41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354733">
    <w:abstractNumId w:val="8"/>
  </w:num>
  <w:num w:numId="2" w16cid:durableId="76288175">
    <w:abstractNumId w:val="6"/>
  </w:num>
  <w:num w:numId="3" w16cid:durableId="1601721757">
    <w:abstractNumId w:val="5"/>
  </w:num>
  <w:num w:numId="4" w16cid:durableId="2037383754">
    <w:abstractNumId w:val="4"/>
  </w:num>
  <w:num w:numId="5" w16cid:durableId="246236344">
    <w:abstractNumId w:val="7"/>
  </w:num>
  <w:num w:numId="6" w16cid:durableId="680815746">
    <w:abstractNumId w:val="3"/>
  </w:num>
  <w:num w:numId="7" w16cid:durableId="85274530">
    <w:abstractNumId w:val="2"/>
  </w:num>
  <w:num w:numId="8" w16cid:durableId="1099064260">
    <w:abstractNumId w:val="1"/>
  </w:num>
  <w:num w:numId="9" w16cid:durableId="107035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4145"/>
    <w:rsid w:val="00AA1D8D"/>
    <w:rsid w:val="00B013B7"/>
    <w:rsid w:val="00B06F66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D2F02"/>
  <w14:defaultImageDpi w14:val="300"/>
  <w15:docId w15:val="{7C0EE585-DCB1-2F4E-BDD2-B280CD6D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Wanda Kusumajuda</cp:lastModifiedBy>
  <cp:revision>2</cp:revision>
  <dcterms:created xsi:type="dcterms:W3CDTF">2013-12-23T23:15:00Z</dcterms:created>
  <dcterms:modified xsi:type="dcterms:W3CDTF">2025-06-27T20:03:00Z</dcterms:modified>
  <cp:category/>
</cp:coreProperties>
</file>