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CF6C7D" w14:textId="36F8D092" w:rsidR="00080439" w:rsidRPr="00AE1E08" w:rsidRDefault="00000000">
      <w:pPr>
        <w:rPr>
          <w:rFonts w:ascii="Arial" w:hAnsi="Arial" w:cs="Arial"/>
          <w:b/>
          <w:bCs/>
          <w:sz w:val="32"/>
          <w:szCs w:val="32"/>
        </w:rPr>
      </w:pPr>
      <w:r w:rsidRPr="00AE1E08">
        <w:rPr>
          <w:rFonts w:ascii="Arial" w:hAnsi="Arial" w:cs="Arial"/>
          <w:b/>
          <w:bCs/>
          <w:sz w:val="32"/>
          <w:szCs w:val="32"/>
        </w:rPr>
        <w:t>Puzzle 1: Résumé Sections Match</w:t>
      </w:r>
    </w:p>
    <w:p w14:paraId="3DACA5C2" w14:textId="608D9FC6" w:rsidR="00080439" w:rsidRDefault="00000000">
      <w:pPr>
        <w:rPr>
          <w:rFonts w:ascii="Arial" w:hAnsi="Arial" w:cs="Arial"/>
          <w:i/>
          <w:iCs/>
        </w:rPr>
      </w:pPr>
      <w:r w:rsidRPr="00AE1E08">
        <w:rPr>
          <w:rFonts w:ascii="Arial" w:hAnsi="Arial" w:cs="Arial"/>
          <w:i/>
          <w:iCs/>
        </w:rPr>
        <w:t>Instructions:</w:t>
      </w:r>
      <w:r w:rsidR="00AE1E08" w:rsidRPr="00AE1E08">
        <w:rPr>
          <w:rFonts w:ascii="Arial" w:hAnsi="Arial" w:cs="Arial"/>
          <w:i/>
          <w:iCs/>
        </w:rPr>
        <w:t xml:space="preserve"> </w:t>
      </w:r>
      <w:r w:rsidRPr="00AE1E08">
        <w:rPr>
          <w:rFonts w:ascii="Arial" w:hAnsi="Arial" w:cs="Arial"/>
          <w:i/>
          <w:iCs/>
        </w:rPr>
        <w:t>Cut out the pieces below. Mix them up. Ask participants to arrange them in the correct order of résumé sections.</w:t>
      </w:r>
      <w:r w:rsidR="00AE1E08" w:rsidRPr="00AE1E08">
        <w:rPr>
          <w:rFonts w:ascii="Arial" w:hAnsi="Arial" w:cs="Arial"/>
          <w:i/>
          <w:iCs/>
        </w:rPr>
        <w:t xml:space="preserve"> When they are successful, give them the first number of the code that is listed on the Facilitator sheet.</w:t>
      </w:r>
    </w:p>
    <w:p w14:paraId="05AA704B" w14:textId="77777777" w:rsidR="00AE1E08" w:rsidRPr="00AE1E08" w:rsidRDefault="00AE1E08">
      <w:pPr>
        <w:rPr>
          <w:rFonts w:ascii="Arial" w:hAnsi="Arial" w:cs="Arial"/>
          <w:i/>
          <w:iCs/>
        </w:rPr>
      </w:pPr>
    </w:p>
    <w:p w14:paraId="2B0A0D13" w14:textId="77777777" w:rsidR="00080439" w:rsidRPr="00AE1E08" w:rsidRDefault="00080439">
      <w:pPr>
        <w:rPr>
          <w:rFonts w:ascii="Arial" w:hAnsi="Arial" w:cs="Arial"/>
        </w:rPr>
      </w:pPr>
    </w:p>
    <w:p w14:paraId="3BA4588F" w14:textId="77777777" w:rsidR="00080439" w:rsidRDefault="00000000">
      <w:pPr>
        <w:rPr>
          <w:rFonts w:ascii="Arial" w:hAnsi="Arial" w:cs="Arial"/>
          <w:sz w:val="72"/>
          <w:szCs w:val="72"/>
        </w:rPr>
      </w:pPr>
      <w:r w:rsidRPr="00AE1E08">
        <w:rPr>
          <w:rFonts w:ascii="Arial" w:hAnsi="Arial" w:cs="Arial"/>
          <w:sz w:val="72"/>
          <w:szCs w:val="72"/>
        </w:rPr>
        <w:t>Contact Information</w:t>
      </w:r>
    </w:p>
    <w:p w14:paraId="1B5C27FB" w14:textId="77777777" w:rsidR="00AE1E08" w:rsidRPr="00AE1E08" w:rsidRDefault="00AE1E08">
      <w:pPr>
        <w:rPr>
          <w:rFonts w:ascii="Arial" w:hAnsi="Arial" w:cs="Arial"/>
          <w:sz w:val="72"/>
          <w:szCs w:val="72"/>
        </w:rPr>
      </w:pPr>
    </w:p>
    <w:p w14:paraId="2AE64ACE" w14:textId="77777777" w:rsidR="00080439" w:rsidRDefault="00000000">
      <w:pPr>
        <w:rPr>
          <w:rFonts w:ascii="Arial" w:hAnsi="Arial" w:cs="Arial"/>
          <w:sz w:val="72"/>
          <w:szCs w:val="72"/>
        </w:rPr>
      </w:pPr>
      <w:r w:rsidRPr="00AE1E08">
        <w:rPr>
          <w:rFonts w:ascii="Arial" w:hAnsi="Arial" w:cs="Arial"/>
          <w:sz w:val="72"/>
          <w:szCs w:val="72"/>
        </w:rPr>
        <w:t>Summary/Objective</w:t>
      </w:r>
    </w:p>
    <w:p w14:paraId="1184134B" w14:textId="77777777" w:rsidR="00AE1E08" w:rsidRPr="00AE1E08" w:rsidRDefault="00AE1E08">
      <w:pPr>
        <w:rPr>
          <w:rFonts w:ascii="Arial" w:hAnsi="Arial" w:cs="Arial"/>
          <w:sz w:val="72"/>
          <w:szCs w:val="72"/>
        </w:rPr>
      </w:pPr>
    </w:p>
    <w:p w14:paraId="5FD0870B" w14:textId="77777777" w:rsidR="00080439" w:rsidRDefault="00000000">
      <w:pPr>
        <w:rPr>
          <w:rFonts w:ascii="Arial" w:hAnsi="Arial" w:cs="Arial"/>
          <w:sz w:val="72"/>
          <w:szCs w:val="72"/>
        </w:rPr>
      </w:pPr>
      <w:r w:rsidRPr="00AE1E08">
        <w:rPr>
          <w:rFonts w:ascii="Arial" w:hAnsi="Arial" w:cs="Arial"/>
          <w:sz w:val="72"/>
          <w:szCs w:val="72"/>
        </w:rPr>
        <w:t>Work Experience</w:t>
      </w:r>
    </w:p>
    <w:p w14:paraId="722E8F1D" w14:textId="77777777" w:rsidR="00AE1E08" w:rsidRPr="00AE1E08" w:rsidRDefault="00AE1E08">
      <w:pPr>
        <w:rPr>
          <w:rFonts w:ascii="Arial" w:hAnsi="Arial" w:cs="Arial"/>
          <w:sz w:val="72"/>
          <w:szCs w:val="72"/>
        </w:rPr>
      </w:pPr>
    </w:p>
    <w:p w14:paraId="5DD99267" w14:textId="77777777" w:rsidR="00080439" w:rsidRDefault="00000000">
      <w:pPr>
        <w:rPr>
          <w:rFonts w:ascii="Arial" w:hAnsi="Arial" w:cs="Arial"/>
          <w:sz w:val="72"/>
          <w:szCs w:val="72"/>
        </w:rPr>
      </w:pPr>
      <w:r w:rsidRPr="00AE1E08">
        <w:rPr>
          <w:rFonts w:ascii="Arial" w:hAnsi="Arial" w:cs="Arial"/>
          <w:sz w:val="72"/>
          <w:szCs w:val="72"/>
        </w:rPr>
        <w:t>Education</w:t>
      </w:r>
    </w:p>
    <w:p w14:paraId="3B201DFA" w14:textId="77777777" w:rsidR="00AE1E08" w:rsidRPr="00AE1E08" w:rsidRDefault="00AE1E08">
      <w:pPr>
        <w:rPr>
          <w:rFonts w:ascii="Arial" w:hAnsi="Arial" w:cs="Arial"/>
          <w:sz w:val="72"/>
          <w:szCs w:val="72"/>
        </w:rPr>
      </w:pPr>
    </w:p>
    <w:p w14:paraId="669453DA" w14:textId="5A2ACC9F" w:rsidR="00080439" w:rsidRPr="00AE1E08" w:rsidRDefault="00000000">
      <w:pPr>
        <w:rPr>
          <w:rFonts w:ascii="Arial" w:hAnsi="Arial" w:cs="Arial"/>
          <w:sz w:val="72"/>
          <w:szCs w:val="72"/>
        </w:rPr>
      </w:pPr>
      <w:r w:rsidRPr="00AE1E08">
        <w:rPr>
          <w:rFonts w:ascii="Arial" w:hAnsi="Arial" w:cs="Arial"/>
          <w:sz w:val="72"/>
          <w:szCs w:val="72"/>
        </w:rPr>
        <w:t>Skills</w:t>
      </w:r>
    </w:p>
    <w:sectPr w:rsidR="00080439" w:rsidRPr="00AE1E0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46324255">
    <w:abstractNumId w:val="8"/>
  </w:num>
  <w:num w:numId="2" w16cid:durableId="1882666399">
    <w:abstractNumId w:val="6"/>
  </w:num>
  <w:num w:numId="3" w16cid:durableId="1367490354">
    <w:abstractNumId w:val="5"/>
  </w:num>
  <w:num w:numId="4" w16cid:durableId="1344044970">
    <w:abstractNumId w:val="4"/>
  </w:num>
  <w:num w:numId="5" w16cid:durableId="1064987792">
    <w:abstractNumId w:val="7"/>
  </w:num>
  <w:num w:numId="6" w16cid:durableId="1987934832">
    <w:abstractNumId w:val="3"/>
  </w:num>
  <w:num w:numId="7" w16cid:durableId="1118916066">
    <w:abstractNumId w:val="2"/>
  </w:num>
  <w:num w:numId="8" w16cid:durableId="2074280109">
    <w:abstractNumId w:val="1"/>
  </w:num>
  <w:num w:numId="9" w16cid:durableId="1322536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80439"/>
    <w:rsid w:val="00091CE5"/>
    <w:rsid w:val="0015074B"/>
    <w:rsid w:val="0029639D"/>
    <w:rsid w:val="00326F90"/>
    <w:rsid w:val="00AA1D8D"/>
    <w:rsid w:val="00AE1E08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0FDE75"/>
  <w14:defaultImageDpi w14:val="300"/>
  <w15:docId w15:val="{2A597178-E164-B24E-B96B-CD11BD6EF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Wanda Kusumajuda</cp:lastModifiedBy>
  <cp:revision>2</cp:revision>
  <dcterms:created xsi:type="dcterms:W3CDTF">2013-12-23T23:15:00Z</dcterms:created>
  <dcterms:modified xsi:type="dcterms:W3CDTF">2025-08-15T23:10:00Z</dcterms:modified>
  <cp:category/>
</cp:coreProperties>
</file>