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0A6FF" w14:textId="77777777" w:rsidR="0084245A" w:rsidRDefault="00000000">
      <w:pPr>
        <w:pStyle w:val="Title"/>
      </w:pPr>
      <w:r>
        <w:t>Gamified Job Search Toolkit – Participant Handout</w:t>
      </w:r>
    </w:p>
    <w:p w14:paraId="0E6447FA" w14:textId="5A2838CB" w:rsidR="0084245A" w:rsidRDefault="00000000">
      <w:pPr>
        <w:pStyle w:val="Heading1"/>
      </w:pPr>
      <w:proofErr w:type="spellStart"/>
      <w:r>
        <w:t>Habitica</w:t>
      </w:r>
      <w:proofErr w:type="spellEnd"/>
      <w:r>
        <w:t xml:space="preserve"> Job Search Task List</w:t>
      </w:r>
    </w:p>
    <w:p w14:paraId="3829FC31" w14:textId="77777777" w:rsidR="0084245A" w:rsidRDefault="00000000">
      <w:r>
        <w:t>For clients who prefer gamified task tracking with XP and avatars. You can copy/paste this list into Habitica manually.</w:t>
      </w:r>
    </w:p>
    <w:p w14:paraId="2D948BB2" w14:textId="521777A0" w:rsidR="0084245A" w:rsidRDefault="00000000">
      <w:r>
        <w:br/>
        <w:t xml:space="preserve">🛠 Daily Habits (Repeatable):  </w:t>
      </w:r>
      <w:r>
        <w:br/>
        <w:t xml:space="preserve">- Apply to 1 job  </w:t>
      </w:r>
      <w:r>
        <w:br/>
        <w:t xml:space="preserve">- Send 1 networking message  </w:t>
      </w:r>
      <w:r>
        <w:br/>
        <w:t xml:space="preserve">- Spend 30 mins on job search prep  </w:t>
      </w:r>
      <w:r>
        <w:br/>
        <w:t>- Do a LinkedIn activity (like, comment, connect)</w:t>
      </w:r>
      <w:r>
        <w:br/>
      </w:r>
      <w:r>
        <w:br/>
        <w:t xml:space="preserve">✅ To-Dos:  </w:t>
      </w:r>
      <w:r>
        <w:br/>
        <w:t xml:space="preserve">- Update resume  </w:t>
      </w:r>
      <w:r>
        <w:br/>
        <w:t xml:space="preserve">- Write cover letter template  </w:t>
      </w:r>
      <w:r>
        <w:br/>
        <w:t xml:space="preserve">- Register for a job fair  </w:t>
      </w:r>
      <w:r>
        <w:br/>
        <w:t xml:space="preserve">- Book mock interview  </w:t>
      </w:r>
      <w:r>
        <w:br/>
        <w:t>- Research 5 companies</w:t>
      </w:r>
      <w:r>
        <w:br/>
      </w:r>
      <w:r>
        <w:br/>
        <w:t xml:space="preserve">🎯 One-Time Challenges:  </w:t>
      </w:r>
      <w:r>
        <w:br/>
        <w:t xml:space="preserve">- Apply to 10 jobs in one week  </w:t>
      </w:r>
      <w:r>
        <w:br/>
        <w:t xml:space="preserve">- Get first interview invitation  </w:t>
      </w:r>
      <w:r>
        <w:br/>
        <w:t>- Do 3 days of tasks in a row (Streak)</w:t>
      </w:r>
    </w:p>
    <w:sectPr w:rsidR="0084245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1485054">
    <w:abstractNumId w:val="8"/>
  </w:num>
  <w:num w:numId="2" w16cid:durableId="1049039789">
    <w:abstractNumId w:val="6"/>
  </w:num>
  <w:num w:numId="3" w16cid:durableId="59405657">
    <w:abstractNumId w:val="5"/>
  </w:num>
  <w:num w:numId="4" w16cid:durableId="812451809">
    <w:abstractNumId w:val="4"/>
  </w:num>
  <w:num w:numId="5" w16cid:durableId="102653519">
    <w:abstractNumId w:val="7"/>
  </w:num>
  <w:num w:numId="6" w16cid:durableId="942302397">
    <w:abstractNumId w:val="3"/>
  </w:num>
  <w:num w:numId="7" w16cid:durableId="795484260">
    <w:abstractNumId w:val="2"/>
  </w:num>
  <w:num w:numId="8" w16cid:durableId="336928781">
    <w:abstractNumId w:val="1"/>
  </w:num>
  <w:num w:numId="9" w16cid:durableId="169372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A22"/>
    <w:rsid w:val="0015074B"/>
    <w:rsid w:val="002348F7"/>
    <w:rsid w:val="0029639D"/>
    <w:rsid w:val="00326F90"/>
    <w:rsid w:val="00753769"/>
    <w:rsid w:val="007F3338"/>
    <w:rsid w:val="0082596D"/>
    <w:rsid w:val="0084245A"/>
    <w:rsid w:val="00AA1D8D"/>
    <w:rsid w:val="00B47730"/>
    <w:rsid w:val="00CB0664"/>
    <w:rsid w:val="00E77F7E"/>
    <w:rsid w:val="00EA46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B5E591"/>
  <w14:defaultImageDpi w14:val="300"/>
  <w15:docId w15:val="{9FE340B9-470A-C94A-AD52-D42B913C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537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Wanda Kusumajuda</cp:lastModifiedBy>
  <cp:revision>2</cp:revision>
  <dcterms:created xsi:type="dcterms:W3CDTF">2025-06-24T21:58:00Z</dcterms:created>
  <dcterms:modified xsi:type="dcterms:W3CDTF">2025-06-26T23:43:00Z</dcterms:modified>
  <cp:category/>
</cp:coreProperties>
</file>