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62614" w14:textId="77777777" w:rsidR="00D633DA" w:rsidRDefault="00000000" w:rsidP="001D6B2F">
      <w:pPr>
        <w:pStyle w:val="Heading1"/>
        <w:jc w:val="center"/>
      </w:pPr>
      <w:r>
        <w:t>🏅 Job Search Achievement Badges</w:t>
      </w:r>
    </w:p>
    <w:p w14:paraId="59E41B3C" w14:textId="77777777" w:rsidR="001D6B2F" w:rsidRPr="001D6B2F" w:rsidRDefault="001D6B2F" w:rsidP="001D6B2F"/>
    <w:p w14:paraId="79CFBD48" w14:textId="77777777" w:rsidR="00D633DA" w:rsidRDefault="00000000">
      <w:pPr>
        <w:pStyle w:val="Heading2"/>
      </w:pPr>
      <w:r>
        <w:t>🥇 First Strike Badge</w:t>
      </w:r>
    </w:p>
    <w:p w14:paraId="319D6234" w14:textId="77777777" w:rsidR="00D633DA" w:rsidRDefault="00000000">
      <w:r>
        <w:t>You sent your first job application! This is the first step on your journey.</w:t>
      </w:r>
    </w:p>
    <w:p w14:paraId="7DCD1FDB" w14:textId="77777777" w:rsidR="00D633DA" w:rsidRDefault="00000000">
      <w:pPr>
        <w:pStyle w:val="Heading2"/>
      </w:pPr>
      <w:r>
        <w:t>🎮 Level-Up Badge</w:t>
      </w:r>
    </w:p>
    <w:p w14:paraId="414C12E3" w14:textId="77777777" w:rsidR="00D633DA" w:rsidRDefault="00000000">
      <w:r>
        <w:t>You landed your first interview. Huge milestone unlocked—keep the momentum going!</w:t>
      </w:r>
    </w:p>
    <w:p w14:paraId="1E7D71E6" w14:textId="77777777" w:rsidR="00D633DA" w:rsidRDefault="00000000">
      <w:pPr>
        <w:pStyle w:val="Heading2"/>
      </w:pPr>
      <w:r>
        <w:t>🚀 Momentum Badge</w:t>
      </w:r>
    </w:p>
    <w:p w14:paraId="4D873974" w14:textId="77777777" w:rsidR="00D633DA" w:rsidRDefault="00000000">
      <w:r>
        <w:t>You applied to 5 jobs in one week or stayed on track with your plan for 5 days.</w:t>
      </w:r>
    </w:p>
    <w:p w14:paraId="57B3FA1F" w14:textId="77777777" w:rsidR="00D633DA" w:rsidRDefault="00000000">
      <w:pPr>
        <w:pStyle w:val="Heading2"/>
      </w:pPr>
      <w:r>
        <w:t>☕ Connector Badge</w:t>
      </w:r>
    </w:p>
    <w:p w14:paraId="2E8F4F14" w14:textId="77777777" w:rsidR="00D633DA" w:rsidRDefault="00000000">
      <w:r>
        <w:t>You completed your first informational interview or networking chat.</w:t>
      </w:r>
    </w:p>
    <w:p w14:paraId="4AD9879C" w14:textId="77777777" w:rsidR="00D633DA" w:rsidRDefault="00000000">
      <w:pPr>
        <w:pStyle w:val="Heading2"/>
      </w:pPr>
      <w:r>
        <w:t>🎓 Skill-Up Badge</w:t>
      </w:r>
    </w:p>
    <w:p w14:paraId="1634413E" w14:textId="77777777" w:rsidR="00D633DA" w:rsidRDefault="00000000">
      <w:r>
        <w:t>You finished an online course, webinar, or workshop. Your skills just got sharper!</w:t>
      </w:r>
    </w:p>
    <w:p w14:paraId="6DB7ABA1" w14:textId="77777777" w:rsidR="00D633DA" w:rsidRDefault="00000000">
      <w:pPr>
        <w:pStyle w:val="Heading2"/>
      </w:pPr>
      <w:r>
        <w:t>💌 Follow-Through Badge</w:t>
      </w:r>
    </w:p>
    <w:p w14:paraId="3A4043F6" w14:textId="77777777" w:rsidR="00D633DA" w:rsidRDefault="00000000">
      <w:r>
        <w:t>You sent thoughtful follow-ups after an interview or networking meeting.</w:t>
      </w:r>
    </w:p>
    <w:p w14:paraId="4E7C139A" w14:textId="77777777" w:rsidR="00D633DA" w:rsidRDefault="00000000">
      <w:pPr>
        <w:pStyle w:val="Heading2"/>
      </w:pPr>
      <w:r>
        <w:t>🏆 Offer Unlocked Badge</w:t>
      </w:r>
    </w:p>
    <w:p w14:paraId="0908CF9E" w14:textId="77777777" w:rsidR="00D633DA" w:rsidRDefault="00000000">
      <w:r>
        <w:t>You got a job offer—or a strong lead. This is your power-up moment!</w:t>
      </w:r>
    </w:p>
    <w:p w14:paraId="32119D9E" w14:textId="77777777" w:rsidR="00D633DA" w:rsidRDefault="00000000">
      <w:pPr>
        <w:pStyle w:val="Heading2"/>
      </w:pPr>
      <w:r>
        <w:t>🛡️ Resilience Badge</w:t>
      </w:r>
    </w:p>
    <w:p w14:paraId="68D8793B" w14:textId="77777777" w:rsidR="00D633DA" w:rsidRDefault="00000000">
      <w:r>
        <w:t>You received a rejection but kept going. This badge is for courage and bounce-back ability.</w:t>
      </w:r>
    </w:p>
    <w:p w14:paraId="53AFCD89" w14:textId="77777777" w:rsidR="00D633DA" w:rsidRDefault="00000000">
      <w:pPr>
        <w:pStyle w:val="Heading2"/>
      </w:pPr>
      <w:r>
        <w:t>🎯 Target Locked Badge</w:t>
      </w:r>
    </w:p>
    <w:p w14:paraId="1A6CD956" w14:textId="77777777" w:rsidR="00D633DA" w:rsidRDefault="00000000">
      <w:r>
        <w:t>You identified 3 ideal companies and began customizing your strategy.</w:t>
      </w:r>
    </w:p>
    <w:p w14:paraId="5CDA868A" w14:textId="77777777" w:rsidR="00D633DA" w:rsidRDefault="00000000">
      <w:pPr>
        <w:pStyle w:val="Heading2"/>
      </w:pPr>
      <w:r>
        <w:t>💬 Pitch Perfect Badge</w:t>
      </w:r>
    </w:p>
    <w:p w14:paraId="46685538" w14:textId="77777777" w:rsidR="00D633DA" w:rsidRDefault="00000000">
      <w:r>
        <w:t>You practiced your elevator pitch or completed a mock interview.</w:t>
      </w:r>
    </w:p>
    <w:p w14:paraId="2B9A0D34" w14:textId="77777777" w:rsidR="00D633DA" w:rsidRDefault="00000000">
      <w:pPr>
        <w:pStyle w:val="Heading2"/>
      </w:pPr>
      <w:r>
        <w:t>💼 On the Job Badge</w:t>
      </w:r>
    </w:p>
    <w:p w14:paraId="4FF93EC9" w14:textId="77777777" w:rsidR="00D633DA" w:rsidRDefault="00000000">
      <w:r>
        <w:t>You started a new position, contract, or work experience. Welcome to the next level!</w:t>
      </w:r>
    </w:p>
    <w:sectPr w:rsidR="00D633D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0060736">
    <w:abstractNumId w:val="8"/>
  </w:num>
  <w:num w:numId="2" w16cid:durableId="1693192472">
    <w:abstractNumId w:val="6"/>
  </w:num>
  <w:num w:numId="3" w16cid:durableId="1174956039">
    <w:abstractNumId w:val="5"/>
  </w:num>
  <w:num w:numId="4" w16cid:durableId="494615389">
    <w:abstractNumId w:val="4"/>
  </w:num>
  <w:num w:numId="5" w16cid:durableId="441612785">
    <w:abstractNumId w:val="7"/>
  </w:num>
  <w:num w:numId="6" w16cid:durableId="2026977800">
    <w:abstractNumId w:val="3"/>
  </w:num>
  <w:num w:numId="7" w16cid:durableId="1026104849">
    <w:abstractNumId w:val="2"/>
  </w:num>
  <w:num w:numId="8" w16cid:durableId="1943683346">
    <w:abstractNumId w:val="1"/>
  </w:num>
  <w:num w:numId="9" w16cid:durableId="59895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6B2F"/>
    <w:rsid w:val="0029639D"/>
    <w:rsid w:val="00326F90"/>
    <w:rsid w:val="00AA1D8D"/>
    <w:rsid w:val="00B013B7"/>
    <w:rsid w:val="00B47730"/>
    <w:rsid w:val="00CB0664"/>
    <w:rsid w:val="00D633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49C482"/>
  <w14:defaultImageDpi w14:val="300"/>
  <w15:docId w15:val="{7C0EE585-DCB1-2F4E-BDD2-B280CD6D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Wanda Kusumajuda</cp:lastModifiedBy>
  <cp:revision>2</cp:revision>
  <dcterms:created xsi:type="dcterms:W3CDTF">2013-12-23T23:15:00Z</dcterms:created>
  <dcterms:modified xsi:type="dcterms:W3CDTF">2025-06-27T20:04:00Z</dcterms:modified>
  <cp:category/>
</cp:coreProperties>
</file>