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175FF" w14:textId="13669008" w:rsidR="00085A3B" w:rsidRDefault="00000000" w:rsidP="00824FD0">
      <w:pPr>
        <w:pBdr>
          <w:bottom w:val="thinThickSmallGap" w:sz="24" w:space="1" w:color="auto"/>
        </w:pBdr>
        <w:rPr>
          <w:rFonts w:ascii="Arial" w:hAnsi="Arial" w:cs="Arial"/>
          <w:b/>
          <w:bCs/>
          <w:sz w:val="32"/>
          <w:szCs w:val="32"/>
        </w:rPr>
      </w:pPr>
      <w:r w:rsidRPr="00824FD0">
        <w:rPr>
          <w:rFonts w:ascii="Arial" w:hAnsi="Arial" w:cs="Arial"/>
          <w:b/>
          <w:bCs/>
          <w:sz w:val="32"/>
          <w:szCs w:val="32"/>
        </w:rPr>
        <w:t>Facilitator Guide &amp; Answer Key – Application Rescue Escape Room</w:t>
      </w:r>
    </w:p>
    <w:p w14:paraId="51EE7F44" w14:textId="77777777" w:rsidR="00824FD0" w:rsidRPr="00824FD0" w:rsidRDefault="00824FD0" w:rsidP="00824FD0">
      <w:pPr>
        <w:pBdr>
          <w:bottom w:val="thinThickSmallGap" w:sz="24" w:space="1" w:color="auto"/>
        </w:pBdr>
        <w:rPr>
          <w:rFonts w:ascii="Arial" w:hAnsi="Arial" w:cs="Arial"/>
          <w:b/>
          <w:bCs/>
          <w:sz w:val="32"/>
          <w:szCs w:val="32"/>
        </w:rPr>
      </w:pPr>
    </w:p>
    <w:p w14:paraId="1E7F86A2" w14:textId="77777777" w:rsidR="00824FD0" w:rsidRDefault="00824FD0">
      <w:pPr>
        <w:rPr>
          <w:rFonts w:ascii="Arial" w:hAnsi="Arial" w:cs="Arial"/>
          <w:b/>
          <w:bCs/>
        </w:rPr>
      </w:pPr>
    </w:p>
    <w:p w14:paraId="20A86618" w14:textId="48CDE964" w:rsidR="00085A3B" w:rsidRPr="00824FD0" w:rsidRDefault="00000000">
      <w:pPr>
        <w:rPr>
          <w:rFonts w:ascii="Arial" w:hAnsi="Arial" w:cs="Arial"/>
          <w:b/>
          <w:bCs/>
        </w:rPr>
      </w:pPr>
      <w:r w:rsidRPr="00824FD0">
        <w:rPr>
          <w:rFonts w:ascii="Arial" w:hAnsi="Arial" w:cs="Arial"/>
          <w:b/>
          <w:bCs/>
        </w:rPr>
        <w:t>Overview:</w:t>
      </w:r>
    </w:p>
    <w:p w14:paraId="705A58F7" w14:textId="203B061F" w:rsidR="00085A3B" w:rsidRPr="00824FD0" w:rsidRDefault="00000000">
      <w:pPr>
        <w:rPr>
          <w:rFonts w:ascii="Arial" w:hAnsi="Arial" w:cs="Arial"/>
        </w:rPr>
      </w:pPr>
      <w:r w:rsidRPr="00824FD0">
        <w:rPr>
          <w:rFonts w:ascii="Arial" w:hAnsi="Arial" w:cs="Arial"/>
        </w:rPr>
        <w:t>This escape room is designed to help clients practice career-readiness skills in a fun, interactive way. The puzzles focus on résumé sections, cover letter writing, and interview preparation. Clients must solve all puzzles to unlock the final code.</w:t>
      </w:r>
    </w:p>
    <w:p w14:paraId="7AF9CE77" w14:textId="41FCF475" w:rsidR="00085A3B" w:rsidRPr="00824FD0" w:rsidRDefault="00000000">
      <w:pPr>
        <w:rPr>
          <w:rFonts w:ascii="Arial" w:hAnsi="Arial" w:cs="Arial"/>
          <w:b/>
          <w:bCs/>
          <w:i/>
          <w:iCs/>
        </w:rPr>
      </w:pPr>
      <w:r w:rsidRPr="00824FD0">
        <w:rPr>
          <w:rFonts w:ascii="Arial" w:hAnsi="Arial" w:cs="Arial"/>
          <w:b/>
          <w:bCs/>
          <w:i/>
          <w:iCs/>
        </w:rPr>
        <w:t>Final Code: 4</w:t>
      </w:r>
      <w:r w:rsidRPr="00824FD0">
        <w:rPr>
          <w:rFonts w:ascii="Cambria Math" w:hAnsi="Cambria Math" w:cs="Cambria Math"/>
          <w:b/>
          <w:bCs/>
          <w:i/>
          <w:iCs/>
        </w:rPr>
        <w:t>‑</w:t>
      </w:r>
      <w:r w:rsidRPr="00824FD0">
        <w:rPr>
          <w:rFonts w:ascii="Arial" w:hAnsi="Arial" w:cs="Arial"/>
          <w:b/>
          <w:bCs/>
          <w:i/>
          <w:iCs/>
        </w:rPr>
        <w:t>8</w:t>
      </w:r>
      <w:r w:rsidRPr="00824FD0">
        <w:rPr>
          <w:rFonts w:ascii="Cambria Math" w:hAnsi="Cambria Math" w:cs="Cambria Math"/>
          <w:b/>
          <w:bCs/>
          <w:i/>
          <w:iCs/>
        </w:rPr>
        <w:t>‑</w:t>
      </w:r>
      <w:r w:rsidRPr="00824FD0">
        <w:rPr>
          <w:rFonts w:ascii="Arial" w:hAnsi="Arial" w:cs="Arial"/>
          <w:b/>
          <w:bCs/>
          <w:i/>
          <w:iCs/>
        </w:rPr>
        <w:t>7</w:t>
      </w:r>
    </w:p>
    <w:p w14:paraId="33CECE2D" w14:textId="2DC65FB5" w:rsidR="00085A3B" w:rsidRPr="00824FD0" w:rsidRDefault="00085A3B" w:rsidP="00824FD0">
      <w:pPr>
        <w:pBdr>
          <w:bottom w:val="single" w:sz="4" w:space="1" w:color="auto"/>
        </w:pBdr>
        <w:rPr>
          <w:rFonts w:ascii="Arial" w:hAnsi="Arial" w:cs="Arial"/>
        </w:rPr>
      </w:pPr>
    </w:p>
    <w:p w14:paraId="3FFF5AA4" w14:textId="77777777" w:rsidR="00824FD0" w:rsidRDefault="00824FD0">
      <w:pPr>
        <w:rPr>
          <w:rFonts w:ascii="Arial" w:hAnsi="Arial" w:cs="Arial"/>
          <w:b/>
          <w:bCs/>
        </w:rPr>
      </w:pPr>
    </w:p>
    <w:p w14:paraId="1FC8669F" w14:textId="56C789D3" w:rsidR="00085A3B" w:rsidRPr="00824FD0" w:rsidRDefault="00000000">
      <w:pPr>
        <w:rPr>
          <w:rFonts w:ascii="Arial" w:hAnsi="Arial" w:cs="Arial"/>
          <w:b/>
          <w:bCs/>
        </w:rPr>
      </w:pPr>
      <w:r w:rsidRPr="00824FD0">
        <w:rPr>
          <w:rFonts w:ascii="Arial" w:hAnsi="Arial" w:cs="Arial"/>
          <w:b/>
          <w:bCs/>
        </w:rPr>
        <w:t>Puzzle 1: Résumé Sections Match</w:t>
      </w:r>
    </w:p>
    <w:p w14:paraId="6794B99A" w14:textId="60B0424B" w:rsidR="00085A3B" w:rsidRPr="00824FD0" w:rsidRDefault="00000000">
      <w:pPr>
        <w:rPr>
          <w:rFonts w:ascii="Arial" w:hAnsi="Arial" w:cs="Arial"/>
          <w:i/>
          <w:iCs/>
        </w:rPr>
      </w:pPr>
      <w:r w:rsidRPr="00824FD0">
        <w:rPr>
          <w:rFonts w:ascii="Arial" w:hAnsi="Arial" w:cs="Arial"/>
          <w:i/>
          <w:iCs/>
        </w:rPr>
        <w:t>Answer: Correct order is Contact Information, Summary/Objective, Work Experience, Education, Skills</w:t>
      </w:r>
    </w:p>
    <w:p w14:paraId="248AE66C" w14:textId="77777777" w:rsidR="00824FD0" w:rsidRPr="00824FD0" w:rsidRDefault="00824FD0">
      <w:pPr>
        <w:rPr>
          <w:rFonts w:ascii="Arial" w:hAnsi="Arial" w:cs="Arial"/>
        </w:rPr>
      </w:pPr>
    </w:p>
    <w:p w14:paraId="4FA13E0F" w14:textId="77777777" w:rsidR="00085A3B" w:rsidRPr="00824FD0" w:rsidRDefault="00000000">
      <w:pPr>
        <w:rPr>
          <w:rFonts w:ascii="Arial" w:hAnsi="Arial" w:cs="Arial"/>
          <w:b/>
          <w:bCs/>
        </w:rPr>
      </w:pPr>
      <w:r w:rsidRPr="00824FD0">
        <w:rPr>
          <w:rFonts w:ascii="Arial" w:hAnsi="Arial" w:cs="Arial"/>
          <w:b/>
          <w:bCs/>
        </w:rPr>
        <w:t>Puzzle 2: Cover Letter Sequence</w:t>
      </w:r>
    </w:p>
    <w:p w14:paraId="7F1CD1E3" w14:textId="64EC2AB5" w:rsidR="00085A3B" w:rsidRPr="00824FD0" w:rsidRDefault="00000000">
      <w:pPr>
        <w:rPr>
          <w:rFonts w:ascii="Arial" w:hAnsi="Arial" w:cs="Arial"/>
          <w:i/>
          <w:iCs/>
        </w:rPr>
      </w:pPr>
      <w:r w:rsidRPr="00824FD0">
        <w:rPr>
          <w:rFonts w:ascii="Arial" w:hAnsi="Arial" w:cs="Arial"/>
          <w:i/>
          <w:iCs/>
        </w:rPr>
        <w:t>Answer: Correct order is Introduction, Why I’m a Good Fit, Closing &amp; Signature</w:t>
      </w:r>
    </w:p>
    <w:p w14:paraId="1747EE2F" w14:textId="77777777" w:rsidR="00824FD0" w:rsidRPr="00824FD0" w:rsidRDefault="00824FD0">
      <w:pPr>
        <w:rPr>
          <w:rFonts w:ascii="Arial" w:hAnsi="Arial" w:cs="Arial"/>
        </w:rPr>
      </w:pPr>
    </w:p>
    <w:p w14:paraId="0FACFB69" w14:textId="77777777" w:rsidR="00085A3B" w:rsidRPr="00824FD0" w:rsidRDefault="00000000">
      <w:pPr>
        <w:rPr>
          <w:rFonts w:ascii="Arial" w:hAnsi="Arial" w:cs="Arial"/>
          <w:b/>
          <w:bCs/>
        </w:rPr>
      </w:pPr>
      <w:r w:rsidRPr="00824FD0">
        <w:rPr>
          <w:rFonts w:ascii="Arial" w:hAnsi="Arial" w:cs="Arial"/>
          <w:b/>
          <w:bCs/>
        </w:rPr>
        <w:t>Puzzle 3: Interview Responses</w:t>
      </w:r>
    </w:p>
    <w:p w14:paraId="786330CA" w14:textId="31D44FA1" w:rsidR="00085A3B" w:rsidRPr="00824FD0" w:rsidRDefault="00000000">
      <w:pPr>
        <w:rPr>
          <w:rFonts w:ascii="Arial" w:hAnsi="Arial" w:cs="Arial"/>
          <w:i/>
          <w:iCs/>
        </w:rPr>
      </w:pPr>
      <w:r w:rsidRPr="00824FD0">
        <w:rPr>
          <w:rFonts w:ascii="Arial" w:hAnsi="Arial" w:cs="Arial"/>
          <w:i/>
          <w:iCs/>
        </w:rPr>
        <w:t>Answer: Correct order is STAR: Situation, Task, Action, Result</w:t>
      </w:r>
    </w:p>
    <w:p w14:paraId="759B168C" w14:textId="1803BDF1" w:rsidR="00085A3B" w:rsidRPr="00824FD0" w:rsidRDefault="00085A3B" w:rsidP="00824FD0">
      <w:pPr>
        <w:pBdr>
          <w:bottom w:val="single" w:sz="4" w:space="1" w:color="auto"/>
        </w:pBdr>
        <w:rPr>
          <w:rFonts w:ascii="Arial" w:hAnsi="Arial" w:cs="Arial"/>
        </w:rPr>
      </w:pPr>
    </w:p>
    <w:p w14:paraId="5ADAF521" w14:textId="77777777" w:rsidR="00824FD0" w:rsidRDefault="00824FD0">
      <w:pPr>
        <w:rPr>
          <w:rFonts w:ascii="Arial" w:hAnsi="Arial" w:cs="Arial"/>
          <w:b/>
          <w:bCs/>
        </w:rPr>
      </w:pPr>
    </w:p>
    <w:p w14:paraId="59BCF564" w14:textId="629A772D" w:rsidR="00085A3B" w:rsidRPr="00824FD0" w:rsidRDefault="00000000">
      <w:pPr>
        <w:rPr>
          <w:rFonts w:ascii="Arial" w:hAnsi="Arial" w:cs="Arial"/>
          <w:b/>
          <w:bCs/>
        </w:rPr>
      </w:pPr>
      <w:r w:rsidRPr="00824FD0">
        <w:rPr>
          <w:rFonts w:ascii="Arial" w:hAnsi="Arial" w:cs="Arial"/>
          <w:b/>
          <w:bCs/>
        </w:rPr>
        <w:t>Tips for Facilitators:</w:t>
      </w:r>
    </w:p>
    <w:p w14:paraId="411ED2F9" w14:textId="10489082" w:rsidR="00085A3B" w:rsidRPr="00824FD0" w:rsidRDefault="00000000" w:rsidP="00824FD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24FD0">
        <w:rPr>
          <w:rFonts w:ascii="Arial" w:hAnsi="Arial" w:cs="Arial"/>
        </w:rPr>
        <w:t>Allow clients to work in pairs or small groups.</w:t>
      </w:r>
    </w:p>
    <w:p w14:paraId="56906589" w14:textId="3838D7F1" w:rsidR="00085A3B" w:rsidRPr="00824FD0" w:rsidRDefault="00000000" w:rsidP="00824FD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24FD0">
        <w:rPr>
          <w:rFonts w:ascii="Arial" w:hAnsi="Arial" w:cs="Arial"/>
        </w:rPr>
        <w:t>Offer small hints if they get stuck but encourage problem-solving first.</w:t>
      </w:r>
    </w:p>
    <w:p w14:paraId="7C9412C1" w14:textId="08DC09A1" w:rsidR="00085A3B" w:rsidRPr="00824FD0" w:rsidRDefault="00000000" w:rsidP="00824FD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24FD0">
        <w:rPr>
          <w:rFonts w:ascii="Arial" w:hAnsi="Arial" w:cs="Arial"/>
        </w:rPr>
        <w:t>Debrief after the game: ask what skills they practiced and how it connects to real job applications.</w:t>
      </w:r>
    </w:p>
    <w:p w14:paraId="57A07C15" w14:textId="77777777" w:rsidR="00085A3B" w:rsidRPr="00824FD0" w:rsidRDefault="00085A3B">
      <w:pPr>
        <w:rPr>
          <w:rFonts w:ascii="Arial" w:hAnsi="Arial" w:cs="Arial"/>
        </w:rPr>
      </w:pPr>
    </w:p>
    <w:sectPr w:rsidR="00085A3B" w:rsidRPr="00824F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9B6A2B"/>
    <w:multiLevelType w:val="hybridMultilevel"/>
    <w:tmpl w:val="6CE4D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85681"/>
    <w:multiLevelType w:val="hybridMultilevel"/>
    <w:tmpl w:val="9AD42342"/>
    <w:lvl w:ilvl="0" w:tplc="3EB05C4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4055193">
    <w:abstractNumId w:val="8"/>
  </w:num>
  <w:num w:numId="2" w16cid:durableId="1305543329">
    <w:abstractNumId w:val="6"/>
  </w:num>
  <w:num w:numId="3" w16cid:durableId="318848082">
    <w:abstractNumId w:val="5"/>
  </w:num>
  <w:num w:numId="4" w16cid:durableId="2093619615">
    <w:abstractNumId w:val="4"/>
  </w:num>
  <w:num w:numId="5" w16cid:durableId="241792399">
    <w:abstractNumId w:val="7"/>
  </w:num>
  <w:num w:numId="6" w16cid:durableId="1535583930">
    <w:abstractNumId w:val="3"/>
  </w:num>
  <w:num w:numId="7" w16cid:durableId="110711089">
    <w:abstractNumId w:val="2"/>
  </w:num>
  <w:num w:numId="8" w16cid:durableId="540871120">
    <w:abstractNumId w:val="1"/>
  </w:num>
  <w:num w:numId="9" w16cid:durableId="1509366808">
    <w:abstractNumId w:val="0"/>
  </w:num>
  <w:num w:numId="10" w16cid:durableId="926429290">
    <w:abstractNumId w:val="9"/>
  </w:num>
  <w:num w:numId="11" w16cid:durableId="1072190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A3B"/>
    <w:rsid w:val="00091CE5"/>
    <w:rsid w:val="0015074B"/>
    <w:rsid w:val="0029639D"/>
    <w:rsid w:val="00326F90"/>
    <w:rsid w:val="00824FD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5F2CC"/>
  <w14:defaultImageDpi w14:val="300"/>
  <w15:docId w15:val="{2A597178-E164-B24E-B96B-CD11BD6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Wanda Kusumajuda</cp:lastModifiedBy>
  <cp:revision>2</cp:revision>
  <dcterms:created xsi:type="dcterms:W3CDTF">2013-12-23T23:15:00Z</dcterms:created>
  <dcterms:modified xsi:type="dcterms:W3CDTF">2025-08-15T23:05:00Z</dcterms:modified>
  <cp:category/>
</cp:coreProperties>
</file>