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26244E" w14:textId="77777777" w:rsidR="00593565" w:rsidRPr="00C7313E" w:rsidRDefault="00000000">
      <w:pPr>
        <w:rPr>
          <w:rFonts w:ascii="Arial" w:hAnsi="Arial" w:cs="Arial"/>
          <w:b/>
          <w:bCs/>
          <w:sz w:val="32"/>
          <w:szCs w:val="32"/>
        </w:rPr>
      </w:pPr>
      <w:r w:rsidRPr="00C7313E">
        <w:rPr>
          <w:rFonts w:ascii="Arial" w:hAnsi="Arial" w:cs="Arial"/>
          <w:b/>
          <w:bCs/>
          <w:sz w:val="32"/>
          <w:szCs w:val="32"/>
        </w:rPr>
        <w:t>Puzzle 2: Cover Letter Sequence</w:t>
      </w:r>
    </w:p>
    <w:p w14:paraId="204B896C" w14:textId="77777777" w:rsidR="00593565" w:rsidRPr="00C7313E" w:rsidRDefault="00593565">
      <w:pPr>
        <w:rPr>
          <w:rFonts w:ascii="Arial" w:hAnsi="Arial" w:cs="Arial"/>
        </w:rPr>
      </w:pPr>
    </w:p>
    <w:p w14:paraId="64760BBB" w14:textId="07543351" w:rsidR="00593565" w:rsidRDefault="00000000">
      <w:pPr>
        <w:rPr>
          <w:rFonts w:ascii="Arial" w:hAnsi="Arial" w:cs="Arial"/>
          <w:i/>
          <w:iCs/>
        </w:rPr>
      </w:pPr>
      <w:r w:rsidRPr="00C7313E">
        <w:rPr>
          <w:rFonts w:ascii="Arial" w:hAnsi="Arial" w:cs="Arial"/>
          <w:i/>
          <w:iCs/>
        </w:rPr>
        <w:t>Instructions:</w:t>
      </w:r>
      <w:r w:rsidR="00C7313E">
        <w:rPr>
          <w:rFonts w:ascii="Arial" w:hAnsi="Arial" w:cs="Arial"/>
          <w:i/>
          <w:iCs/>
        </w:rPr>
        <w:t xml:space="preserve"> </w:t>
      </w:r>
      <w:r w:rsidRPr="00C7313E">
        <w:rPr>
          <w:rFonts w:ascii="Arial" w:hAnsi="Arial" w:cs="Arial"/>
          <w:i/>
          <w:iCs/>
        </w:rPr>
        <w:t>Cut out the scrambled sentences. Ask participants to arrange them in the proper order of a short cover letter.</w:t>
      </w:r>
      <w:r w:rsidR="00C7313E">
        <w:rPr>
          <w:rFonts w:ascii="Arial" w:hAnsi="Arial" w:cs="Arial"/>
          <w:i/>
          <w:iCs/>
        </w:rPr>
        <w:t xml:space="preserve"> When they are successful in the activity, give them the next number as listed on the Facilitator sheet.</w:t>
      </w:r>
    </w:p>
    <w:p w14:paraId="1A4C1DA3" w14:textId="77777777" w:rsidR="00C7313E" w:rsidRDefault="00C7313E">
      <w:pPr>
        <w:rPr>
          <w:rFonts w:ascii="Arial" w:hAnsi="Arial" w:cs="Arial"/>
          <w:i/>
          <w:iCs/>
        </w:rPr>
      </w:pPr>
    </w:p>
    <w:p w14:paraId="69B2DB56" w14:textId="77777777" w:rsidR="00C7313E" w:rsidRPr="00C7313E" w:rsidRDefault="00C7313E">
      <w:pPr>
        <w:rPr>
          <w:rFonts w:ascii="Arial" w:hAnsi="Arial" w:cs="Arial"/>
          <w:i/>
          <w:iCs/>
        </w:rPr>
      </w:pPr>
    </w:p>
    <w:p w14:paraId="1FACDF99" w14:textId="77777777" w:rsidR="00593565" w:rsidRDefault="00000000">
      <w:pPr>
        <w:rPr>
          <w:rFonts w:ascii="Arial" w:hAnsi="Arial" w:cs="Arial"/>
          <w:sz w:val="56"/>
          <w:szCs w:val="56"/>
        </w:rPr>
      </w:pPr>
      <w:r w:rsidRPr="00C7313E">
        <w:rPr>
          <w:rFonts w:ascii="Arial" w:hAnsi="Arial" w:cs="Arial"/>
          <w:sz w:val="56"/>
          <w:szCs w:val="56"/>
        </w:rPr>
        <w:t xml:space="preserve">[Sentence 1] I am excited to apply for this position because it matches my skills and interests.  </w:t>
      </w:r>
    </w:p>
    <w:p w14:paraId="75955133" w14:textId="77777777" w:rsidR="00C7313E" w:rsidRPr="00C7313E" w:rsidRDefault="00C7313E">
      <w:pPr>
        <w:rPr>
          <w:rFonts w:ascii="Arial" w:hAnsi="Arial" w:cs="Arial"/>
          <w:sz w:val="56"/>
          <w:szCs w:val="56"/>
        </w:rPr>
      </w:pPr>
    </w:p>
    <w:p w14:paraId="460AC22E" w14:textId="77777777" w:rsidR="00593565" w:rsidRDefault="00000000">
      <w:pPr>
        <w:rPr>
          <w:rFonts w:ascii="Arial" w:hAnsi="Arial" w:cs="Arial"/>
          <w:sz w:val="56"/>
          <w:szCs w:val="56"/>
        </w:rPr>
      </w:pPr>
      <w:r w:rsidRPr="00C7313E">
        <w:rPr>
          <w:rFonts w:ascii="Arial" w:hAnsi="Arial" w:cs="Arial"/>
          <w:sz w:val="56"/>
          <w:szCs w:val="56"/>
        </w:rPr>
        <w:t xml:space="preserve">[Sentence 2] I believe my background and enthusiasm make me a strong candidate for your team.  </w:t>
      </w:r>
    </w:p>
    <w:p w14:paraId="01463675" w14:textId="77777777" w:rsidR="00C7313E" w:rsidRPr="00C7313E" w:rsidRDefault="00C7313E">
      <w:pPr>
        <w:rPr>
          <w:rFonts w:ascii="Arial" w:hAnsi="Arial" w:cs="Arial"/>
          <w:sz w:val="56"/>
          <w:szCs w:val="56"/>
        </w:rPr>
      </w:pPr>
    </w:p>
    <w:p w14:paraId="25C83122" w14:textId="77777777" w:rsidR="00593565" w:rsidRPr="00C7313E" w:rsidRDefault="00000000">
      <w:pPr>
        <w:rPr>
          <w:rFonts w:ascii="Arial" w:hAnsi="Arial" w:cs="Arial"/>
          <w:sz w:val="56"/>
          <w:szCs w:val="56"/>
        </w:rPr>
      </w:pPr>
      <w:r w:rsidRPr="00C7313E">
        <w:rPr>
          <w:rFonts w:ascii="Arial" w:hAnsi="Arial" w:cs="Arial"/>
          <w:sz w:val="56"/>
          <w:szCs w:val="56"/>
        </w:rPr>
        <w:t xml:space="preserve">[Sentence 3] Thank you for your time and consideration. I look forward to the opportunity to contribute.  </w:t>
      </w:r>
    </w:p>
    <w:p w14:paraId="0C11B7B4" w14:textId="77777777" w:rsidR="00593565" w:rsidRDefault="00593565"/>
    <w:sectPr w:rsidR="00593565" w:rsidSect="00C7313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75053830">
    <w:abstractNumId w:val="8"/>
  </w:num>
  <w:num w:numId="2" w16cid:durableId="1604460477">
    <w:abstractNumId w:val="6"/>
  </w:num>
  <w:num w:numId="3" w16cid:durableId="950404093">
    <w:abstractNumId w:val="5"/>
  </w:num>
  <w:num w:numId="4" w16cid:durableId="972296329">
    <w:abstractNumId w:val="4"/>
  </w:num>
  <w:num w:numId="5" w16cid:durableId="409160446">
    <w:abstractNumId w:val="7"/>
  </w:num>
  <w:num w:numId="6" w16cid:durableId="336421851">
    <w:abstractNumId w:val="3"/>
  </w:num>
  <w:num w:numId="7" w16cid:durableId="992686273">
    <w:abstractNumId w:val="2"/>
  </w:num>
  <w:num w:numId="8" w16cid:durableId="62409022">
    <w:abstractNumId w:val="1"/>
  </w:num>
  <w:num w:numId="9" w16cid:durableId="261113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91CE5"/>
    <w:rsid w:val="0015074B"/>
    <w:rsid w:val="0029639D"/>
    <w:rsid w:val="00326F90"/>
    <w:rsid w:val="00593565"/>
    <w:rsid w:val="00AA1D8D"/>
    <w:rsid w:val="00B47730"/>
    <w:rsid w:val="00C7313E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777EB49"/>
  <w14:defaultImageDpi w14:val="300"/>
  <w15:docId w15:val="{2A597178-E164-B24E-B96B-CD11BD6EF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Wanda Kusumajuda</cp:lastModifiedBy>
  <cp:revision>2</cp:revision>
  <dcterms:created xsi:type="dcterms:W3CDTF">2013-12-23T23:15:00Z</dcterms:created>
  <dcterms:modified xsi:type="dcterms:W3CDTF">2025-08-15T23:13:00Z</dcterms:modified>
  <cp:category/>
</cp:coreProperties>
</file>