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1"/>
      </w:tblGrid>
      <w:tr w:rsidR="00330E09" w14:paraId="4EB2C053" w14:textId="77777777">
        <w:trPr>
          <w:jc w:val="center"/>
        </w:trPr>
        <w:tc>
          <w:tcPr>
            <w:tcW w:w="5328" w:type="dxa"/>
          </w:tcPr>
          <w:tbl>
            <w:tblPr>
              <w:tblStyle w:val="TableGrid"/>
              <w:tblW w:w="97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8"/>
              <w:gridCol w:w="7187"/>
            </w:tblGrid>
            <w:tr w:rsidR="00F07ECA" w14:paraId="0A46BC26" w14:textId="77777777" w:rsidTr="00F07ECA">
              <w:tc>
                <w:tcPr>
                  <w:tcW w:w="2558" w:type="dxa"/>
                </w:tcPr>
                <w:p w14:paraId="2A1B7789" w14:textId="1636ACA2" w:rsidR="00F07ECA" w:rsidRDefault="00F07ECA" w:rsidP="00F07ECA">
                  <w:pPr>
                    <w:rPr>
                      <w:b/>
                      <w:sz w:val="3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A897F2B" wp14:editId="1ED448BE">
                        <wp:extent cx="866775" cy="866775"/>
                        <wp:effectExtent l="0" t="0" r="0" b="0"/>
                        <wp:docPr id="8" name="Picture 8">
                          <a:extLst xmlns:a="http://schemas.openxmlformats.org/drawingml/2006/main"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>
                                  <a:extLs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7" w:type="dxa"/>
                </w:tcPr>
                <w:p w14:paraId="2317EA63" w14:textId="77777777" w:rsidR="00F07ECA" w:rsidRDefault="00F07ECA">
                  <w:pPr>
                    <w:jc w:val="center"/>
                    <w:rPr>
                      <w:b/>
                      <w:sz w:val="24"/>
                    </w:rPr>
                  </w:pPr>
                  <w:r w:rsidRPr="00F07ECA">
                    <w:rPr>
                      <w:b/>
                      <w:sz w:val="34"/>
                      <w:szCs w:val="34"/>
                    </w:rPr>
                    <w:t>San Luis Obispo County Fire Service</w:t>
                  </w:r>
                  <w:r w:rsidRPr="00F07ECA">
                    <w:rPr>
                      <w:b/>
                      <w:sz w:val="34"/>
                      <w:szCs w:val="34"/>
                    </w:rPr>
                    <w:br/>
                    <w:t>Training Officers Association</w:t>
                  </w:r>
                  <w:r>
                    <w:rPr>
                      <w:b/>
                      <w:sz w:val="24"/>
                    </w:rPr>
                    <w:br/>
                  </w:r>
                  <w:r w:rsidRPr="00F07ECA">
                    <w:rPr>
                      <w:b/>
                      <w:sz w:val="30"/>
                      <w:szCs w:val="30"/>
                    </w:rPr>
                    <w:t>Membership Listing 2026</w:t>
                  </w:r>
                </w:p>
                <w:p w14:paraId="57FFC892" w14:textId="77777777" w:rsidR="00F07ECA" w:rsidRDefault="00F07ECA">
                  <w:pPr>
                    <w:jc w:val="center"/>
                    <w:rPr>
                      <w:b/>
                      <w:sz w:val="24"/>
                    </w:rPr>
                  </w:pPr>
                </w:p>
                <w:p w14:paraId="3C343FD2" w14:textId="77777777" w:rsidR="00F07ECA" w:rsidRDefault="00F07ECA">
                  <w:pPr>
                    <w:jc w:val="center"/>
                    <w:rPr>
                      <w:b/>
                      <w:sz w:val="24"/>
                    </w:rPr>
                  </w:pPr>
                </w:p>
                <w:p w14:paraId="664A8B62" w14:textId="77777777" w:rsidR="00F07ECA" w:rsidRDefault="00F07ECA">
                  <w:pPr>
                    <w:jc w:val="center"/>
                    <w:rPr>
                      <w:b/>
                      <w:sz w:val="24"/>
                    </w:rPr>
                  </w:pPr>
                </w:p>
                <w:p w14:paraId="1BE7C2B4" w14:textId="6A4DEB13" w:rsidR="00F07ECA" w:rsidRDefault="00F07ECA">
                  <w:pPr>
                    <w:jc w:val="center"/>
                    <w:rPr>
                      <w:b/>
                      <w:sz w:val="24"/>
                    </w:rPr>
                  </w:pPr>
                </w:p>
                <w:p w14:paraId="7AC59DE1" w14:textId="3B854478" w:rsidR="00F07ECA" w:rsidRDefault="00F07ECA">
                  <w:pPr>
                    <w:jc w:val="center"/>
                    <w:rPr>
                      <w:b/>
                      <w:sz w:val="30"/>
                    </w:rPr>
                  </w:pPr>
                </w:p>
              </w:tc>
            </w:tr>
          </w:tbl>
          <w:p w14:paraId="709CE965" w14:textId="3E3D2859" w:rsidR="00330E09" w:rsidRDefault="00330E09">
            <w:pPr>
              <w:jc w:val="center"/>
            </w:pPr>
          </w:p>
        </w:tc>
      </w:tr>
    </w:tbl>
    <w:p w14:paraId="3A891AED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ATASCADERO FIRE &amp; EMERGENCY SERVICES</w:t>
      </w:r>
      <w:r>
        <w:rPr>
          <w:sz w:val="17"/>
        </w:rPr>
        <w:br/>
        <w:t>6005 Lewis Avenue</w:t>
      </w:r>
      <w:r>
        <w:rPr>
          <w:sz w:val="17"/>
        </w:rPr>
        <w:br/>
        <w:t>Atascadero, CA 93422</w:t>
      </w:r>
      <w:r>
        <w:rPr>
          <w:sz w:val="17"/>
        </w:rPr>
        <w:br/>
        <w:t>Office: (805) 461-5070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647BCE02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38DAC9B8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3C796698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1861AB64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75F8CA74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0F791168" w14:textId="77777777">
        <w:trPr>
          <w:cantSplit/>
          <w:jc w:val="center"/>
        </w:trPr>
        <w:tc>
          <w:tcPr>
            <w:tcW w:w="2736" w:type="dxa"/>
          </w:tcPr>
          <w:p w14:paraId="7C9B04F4" w14:textId="77777777" w:rsidR="00EF5097" w:rsidRDefault="00000000">
            <w:r>
              <w:rPr>
                <w:sz w:val="16"/>
              </w:rPr>
              <w:t>Casey Bryson</w:t>
            </w:r>
          </w:p>
        </w:tc>
        <w:tc>
          <w:tcPr>
            <w:tcW w:w="2880" w:type="dxa"/>
          </w:tcPr>
          <w:p w14:paraId="621A09DD" w14:textId="77777777" w:rsidR="00EF5097" w:rsidRDefault="00000000">
            <w:r>
              <w:rPr>
                <w:sz w:val="16"/>
              </w:rPr>
              <w:t>Fire Chief / County Chief’s Representative</w:t>
            </w:r>
          </w:p>
        </w:tc>
        <w:tc>
          <w:tcPr>
            <w:tcW w:w="2088" w:type="dxa"/>
          </w:tcPr>
          <w:p w14:paraId="1BF93B7A" w14:textId="77777777" w:rsidR="00EF5097" w:rsidRDefault="00000000">
            <w:r>
              <w:rPr>
                <w:sz w:val="16"/>
              </w:rPr>
              <w:t>(805) 470-3300</w:t>
            </w:r>
          </w:p>
        </w:tc>
        <w:tc>
          <w:tcPr>
            <w:tcW w:w="3672" w:type="dxa"/>
          </w:tcPr>
          <w:p w14:paraId="436B8924" w14:textId="77777777" w:rsidR="00EF5097" w:rsidRDefault="00000000">
            <w:r>
              <w:rPr>
                <w:sz w:val="16"/>
              </w:rPr>
              <w:t>cbryson@atascadero.org</w:t>
            </w:r>
          </w:p>
        </w:tc>
      </w:tr>
      <w:tr w:rsidR="00EF5097" w14:paraId="4BE634B9" w14:textId="77777777">
        <w:trPr>
          <w:cantSplit/>
          <w:jc w:val="center"/>
        </w:trPr>
        <w:tc>
          <w:tcPr>
            <w:tcW w:w="2736" w:type="dxa"/>
          </w:tcPr>
          <w:p w14:paraId="329D88C4" w14:textId="77777777" w:rsidR="00EF5097" w:rsidRDefault="00000000">
            <w:r>
              <w:rPr>
                <w:sz w:val="16"/>
              </w:rPr>
              <w:t>Matt Miranda</w:t>
            </w:r>
          </w:p>
        </w:tc>
        <w:tc>
          <w:tcPr>
            <w:tcW w:w="2880" w:type="dxa"/>
          </w:tcPr>
          <w:p w14:paraId="609493B4" w14:textId="77777777" w:rsidR="00EF5097" w:rsidRDefault="00000000">
            <w:r>
              <w:rPr>
                <w:sz w:val="16"/>
              </w:rPr>
              <w:t>Battalion Chief</w:t>
            </w:r>
          </w:p>
        </w:tc>
        <w:tc>
          <w:tcPr>
            <w:tcW w:w="2088" w:type="dxa"/>
          </w:tcPr>
          <w:p w14:paraId="3EF34BB0" w14:textId="77777777" w:rsidR="00EF5097" w:rsidRDefault="00000000">
            <w:r>
              <w:rPr>
                <w:sz w:val="16"/>
              </w:rPr>
              <w:t>(805) 748-5288</w:t>
            </w:r>
          </w:p>
        </w:tc>
        <w:tc>
          <w:tcPr>
            <w:tcW w:w="3672" w:type="dxa"/>
          </w:tcPr>
          <w:p w14:paraId="16AB7CFA" w14:textId="77777777" w:rsidR="00EF5097" w:rsidRDefault="00000000">
            <w:r>
              <w:rPr>
                <w:sz w:val="16"/>
              </w:rPr>
              <w:t>mmiranda@atascadero.org</w:t>
            </w:r>
          </w:p>
        </w:tc>
      </w:tr>
      <w:tr w:rsidR="00EF5097" w14:paraId="74A08C53" w14:textId="77777777">
        <w:trPr>
          <w:cantSplit/>
          <w:jc w:val="center"/>
        </w:trPr>
        <w:tc>
          <w:tcPr>
            <w:tcW w:w="2736" w:type="dxa"/>
          </w:tcPr>
          <w:p w14:paraId="598175FF" w14:textId="77777777" w:rsidR="00EF5097" w:rsidRDefault="00000000">
            <w:r>
              <w:rPr>
                <w:sz w:val="16"/>
              </w:rPr>
              <w:t>Brandon Roberts</w:t>
            </w:r>
          </w:p>
        </w:tc>
        <w:tc>
          <w:tcPr>
            <w:tcW w:w="2880" w:type="dxa"/>
          </w:tcPr>
          <w:p w14:paraId="56989AD7" w14:textId="77777777" w:rsidR="00EF5097" w:rsidRDefault="00000000">
            <w:r>
              <w:rPr>
                <w:sz w:val="16"/>
              </w:rPr>
              <w:t>Fire Captain</w:t>
            </w:r>
          </w:p>
        </w:tc>
        <w:tc>
          <w:tcPr>
            <w:tcW w:w="2088" w:type="dxa"/>
          </w:tcPr>
          <w:p w14:paraId="377916D4" w14:textId="77777777" w:rsidR="00EF5097" w:rsidRDefault="00000000">
            <w:r>
              <w:rPr>
                <w:sz w:val="16"/>
              </w:rPr>
              <w:t>(805) 712-2657</w:t>
            </w:r>
          </w:p>
        </w:tc>
        <w:tc>
          <w:tcPr>
            <w:tcW w:w="3672" w:type="dxa"/>
          </w:tcPr>
          <w:p w14:paraId="3B6D8BFF" w14:textId="77777777" w:rsidR="00EF5097" w:rsidRDefault="00000000">
            <w:r>
              <w:rPr>
                <w:sz w:val="16"/>
              </w:rPr>
              <w:t>broberts@atascadero.org</w:t>
            </w:r>
          </w:p>
        </w:tc>
      </w:tr>
    </w:tbl>
    <w:p w14:paraId="4E34526C" w14:textId="77777777" w:rsidR="00EF5097" w:rsidRDefault="00EF5097">
      <w:pPr>
        <w:spacing w:after="20"/>
      </w:pPr>
    </w:p>
    <w:p w14:paraId="484AE641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ATASCADERO STATE HOSPITAL FIRE DEPARTMENT</w:t>
      </w:r>
      <w:r>
        <w:rPr>
          <w:sz w:val="17"/>
        </w:rPr>
        <w:br/>
        <w:t>P.O. Box 7006</w:t>
      </w:r>
      <w:r>
        <w:rPr>
          <w:sz w:val="17"/>
        </w:rPr>
        <w:br/>
        <w:t>Atascadero, CA 93423</w:t>
      </w:r>
      <w:r>
        <w:rPr>
          <w:sz w:val="17"/>
        </w:rPr>
        <w:br/>
        <w:t>Office: (805) 468-2501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5C198367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7C703077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770031CC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5D8366F4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1511849F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6B745547" w14:textId="77777777">
        <w:trPr>
          <w:cantSplit/>
          <w:jc w:val="center"/>
        </w:trPr>
        <w:tc>
          <w:tcPr>
            <w:tcW w:w="2736" w:type="dxa"/>
          </w:tcPr>
          <w:p w14:paraId="59D2F6BC" w14:textId="77777777" w:rsidR="00EF5097" w:rsidRDefault="00000000">
            <w:r>
              <w:rPr>
                <w:sz w:val="16"/>
              </w:rPr>
              <w:t>Gustavo Avalos</w:t>
            </w:r>
          </w:p>
        </w:tc>
        <w:tc>
          <w:tcPr>
            <w:tcW w:w="2880" w:type="dxa"/>
          </w:tcPr>
          <w:p w14:paraId="0D506EDB" w14:textId="77777777" w:rsidR="00EF5097" w:rsidRDefault="00000000">
            <w:r>
              <w:rPr>
                <w:sz w:val="16"/>
              </w:rPr>
              <w:t>Officer-in-Charge</w:t>
            </w:r>
          </w:p>
        </w:tc>
        <w:tc>
          <w:tcPr>
            <w:tcW w:w="2088" w:type="dxa"/>
          </w:tcPr>
          <w:p w14:paraId="61B971E4" w14:textId="77777777" w:rsidR="00EF5097" w:rsidRDefault="00000000">
            <w:r>
              <w:rPr>
                <w:sz w:val="16"/>
              </w:rPr>
              <w:t>(805) 588-3719</w:t>
            </w:r>
          </w:p>
        </w:tc>
        <w:tc>
          <w:tcPr>
            <w:tcW w:w="3672" w:type="dxa"/>
          </w:tcPr>
          <w:p w14:paraId="225329B9" w14:textId="715D2718" w:rsidR="00EF5097" w:rsidRPr="00330E09" w:rsidRDefault="00330E09">
            <w:hyperlink r:id="rId9" w:history="1">
              <w:r w:rsidRPr="00330E09">
                <w:rPr>
                  <w:rStyle w:val="Hyperlink"/>
                  <w:color w:val="000000" w:themeColor="text1"/>
                  <w:sz w:val="16"/>
                  <w:u w:val="none"/>
                </w:rPr>
                <w:t>gustavo.avalos@dsh.ca.gov</w:t>
              </w:r>
            </w:hyperlink>
          </w:p>
        </w:tc>
      </w:tr>
      <w:tr w:rsidR="00330E09" w14:paraId="00EDE510" w14:textId="77777777">
        <w:trPr>
          <w:cantSplit/>
          <w:jc w:val="center"/>
        </w:trPr>
        <w:tc>
          <w:tcPr>
            <w:tcW w:w="2736" w:type="dxa"/>
          </w:tcPr>
          <w:p w14:paraId="79D93A6E" w14:textId="2C34FAFA" w:rsidR="00330E09" w:rsidRDefault="00330E09">
            <w:pPr>
              <w:rPr>
                <w:sz w:val="16"/>
              </w:rPr>
            </w:pPr>
            <w:r>
              <w:rPr>
                <w:sz w:val="16"/>
              </w:rPr>
              <w:t>Andrew Cabrera</w:t>
            </w:r>
          </w:p>
        </w:tc>
        <w:tc>
          <w:tcPr>
            <w:tcW w:w="2880" w:type="dxa"/>
          </w:tcPr>
          <w:p w14:paraId="1DA38F24" w14:textId="2341B98E" w:rsidR="00330E09" w:rsidRDefault="00330E09">
            <w:pPr>
              <w:rPr>
                <w:sz w:val="16"/>
              </w:rPr>
            </w:pPr>
            <w:r>
              <w:rPr>
                <w:sz w:val="16"/>
              </w:rPr>
              <w:t>Officer-in-Charge</w:t>
            </w:r>
          </w:p>
        </w:tc>
        <w:tc>
          <w:tcPr>
            <w:tcW w:w="2088" w:type="dxa"/>
          </w:tcPr>
          <w:p w14:paraId="26B71140" w14:textId="42D49F69" w:rsidR="00330E09" w:rsidRDefault="00330E09">
            <w:pPr>
              <w:rPr>
                <w:sz w:val="16"/>
              </w:rPr>
            </w:pPr>
            <w:r>
              <w:rPr>
                <w:sz w:val="16"/>
              </w:rPr>
              <w:t>(558) 551-9206</w:t>
            </w:r>
          </w:p>
        </w:tc>
        <w:tc>
          <w:tcPr>
            <w:tcW w:w="3672" w:type="dxa"/>
          </w:tcPr>
          <w:p w14:paraId="581D8E6E" w14:textId="0A914AC0" w:rsidR="00330E09" w:rsidRDefault="00330E09">
            <w:pPr>
              <w:rPr>
                <w:sz w:val="16"/>
              </w:rPr>
            </w:pPr>
            <w:r>
              <w:rPr>
                <w:sz w:val="16"/>
              </w:rPr>
              <w:t>Andrew.cabrera@dsh.ca.gov</w:t>
            </w:r>
          </w:p>
        </w:tc>
      </w:tr>
    </w:tbl>
    <w:p w14:paraId="68F87209" w14:textId="77777777" w:rsidR="00EF5097" w:rsidRDefault="00EF5097">
      <w:pPr>
        <w:spacing w:after="20"/>
      </w:pPr>
    </w:p>
    <w:p w14:paraId="1E3BBD08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CAL FIRE/SLO COUNTY FIRE DEPARTMENT</w:t>
      </w:r>
      <w:r>
        <w:rPr>
          <w:sz w:val="17"/>
        </w:rPr>
        <w:br/>
        <w:t>San Luis Obispo County Training Center</w:t>
      </w:r>
      <w:r>
        <w:rPr>
          <w:sz w:val="17"/>
        </w:rPr>
        <w:br/>
        <w:t>1666 Tehama Ave</w:t>
      </w:r>
      <w:r>
        <w:rPr>
          <w:sz w:val="17"/>
        </w:rPr>
        <w:br/>
        <w:t>San Luis Obispo, CA 93401</w:t>
      </w:r>
      <w:r>
        <w:rPr>
          <w:sz w:val="17"/>
        </w:rPr>
        <w:br/>
        <w:t>Office: (805) 528-2160</w:t>
      </w:r>
    </w:p>
    <w:tbl>
      <w:tblPr>
        <w:tblStyle w:val="TableGrid"/>
        <w:tblW w:w="11376" w:type="dxa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6F66B7F5" w14:textId="77777777" w:rsidTr="00330E09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74CF95BF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5AB0C948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4B26A39A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245F199F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2C5A18DD" w14:textId="77777777" w:rsidTr="00330E09">
        <w:trPr>
          <w:cantSplit/>
          <w:jc w:val="center"/>
        </w:trPr>
        <w:tc>
          <w:tcPr>
            <w:tcW w:w="2736" w:type="dxa"/>
          </w:tcPr>
          <w:p w14:paraId="52AC31FB" w14:textId="293FE12F" w:rsidR="00EF5097" w:rsidRDefault="00330E09">
            <w:r>
              <w:rPr>
                <w:sz w:val="16"/>
              </w:rPr>
              <w:t>John Owens</w:t>
            </w:r>
          </w:p>
        </w:tc>
        <w:tc>
          <w:tcPr>
            <w:tcW w:w="2880" w:type="dxa"/>
          </w:tcPr>
          <w:p w14:paraId="33064D51" w14:textId="69D43C11" w:rsidR="00EF5097" w:rsidRDefault="00330E09">
            <w:r>
              <w:rPr>
                <w:sz w:val="16"/>
              </w:rPr>
              <w:t>Unit Chief</w:t>
            </w:r>
          </w:p>
        </w:tc>
        <w:tc>
          <w:tcPr>
            <w:tcW w:w="2088" w:type="dxa"/>
          </w:tcPr>
          <w:p w14:paraId="13D0DBD1" w14:textId="18B7DCFA" w:rsidR="00EF5097" w:rsidRDefault="00000000">
            <w:r>
              <w:rPr>
                <w:sz w:val="16"/>
              </w:rPr>
              <w:t xml:space="preserve">(805) </w:t>
            </w:r>
            <w:r w:rsidR="00330E09">
              <w:rPr>
                <w:sz w:val="16"/>
              </w:rPr>
              <w:t>903-3400</w:t>
            </w:r>
          </w:p>
        </w:tc>
        <w:tc>
          <w:tcPr>
            <w:tcW w:w="3672" w:type="dxa"/>
          </w:tcPr>
          <w:p w14:paraId="4E8DAE07" w14:textId="5AE1EF3C" w:rsidR="00EF5097" w:rsidRDefault="00330E09">
            <w:r>
              <w:rPr>
                <w:sz w:val="16"/>
              </w:rPr>
              <w:t>John.owens</w:t>
            </w:r>
            <w:r w:rsidR="00000000">
              <w:rPr>
                <w:sz w:val="16"/>
              </w:rPr>
              <w:t>@fire.ca.gov</w:t>
            </w:r>
          </w:p>
        </w:tc>
      </w:tr>
      <w:tr w:rsidR="00EF5097" w14:paraId="7B75EB20" w14:textId="77777777" w:rsidTr="00330E09">
        <w:trPr>
          <w:cantSplit/>
          <w:jc w:val="center"/>
        </w:trPr>
        <w:tc>
          <w:tcPr>
            <w:tcW w:w="2736" w:type="dxa"/>
          </w:tcPr>
          <w:p w14:paraId="1778935B" w14:textId="21F5E8C4" w:rsidR="00EF5097" w:rsidRDefault="00330E09">
            <w:r>
              <w:rPr>
                <w:sz w:val="16"/>
              </w:rPr>
              <w:t xml:space="preserve">Josh </w:t>
            </w:r>
            <w:proofErr w:type="spellStart"/>
            <w:r>
              <w:rPr>
                <w:sz w:val="16"/>
              </w:rPr>
              <w:t>Heinbach</w:t>
            </w:r>
            <w:proofErr w:type="spellEnd"/>
          </w:p>
        </w:tc>
        <w:tc>
          <w:tcPr>
            <w:tcW w:w="2880" w:type="dxa"/>
          </w:tcPr>
          <w:p w14:paraId="07B9BEF6" w14:textId="06C6BC23" w:rsidR="00EF5097" w:rsidRDefault="00330E09">
            <w:r>
              <w:rPr>
                <w:sz w:val="16"/>
              </w:rPr>
              <w:t>Battalion Chief</w:t>
            </w:r>
          </w:p>
        </w:tc>
        <w:tc>
          <w:tcPr>
            <w:tcW w:w="2088" w:type="dxa"/>
          </w:tcPr>
          <w:p w14:paraId="7BDF9FFB" w14:textId="239265D6" w:rsidR="00EF5097" w:rsidRDefault="00000000">
            <w:r>
              <w:rPr>
                <w:sz w:val="16"/>
              </w:rPr>
              <w:t>(805) 503-34</w:t>
            </w:r>
            <w:r w:rsidR="00330E09">
              <w:rPr>
                <w:sz w:val="16"/>
              </w:rPr>
              <w:t>05</w:t>
            </w:r>
          </w:p>
        </w:tc>
        <w:tc>
          <w:tcPr>
            <w:tcW w:w="3672" w:type="dxa"/>
          </w:tcPr>
          <w:p w14:paraId="4D095E5D" w14:textId="573F4C34" w:rsidR="00EF5097" w:rsidRDefault="00330E09">
            <w:r>
              <w:rPr>
                <w:sz w:val="16"/>
              </w:rPr>
              <w:t>Josh.heinbach</w:t>
            </w:r>
            <w:r w:rsidR="00000000">
              <w:rPr>
                <w:sz w:val="16"/>
              </w:rPr>
              <w:t>@fire.ca.gov</w:t>
            </w:r>
          </w:p>
        </w:tc>
      </w:tr>
      <w:tr w:rsidR="00330E09" w14:paraId="3A9307A2" w14:textId="77777777" w:rsidTr="00330E09">
        <w:trPr>
          <w:cantSplit/>
          <w:jc w:val="center"/>
        </w:trPr>
        <w:tc>
          <w:tcPr>
            <w:tcW w:w="2736" w:type="dxa"/>
          </w:tcPr>
          <w:p w14:paraId="75CA268E" w14:textId="0912C040" w:rsidR="00330E09" w:rsidRDefault="00330E09" w:rsidP="00330E09">
            <w:r>
              <w:rPr>
                <w:sz w:val="16"/>
              </w:rPr>
              <w:t>Roger Rinehart</w:t>
            </w:r>
          </w:p>
        </w:tc>
        <w:tc>
          <w:tcPr>
            <w:tcW w:w="2880" w:type="dxa"/>
          </w:tcPr>
          <w:p w14:paraId="6736000F" w14:textId="7B26172D" w:rsidR="00330E09" w:rsidRDefault="00330E09" w:rsidP="00330E09">
            <w:r>
              <w:rPr>
                <w:sz w:val="16"/>
              </w:rPr>
              <w:t>Battalion Chief</w:t>
            </w:r>
          </w:p>
        </w:tc>
        <w:tc>
          <w:tcPr>
            <w:tcW w:w="2088" w:type="dxa"/>
          </w:tcPr>
          <w:p w14:paraId="1DAD1DA3" w14:textId="568ABD3B" w:rsidR="00330E09" w:rsidRDefault="00330E09" w:rsidP="00330E09">
            <w:r>
              <w:rPr>
                <w:sz w:val="16"/>
              </w:rPr>
              <w:t>(805) 503-3405</w:t>
            </w:r>
          </w:p>
        </w:tc>
        <w:tc>
          <w:tcPr>
            <w:tcW w:w="3672" w:type="dxa"/>
          </w:tcPr>
          <w:p w14:paraId="1556B60F" w14:textId="11D211C5" w:rsidR="00330E09" w:rsidRDefault="00330E09" w:rsidP="00330E09">
            <w:r>
              <w:rPr>
                <w:sz w:val="16"/>
              </w:rPr>
              <w:t>Roger.Rinehart@fire.ca.gov</w:t>
            </w:r>
          </w:p>
        </w:tc>
      </w:tr>
      <w:tr w:rsidR="00330E09" w14:paraId="347E4404" w14:textId="77777777" w:rsidTr="00330E09">
        <w:trPr>
          <w:cantSplit/>
          <w:jc w:val="center"/>
        </w:trPr>
        <w:tc>
          <w:tcPr>
            <w:tcW w:w="2736" w:type="dxa"/>
          </w:tcPr>
          <w:p w14:paraId="3598B5CF" w14:textId="0534592F" w:rsidR="00330E09" w:rsidRDefault="00330E09" w:rsidP="00330E09">
            <w:r>
              <w:rPr>
                <w:sz w:val="16"/>
              </w:rPr>
              <w:t>Frank Paz</w:t>
            </w:r>
          </w:p>
        </w:tc>
        <w:tc>
          <w:tcPr>
            <w:tcW w:w="2880" w:type="dxa"/>
          </w:tcPr>
          <w:p w14:paraId="3E838584" w14:textId="02849792" w:rsidR="00330E09" w:rsidRDefault="00330E09" w:rsidP="00330E09">
            <w:r>
              <w:rPr>
                <w:sz w:val="16"/>
              </w:rPr>
              <w:t>Fire Captain</w:t>
            </w:r>
          </w:p>
        </w:tc>
        <w:tc>
          <w:tcPr>
            <w:tcW w:w="2088" w:type="dxa"/>
          </w:tcPr>
          <w:p w14:paraId="56A5DF16" w14:textId="1F8E6902" w:rsidR="00330E09" w:rsidRDefault="00330E09" w:rsidP="00330E09">
            <w:r>
              <w:rPr>
                <w:sz w:val="16"/>
              </w:rPr>
              <w:t>(805) 503-3438</w:t>
            </w:r>
          </w:p>
        </w:tc>
        <w:tc>
          <w:tcPr>
            <w:tcW w:w="3672" w:type="dxa"/>
          </w:tcPr>
          <w:p w14:paraId="346C296F" w14:textId="2178C728" w:rsidR="00330E09" w:rsidRDefault="00330E09" w:rsidP="00330E09">
            <w:r>
              <w:rPr>
                <w:sz w:val="16"/>
              </w:rPr>
              <w:t>frank.paz@fire.ca.gov</w:t>
            </w:r>
          </w:p>
        </w:tc>
      </w:tr>
      <w:tr w:rsidR="00330E09" w14:paraId="76DF1647" w14:textId="77777777" w:rsidTr="00330E09">
        <w:trPr>
          <w:cantSplit/>
          <w:jc w:val="center"/>
        </w:trPr>
        <w:tc>
          <w:tcPr>
            <w:tcW w:w="2736" w:type="dxa"/>
          </w:tcPr>
          <w:p w14:paraId="6B042C3C" w14:textId="237EA1D7" w:rsidR="00330E09" w:rsidRDefault="00330E09" w:rsidP="00330E09">
            <w:r>
              <w:rPr>
                <w:sz w:val="16"/>
              </w:rPr>
              <w:t>AJ Ponce</w:t>
            </w:r>
          </w:p>
        </w:tc>
        <w:tc>
          <w:tcPr>
            <w:tcW w:w="2880" w:type="dxa"/>
          </w:tcPr>
          <w:p w14:paraId="1A21F163" w14:textId="21BF355C" w:rsidR="00330E09" w:rsidRDefault="00330E09" w:rsidP="00330E09">
            <w:r>
              <w:rPr>
                <w:sz w:val="16"/>
              </w:rPr>
              <w:t>Fire Captain</w:t>
            </w:r>
          </w:p>
        </w:tc>
        <w:tc>
          <w:tcPr>
            <w:tcW w:w="2088" w:type="dxa"/>
          </w:tcPr>
          <w:p w14:paraId="2336128C" w14:textId="1A68E4D6" w:rsidR="00330E09" w:rsidRDefault="00330E09" w:rsidP="00330E09">
            <w:r>
              <w:rPr>
                <w:sz w:val="16"/>
              </w:rPr>
              <w:t>(805) 503-3439</w:t>
            </w:r>
          </w:p>
        </w:tc>
        <w:tc>
          <w:tcPr>
            <w:tcW w:w="3672" w:type="dxa"/>
          </w:tcPr>
          <w:p w14:paraId="6C724572" w14:textId="69E69843" w:rsidR="00330E09" w:rsidRDefault="00330E09" w:rsidP="00330E09">
            <w:r>
              <w:rPr>
                <w:sz w:val="16"/>
              </w:rPr>
              <w:t>aj.ponce@fire.ca.gov</w:t>
            </w:r>
          </w:p>
        </w:tc>
      </w:tr>
      <w:tr w:rsidR="00330E09" w14:paraId="0A8AEB40" w14:textId="77777777" w:rsidTr="00330E09">
        <w:trPr>
          <w:cantSplit/>
          <w:jc w:val="center"/>
        </w:trPr>
        <w:tc>
          <w:tcPr>
            <w:tcW w:w="2736" w:type="dxa"/>
          </w:tcPr>
          <w:p w14:paraId="6766A956" w14:textId="26E06719" w:rsidR="00330E09" w:rsidRDefault="00330E09" w:rsidP="00330E09">
            <w:r>
              <w:rPr>
                <w:sz w:val="16"/>
              </w:rPr>
              <w:t>Morgan Rutledge</w:t>
            </w:r>
          </w:p>
        </w:tc>
        <w:tc>
          <w:tcPr>
            <w:tcW w:w="2880" w:type="dxa"/>
          </w:tcPr>
          <w:p w14:paraId="687B38B5" w14:textId="6E1DD348" w:rsidR="00330E09" w:rsidRDefault="00330E09" w:rsidP="00330E09">
            <w:r>
              <w:rPr>
                <w:sz w:val="16"/>
              </w:rPr>
              <w:t>Fire Captain</w:t>
            </w:r>
          </w:p>
        </w:tc>
        <w:tc>
          <w:tcPr>
            <w:tcW w:w="2088" w:type="dxa"/>
          </w:tcPr>
          <w:p w14:paraId="5A3B6A3E" w14:textId="5DB0F8D9" w:rsidR="00330E09" w:rsidRDefault="00330E09" w:rsidP="00330E09">
            <w:r>
              <w:rPr>
                <w:sz w:val="16"/>
              </w:rPr>
              <w:t>(805) 634-8800</w:t>
            </w:r>
          </w:p>
        </w:tc>
        <w:tc>
          <w:tcPr>
            <w:tcW w:w="3672" w:type="dxa"/>
          </w:tcPr>
          <w:p w14:paraId="3467BB58" w14:textId="786C35F3" w:rsidR="00330E09" w:rsidRPr="00F07ECA" w:rsidRDefault="00330E09" w:rsidP="00330E09">
            <w:pPr>
              <w:rPr>
                <w:color w:val="000000" w:themeColor="text1"/>
              </w:rPr>
            </w:pPr>
            <w:hyperlink r:id="rId10" w:history="1">
              <w:r w:rsidRPr="00F07ECA">
                <w:rPr>
                  <w:rStyle w:val="Hyperlink"/>
                  <w:color w:val="000000" w:themeColor="text1"/>
                  <w:sz w:val="16"/>
                  <w:u w:val="none"/>
                </w:rPr>
                <w:t>morgan.rutledge@fire.ca.gov</w:t>
              </w:r>
            </w:hyperlink>
          </w:p>
        </w:tc>
      </w:tr>
      <w:tr w:rsidR="00330E09" w14:paraId="0B66A0B7" w14:textId="77777777" w:rsidTr="00330E09">
        <w:trPr>
          <w:cantSplit/>
          <w:jc w:val="center"/>
        </w:trPr>
        <w:tc>
          <w:tcPr>
            <w:tcW w:w="2736" w:type="dxa"/>
          </w:tcPr>
          <w:p w14:paraId="1DA7D44E" w14:textId="6A5EB4B2" w:rsidR="00330E09" w:rsidRDefault="00330E09" w:rsidP="00330E09">
            <w:pPr>
              <w:rPr>
                <w:sz w:val="16"/>
              </w:rPr>
            </w:pPr>
            <w:r>
              <w:rPr>
                <w:sz w:val="16"/>
              </w:rPr>
              <w:t>John Pearl</w:t>
            </w:r>
          </w:p>
        </w:tc>
        <w:tc>
          <w:tcPr>
            <w:tcW w:w="2880" w:type="dxa"/>
          </w:tcPr>
          <w:p w14:paraId="4A886710" w14:textId="4E46EF73" w:rsidR="00330E09" w:rsidRDefault="00330E09" w:rsidP="00330E09">
            <w:pPr>
              <w:rPr>
                <w:sz w:val="16"/>
              </w:rPr>
            </w:pPr>
            <w:r>
              <w:rPr>
                <w:sz w:val="16"/>
              </w:rPr>
              <w:t>Fire Captain/Paramedic</w:t>
            </w:r>
          </w:p>
        </w:tc>
        <w:tc>
          <w:tcPr>
            <w:tcW w:w="2088" w:type="dxa"/>
          </w:tcPr>
          <w:p w14:paraId="6DE6A986" w14:textId="125CE001" w:rsidR="00330E09" w:rsidRDefault="00330E09" w:rsidP="00330E09">
            <w:pPr>
              <w:rPr>
                <w:sz w:val="16"/>
              </w:rPr>
            </w:pPr>
            <w:r>
              <w:rPr>
                <w:sz w:val="16"/>
              </w:rPr>
              <w:t>(805) 858-8947</w:t>
            </w:r>
          </w:p>
        </w:tc>
        <w:tc>
          <w:tcPr>
            <w:tcW w:w="3672" w:type="dxa"/>
          </w:tcPr>
          <w:p w14:paraId="45027C48" w14:textId="100A35F2" w:rsidR="00330E09" w:rsidRPr="00F07ECA" w:rsidRDefault="00330E09" w:rsidP="00330E09">
            <w:pPr>
              <w:rPr>
                <w:color w:val="000000" w:themeColor="text1"/>
                <w:sz w:val="16"/>
              </w:rPr>
            </w:pPr>
            <w:hyperlink r:id="rId11" w:history="1">
              <w:r w:rsidRPr="00F07ECA">
                <w:rPr>
                  <w:rStyle w:val="Hyperlink"/>
                  <w:color w:val="000000" w:themeColor="text1"/>
                  <w:sz w:val="16"/>
                  <w:u w:val="none"/>
                </w:rPr>
                <w:t>john.pearl@fire.ca.gov</w:t>
              </w:r>
            </w:hyperlink>
          </w:p>
        </w:tc>
      </w:tr>
      <w:tr w:rsidR="00330E09" w14:paraId="2119B455" w14:textId="77777777" w:rsidTr="00330E09">
        <w:trPr>
          <w:cantSplit/>
          <w:jc w:val="center"/>
        </w:trPr>
        <w:tc>
          <w:tcPr>
            <w:tcW w:w="2736" w:type="dxa"/>
          </w:tcPr>
          <w:p w14:paraId="27A002E2" w14:textId="72C44580" w:rsidR="00330E09" w:rsidRDefault="00330E09" w:rsidP="00330E09">
            <w:pPr>
              <w:rPr>
                <w:sz w:val="16"/>
              </w:rPr>
            </w:pPr>
            <w:r>
              <w:rPr>
                <w:sz w:val="16"/>
              </w:rPr>
              <w:t>Allison Deoudes</w:t>
            </w:r>
          </w:p>
        </w:tc>
        <w:tc>
          <w:tcPr>
            <w:tcW w:w="2880" w:type="dxa"/>
          </w:tcPr>
          <w:p w14:paraId="409B5CE3" w14:textId="6EAB2F5E" w:rsidR="00330E09" w:rsidRDefault="00330E09" w:rsidP="00330E09">
            <w:pPr>
              <w:rPr>
                <w:sz w:val="16"/>
              </w:rPr>
            </w:pPr>
            <w:r>
              <w:rPr>
                <w:sz w:val="16"/>
              </w:rPr>
              <w:t>AGPA</w:t>
            </w:r>
          </w:p>
        </w:tc>
        <w:tc>
          <w:tcPr>
            <w:tcW w:w="2088" w:type="dxa"/>
          </w:tcPr>
          <w:p w14:paraId="23474091" w14:textId="38450A55" w:rsidR="00330E09" w:rsidRDefault="00330E09" w:rsidP="00330E09">
            <w:pPr>
              <w:rPr>
                <w:sz w:val="16"/>
              </w:rPr>
            </w:pPr>
            <w:r>
              <w:rPr>
                <w:sz w:val="16"/>
              </w:rPr>
              <w:t>(805) 459-7270</w:t>
            </w:r>
          </w:p>
        </w:tc>
        <w:tc>
          <w:tcPr>
            <w:tcW w:w="3672" w:type="dxa"/>
          </w:tcPr>
          <w:p w14:paraId="7F84B4D1" w14:textId="4BAA28FC" w:rsidR="00330E09" w:rsidRPr="00F07ECA" w:rsidRDefault="00330E09" w:rsidP="00330E09">
            <w:pPr>
              <w:rPr>
                <w:color w:val="000000" w:themeColor="text1"/>
                <w:sz w:val="16"/>
              </w:rPr>
            </w:pPr>
            <w:hyperlink r:id="rId12" w:history="1">
              <w:r w:rsidRPr="00F07ECA">
                <w:rPr>
                  <w:rStyle w:val="Hyperlink"/>
                  <w:color w:val="000000" w:themeColor="text1"/>
                  <w:sz w:val="16"/>
                </w:rPr>
                <w:t>Allison.deoudes@fire.ca.gov</w:t>
              </w:r>
            </w:hyperlink>
          </w:p>
        </w:tc>
      </w:tr>
    </w:tbl>
    <w:p w14:paraId="0E6FA648" w14:textId="77777777" w:rsidR="00EF5097" w:rsidRDefault="00EF5097">
      <w:pPr>
        <w:spacing w:after="20"/>
      </w:pPr>
    </w:p>
    <w:p w14:paraId="6C4ADC30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CAMBRIA CSD FIRE DEPARTMENT</w:t>
      </w:r>
      <w:r>
        <w:rPr>
          <w:sz w:val="17"/>
        </w:rPr>
        <w:br/>
        <w:t>2850 Burton Drive</w:t>
      </w:r>
      <w:r>
        <w:rPr>
          <w:sz w:val="17"/>
        </w:rPr>
        <w:br/>
        <w:t>Cambria, CA 93428</w:t>
      </w:r>
      <w:r>
        <w:rPr>
          <w:sz w:val="17"/>
        </w:rPr>
        <w:br/>
        <w:t>Office: (805) 927-6240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19D58483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0EEE1AF2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5F8C72FB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2A23E273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3DB31265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6C7C526F" w14:textId="77777777">
        <w:trPr>
          <w:cantSplit/>
          <w:jc w:val="center"/>
        </w:trPr>
        <w:tc>
          <w:tcPr>
            <w:tcW w:w="2736" w:type="dxa"/>
          </w:tcPr>
          <w:p w14:paraId="2F494492" w14:textId="77777777" w:rsidR="00EF5097" w:rsidRDefault="00000000">
            <w:r>
              <w:rPr>
                <w:sz w:val="16"/>
              </w:rPr>
              <w:t>Kayla Graves</w:t>
            </w:r>
          </w:p>
        </w:tc>
        <w:tc>
          <w:tcPr>
            <w:tcW w:w="2880" w:type="dxa"/>
          </w:tcPr>
          <w:p w14:paraId="28D86A9C" w14:textId="77777777" w:rsidR="00EF5097" w:rsidRDefault="00000000">
            <w:r>
              <w:rPr>
                <w:sz w:val="16"/>
              </w:rPr>
              <w:t>Fire Captain/Paramedic</w:t>
            </w:r>
          </w:p>
        </w:tc>
        <w:tc>
          <w:tcPr>
            <w:tcW w:w="2088" w:type="dxa"/>
          </w:tcPr>
          <w:p w14:paraId="117EA6C9" w14:textId="77777777" w:rsidR="00EF5097" w:rsidRDefault="00000000">
            <w:r>
              <w:rPr>
                <w:sz w:val="16"/>
              </w:rPr>
              <w:t>(925) 323-7669</w:t>
            </w:r>
          </w:p>
        </w:tc>
        <w:tc>
          <w:tcPr>
            <w:tcW w:w="3672" w:type="dxa"/>
          </w:tcPr>
          <w:p w14:paraId="42D124C4" w14:textId="77777777" w:rsidR="00EF5097" w:rsidRDefault="00000000">
            <w:r>
              <w:rPr>
                <w:sz w:val="16"/>
              </w:rPr>
              <w:t>kgraves@cambriacsd.org</w:t>
            </w:r>
          </w:p>
        </w:tc>
      </w:tr>
    </w:tbl>
    <w:p w14:paraId="7873675A" w14:textId="77777777" w:rsidR="00EF5097" w:rsidRDefault="00EF5097">
      <w:pPr>
        <w:spacing w:after="20"/>
      </w:pPr>
    </w:p>
    <w:p w14:paraId="7E50F1A3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CAMP ROBERTS EMERGENCY SERVICES DEPARTMENT</w:t>
      </w:r>
      <w:r>
        <w:rPr>
          <w:sz w:val="17"/>
        </w:rPr>
        <w:br/>
        <w:t>4050 Arizona Blvd.</w:t>
      </w:r>
      <w:r>
        <w:rPr>
          <w:sz w:val="17"/>
        </w:rPr>
        <w:br/>
        <w:t>Camp Roberts, CA 93451-5000</w:t>
      </w:r>
      <w:r>
        <w:rPr>
          <w:sz w:val="17"/>
        </w:rPr>
        <w:br/>
        <w:t>Office: (805) 238-8220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0E3126A5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0252E37E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40EE1431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08897738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1CAF5A8A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50B00EA9" w14:textId="77777777">
        <w:trPr>
          <w:cantSplit/>
          <w:jc w:val="center"/>
        </w:trPr>
        <w:tc>
          <w:tcPr>
            <w:tcW w:w="2736" w:type="dxa"/>
          </w:tcPr>
          <w:p w14:paraId="0EA43880" w14:textId="77777777" w:rsidR="00EF5097" w:rsidRDefault="00000000">
            <w:r>
              <w:rPr>
                <w:sz w:val="16"/>
              </w:rPr>
              <w:t>Nathan Ditmore</w:t>
            </w:r>
          </w:p>
        </w:tc>
        <w:tc>
          <w:tcPr>
            <w:tcW w:w="2880" w:type="dxa"/>
          </w:tcPr>
          <w:p w14:paraId="4D182E96" w14:textId="77777777" w:rsidR="00EF5097" w:rsidRDefault="00000000">
            <w:r>
              <w:rPr>
                <w:sz w:val="16"/>
              </w:rPr>
              <w:t>Fire Captain</w:t>
            </w:r>
          </w:p>
        </w:tc>
        <w:tc>
          <w:tcPr>
            <w:tcW w:w="2088" w:type="dxa"/>
          </w:tcPr>
          <w:p w14:paraId="33C01127" w14:textId="77777777" w:rsidR="00EF5097" w:rsidRDefault="00000000">
            <w:r>
              <w:rPr>
                <w:sz w:val="16"/>
              </w:rPr>
              <w:t>(805) 550-8825</w:t>
            </w:r>
          </w:p>
        </w:tc>
        <w:tc>
          <w:tcPr>
            <w:tcW w:w="3672" w:type="dxa"/>
          </w:tcPr>
          <w:p w14:paraId="6A5EC4C8" w14:textId="77777777" w:rsidR="00EF5097" w:rsidRDefault="00000000">
            <w:r>
              <w:rPr>
                <w:sz w:val="16"/>
              </w:rPr>
              <w:t>nathan.ditmore@mcd.ca.org</w:t>
            </w:r>
          </w:p>
        </w:tc>
      </w:tr>
    </w:tbl>
    <w:p w14:paraId="0D2F59B7" w14:textId="77777777" w:rsidR="00EF5097" w:rsidRDefault="00EF5097">
      <w:pPr>
        <w:spacing w:after="20"/>
      </w:pPr>
    </w:p>
    <w:p w14:paraId="6C917FAB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lastRenderedPageBreak/>
        <w:t>DIABLO CANYON POWER PLANT FIRE DEPARTMENT</w:t>
      </w:r>
      <w:r>
        <w:rPr>
          <w:sz w:val="17"/>
        </w:rPr>
        <w:br/>
        <w:t>P.O. Box 56</w:t>
      </w:r>
      <w:r>
        <w:rPr>
          <w:sz w:val="17"/>
        </w:rPr>
        <w:br/>
        <w:t>Avila Beach, CA 93424</w:t>
      </w:r>
      <w:r>
        <w:rPr>
          <w:sz w:val="17"/>
        </w:rPr>
        <w:br/>
        <w:t>Office: (805) 545-3027 / Work: (805) 545-2914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59DAD7A5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24DBBA2F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1C8268AE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51F69940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7C62155F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08D47001" w14:textId="77777777">
        <w:trPr>
          <w:cantSplit/>
          <w:jc w:val="center"/>
        </w:trPr>
        <w:tc>
          <w:tcPr>
            <w:tcW w:w="2736" w:type="dxa"/>
          </w:tcPr>
          <w:p w14:paraId="3B8FB1A1" w14:textId="77777777" w:rsidR="00EF5097" w:rsidRDefault="00000000">
            <w:r>
              <w:rPr>
                <w:sz w:val="16"/>
              </w:rPr>
              <w:t>Shayne Skove</w:t>
            </w:r>
          </w:p>
        </w:tc>
        <w:tc>
          <w:tcPr>
            <w:tcW w:w="2880" w:type="dxa"/>
          </w:tcPr>
          <w:p w14:paraId="129E3B6B" w14:textId="77777777" w:rsidR="00EF5097" w:rsidRDefault="00000000">
            <w:r>
              <w:rPr>
                <w:sz w:val="16"/>
              </w:rPr>
              <w:t>Assistant Chief - Training</w:t>
            </w:r>
          </w:p>
        </w:tc>
        <w:tc>
          <w:tcPr>
            <w:tcW w:w="2088" w:type="dxa"/>
          </w:tcPr>
          <w:p w14:paraId="5B5A27C0" w14:textId="77777777" w:rsidR="00EF5097" w:rsidRDefault="00000000">
            <w:r>
              <w:rPr>
                <w:sz w:val="16"/>
              </w:rPr>
              <w:t>(805) 290-6385</w:t>
            </w:r>
          </w:p>
        </w:tc>
        <w:tc>
          <w:tcPr>
            <w:tcW w:w="3672" w:type="dxa"/>
          </w:tcPr>
          <w:p w14:paraId="2CB3CD37" w14:textId="77777777" w:rsidR="00EF5097" w:rsidRDefault="00000000">
            <w:r>
              <w:rPr>
                <w:sz w:val="16"/>
              </w:rPr>
              <w:t>SP1Q@pge.com</w:t>
            </w:r>
          </w:p>
        </w:tc>
      </w:tr>
    </w:tbl>
    <w:p w14:paraId="58D9929B" w14:textId="77777777" w:rsidR="00EF5097" w:rsidRDefault="00EF5097">
      <w:pPr>
        <w:spacing w:after="20"/>
      </w:pPr>
    </w:p>
    <w:p w14:paraId="2DDA1FA6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FIVE CITIES FIRE AUTHORITY</w:t>
      </w:r>
      <w:r>
        <w:rPr>
          <w:sz w:val="17"/>
        </w:rPr>
        <w:br/>
        <w:t>140 Traffic Way</w:t>
      </w:r>
      <w:r>
        <w:rPr>
          <w:sz w:val="17"/>
        </w:rPr>
        <w:br/>
        <w:t>Arroyo Grande, CA 93420</w:t>
      </w:r>
      <w:r>
        <w:rPr>
          <w:sz w:val="17"/>
        </w:rPr>
        <w:br/>
        <w:t>Office: (805) 473-5490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4A3F0050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23FCE6E4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38328C86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0645C667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3DD9091A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564D8E6A" w14:textId="77777777">
        <w:trPr>
          <w:cantSplit/>
          <w:jc w:val="center"/>
        </w:trPr>
        <w:tc>
          <w:tcPr>
            <w:tcW w:w="2736" w:type="dxa"/>
          </w:tcPr>
          <w:p w14:paraId="6DFBDD0B" w14:textId="77777777" w:rsidR="00EF5097" w:rsidRDefault="00000000">
            <w:r>
              <w:rPr>
                <w:sz w:val="16"/>
              </w:rPr>
              <w:t>Ryan Bird</w:t>
            </w:r>
          </w:p>
        </w:tc>
        <w:tc>
          <w:tcPr>
            <w:tcW w:w="2880" w:type="dxa"/>
          </w:tcPr>
          <w:p w14:paraId="725BE2FB" w14:textId="77777777" w:rsidR="00EF5097" w:rsidRDefault="00000000">
            <w:r>
              <w:rPr>
                <w:sz w:val="16"/>
              </w:rPr>
              <w:t>Battalion Chief</w:t>
            </w:r>
          </w:p>
        </w:tc>
        <w:tc>
          <w:tcPr>
            <w:tcW w:w="2088" w:type="dxa"/>
          </w:tcPr>
          <w:p w14:paraId="4A1FBE47" w14:textId="77777777" w:rsidR="00EF5097" w:rsidRDefault="00000000">
            <w:r>
              <w:rPr>
                <w:sz w:val="16"/>
              </w:rPr>
              <w:t>(805) 249-4261</w:t>
            </w:r>
          </w:p>
        </w:tc>
        <w:tc>
          <w:tcPr>
            <w:tcW w:w="3672" w:type="dxa"/>
          </w:tcPr>
          <w:p w14:paraId="3ED396D0" w14:textId="77777777" w:rsidR="00EF5097" w:rsidRDefault="00000000">
            <w:r>
              <w:rPr>
                <w:sz w:val="16"/>
              </w:rPr>
              <w:t>rbird@fivecitiesfire.org</w:t>
            </w:r>
          </w:p>
        </w:tc>
      </w:tr>
      <w:tr w:rsidR="00EF5097" w14:paraId="3958AA9C" w14:textId="77777777">
        <w:trPr>
          <w:cantSplit/>
          <w:jc w:val="center"/>
        </w:trPr>
        <w:tc>
          <w:tcPr>
            <w:tcW w:w="2736" w:type="dxa"/>
          </w:tcPr>
          <w:p w14:paraId="785D6513" w14:textId="77777777" w:rsidR="00EF5097" w:rsidRDefault="00000000">
            <w:r>
              <w:rPr>
                <w:sz w:val="16"/>
              </w:rPr>
              <w:t>Thomas Hughey</w:t>
            </w:r>
          </w:p>
        </w:tc>
        <w:tc>
          <w:tcPr>
            <w:tcW w:w="2880" w:type="dxa"/>
          </w:tcPr>
          <w:p w14:paraId="31FB91AC" w14:textId="77777777" w:rsidR="00EF5097" w:rsidRDefault="00000000">
            <w:r>
              <w:rPr>
                <w:sz w:val="16"/>
              </w:rPr>
              <w:t>Fire Captain</w:t>
            </w:r>
          </w:p>
        </w:tc>
        <w:tc>
          <w:tcPr>
            <w:tcW w:w="2088" w:type="dxa"/>
          </w:tcPr>
          <w:p w14:paraId="1B10526C" w14:textId="77777777" w:rsidR="00EF5097" w:rsidRDefault="00000000">
            <w:r>
              <w:rPr>
                <w:sz w:val="16"/>
              </w:rPr>
              <w:t>(805) 234-4448</w:t>
            </w:r>
          </w:p>
        </w:tc>
        <w:tc>
          <w:tcPr>
            <w:tcW w:w="3672" w:type="dxa"/>
          </w:tcPr>
          <w:p w14:paraId="5C36B207" w14:textId="77777777" w:rsidR="00EF5097" w:rsidRDefault="00000000">
            <w:r>
              <w:rPr>
                <w:sz w:val="16"/>
              </w:rPr>
              <w:t>thughey@fivecitiesfire.org</w:t>
            </w:r>
          </w:p>
        </w:tc>
      </w:tr>
    </w:tbl>
    <w:p w14:paraId="1995E403" w14:textId="77777777" w:rsidR="00EF5097" w:rsidRDefault="00EF5097">
      <w:pPr>
        <w:spacing w:after="20"/>
      </w:pPr>
    </w:p>
    <w:p w14:paraId="2659098E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MORRO BAY FIRE DEPARTMENT</w:t>
      </w:r>
      <w:r>
        <w:rPr>
          <w:sz w:val="17"/>
        </w:rPr>
        <w:br/>
        <w:t>715 Harbor Street</w:t>
      </w:r>
      <w:r>
        <w:rPr>
          <w:sz w:val="17"/>
        </w:rPr>
        <w:br/>
        <w:t>Morro Bay, CA 93442-1907</w:t>
      </w:r>
      <w:r>
        <w:rPr>
          <w:sz w:val="17"/>
        </w:rPr>
        <w:br/>
        <w:t>Office: (805) 772-6242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6530AE9B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40D0447C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10E00FDB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7ECD10FB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1C1177E1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62957F71" w14:textId="77777777">
        <w:trPr>
          <w:cantSplit/>
          <w:jc w:val="center"/>
        </w:trPr>
        <w:tc>
          <w:tcPr>
            <w:tcW w:w="2736" w:type="dxa"/>
          </w:tcPr>
          <w:p w14:paraId="17A74F2C" w14:textId="77777777" w:rsidR="00EF5097" w:rsidRDefault="00000000">
            <w:r>
              <w:rPr>
                <w:sz w:val="16"/>
              </w:rPr>
              <w:t>Travis Hasch</w:t>
            </w:r>
          </w:p>
        </w:tc>
        <w:tc>
          <w:tcPr>
            <w:tcW w:w="2880" w:type="dxa"/>
          </w:tcPr>
          <w:p w14:paraId="0894FCD1" w14:textId="77777777" w:rsidR="00EF5097" w:rsidRDefault="00000000">
            <w:r>
              <w:rPr>
                <w:sz w:val="16"/>
              </w:rPr>
              <w:t>Fire Captain</w:t>
            </w:r>
          </w:p>
        </w:tc>
        <w:tc>
          <w:tcPr>
            <w:tcW w:w="2088" w:type="dxa"/>
          </w:tcPr>
          <w:p w14:paraId="56B38962" w14:textId="77777777" w:rsidR="00EF5097" w:rsidRDefault="00000000">
            <w:r>
              <w:rPr>
                <w:sz w:val="16"/>
              </w:rPr>
              <w:t>(805) 305-5069</w:t>
            </w:r>
          </w:p>
        </w:tc>
        <w:tc>
          <w:tcPr>
            <w:tcW w:w="3672" w:type="dxa"/>
          </w:tcPr>
          <w:p w14:paraId="40AA5BEE" w14:textId="77777777" w:rsidR="00EF5097" w:rsidRDefault="00000000">
            <w:r>
              <w:rPr>
                <w:sz w:val="16"/>
              </w:rPr>
              <w:t>thasch@morrobayca.gov</w:t>
            </w:r>
          </w:p>
        </w:tc>
      </w:tr>
      <w:tr w:rsidR="00EF5097" w14:paraId="337F7CF4" w14:textId="77777777">
        <w:trPr>
          <w:cantSplit/>
          <w:jc w:val="center"/>
        </w:trPr>
        <w:tc>
          <w:tcPr>
            <w:tcW w:w="2736" w:type="dxa"/>
          </w:tcPr>
          <w:p w14:paraId="1C4704EB" w14:textId="77777777" w:rsidR="00EF5097" w:rsidRDefault="00000000">
            <w:r>
              <w:rPr>
                <w:sz w:val="16"/>
              </w:rPr>
              <w:t>Kevin Hames</w:t>
            </w:r>
          </w:p>
        </w:tc>
        <w:tc>
          <w:tcPr>
            <w:tcW w:w="2880" w:type="dxa"/>
          </w:tcPr>
          <w:p w14:paraId="6B94704E" w14:textId="77777777" w:rsidR="00EF5097" w:rsidRDefault="00000000">
            <w:r>
              <w:rPr>
                <w:sz w:val="16"/>
              </w:rPr>
              <w:t>Fire Engineer</w:t>
            </w:r>
          </w:p>
        </w:tc>
        <w:tc>
          <w:tcPr>
            <w:tcW w:w="2088" w:type="dxa"/>
          </w:tcPr>
          <w:p w14:paraId="38A53E5F" w14:textId="77777777" w:rsidR="00EF5097" w:rsidRDefault="00000000">
            <w:r>
              <w:rPr>
                <w:sz w:val="16"/>
              </w:rPr>
              <w:t>(805) 458-7165</w:t>
            </w:r>
          </w:p>
        </w:tc>
        <w:tc>
          <w:tcPr>
            <w:tcW w:w="3672" w:type="dxa"/>
          </w:tcPr>
          <w:p w14:paraId="36569ADA" w14:textId="77777777" w:rsidR="00EF5097" w:rsidRDefault="00000000">
            <w:r>
              <w:rPr>
                <w:sz w:val="16"/>
              </w:rPr>
              <w:t>khames@morrobayca.gov</w:t>
            </w:r>
          </w:p>
        </w:tc>
      </w:tr>
    </w:tbl>
    <w:p w14:paraId="3CE97BBA" w14:textId="77777777" w:rsidR="00EF5097" w:rsidRDefault="00EF5097">
      <w:pPr>
        <w:spacing w:after="20"/>
      </w:pPr>
    </w:p>
    <w:p w14:paraId="643C554D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PASO ROBLES DEPARTMENT OF EMERGENCY SERVICES</w:t>
      </w:r>
      <w:r>
        <w:rPr>
          <w:sz w:val="17"/>
        </w:rPr>
        <w:br/>
        <w:t>900 Park Street</w:t>
      </w:r>
      <w:r>
        <w:rPr>
          <w:sz w:val="17"/>
        </w:rPr>
        <w:br/>
        <w:t>Paso Robles, CA 93446</w:t>
      </w:r>
      <w:r>
        <w:rPr>
          <w:sz w:val="17"/>
        </w:rPr>
        <w:br/>
        <w:t>Office: (805) 237-3974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08771513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79A156CB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3D8B9232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2E7469F2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43114454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51B82056" w14:textId="77777777">
        <w:trPr>
          <w:cantSplit/>
          <w:jc w:val="center"/>
        </w:trPr>
        <w:tc>
          <w:tcPr>
            <w:tcW w:w="2736" w:type="dxa"/>
          </w:tcPr>
          <w:p w14:paraId="5B70231D" w14:textId="77777777" w:rsidR="00EF5097" w:rsidRDefault="00000000">
            <w:r>
              <w:rPr>
                <w:sz w:val="16"/>
              </w:rPr>
              <w:t>Brian Lewis</w:t>
            </w:r>
          </w:p>
        </w:tc>
        <w:tc>
          <w:tcPr>
            <w:tcW w:w="2880" w:type="dxa"/>
          </w:tcPr>
          <w:p w14:paraId="77FFE5A0" w14:textId="77777777" w:rsidR="00EF5097" w:rsidRDefault="00000000">
            <w:r>
              <w:rPr>
                <w:sz w:val="16"/>
              </w:rPr>
              <w:t>Battalion Chief</w:t>
            </w:r>
          </w:p>
        </w:tc>
        <w:tc>
          <w:tcPr>
            <w:tcW w:w="2088" w:type="dxa"/>
          </w:tcPr>
          <w:p w14:paraId="2F192004" w14:textId="77777777" w:rsidR="00EF5097" w:rsidRDefault="00000000">
            <w:r>
              <w:rPr>
                <w:sz w:val="16"/>
              </w:rPr>
              <w:t>(805) 635-5544</w:t>
            </w:r>
          </w:p>
        </w:tc>
        <w:tc>
          <w:tcPr>
            <w:tcW w:w="3672" w:type="dxa"/>
          </w:tcPr>
          <w:p w14:paraId="71EDFAB7" w14:textId="77777777" w:rsidR="00EF5097" w:rsidRDefault="00000000">
            <w:r>
              <w:rPr>
                <w:sz w:val="16"/>
              </w:rPr>
              <w:t>blewis@prcity.com</w:t>
            </w:r>
          </w:p>
        </w:tc>
      </w:tr>
      <w:tr w:rsidR="00EF5097" w14:paraId="5320A7E8" w14:textId="77777777">
        <w:trPr>
          <w:cantSplit/>
          <w:jc w:val="center"/>
        </w:trPr>
        <w:tc>
          <w:tcPr>
            <w:tcW w:w="2736" w:type="dxa"/>
          </w:tcPr>
          <w:p w14:paraId="1FBD65A0" w14:textId="77777777" w:rsidR="00EF5097" w:rsidRDefault="00000000">
            <w:r>
              <w:rPr>
                <w:sz w:val="16"/>
              </w:rPr>
              <w:t>Robert Smith</w:t>
            </w:r>
          </w:p>
        </w:tc>
        <w:tc>
          <w:tcPr>
            <w:tcW w:w="2880" w:type="dxa"/>
          </w:tcPr>
          <w:p w14:paraId="3FF0718F" w14:textId="77777777" w:rsidR="00EF5097" w:rsidRDefault="00000000">
            <w:r>
              <w:rPr>
                <w:sz w:val="16"/>
              </w:rPr>
              <w:t>Training Captain</w:t>
            </w:r>
          </w:p>
        </w:tc>
        <w:tc>
          <w:tcPr>
            <w:tcW w:w="2088" w:type="dxa"/>
          </w:tcPr>
          <w:p w14:paraId="06414AE7" w14:textId="77777777" w:rsidR="00EF5097" w:rsidRDefault="00000000">
            <w:r>
              <w:rPr>
                <w:sz w:val="16"/>
              </w:rPr>
              <w:t>(805) 835-9867</w:t>
            </w:r>
          </w:p>
        </w:tc>
        <w:tc>
          <w:tcPr>
            <w:tcW w:w="3672" w:type="dxa"/>
          </w:tcPr>
          <w:p w14:paraId="11E32C21" w14:textId="77777777" w:rsidR="00EF5097" w:rsidRDefault="00000000">
            <w:r>
              <w:rPr>
                <w:sz w:val="16"/>
              </w:rPr>
              <w:t>rsmith@prcity.com</w:t>
            </w:r>
          </w:p>
        </w:tc>
      </w:tr>
    </w:tbl>
    <w:p w14:paraId="26D658C8" w14:textId="77777777" w:rsidR="00EF5097" w:rsidRDefault="00EF5097">
      <w:pPr>
        <w:spacing w:after="20"/>
      </w:pPr>
    </w:p>
    <w:p w14:paraId="0818C0E8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SAN LUIS OBISPO CITY FIRE DEPARTMENT</w:t>
      </w:r>
      <w:r>
        <w:rPr>
          <w:sz w:val="17"/>
        </w:rPr>
        <w:br/>
        <w:t>2160 Santa Barbara Avenue</w:t>
      </w:r>
      <w:r>
        <w:rPr>
          <w:sz w:val="17"/>
        </w:rPr>
        <w:br/>
        <w:t>San Luis Obispo, CA 93401-5240</w:t>
      </w:r>
      <w:r>
        <w:rPr>
          <w:sz w:val="17"/>
        </w:rPr>
        <w:br/>
        <w:t>Office: (805) 781-7204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3F353C8E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38AD4C5D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6B575B95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11614E21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5CFF0A26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21C06524" w14:textId="77777777">
        <w:trPr>
          <w:cantSplit/>
          <w:jc w:val="center"/>
        </w:trPr>
        <w:tc>
          <w:tcPr>
            <w:tcW w:w="2736" w:type="dxa"/>
          </w:tcPr>
          <w:p w14:paraId="7860EAE0" w14:textId="77777777" w:rsidR="00EF5097" w:rsidRDefault="00000000">
            <w:r>
              <w:rPr>
                <w:sz w:val="16"/>
              </w:rPr>
              <w:t>Nathan Hasch</w:t>
            </w:r>
          </w:p>
        </w:tc>
        <w:tc>
          <w:tcPr>
            <w:tcW w:w="2880" w:type="dxa"/>
          </w:tcPr>
          <w:p w14:paraId="391F84AB" w14:textId="77777777" w:rsidR="00EF5097" w:rsidRDefault="00000000">
            <w:r>
              <w:rPr>
                <w:sz w:val="16"/>
              </w:rPr>
              <w:t>Training Captain</w:t>
            </w:r>
          </w:p>
        </w:tc>
        <w:tc>
          <w:tcPr>
            <w:tcW w:w="2088" w:type="dxa"/>
          </w:tcPr>
          <w:p w14:paraId="0931602D" w14:textId="77777777" w:rsidR="00EF5097" w:rsidRDefault="00000000">
            <w:r>
              <w:rPr>
                <w:sz w:val="16"/>
              </w:rPr>
              <w:t>(805) 610-2578</w:t>
            </w:r>
          </w:p>
        </w:tc>
        <w:tc>
          <w:tcPr>
            <w:tcW w:w="3672" w:type="dxa"/>
          </w:tcPr>
          <w:p w14:paraId="46435FD6" w14:textId="77777777" w:rsidR="00EF5097" w:rsidRDefault="00000000">
            <w:r>
              <w:rPr>
                <w:sz w:val="16"/>
              </w:rPr>
              <w:t>nhasch@slocity.org</w:t>
            </w:r>
          </w:p>
        </w:tc>
      </w:tr>
      <w:tr w:rsidR="00EF5097" w14:paraId="37EF3CA0" w14:textId="77777777">
        <w:trPr>
          <w:cantSplit/>
          <w:jc w:val="center"/>
        </w:trPr>
        <w:tc>
          <w:tcPr>
            <w:tcW w:w="2736" w:type="dxa"/>
          </w:tcPr>
          <w:p w14:paraId="6CF4EC18" w14:textId="77777777" w:rsidR="00EF5097" w:rsidRDefault="00000000">
            <w:r>
              <w:rPr>
                <w:sz w:val="16"/>
              </w:rPr>
              <w:t>Sammy Fox</w:t>
            </w:r>
          </w:p>
        </w:tc>
        <w:tc>
          <w:tcPr>
            <w:tcW w:w="2880" w:type="dxa"/>
          </w:tcPr>
          <w:p w14:paraId="0B1242A4" w14:textId="77777777" w:rsidR="00EF5097" w:rsidRDefault="00000000">
            <w:r>
              <w:rPr>
                <w:sz w:val="16"/>
              </w:rPr>
              <w:t>Deputy Chief</w:t>
            </w:r>
          </w:p>
        </w:tc>
        <w:tc>
          <w:tcPr>
            <w:tcW w:w="2088" w:type="dxa"/>
          </w:tcPr>
          <w:p w14:paraId="56935309" w14:textId="77777777" w:rsidR="00EF5097" w:rsidRDefault="00000000">
            <w:r>
              <w:rPr>
                <w:sz w:val="16"/>
              </w:rPr>
              <w:t>(805) 781-7390</w:t>
            </w:r>
          </w:p>
        </w:tc>
        <w:tc>
          <w:tcPr>
            <w:tcW w:w="3672" w:type="dxa"/>
          </w:tcPr>
          <w:p w14:paraId="6CE568B8" w14:textId="77777777" w:rsidR="00EF5097" w:rsidRDefault="00000000">
            <w:r>
              <w:rPr>
                <w:sz w:val="16"/>
              </w:rPr>
              <w:t>sfox@slocity.org</w:t>
            </w:r>
          </w:p>
        </w:tc>
      </w:tr>
    </w:tbl>
    <w:p w14:paraId="6FF5A19C" w14:textId="77777777" w:rsidR="00EF5097" w:rsidRDefault="00EF5097">
      <w:pPr>
        <w:spacing w:after="20"/>
      </w:pPr>
    </w:p>
    <w:p w14:paraId="3D45D58F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SLO COUNTY EMS AGENCY</w:t>
      </w:r>
      <w:r>
        <w:rPr>
          <w:sz w:val="17"/>
        </w:rPr>
        <w:br/>
        <w:t>Public Health Department</w:t>
      </w:r>
      <w:r>
        <w:rPr>
          <w:sz w:val="17"/>
        </w:rPr>
        <w:br/>
        <w:t>2995 McMillan Ave, Suite 178</w:t>
      </w:r>
      <w:r>
        <w:rPr>
          <w:sz w:val="17"/>
        </w:rPr>
        <w:br/>
        <w:t>San Luis Obispo, CA 93401</w:t>
      </w:r>
      <w:r>
        <w:rPr>
          <w:sz w:val="17"/>
        </w:rPr>
        <w:br/>
        <w:t>Office: (805) 788-2512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2FE3DAC4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3B1E9A67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201637E3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0F6ACA79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0EE6309E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2DA35408" w14:textId="77777777">
        <w:trPr>
          <w:cantSplit/>
          <w:jc w:val="center"/>
        </w:trPr>
        <w:tc>
          <w:tcPr>
            <w:tcW w:w="2736" w:type="dxa"/>
          </w:tcPr>
          <w:p w14:paraId="534C61FA" w14:textId="77777777" w:rsidR="00EF5097" w:rsidRDefault="00000000">
            <w:r>
              <w:rPr>
                <w:sz w:val="16"/>
              </w:rPr>
              <w:t>Currently vacant</w:t>
            </w:r>
          </w:p>
        </w:tc>
        <w:tc>
          <w:tcPr>
            <w:tcW w:w="2880" w:type="dxa"/>
          </w:tcPr>
          <w:p w14:paraId="34578651" w14:textId="77777777" w:rsidR="00EF5097" w:rsidRDefault="00EF5097"/>
        </w:tc>
        <w:tc>
          <w:tcPr>
            <w:tcW w:w="2088" w:type="dxa"/>
          </w:tcPr>
          <w:p w14:paraId="1CC8AABE" w14:textId="77777777" w:rsidR="00EF5097" w:rsidRDefault="00000000">
            <w:r>
              <w:rPr>
                <w:sz w:val="16"/>
              </w:rPr>
              <w:t>(805)</w:t>
            </w:r>
          </w:p>
        </w:tc>
        <w:tc>
          <w:tcPr>
            <w:tcW w:w="3672" w:type="dxa"/>
          </w:tcPr>
          <w:p w14:paraId="594B0247" w14:textId="77777777" w:rsidR="00EF5097" w:rsidRDefault="00000000">
            <w:r>
              <w:rPr>
                <w:sz w:val="16"/>
              </w:rPr>
              <w:t>@co.slo.ca.us</w:t>
            </w:r>
          </w:p>
        </w:tc>
      </w:tr>
    </w:tbl>
    <w:p w14:paraId="6DDB8282" w14:textId="77777777" w:rsidR="00EF5097" w:rsidRDefault="00EF5097">
      <w:pPr>
        <w:spacing w:after="20"/>
      </w:pPr>
    </w:p>
    <w:p w14:paraId="192A99A2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SLO COUNTY OFFICE OF EMERGENCY SERVICES</w:t>
      </w:r>
      <w:r>
        <w:rPr>
          <w:sz w:val="17"/>
        </w:rPr>
        <w:br/>
        <w:t>1055 Monterey St., Suite D 430</w:t>
      </w:r>
      <w:r>
        <w:rPr>
          <w:sz w:val="17"/>
        </w:rPr>
        <w:br/>
        <w:t>San Luis Obispo, CA 93408</w:t>
      </w:r>
      <w:r>
        <w:rPr>
          <w:sz w:val="17"/>
        </w:rPr>
        <w:br/>
        <w:t>Office: (805) 781-1955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59B3BD8D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12549E9E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5355C0CE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1BD27B86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74D9919A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4BE5F90B" w14:textId="77777777">
        <w:trPr>
          <w:cantSplit/>
          <w:jc w:val="center"/>
        </w:trPr>
        <w:tc>
          <w:tcPr>
            <w:tcW w:w="2736" w:type="dxa"/>
          </w:tcPr>
          <w:p w14:paraId="5F7BA6C2" w14:textId="77777777" w:rsidR="00EF5097" w:rsidRDefault="00000000">
            <w:r>
              <w:rPr>
                <w:sz w:val="16"/>
              </w:rPr>
              <w:t>Kelly Van Buren</w:t>
            </w:r>
          </w:p>
        </w:tc>
        <w:tc>
          <w:tcPr>
            <w:tcW w:w="2880" w:type="dxa"/>
          </w:tcPr>
          <w:p w14:paraId="25B946D5" w14:textId="77777777" w:rsidR="00EF5097" w:rsidRDefault="00000000">
            <w:r>
              <w:rPr>
                <w:sz w:val="16"/>
              </w:rPr>
              <w:t>Emergency Services Coordinator</w:t>
            </w:r>
          </w:p>
        </w:tc>
        <w:tc>
          <w:tcPr>
            <w:tcW w:w="2088" w:type="dxa"/>
          </w:tcPr>
          <w:p w14:paraId="4FDF1180" w14:textId="77777777" w:rsidR="00EF5097" w:rsidRDefault="00000000">
            <w:r>
              <w:rPr>
                <w:sz w:val="16"/>
              </w:rPr>
              <w:t>(805) 748-1955</w:t>
            </w:r>
          </w:p>
        </w:tc>
        <w:tc>
          <w:tcPr>
            <w:tcW w:w="3672" w:type="dxa"/>
          </w:tcPr>
          <w:p w14:paraId="3BAF3736" w14:textId="77777777" w:rsidR="00EF5097" w:rsidRDefault="00000000">
            <w:r>
              <w:rPr>
                <w:sz w:val="16"/>
              </w:rPr>
              <w:t>kvanburen@co.slo.ca.us</w:t>
            </w:r>
          </w:p>
        </w:tc>
      </w:tr>
      <w:tr w:rsidR="00EF5097" w14:paraId="6A7FB1AD" w14:textId="77777777">
        <w:trPr>
          <w:cantSplit/>
          <w:jc w:val="center"/>
        </w:trPr>
        <w:tc>
          <w:tcPr>
            <w:tcW w:w="2736" w:type="dxa"/>
          </w:tcPr>
          <w:p w14:paraId="50900073" w14:textId="77777777" w:rsidR="00EF5097" w:rsidRDefault="00000000">
            <w:r>
              <w:rPr>
                <w:sz w:val="16"/>
              </w:rPr>
              <w:t>Ashlyn Herlihy</w:t>
            </w:r>
          </w:p>
        </w:tc>
        <w:tc>
          <w:tcPr>
            <w:tcW w:w="2880" w:type="dxa"/>
          </w:tcPr>
          <w:p w14:paraId="3F6E135E" w14:textId="77777777" w:rsidR="00EF5097" w:rsidRDefault="00000000">
            <w:r>
              <w:rPr>
                <w:sz w:val="16"/>
              </w:rPr>
              <w:t>Emergency Services Coordinator</w:t>
            </w:r>
          </w:p>
        </w:tc>
        <w:tc>
          <w:tcPr>
            <w:tcW w:w="2088" w:type="dxa"/>
          </w:tcPr>
          <w:p w14:paraId="7CE9E3F2" w14:textId="77777777" w:rsidR="00EF5097" w:rsidRDefault="00000000">
            <w:r>
              <w:rPr>
                <w:sz w:val="16"/>
              </w:rPr>
              <w:t>(805) 781-5006</w:t>
            </w:r>
          </w:p>
        </w:tc>
        <w:tc>
          <w:tcPr>
            <w:tcW w:w="3672" w:type="dxa"/>
          </w:tcPr>
          <w:p w14:paraId="33DAC336" w14:textId="77777777" w:rsidR="00EF5097" w:rsidRDefault="00000000">
            <w:r>
              <w:rPr>
                <w:sz w:val="16"/>
              </w:rPr>
              <w:t>aherlihy@co.slo.ca.us</w:t>
            </w:r>
          </w:p>
        </w:tc>
      </w:tr>
    </w:tbl>
    <w:p w14:paraId="3FD0297E" w14:textId="77777777" w:rsidR="00EF5097" w:rsidRDefault="00EF5097">
      <w:pPr>
        <w:spacing w:after="20"/>
      </w:pPr>
    </w:p>
    <w:p w14:paraId="2FD492FA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lastRenderedPageBreak/>
        <w:t>SAN MIGUEL CSD FIRE DEPARTMENT</w:t>
      </w:r>
      <w:r>
        <w:rPr>
          <w:sz w:val="17"/>
        </w:rPr>
        <w:br/>
        <w:t>P.O. Box 180 (mailing address)</w:t>
      </w:r>
      <w:r>
        <w:rPr>
          <w:sz w:val="17"/>
        </w:rPr>
        <w:br/>
        <w:t>1150 Mission Street</w:t>
      </w:r>
      <w:r>
        <w:rPr>
          <w:sz w:val="17"/>
        </w:rPr>
        <w:br/>
        <w:t>San Miguel, CA 93451</w:t>
      </w:r>
      <w:r>
        <w:rPr>
          <w:sz w:val="17"/>
        </w:rPr>
        <w:br/>
        <w:t>Office: (805) 467-3300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5A2A6161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0917503F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5E6E490B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47F501C3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1D517CB8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0907CB10" w14:textId="77777777">
        <w:trPr>
          <w:cantSplit/>
          <w:jc w:val="center"/>
        </w:trPr>
        <w:tc>
          <w:tcPr>
            <w:tcW w:w="2736" w:type="dxa"/>
          </w:tcPr>
          <w:p w14:paraId="26E6AB78" w14:textId="77777777" w:rsidR="00EF5097" w:rsidRDefault="00000000">
            <w:r>
              <w:rPr>
                <w:sz w:val="16"/>
              </w:rPr>
              <w:t>Robert Rojas</w:t>
            </w:r>
          </w:p>
        </w:tc>
        <w:tc>
          <w:tcPr>
            <w:tcW w:w="2880" w:type="dxa"/>
          </w:tcPr>
          <w:p w14:paraId="7A4CDD47" w14:textId="77777777" w:rsidR="00EF5097" w:rsidRDefault="00000000">
            <w:r>
              <w:rPr>
                <w:sz w:val="16"/>
              </w:rPr>
              <w:t>Engineer</w:t>
            </w:r>
          </w:p>
        </w:tc>
        <w:tc>
          <w:tcPr>
            <w:tcW w:w="2088" w:type="dxa"/>
          </w:tcPr>
          <w:p w14:paraId="71D1DFF4" w14:textId="77777777" w:rsidR="00EF5097" w:rsidRDefault="00000000">
            <w:r>
              <w:rPr>
                <w:sz w:val="16"/>
              </w:rPr>
              <w:t>(805) 975-3759</w:t>
            </w:r>
          </w:p>
        </w:tc>
        <w:tc>
          <w:tcPr>
            <w:tcW w:w="3672" w:type="dxa"/>
          </w:tcPr>
          <w:p w14:paraId="1B899AE4" w14:textId="77777777" w:rsidR="00EF5097" w:rsidRDefault="00000000">
            <w:r>
              <w:rPr>
                <w:sz w:val="16"/>
              </w:rPr>
              <w:t>er@sanmiguelcsd.org</w:t>
            </w:r>
          </w:p>
        </w:tc>
      </w:tr>
    </w:tbl>
    <w:p w14:paraId="0B05DB10" w14:textId="77777777" w:rsidR="00EF5097" w:rsidRDefault="00EF5097">
      <w:pPr>
        <w:spacing w:after="20"/>
      </w:pPr>
    </w:p>
    <w:p w14:paraId="7AB1BBC4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SANTA BARBARA COUNTY FIRE DEPARTMENT</w:t>
      </w:r>
      <w:r>
        <w:rPr>
          <w:sz w:val="17"/>
        </w:rPr>
        <w:br/>
        <w:t>4410 Cathedral Oak Rd</w:t>
      </w:r>
      <w:r>
        <w:rPr>
          <w:sz w:val="17"/>
        </w:rPr>
        <w:br/>
        <w:t>Santa Barbara, CA 93110</w:t>
      </w:r>
      <w:r>
        <w:rPr>
          <w:sz w:val="17"/>
        </w:rPr>
        <w:br/>
        <w:t>Office: (805) 681-5500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1F930D30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0F7D4EEF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5549DC8C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0D9EC9C5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1FAF350E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7458D4A7" w14:textId="77777777">
        <w:trPr>
          <w:cantSplit/>
          <w:jc w:val="center"/>
        </w:trPr>
        <w:tc>
          <w:tcPr>
            <w:tcW w:w="2736" w:type="dxa"/>
          </w:tcPr>
          <w:p w14:paraId="676DBFA1" w14:textId="77777777" w:rsidR="00EF5097" w:rsidRDefault="00000000">
            <w:r>
              <w:rPr>
                <w:sz w:val="16"/>
              </w:rPr>
              <w:t>Patrick Byde</w:t>
            </w:r>
          </w:p>
        </w:tc>
        <w:tc>
          <w:tcPr>
            <w:tcW w:w="2880" w:type="dxa"/>
          </w:tcPr>
          <w:p w14:paraId="785D717B" w14:textId="77777777" w:rsidR="00EF5097" w:rsidRDefault="00000000">
            <w:r>
              <w:rPr>
                <w:sz w:val="16"/>
              </w:rPr>
              <w:t>Division Chief- Operations/Training</w:t>
            </w:r>
          </w:p>
        </w:tc>
        <w:tc>
          <w:tcPr>
            <w:tcW w:w="2088" w:type="dxa"/>
          </w:tcPr>
          <w:p w14:paraId="33D76E66" w14:textId="77777777" w:rsidR="00EF5097" w:rsidRDefault="00000000">
            <w:r>
              <w:rPr>
                <w:sz w:val="16"/>
              </w:rPr>
              <w:t>(805) 550-9488</w:t>
            </w:r>
          </w:p>
        </w:tc>
        <w:tc>
          <w:tcPr>
            <w:tcW w:w="3672" w:type="dxa"/>
          </w:tcPr>
          <w:p w14:paraId="6AB31C7D" w14:textId="77777777" w:rsidR="00EF5097" w:rsidRDefault="00000000">
            <w:r>
              <w:rPr>
                <w:sz w:val="16"/>
              </w:rPr>
              <w:t>Pbyde@countyofsb.org</w:t>
            </w:r>
          </w:p>
        </w:tc>
      </w:tr>
      <w:tr w:rsidR="00EF5097" w14:paraId="1DB3DE3A" w14:textId="77777777">
        <w:trPr>
          <w:cantSplit/>
          <w:jc w:val="center"/>
        </w:trPr>
        <w:tc>
          <w:tcPr>
            <w:tcW w:w="2736" w:type="dxa"/>
          </w:tcPr>
          <w:p w14:paraId="0EE3046E" w14:textId="77777777" w:rsidR="00EF5097" w:rsidRDefault="00000000">
            <w:r>
              <w:rPr>
                <w:sz w:val="16"/>
              </w:rPr>
              <w:t>Richard Dykhouse</w:t>
            </w:r>
          </w:p>
        </w:tc>
        <w:tc>
          <w:tcPr>
            <w:tcW w:w="2880" w:type="dxa"/>
          </w:tcPr>
          <w:p w14:paraId="362DA9E2" w14:textId="77777777" w:rsidR="00EF5097" w:rsidRDefault="00000000">
            <w:r>
              <w:rPr>
                <w:sz w:val="16"/>
              </w:rPr>
              <w:t>Battalion Chief - Training</w:t>
            </w:r>
          </w:p>
        </w:tc>
        <w:tc>
          <w:tcPr>
            <w:tcW w:w="2088" w:type="dxa"/>
          </w:tcPr>
          <w:p w14:paraId="10DB063E" w14:textId="77777777" w:rsidR="00EF5097" w:rsidRDefault="00000000">
            <w:r>
              <w:rPr>
                <w:sz w:val="16"/>
              </w:rPr>
              <w:t>(805) 896-6417</w:t>
            </w:r>
          </w:p>
        </w:tc>
        <w:tc>
          <w:tcPr>
            <w:tcW w:w="3672" w:type="dxa"/>
          </w:tcPr>
          <w:p w14:paraId="3D8B2269" w14:textId="77777777" w:rsidR="00EF5097" w:rsidRDefault="00000000">
            <w:r>
              <w:rPr>
                <w:sz w:val="16"/>
              </w:rPr>
              <w:t>Rdykhous@sbcfire.com</w:t>
            </w:r>
          </w:p>
        </w:tc>
      </w:tr>
    </w:tbl>
    <w:p w14:paraId="186126DF" w14:textId="77777777" w:rsidR="00EF5097" w:rsidRDefault="00EF5097">
      <w:pPr>
        <w:spacing w:after="20"/>
      </w:pPr>
    </w:p>
    <w:p w14:paraId="621CFDA5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SANTA MARGARITA FIRE DEPARTMENT</w:t>
      </w:r>
      <w:r>
        <w:rPr>
          <w:sz w:val="17"/>
        </w:rPr>
        <w:br/>
        <w:t>P.O. Box 67</w:t>
      </w:r>
      <w:r>
        <w:rPr>
          <w:sz w:val="17"/>
        </w:rPr>
        <w:br/>
        <w:t>Santa Margarita, CA 93453</w:t>
      </w:r>
      <w:r>
        <w:rPr>
          <w:sz w:val="17"/>
        </w:rPr>
        <w:br/>
        <w:t>Office: (805) 438-3185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2D3E8A4E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0D3B8B78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40623CFB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13CA407A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5118533F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65218F83" w14:textId="77777777">
        <w:trPr>
          <w:cantSplit/>
          <w:jc w:val="center"/>
        </w:trPr>
        <w:tc>
          <w:tcPr>
            <w:tcW w:w="2736" w:type="dxa"/>
          </w:tcPr>
          <w:p w14:paraId="534C93D3" w14:textId="77777777" w:rsidR="00EF5097" w:rsidRDefault="00000000">
            <w:r>
              <w:rPr>
                <w:sz w:val="16"/>
              </w:rPr>
              <w:t>Justin Smith</w:t>
            </w:r>
          </w:p>
        </w:tc>
        <w:tc>
          <w:tcPr>
            <w:tcW w:w="2880" w:type="dxa"/>
          </w:tcPr>
          <w:p w14:paraId="3BCFD60D" w14:textId="77777777" w:rsidR="00EF5097" w:rsidRDefault="00000000">
            <w:r>
              <w:rPr>
                <w:sz w:val="16"/>
              </w:rPr>
              <w:t>Lieutenant</w:t>
            </w:r>
          </w:p>
        </w:tc>
        <w:tc>
          <w:tcPr>
            <w:tcW w:w="2088" w:type="dxa"/>
          </w:tcPr>
          <w:p w14:paraId="2F5386BE" w14:textId="77777777" w:rsidR="00EF5097" w:rsidRDefault="00000000">
            <w:r>
              <w:rPr>
                <w:sz w:val="16"/>
              </w:rPr>
              <w:t>(805) 835-9196</w:t>
            </w:r>
          </w:p>
        </w:tc>
        <w:tc>
          <w:tcPr>
            <w:tcW w:w="3672" w:type="dxa"/>
          </w:tcPr>
          <w:p w14:paraId="3264EE95" w14:textId="77777777" w:rsidR="00EF5097" w:rsidRDefault="00000000">
            <w:r>
              <w:rPr>
                <w:sz w:val="16"/>
              </w:rPr>
              <w:t>jman153@hotmail.com</w:t>
            </w:r>
          </w:p>
        </w:tc>
      </w:tr>
      <w:tr w:rsidR="00EF5097" w14:paraId="676D8823" w14:textId="77777777">
        <w:trPr>
          <w:cantSplit/>
          <w:jc w:val="center"/>
        </w:trPr>
        <w:tc>
          <w:tcPr>
            <w:tcW w:w="2736" w:type="dxa"/>
          </w:tcPr>
          <w:p w14:paraId="538B7612" w14:textId="77777777" w:rsidR="00EF5097" w:rsidRDefault="00000000">
            <w:r>
              <w:rPr>
                <w:sz w:val="16"/>
              </w:rPr>
              <w:t>Nigel King</w:t>
            </w:r>
          </w:p>
        </w:tc>
        <w:tc>
          <w:tcPr>
            <w:tcW w:w="2880" w:type="dxa"/>
          </w:tcPr>
          <w:p w14:paraId="283D7671" w14:textId="77777777" w:rsidR="00EF5097" w:rsidRDefault="00000000">
            <w:r>
              <w:rPr>
                <w:sz w:val="16"/>
              </w:rPr>
              <w:t>Captain</w:t>
            </w:r>
          </w:p>
        </w:tc>
        <w:tc>
          <w:tcPr>
            <w:tcW w:w="2088" w:type="dxa"/>
          </w:tcPr>
          <w:p w14:paraId="58F5A816" w14:textId="77777777" w:rsidR="00EF5097" w:rsidRDefault="00000000">
            <w:r>
              <w:rPr>
                <w:sz w:val="16"/>
              </w:rPr>
              <w:t>(805) 234-4333</w:t>
            </w:r>
          </w:p>
        </w:tc>
        <w:tc>
          <w:tcPr>
            <w:tcW w:w="3672" w:type="dxa"/>
          </w:tcPr>
          <w:p w14:paraId="633E486E" w14:textId="77777777" w:rsidR="00EF5097" w:rsidRDefault="00000000">
            <w:r>
              <w:rPr>
                <w:sz w:val="16"/>
              </w:rPr>
              <w:t>usar59@hotmail.com</w:t>
            </w:r>
          </w:p>
        </w:tc>
      </w:tr>
    </w:tbl>
    <w:p w14:paraId="700CA14B" w14:textId="77777777" w:rsidR="00EF5097" w:rsidRDefault="00EF5097">
      <w:pPr>
        <w:spacing w:after="20"/>
      </w:pPr>
    </w:p>
    <w:p w14:paraId="2F94C0BE" w14:textId="77777777" w:rsidR="00EF5097" w:rsidRDefault="00000000">
      <w:pPr>
        <w:keepNext/>
        <w:spacing w:before="100" w:after="40"/>
      </w:pPr>
      <w:r w:rsidRPr="00F07ECA">
        <w:rPr>
          <w:b/>
          <w:sz w:val="24"/>
          <w:szCs w:val="24"/>
        </w:rPr>
        <w:t>TEMPLETON FIRE AND EMERGENCY SERVICES</w:t>
      </w:r>
      <w:r>
        <w:rPr>
          <w:sz w:val="17"/>
        </w:rPr>
        <w:br/>
        <w:t>P.O. Box 780</w:t>
      </w:r>
      <w:r>
        <w:rPr>
          <w:sz w:val="17"/>
        </w:rPr>
        <w:br/>
        <w:t>206 5th Street</w:t>
      </w:r>
      <w:r>
        <w:rPr>
          <w:sz w:val="17"/>
        </w:rPr>
        <w:br/>
        <w:t>Templeton, CA 93465</w:t>
      </w:r>
      <w:r>
        <w:rPr>
          <w:sz w:val="17"/>
        </w:rPr>
        <w:br/>
        <w:t>Office: (805) 434-4913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880"/>
        <w:gridCol w:w="2088"/>
        <w:gridCol w:w="3672"/>
      </w:tblGrid>
      <w:tr w:rsidR="00EF5097" w14:paraId="5851D0FA" w14:textId="77777777">
        <w:trPr>
          <w:cantSplit/>
          <w:tblHeader/>
          <w:jc w:val="center"/>
        </w:trPr>
        <w:tc>
          <w:tcPr>
            <w:tcW w:w="2736" w:type="dxa"/>
            <w:shd w:val="clear" w:color="auto" w:fill="D9E2F3"/>
          </w:tcPr>
          <w:p w14:paraId="78B314A8" w14:textId="77777777" w:rsidR="00EF5097" w:rsidRDefault="00000000">
            <w:r>
              <w:rPr>
                <w:b/>
                <w:sz w:val="16"/>
              </w:rPr>
              <w:t>Member</w:t>
            </w:r>
          </w:p>
        </w:tc>
        <w:tc>
          <w:tcPr>
            <w:tcW w:w="2880" w:type="dxa"/>
            <w:shd w:val="clear" w:color="auto" w:fill="D9E2F3"/>
          </w:tcPr>
          <w:p w14:paraId="092C76DB" w14:textId="77777777" w:rsidR="00EF5097" w:rsidRDefault="00000000">
            <w:r>
              <w:rPr>
                <w:b/>
                <w:sz w:val="16"/>
              </w:rPr>
              <w:t>Title/Rank</w:t>
            </w:r>
          </w:p>
        </w:tc>
        <w:tc>
          <w:tcPr>
            <w:tcW w:w="2088" w:type="dxa"/>
            <w:shd w:val="clear" w:color="auto" w:fill="D9E2F3"/>
          </w:tcPr>
          <w:p w14:paraId="09D872C6" w14:textId="77777777" w:rsidR="00EF5097" w:rsidRDefault="00000000">
            <w:r>
              <w:rPr>
                <w:b/>
                <w:sz w:val="16"/>
              </w:rPr>
              <w:t>Cell</w:t>
            </w:r>
          </w:p>
        </w:tc>
        <w:tc>
          <w:tcPr>
            <w:tcW w:w="3672" w:type="dxa"/>
            <w:shd w:val="clear" w:color="auto" w:fill="D9E2F3"/>
          </w:tcPr>
          <w:p w14:paraId="4FB7C6C8" w14:textId="77777777" w:rsidR="00EF5097" w:rsidRDefault="00000000">
            <w:r>
              <w:rPr>
                <w:b/>
                <w:sz w:val="16"/>
              </w:rPr>
              <w:t>Email</w:t>
            </w:r>
          </w:p>
        </w:tc>
      </w:tr>
      <w:tr w:rsidR="00EF5097" w14:paraId="779BEDFE" w14:textId="77777777">
        <w:trPr>
          <w:cantSplit/>
          <w:jc w:val="center"/>
        </w:trPr>
        <w:tc>
          <w:tcPr>
            <w:tcW w:w="2736" w:type="dxa"/>
          </w:tcPr>
          <w:p w14:paraId="55CAFD5B" w14:textId="77777777" w:rsidR="00EF5097" w:rsidRDefault="00000000">
            <w:r>
              <w:rPr>
                <w:sz w:val="16"/>
              </w:rPr>
              <w:t>Brandon Wall</w:t>
            </w:r>
          </w:p>
        </w:tc>
        <w:tc>
          <w:tcPr>
            <w:tcW w:w="2880" w:type="dxa"/>
          </w:tcPr>
          <w:p w14:paraId="67667388" w14:textId="77777777" w:rsidR="00EF5097" w:rsidRDefault="00000000">
            <w:r>
              <w:rPr>
                <w:sz w:val="16"/>
              </w:rPr>
              <w:t>Fire Captain</w:t>
            </w:r>
          </w:p>
        </w:tc>
        <w:tc>
          <w:tcPr>
            <w:tcW w:w="2088" w:type="dxa"/>
          </w:tcPr>
          <w:p w14:paraId="606B22B0" w14:textId="77777777" w:rsidR="00EF5097" w:rsidRDefault="00000000">
            <w:r>
              <w:rPr>
                <w:sz w:val="16"/>
              </w:rPr>
              <w:t>(805) 540-4524</w:t>
            </w:r>
          </w:p>
        </w:tc>
        <w:tc>
          <w:tcPr>
            <w:tcW w:w="3672" w:type="dxa"/>
          </w:tcPr>
          <w:p w14:paraId="091EA490" w14:textId="77777777" w:rsidR="00EF5097" w:rsidRDefault="00000000">
            <w:r>
              <w:rPr>
                <w:sz w:val="16"/>
              </w:rPr>
              <w:t>bwall@templetoncsd.org</w:t>
            </w:r>
          </w:p>
        </w:tc>
      </w:tr>
      <w:tr w:rsidR="00EF5097" w14:paraId="77B8997A" w14:textId="77777777">
        <w:trPr>
          <w:cantSplit/>
          <w:jc w:val="center"/>
        </w:trPr>
        <w:tc>
          <w:tcPr>
            <w:tcW w:w="2736" w:type="dxa"/>
          </w:tcPr>
          <w:p w14:paraId="340626A1" w14:textId="77777777" w:rsidR="00EF5097" w:rsidRDefault="00000000">
            <w:r>
              <w:rPr>
                <w:sz w:val="16"/>
              </w:rPr>
              <w:t>Rob Baker</w:t>
            </w:r>
          </w:p>
        </w:tc>
        <w:tc>
          <w:tcPr>
            <w:tcW w:w="2880" w:type="dxa"/>
          </w:tcPr>
          <w:p w14:paraId="6B04C3FB" w14:textId="77777777" w:rsidR="00EF5097" w:rsidRDefault="00000000">
            <w:r>
              <w:rPr>
                <w:sz w:val="16"/>
              </w:rPr>
              <w:t>Fire Captain</w:t>
            </w:r>
          </w:p>
        </w:tc>
        <w:tc>
          <w:tcPr>
            <w:tcW w:w="2088" w:type="dxa"/>
          </w:tcPr>
          <w:p w14:paraId="30DF57B1" w14:textId="77777777" w:rsidR="00EF5097" w:rsidRDefault="00000000">
            <w:r>
              <w:rPr>
                <w:sz w:val="16"/>
              </w:rPr>
              <w:t>(805) 434-4911</w:t>
            </w:r>
          </w:p>
        </w:tc>
        <w:tc>
          <w:tcPr>
            <w:tcW w:w="3672" w:type="dxa"/>
          </w:tcPr>
          <w:p w14:paraId="0333DD2C" w14:textId="77777777" w:rsidR="00EF5097" w:rsidRDefault="00000000">
            <w:r>
              <w:rPr>
                <w:sz w:val="16"/>
              </w:rPr>
              <w:t>rbaker@templetoncsd.org</w:t>
            </w:r>
          </w:p>
        </w:tc>
      </w:tr>
    </w:tbl>
    <w:p w14:paraId="7FE4DBDF" w14:textId="77777777" w:rsidR="00EF5097" w:rsidRDefault="00EF5097">
      <w:pPr>
        <w:spacing w:after="20"/>
      </w:pPr>
    </w:p>
    <w:sectPr w:rsidR="00EF5097" w:rsidSect="00034616">
      <w:footerReference w:type="default" r:id="rId13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60F7F" w14:textId="77777777" w:rsidR="00DE52B4" w:rsidRDefault="00DE52B4">
      <w:pPr>
        <w:spacing w:after="0" w:line="240" w:lineRule="auto"/>
      </w:pPr>
      <w:r>
        <w:separator/>
      </w:r>
    </w:p>
  </w:endnote>
  <w:endnote w:type="continuationSeparator" w:id="0">
    <w:p w14:paraId="221C8F48" w14:textId="77777777" w:rsidR="00DE52B4" w:rsidRDefault="00DE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8E8AF" w14:textId="77777777" w:rsidR="00EF5097" w:rsidRDefault="00000000">
    <w:pPr>
      <w:pStyle w:val="Footer"/>
      <w:jc w:val="center"/>
    </w:pPr>
    <w:r>
      <w:rPr>
        <w:sz w:val="14"/>
      </w:rPr>
      <w:t>San Luis Obispo County Fire Service Training Officers Association • Membership Listing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FE7BB" w14:textId="77777777" w:rsidR="00DE52B4" w:rsidRDefault="00DE52B4">
      <w:pPr>
        <w:spacing w:after="0" w:line="240" w:lineRule="auto"/>
      </w:pPr>
      <w:r>
        <w:separator/>
      </w:r>
    </w:p>
  </w:footnote>
  <w:footnote w:type="continuationSeparator" w:id="0">
    <w:p w14:paraId="71C2527F" w14:textId="77777777" w:rsidR="00DE52B4" w:rsidRDefault="00DE5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7933117">
    <w:abstractNumId w:val="8"/>
  </w:num>
  <w:num w:numId="2" w16cid:durableId="575827139">
    <w:abstractNumId w:val="6"/>
  </w:num>
  <w:num w:numId="3" w16cid:durableId="1026368211">
    <w:abstractNumId w:val="5"/>
  </w:num>
  <w:num w:numId="4" w16cid:durableId="1028750984">
    <w:abstractNumId w:val="4"/>
  </w:num>
  <w:num w:numId="5" w16cid:durableId="6250685">
    <w:abstractNumId w:val="7"/>
  </w:num>
  <w:num w:numId="6" w16cid:durableId="1269895054">
    <w:abstractNumId w:val="3"/>
  </w:num>
  <w:num w:numId="7" w16cid:durableId="639723827">
    <w:abstractNumId w:val="2"/>
  </w:num>
  <w:num w:numId="8" w16cid:durableId="637613442">
    <w:abstractNumId w:val="1"/>
  </w:num>
  <w:num w:numId="9" w16cid:durableId="136860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0E09"/>
    <w:rsid w:val="009F4806"/>
    <w:rsid w:val="00AA1D8D"/>
    <w:rsid w:val="00AF3BE8"/>
    <w:rsid w:val="00B47730"/>
    <w:rsid w:val="00CB0664"/>
    <w:rsid w:val="00DE52B4"/>
    <w:rsid w:val="00EF5097"/>
    <w:rsid w:val="00F07E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E1EF43"/>
  <w14:defaultImageDpi w14:val="300"/>
  <w15:docId w15:val="{22F00758-F4DE-8F4E-BA87-070FA331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30E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llison.deoudes@fire.ca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hn.pearl@fire.ca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rgan.rutledge@fire.ca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stavo.avalos@dsh.ca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Kayla Graves</cp:lastModifiedBy>
  <cp:revision>2</cp:revision>
  <dcterms:created xsi:type="dcterms:W3CDTF">2026-08-26T22:51:00Z</dcterms:created>
  <dcterms:modified xsi:type="dcterms:W3CDTF">2026-08-26T22:51:00Z</dcterms:modified>
  <cp:category/>
</cp:coreProperties>
</file>