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10080"/>
      </w:tblGrid>
      <w:tr w:rsidR="00E227FE" w14:paraId="1F591F67" w14:textId="77777777">
        <w:trPr>
          <w:jc w:val="center"/>
        </w:trPr>
        <w:tc>
          <w:tcPr>
            <w:tcW w:w="10080" w:type="dxa"/>
            <w:shd w:val="clear" w:color="auto" w:fill="1A365D"/>
            <w:tcMar>
              <w:top w:w="200" w:type="dxa"/>
              <w:left w:w="200" w:type="dxa"/>
              <w:bottom w:w="200" w:type="dxa"/>
              <w:right w:w="200" w:type="dxa"/>
            </w:tcMar>
          </w:tcPr>
          <w:p w14:paraId="42E5A905" w14:textId="77777777" w:rsidR="00E227FE" w:rsidRDefault="00000000">
            <w:pPr>
              <w:spacing w:before="80" w:after="40"/>
            </w:pPr>
            <w:r>
              <w:rPr>
                <w:b/>
                <w:color w:val="FFFFFF"/>
                <w:sz w:val="40"/>
              </w:rPr>
              <w:t>PFLIPSEN LOGISTICS INC.</w:t>
            </w:r>
          </w:p>
          <w:p w14:paraId="7F9201B9" w14:textId="77777777" w:rsidR="00E227FE" w:rsidRDefault="00000000">
            <w:pPr>
              <w:spacing w:after="80"/>
            </w:pPr>
            <w:r>
              <w:rPr>
                <w:color w:val="CBD5E0"/>
                <w:sz w:val="24"/>
              </w:rPr>
              <w:t>Approved Carrier Setup Packet</w:t>
            </w:r>
          </w:p>
        </w:tc>
      </w:tr>
    </w:tbl>
    <w:p w14:paraId="39167C5F" w14:textId="77777777" w:rsidR="00E227FE" w:rsidRDefault="00000000">
      <w:pPr>
        <w:spacing w:before="280"/>
      </w:pPr>
      <w:r>
        <w:t xml:space="preserve">Thank you for your interest in becoming an approved carrier for </w:t>
      </w:r>
      <w:r>
        <w:rPr>
          <w:b/>
        </w:rPr>
        <w:t>Pflipsen Logistics Inc.</w:t>
      </w:r>
      <w:r>
        <w:t xml:space="preserve"> Please submit all completed forms and required documents to </w:t>
      </w:r>
      <w:r>
        <w:rPr>
          <w:b/>
        </w:rPr>
        <w:t>logistics@pflipsencompanies.com</w:t>
      </w:r>
    </w:p>
    <w:p w14:paraId="2EAE2D11" w14:textId="77777777" w:rsidR="00E227FE" w:rsidRDefault="00000000">
      <w:pPr>
        <w:spacing w:before="200"/>
      </w:pPr>
      <w:r>
        <w:rPr>
          <w:b/>
        </w:rPr>
        <w:t>Required Checklist:</w:t>
      </w:r>
    </w:p>
    <w:p w14:paraId="6B03B5DF" w14:textId="77777777" w:rsidR="00E227FE" w:rsidRDefault="00000000">
      <w:pPr>
        <w:pStyle w:val="ListBullet"/>
        <w:spacing w:before="40" w:after="40"/>
      </w:pPr>
      <w:r>
        <w:t>Completed &amp; Signed Carrier Profile Sheet</w:t>
      </w:r>
    </w:p>
    <w:p w14:paraId="08651DE8" w14:textId="77777777" w:rsidR="00E227FE" w:rsidRDefault="00000000">
      <w:pPr>
        <w:pStyle w:val="ListBullet"/>
        <w:spacing w:before="40" w:after="40"/>
      </w:pPr>
      <w:r>
        <w:t>Direct Deposit (ACH) Authorization Form</w:t>
      </w:r>
    </w:p>
    <w:p w14:paraId="2A39045B" w14:textId="77777777" w:rsidR="00E227FE" w:rsidRDefault="00000000">
      <w:pPr>
        <w:pStyle w:val="ListBullet"/>
        <w:spacing w:before="40" w:after="40"/>
      </w:pPr>
      <w:r>
        <w:t>Signed Workers Compensation Letter</w:t>
      </w:r>
    </w:p>
    <w:p w14:paraId="6868DDF0" w14:textId="77777777" w:rsidR="00E227FE" w:rsidRDefault="00000000">
      <w:pPr>
        <w:pStyle w:val="ListBullet"/>
        <w:spacing w:before="40" w:after="40"/>
      </w:pPr>
      <w:r>
        <w:t>Signed Broker - Carrier Agreement (complete all pages)</w:t>
      </w:r>
    </w:p>
    <w:p w14:paraId="1A1739F3" w14:textId="77777777" w:rsidR="00E227FE" w:rsidRDefault="00000000">
      <w:pPr>
        <w:pStyle w:val="ListBullet"/>
        <w:spacing w:before="40" w:after="40"/>
      </w:pPr>
      <w:r>
        <w:t>Copy of Carrier Operating Authority (MC/USDOT Certificate)</w:t>
      </w:r>
    </w:p>
    <w:p w14:paraId="0816D920" w14:textId="77777777" w:rsidR="00E227FE" w:rsidRDefault="00000000">
      <w:pPr>
        <w:pStyle w:val="ListBullet"/>
        <w:spacing w:before="40" w:after="40"/>
      </w:pPr>
      <w:r>
        <w:t>Copy of W-9 (Taxpayer Identification Number &amp; Certification)</w:t>
      </w:r>
    </w:p>
    <w:p w14:paraId="6F945CCA" w14:textId="77777777" w:rsidR="00E227FE" w:rsidRDefault="00000000">
      <w:pPr>
        <w:pStyle w:val="ListBullet"/>
        <w:spacing w:before="40" w:after="40"/>
      </w:pPr>
      <w:r>
        <w:t>Certificate of Insurance (COI) listing Pflipsen Logistics Inc. as Certificate Holder</w:t>
      </w:r>
    </w:p>
    <w:p w14:paraId="29B8AC1E" w14:textId="77777777" w:rsidR="00E227FE" w:rsidRDefault="00000000">
      <w:pPr>
        <w:keepNext/>
        <w:spacing w:before="200" w:after="80"/>
      </w:pPr>
      <w:r>
        <w:rPr>
          <w:b/>
          <w:color w:val="2B6CB0"/>
          <w:sz w:val="22"/>
        </w:rPr>
        <w:t>Insurance Coverage Requirements</w:t>
      </w:r>
    </w:p>
    <w:tbl>
      <w:tblPr>
        <w:tblW w:w="0" w:type="auto"/>
        <w:jc w:val="center"/>
        <w:tblLayout w:type="fixed"/>
        <w:tblLook w:val="04A0" w:firstRow="1" w:lastRow="0" w:firstColumn="1" w:lastColumn="0" w:noHBand="0" w:noVBand="1"/>
      </w:tblPr>
      <w:tblGrid>
        <w:gridCol w:w="3600"/>
        <w:gridCol w:w="6480"/>
      </w:tblGrid>
      <w:tr w:rsidR="00E227FE" w14:paraId="43F1D882"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2CAFC2C2" w14:textId="77777777" w:rsidR="00E227FE" w:rsidRDefault="00000000">
            <w:pPr>
              <w:spacing w:after="0"/>
            </w:pPr>
            <w:r>
              <w:rPr>
                <w:b/>
                <w:color w:val="1A365D"/>
                <w:sz w:val="19"/>
              </w:rPr>
              <w:t>General Commercial &amp; Auto Liability</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6DCF475E" w14:textId="77777777" w:rsidR="00E227FE" w:rsidRDefault="00000000">
            <w:pPr>
              <w:spacing w:after="0"/>
            </w:pPr>
            <w:r>
              <w:rPr>
                <w:i/>
                <w:color w:val="808080"/>
                <w:sz w:val="19"/>
              </w:rPr>
              <w:t>$1,000,000 combined single limit covering injury, death &amp; property damage</w:t>
            </w:r>
          </w:p>
        </w:tc>
      </w:tr>
      <w:tr w:rsidR="00E227FE" w14:paraId="003C6454"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300BDAB4" w14:textId="77777777" w:rsidR="00E227FE" w:rsidRDefault="00000000">
            <w:pPr>
              <w:spacing w:after="0"/>
            </w:pPr>
            <w:r>
              <w:rPr>
                <w:b/>
                <w:color w:val="1A365D"/>
                <w:sz w:val="19"/>
              </w:rPr>
              <w:t>Cargo Liability</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51D1FF4F" w14:textId="77777777" w:rsidR="00E227FE" w:rsidRDefault="00000000">
            <w:pPr>
              <w:spacing w:after="0"/>
            </w:pPr>
            <w:r>
              <w:rPr>
                <w:i/>
                <w:color w:val="808080"/>
                <w:sz w:val="19"/>
              </w:rPr>
              <w:t>$100,000 (or higher) per occurrence</w:t>
            </w:r>
          </w:p>
        </w:tc>
      </w:tr>
      <w:tr w:rsidR="00E227FE" w14:paraId="2E22E91A"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27E189D6" w14:textId="77777777" w:rsidR="00E227FE" w:rsidRDefault="00000000">
            <w:pPr>
              <w:spacing w:after="0"/>
            </w:pPr>
            <w:r>
              <w:rPr>
                <w:b/>
                <w:color w:val="1A365D"/>
                <w:sz w:val="19"/>
              </w:rPr>
              <w:t>Workers Compensation</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1271ADBD" w14:textId="77777777" w:rsidR="00E227FE" w:rsidRDefault="00000000">
            <w:pPr>
              <w:spacing w:after="0"/>
            </w:pPr>
            <w:r>
              <w:rPr>
                <w:i/>
                <w:color w:val="808080"/>
                <w:sz w:val="19"/>
              </w:rPr>
              <w:t>$500,000 (or statutory requirement) &amp; Employer's Liability</w:t>
            </w:r>
          </w:p>
        </w:tc>
      </w:tr>
    </w:tbl>
    <w:p w14:paraId="0C556231" w14:textId="77777777" w:rsidR="00E227FE" w:rsidRDefault="00E227FE">
      <w:pPr>
        <w:spacing w:after="120"/>
      </w:pPr>
    </w:p>
    <w:p w14:paraId="42A499D0" w14:textId="77777777" w:rsidR="00E227FE" w:rsidRDefault="00000000">
      <w:pPr>
        <w:spacing w:before="200"/>
      </w:pPr>
      <w:r>
        <w:rPr>
          <w:i/>
          <w:sz w:val="18"/>
        </w:rPr>
        <w:t>Please send all invoices, bills of lading, scale tickets, wash tickets, and rate confirmations to logistics@pflipsencompanies.com for prompt processing.</w:t>
      </w:r>
    </w:p>
    <w:p w14:paraId="3FAD9A41" w14:textId="77777777" w:rsidR="00E227FE" w:rsidRDefault="00000000">
      <w:r>
        <w:br w:type="page"/>
      </w:r>
    </w:p>
    <w:p w14:paraId="0203735A" w14:textId="77777777" w:rsidR="00E227FE" w:rsidRDefault="00000000">
      <w:pPr>
        <w:keepNext/>
        <w:spacing w:before="240" w:after="120"/>
      </w:pPr>
      <w:r>
        <w:rPr>
          <w:b/>
          <w:color w:val="1A365D"/>
          <w:sz w:val="28"/>
        </w:rPr>
        <w:lastRenderedPageBreak/>
        <w:t>1. Carrier Profile Sheet</w:t>
      </w:r>
    </w:p>
    <w:tbl>
      <w:tblPr>
        <w:tblW w:w="0" w:type="auto"/>
        <w:jc w:val="center"/>
        <w:tblLayout w:type="fixed"/>
        <w:tblLook w:val="04A0" w:firstRow="1" w:lastRow="0" w:firstColumn="1" w:lastColumn="0" w:noHBand="0" w:noVBand="1"/>
      </w:tblPr>
      <w:tblGrid>
        <w:gridCol w:w="3600"/>
        <w:gridCol w:w="6480"/>
      </w:tblGrid>
      <w:tr w:rsidR="00E227FE" w14:paraId="114D360E"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596CFEF6" w14:textId="77777777" w:rsidR="00E227FE" w:rsidRDefault="00000000">
            <w:pPr>
              <w:spacing w:after="0"/>
            </w:pPr>
            <w:r>
              <w:rPr>
                <w:b/>
                <w:color w:val="1A365D"/>
                <w:sz w:val="19"/>
              </w:rPr>
              <w:t>Full Legal Company Name</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457E1735" w14:textId="71359DEE" w:rsidR="00E227FE" w:rsidRDefault="003C31DB">
            <w:pPr>
              <w:spacing w:after="0"/>
            </w:pPr>
            <w:sdt>
              <w:sdtPr>
                <w:rPr>
                  <w:color w:val="B4B4B4"/>
                  <w:u w:val="single"/>
                </w:rPr>
                <w:id w:val="-236243870"/>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r w:rsidR="00E227FE" w14:paraId="36B87542"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5A1F7CD8" w14:textId="77777777" w:rsidR="00E227FE" w:rsidRDefault="00000000">
            <w:pPr>
              <w:spacing w:after="0"/>
            </w:pPr>
            <w:r>
              <w:rPr>
                <w:b/>
                <w:color w:val="1A365D"/>
                <w:sz w:val="19"/>
              </w:rPr>
              <w:t>DBA Name (if applicable)</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0505486F" w14:textId="74B1BD75" w:rsidR="00E227FE" w:rsidRDefault="003C31DB">
            <w:pPr>
              <w:spacing w:after="0"/>
            </w:pPr>
            <w:sdt>
              <w:sdtPr>
                <w:rPr>
                  <w:color w:val="B4B4B4"/>
                  <w:u w:val="single"/>
                </w:rPr>
                <w:id w:val="-508360646"/>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r w:rsidR="00E227FE" w14:paraId="5E0B217D"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5D7741E3" w14:textId="77777777" w:rsidR="00E227FE" w:rsidRDefault="00000000">
            <w:pPr>
              <w:spacing w:after="0"/>
            </w:pPr>
            <w:r>
              <w:rPr>
                <w:b/>
                <w:color w:val="1A365D"/>
                <w:sz w:val="19"/>
              </w:rPr>
              <w:t>Physical Street Address</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4327844C" w14:textId="533D6B47" w:rsidR="00E227FE" w:rsidRDefault="003C31DB">
            <w:pPr>
              <w:spacing w:after="0"/>
            </w:pPr>
            <w:sdt>
              <w:sdtPr>
                <w:rPr>
                  <w:color w:val="B4B4B4"/>
                  <w:u w:val="single"/>
                </w:rPr>
                <w:id w:val="-1627618328"/>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r w:rsidR="00E227FE" w14:paraId="52514FA8"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6C1095FE" w14:textId="77777777" w:rsidR="00E227FE" w:rsidRDefault="00000000">
            <w:pPr>
              <w:spacing w:after="0"/>
            </w:pPr>
            <w:r>
              <w:rPr>
                <w:b/>
                <w:color w:val="1A365D"/>
                <w:sz w:val="19"/>
              </w:rPr>
              <w:t>City, State, Zip Code</w:t>
            </w:r>
          </w:p>
        </w:tc>
        <w:sdt>
          <w:sdtPr>
            <w:id w:val="-25722381"/>
            <w:placeholder>
              <w:docPart w:val="DefaultPlaceholder_-1854013440"/>
            </w:placeholder>
            <w:showingPlcHdr/>
            <w:text/>
          </w:sdtPr>
          <w:sdtContent>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53572C74" w14:textId="5A601FC0" w:rsidR="00E227FE" w:rsidRDefault="003C31DB">
                <w:pPr>
                  <w:spacing w:after="0"/>
                </w:pPr>
                <w:r w:rsidRPr="00D5663C">
                  <w:rPr>
                    <w:rStyle w:val="PlaceholderText"/>
                  </w:rPr>
                  <w:t>Click or tap here to enter text.</w:t>
                </w:r>
              </w:p>
            </w:tc>
          </w:sdtContent>
        </w:sdt>
      </w:tr>
      <w:tr w:rsidR="00E227FE" w14:paraId="5F936B93"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1469C0FE" w14:textId="77777777" w:rsidR="00E227FE" w:rsidRDefault="00000000">
            <w:pPr>
              <w:spacing w:after="0"/>
            </w:pPr>
            <w:r>
              <w:rPr>
                <w:b/>
                <w:color w:val="1A365D"/>
                <w:sz w:val="19"/>
              </w:rPr>
              <w:t>Mailing Address (if different)</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381D8566" w14:textId="3C1F819E" w:rsidR="00E227FE" w:rsidRDefault="003C31DB">
            <w:pPr>
              <w:spacing w:after="0"/>
            </w:pPr>
            <w:sdt>
              <w:sdtPr>
                <w:rPr>
                  <w:color w:val="B4B4B4"/>
                  <w:u w:val="single"/>
                </w:rPr>
                <w:id w:val="-1811482691"/>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r w:rsidR="00E227FE" w14:paraId="3A41A091"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3592D838" w14:textId="77777777" w:rsidR="00E227FE" w:rsidRDefault="00000000">
            <w:pPr>
              <w:spacing w:after="0"/>
            </w:pPr>
            <w:r>
              <w:rPr>
                <w:b/>
                <w:color w:val="1A365D"/>
                <w:sz w:val="19"/>
              </w:rPr>
              <w:t>Primary Contact Name</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5D7DB2CF" w14:textId="27BEB436" w:rsidR="00E227FE" w:rsidRDefault="003C31DB">
            <w:pPr>
              <w:spacing w:after="0"/>
            </w:pPr>
            <w:sdt>
              <w:sdtPr>
                <w:rPr>
                  <w:color w:val="B4B4B4"/>
                  <w:u w:val="single"/>
                </w:rPr>
                <w:id w:val="-180664375"/>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r w:rsidR="00E227FE" w14:paraId="235D1878"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02B9ADB3" w14:textId="77777777" w:rsidR="00E227FE" w:rsidRDefault="00000000">
            <w:pPr>
              <w:spacing w:after="0"/>
            </w:pPr>
            <w:r>
              <w:rPr>
                <w:b/>
                <w:color w:val="1A365D"/>
                <w:sz w:val="19"/>
              </w:rPr>
              <w:t>Dispatch Email Address</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28496965" w14:textId="73EDB76D" w:rsidR="00E227FE" w:rsidRDefault="003C31DB">
            <w:pPr>
              <w:spacing w:after="0"/>
            </w:pPr>
            <w:sdt>
              <w:sdtPr>
                <w:rPr>
                  <w:color w:val="B4B4B4"/>
                  <w:u w:val="single"/>
                </w:rPr>
                <w:id w:val="81734947"/>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r w:rsidR="00E227FE" w14:paraId="7BA83727"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458076BB" w14:textId="77777777" w:rsidR="00E227FE" w:rsidRDefault="00000000">
            <w:pPr>
              <w:spacing w:after="0"/>
            </w:pPr>
            <w:r>
              <w:rPr>
                <w:b/>
                <w:color w:val="1A365D"/>
                <w:sz w:val="19"/>
              </w:rPr>
              <w:t>Office Phone Number</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6C57B42E" w14:textId="755F2752" w:rsidR="00E227FE" w:rsidRDefault="003C31DB">
            <w:pPr>
              <w:spacing w:after="0"/>
            </w:pPr>
            <w:sdt>
              <w:sdtPr>
                <w:rPr>
                  <w:color w:val="B4B4B4"/>
                  <w:u w:val="single"/>
                </w:rPr>
                <w:id w:val="185255081"/>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r w:rsidR="00E227FE" w14:paraId="1934EBD8"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7F58C97A" w14:textId="77777777" w:rsidR="00E227FE" w:rsidRDefault="00000000">
            <w:pPr>
              <w:spacing w:after="0"/>
            </w:pPr>
            <w:r>
              <w:rPr>
                <w:b/>
                <w:color w:val="1A365D"/>
                <w:sz w:val="19"/>
              </w:rPr>
              <w:t>Cell / After-Hours Phone</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0C364655" w14:textId="30D1057B" w:rsidR="00E227FE" w:rsidRDefault="003C31DB">
            <w:pPr>
              <w:spacing w:after="0"/>
            </w:pPr>
            <w:sdt>
              <w:sdtPr>
                <w:rPr>
                  <w:color w:val="B4B4B4"/>
                  <w:u w:val="single"/>
                </w:rPr>
                <w:id w:val="-47075561"/>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r w:rsidR="00E227FE" w14:paraId="7C960FDF"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1E488374" w14:textId="77777777" w:rsidR="00E227FE" w:rsidRDefault="00000000">
            <w:pPr>
              <w:spacing w:after="0"/>
            </w:pPr>
            <w:r>
              <w:rPr>
                <w:b/>
                <w:color w:val="1A365D"/>
                <w:sz w:val="19"/>
              </w:rPr>
              <w:t>Fax Number</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5EE7C5A4" w14:textId="6DB28E0F" w:rsidR="00E227FE" w:rsidRDefault="003C31DB">
            <w:pPr>
              <w:spacing w:after="0"/>
            </w:pPr>
            <w:sdt>
              <w:sdtPr>
                <w:rPr>
                  <w:color w:val="B4B4B4"/>
                  <w:u w:val="single"/>
                </w:rPr>
                <w:id w:val="1806733487"/>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r w:rsidR="00E227FE" w14:paraId="2A87AACF"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23EBE269" w14:textId="77777777" w:rsidR="00E227FE" w:rsidRDefault="00000000">
            <w:pPr>
              <w:spacing w:after="0"/>
            </w:pPr>
            <w:r>
              <w:rPr>
                <w:b/>
                <w:color w:val="1A365D"/>
                <w:sz w:val="19"/>
              </w:rPr>
              <w:t>Federal Tax ID (FEIN)</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2B59AE7D" w14:textId="1171DEC0" w:rsidR="00E227FE" w:rsidRDefault="003C31DB">
            <w:pPr>
              <w:spacing w:after="0"/>
            </w:pPr>
            <w:sdt>
              <w:sdtPr>
                <w:rPr>
                  <w:color w:val="B4B4B4"/>
                  <w:u w:val="single"/>
                </w:rPr>
                <w:id w:val="-1447314162"/>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r w:rsidR="00E227FE" w14:paraId="334A8C0E"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31B07FEC" w14:textId="77777777" w:rsidR="00E227FE" w:rsidRDefault="00000000">
            <w:pPr>
              <w:spacing w:after="0"/>
            </w:pPr>
            <w:r>
              <w:rPr>
                <w:b/>
                <w:color w:val="1A365D"/>
                <w:sz w:val="19"/>
              </w:rPr>
              <w:t>MC Number</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5B284777" w14:textId="769268C2" w:rsidR="00E227FE" w:rsidRDefault="003C31DB">
            <w:pPr>
              <w:spacing w:after="0"/>
            </w:pPr>
            <w:sdt>
              <w:sdtPr>
                <w:rPr>
                  <w:color w:val="B4B4B4"/>
                  <w:u w:val="single"/>
                </w:rPr>
                <w:id w:val="-1224678122"/>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r w:rsidR="00E227FE" w14:paraId="1260DE9E"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4DEBB72C" w14:textId="77777777" w:rsidR="00E227FE" w:rsidRDefault="00000000">
            <w:pPr>
              <w:spacing w:after="0"/>
            </w:pPr>
            <w:r>
              <w:rPr>
                <w:b/>
                <w:color w:val="1A365D"/>
                <w:sz w:val="19"/>
              </w:rPr>
              <w:t>USDOT Number</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66DEF4C4" w14:textId="0E8D16C5" w:rsidR="00E227FE" w:rsidRDefault="003C31DB">
            <w:pPr>
              <w:spacing w:after="0"/>
            </w:pPr>
            <w:sdt>
              <w:sdtPr>
                <w:rPr>
                  <w:color w:val="B4B4B4"/>
                  <w:u w:val="single"/>
                </w:rPr>
                <w:id w:val="752860023"/>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r w:rsidR="00E227FE" w14:paraId="5815B912"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29491DF4" w14:textId="77777777" w:rsidR="00E227FE" w:rsidRDefault="00000000">
            <w:pPr>
              <w:spacing w:after="0"/>
            </w:pPr>
            <w:r>
              <w:rPr>
                <w:b/>
                <w:color w:val="1A365D"/>
                <w:sz w:val="19"/>
              </w:rPr>
              <w:t>Factoring Company (if applicable)</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750EE936" w14:textId="3265DCC2" w:rsidR="00E227FE" w:rsidRDefault="00254689">
            <w:pPr>
              <w:spacing w:after="0"/>
            </w:pPr>
            <w:sdt>
              <w:sdtPr>
                <w:rPr>
                  <w:color w:val="B4B4B4"/>
                  <w:u w:val="single"/>
                </w:rPr>
                <w:id w:val="1206145224"/>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r w:rsidR="00E227FE" w14:paraId="4C92BB74"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5469DC80" w14:textId="77777777" w:rsidR="00E227FE" w:rsidRDefault="00000000">
            <w:pPr>
              <w:spacing w:after="0"/>
            </w:pPr>
            <w:r>
              <w:rPr>
                <w:b/>
                <w:color w:val="1A365D"/>
                <w:sz w:val="19"/>
              </w:rPr>
              <w:t>Remittance Email Address</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7C3D0917" w14:textId="1BA7278B" w:rsidR="00E227FE" w:rsidRDefault="00254689">
            <w:pPr>
              <w:spacing w:after="0"/>
            </w:pPr>
            <w:sdt>
              <w:sdtPr>
                <w:rPr>
                  <w:color w:val="B4B4B4"/>
                  <w:u w:val="single"/>
                </w:rPr>
                <w:id w:val="-1055237090"/>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r w:rsidR="00E227FE" w14:paraId="0D163DD5"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342E33F9" w14:textId="77777777" w:rsidR="00E227FE" w:rsidRDefault="00000000">
            <w:pPr>
              <w:spacing w:after="0"/>
            </w:pPr>
            <w:r>
              <w:rPr>
                <w:b/>
                <w:color w:val="1A365D"/>
                <w:sz w:val="19"/>
              </w:rPr>
              <w:t>Number of Power Units / Trailers</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6B8CA156" w14:textId="791C8E31" w:rsidR="00E227FE" w:rsidRDefault="00254689">
            <w:pPr>
              <w:spacing w:after="0"/>
            </w:pPr>
            <w:sdt>
              <w:sdtPr>
                <w:rPr>
                  <w:color w:val="B4B4B4"/>
                  <w:u w:val="single"/>
                </w:rPr>
                <w:id w:val="-347788290"/>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r w:rsidR="00E227FE" w14:paraId="6379DA0A"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294EC2E9" w14:textId="77777777" w:rsidR="00E227FE" w:rsidRDefault="00000000">
            <w:pPr>
              <w:spacing w:after="0"/>
            </w:pPr>
            <w:r>
              <w:rPr>
                <w:b/>
                <w:color w:val="1A365D"/>
                <w:sz w:val="19"/>
              </w:rPr>
              <w:t>Primary Equipment Types</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4D9836C4" w14:textId="2EB11039" w:rsidR="00E227FE" w:rsidRDefault="00254689">
            <w:pPr>
              <w:spacing w:after="0"/>
            </w:pPr>
            <w:sdt>
              <w:sdtPr>
                <w:rPr>
                  <w:color w:val="B4B4B4"/>
                  <w:u w:val="single"/>
                </w:rPr>
                <w:id w:val="1476950659"/>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bl>
    <w:p w14:paraId="54AE8D7E" w14:textId="77777777" w:rsidR="00E227FE" w:rsidRDefault="00E227FE">
      <w:pPr>
        <w:spacing w:after="120"/>
      </w:pPr>
    </w:p>
    <w:p w14:paraId="47770F23" w14:textId="77777777" w:rsidR="00E227FE" w:rsidRDefault="00000000">
      <w:r>
        <w:br w:type="page"/>
      </w:r>
    </w:p>
    <w:p w14:paraId="3D8C8EED" w14:textId="77777777" w:rsidR="00E227FE" w:rsidRDefault="00000000">
      <w:pPr>
        <w:keepNext/>
        <w:spacing w:before="240" w:after="120"/>
      </w:pPr>
      <w:r>
        <w:rPr>
          <w:b/>
          <w:color w:val="1A365D"/>
          <w:sz w:val="28"/>
        </w:rPr>
        <w:lastRenderedPageBreak/>
        <w:t>2. Direct Deposit (ACH) Authorization Agreement</w:t>
      </w:r>
    </w:p>
    <w:p w14:paraId="5453F270" w14:textId="77777777" w:rsidR="00E227FE" w:rsidRDefault="00000000">
      <w:r>
        <w:rPr>
          <w:b/>
        </w:rPr>
        <w:t xml:space="preserve">Company Name (Carrier): </w:t>
      </w:r>
      <w:r>
        <w:rPr>
          <w:u w:val="single"/>
        </w:rPr>
        <w:t xml:space="preserve">                                                  </w:t>
      </w:r>
    </w:p>
    <w:p w14:paraId="33889272" w14:textId="77777777" w:rsidR="00E227FE" w:rsidRDefault="00000000">
      <w:pPr>
        <w:spacing w:before="160"/>
      </w:pPr>
      <w:r>
        <w:rPr>
          <w:sz w:val="17"/>
        </w:rPr>
        <w:t>I (we) hereby authorize Pflipsen Logistics Inc., hereinafter called BROKER, to initiate credit entries and/or debit entries to my (our) Checking/Savings Account indicated below at the depository financial institution named below, hereinafter called DEPOSITORY. I (we) acknowledge that the origination of ACH transactions to my (our) account must comply with the provisions of U.S. law.</w:t>
      </w:r>
    </w:p>
    <w:tbl>
      <w:tblPr>
        <w:tblW w:w="0" w:type="auto"/>
        <w:jc w:val="center"/>
        <w:tblLayout w:type="fixed"/>
        <w:tblLook w:val="04A0" w:firstRow="1" w:lastRow="0" w:firstColumn="1" w:lastColumn="0" w:noHBand="0" w:noVBand="1"/>
      </w:tblPr>
      <w:tblGrid>
        <w:gridCol w:w="3600"/>
        <w:gridCol w:w="6480"/>
      </w:tblGrid>
      <w:tr w:rsidR="00E227FE" w14:paraId="31733242"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1966FE80" w14:textId="77777777" w:rsidR="00E227FE" w:rsidRDefault="00000000">
            <w:pPr>
              <w:spacing w:after="0"/>
            </w:pPr>
            <w:r>
              <w:rPr>
                <w:b/>
                <w:color w:val="1A365D"/>
                <w:sz w:val="19"/>
              </w:rPr>
              <w:t>Bank Depository Name</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1F3E3B3C" w14:textId="2E40C66C" w:rsidR="00E227FE" w:rsidRDefault="00254689">
            <w:pPr>
              <w:spacing w:after="0"/>
            </w:pPr>
            <w:sdt>
              <w:sdtPr>
                <w:rPr>
                  <w:color w:val="B4B4B4"/>
                  <w:u w:val="single"/>
                </w:rPr>
                <w:id w:val="1169987636"/>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r w:rsidR="00E227FE" w14:paraId="37E0BDA2"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2B5BD011" w14:textId="77777777" w:rsidR="00E227FE" w:rsidRDefault="00000000">
            <w:pPr>
              <w:spacing w:after="0"/>
            </w:pPr>
            <w:r>
              <w:rPr>
                <w:b/>
                <w:color w:val="1A365D"/>
                <w:sz w:val="19"/>
              </w:rPr>
              <w:t>Branch / City / State / Zip</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7C49D797" w14:textId="1DC7AA0F" w:rsidR="00E227FE" w:rsidRDefault="00254689">
            <w:pPr>
              <w:spacing w:after="0"/>
            </w:pPr>
            <w:sdt>
              <w:sdtPr>
                <w:rPr>
                  <w:color w:val="B4B4B4"/>
                  <w:u w:val="single"/>
                </w:rPr>
                <w:id w:val="-64190474"/>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r w:rsidR="00E227FE" w14:paraId="7A1C3426"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43D7BA68" w14:textId="77777777" w:rsidR="00E227FE" w:rsidRDefault="00000000">
            <w:pPr>
              <w:spacing w:after="0"/>
            </w:pPr>
            <w:r>
              <w:rPr>
                <w:b/>
                <w:color w:val="1A365D"/>
                <w:sz w:val="19"/>
              </w:rPr>
              <w:t>Routing Number (9 Digits)</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4616F75B" w14:textId="76E655F8" w:rsidR="00E227FE" w:rsidRDefault="00254689">
            <w:pPr>
              <w:spacing w:after="0"/>
            </w:pPr>
            <w:sdt>
              <w:sdtPr>
                <w:rPr>
                  <w:color w:val="B4B4B4"/>
                  <w:u w:val="single"/>
                </w:rPr>
                <w:id w:val="1036398313"/>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r w:rsidR="00E227FE" w14:paraId="7A1058F3"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27098AB2" w14:textId="77777777" w:rsidR="00E227FE" w:rsidRDefault="00000000">
            <w:pPr>
              <w:spacing w:after="0"/>
            </w:pPr>
            <w:r>
              <w:rPr>
                <w:b/>
                <w:color w:val="1A365D"/>
                <w:sz w:val="19"/>
              </w:rPr>
              <w:t>Account Number</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341A8FED" w14:textId="6BB986AA" w:rsidR="00E227FE" w:rsidRDefault="00254689">
            <w:pPr>
              <w:spacing w:after="0"/>
            </w:pPr>
            <w:sdt>
              <w:sdtPr>
                <w:rPr>
                  <w:color w:val="B4B4B4"/>
                  <w:u w:val="single"/>
                </w:rPr>
                <w:id w:val="1113247450"/>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r w:rsidR="00E227FE" w14:paraId="4E72B5DB"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60316B05" w14:textId="77777777" w:rsidR="00E227FE" w:rsidRDefault="00000000">
            <w:pPr>
              <w:spacing w:after="0"/>
            </w:pPr>
            <w:r>
              <w:rPr>
                <w:b/>
                <w:color w:val="1A365D"/>
                <w:sz w:val="19"/>
              </w:rPr>
              <w:t>Remittance Email Address</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62E38BAF" w14:textId="2D825ED6" w:rsidR="00E227FE" w:rsidRDefault="00254689">
            <w:pPr>
              <w:spacing w:after="0"/>
            </w:pPr>
            <w:sdt>
              <w:sdtPr>
                <w:rPr>
                  <w:color w:val="B4B4B4"/>
                  <w:u w:val="single"/>
                </w:rPr>
                <w:id w:val="360868402"/>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bl>
    <w:p w14:paraId="21B76103" w14:textId="77777777" w:rsidR="00E227FE" w:rsidRDefault="00E227FE">
      <w:pPr>
        <w:spacing w:after="120"/>
      </w:pPr>
    </w:p>
    <w:p w14:paraId="13116A63" w14:textId="77777777" w:rsidR="00E227FE" w:rsidRDefault="00000000">
      <w:r>
        <w:rPr>
          <w:b/>
          <w:color w:val="2B6CB0"/>
          <w:sz w:val="18"/>
        </w:rPr>
        <w:t>** PLEASE ATTACH / INCLUDE A VOIDED CHECK WITH THIS FORM **</w:t>
      </w:r>
    </w:p>
    <w:tbl>
      <w:tblPr>
        <w:tblW w:w="0" w:type="auto"/>
        <w:jc w:val="center"/>
        <w:tblLook w:val="04A0" w:firstRow="1" w:lastRow="0" w:firstColumn="1" w:lastColumn="0" w:noHBand="0" w:noVBand="1"/>
      </w:tblPr>
      <w:tblGrid>
        <w:gridCol w:w="5039"/>
        <w:gridCol w:w="5031"/>
      </w:tblGrid>
      <w:tr w:rsidR="00E227FE" w14:paraId="53F0F7E2" w14:textId="77777777">
        <w:trPr>
          <w:jc w:val="center"/>
        </w:trPr>
        <w:tc>
          <w:tcPr>
            <w:tcW w:w="5040" w:type="dxa"/>
            <w:tcBorders>
              <w:top w:val="single" w:sz="4" w:space="0" w:color="CBD5E0"/>
              <w:left w:val="single" w:sz="4" w:space="0" w:color="CBD5E0"/>
              <w:bottom w:val="single" w:sz="4" w:space="0" w:color="CBD5E0"/>
              <w:right w:val="single" w:sz="4" w:space="0" w:color="CBD5E0"/>
            </w:tcBorders>
            <w:shd w:val="clear" w:color="auto" w:fill="F7FAFC"/>
            <w:tcMar>
              <w:top w:w="120" w:type="dxa"/>
              <w:left w:w="150" w:type="dxa"/>
              <w:bottom w:w="120" w:type="dxa"/>
              <w:right w:w="150" w:type="dxa"/>
            </w:tcMar>
          </w:tcPr>
          <w:p w14:paraId="1E2B1795" w14:textId="77777777" w:rsidR="00E227FE" w:rsidRDefault="00000000">
            <w:r>
              <w:rPr>
                <w:b/>
              </w:rPr>
              <w:t>Accounts Receivable Contact (Print):</w:t>
            </w:r>
            <w:r>
              <w:rPr>
                <w:b/>
              </w:rPr>
              <w:br/>
            </w:r>
            <w:r>
              <w:t>________________________________________</w:t>
            </w:r>
          </w:p>
        </w:tc>
        <w:tc>
          <w:tcPr>
            <w:tcW w:w="5040" w:type="dxa"/>
            <w:tcBorders>
              <w:top w:val="single" w:sz="4" w:space="0" w:color="CBD5E0"/>
              <w:left w:val="single" w:sz="4" w:space="0" w:color="CBD5E0"/>
              <w:bottom w:val="single" w:sz="4" w:space="0" w:color="CBD5E0"/>
              <w:right w:val="single" w:sz="4" w:space="0" w:color="CBD5E0"/>
            </w:tcBorders>
            <w:shd w:val="clear" w:color="auto" w:fill="F7FAFC"/>
            <w:tcMar>
              <w:top w:w="120" w:type="dxa"/>
              <w:left w:w="150" w:type="dxa"/>
              <w:bottom w:w="120" w:type="dxa"/>
              <w:right w:w="150" w:type="dxa"/>
            </w:tcMar>
          </w:tcPr>
          <w:p w14:paraId="76346AC5" w14:textId="77777777" w:rsidR="00E227FE" w:rsidRDefault="00000000">
            <w:r>
              <w:rPr>
                <w:b/>
              </w:rPr>
              <w:t>Date:</w:t>
            </w:r>
            <w:r>
              <w:rPr>
                <w:b/>
              </w:rPr>
              <w:br/>
            </w:r>
            <w:r>
              <w:t>____________________</w:t>
            </w:r>
          </w:p>
        </w:tc>
      </w:tr>
      <w:tr w:rsidR="00E227FE" w14:paraId="1E67495B" w14:textId="77777777">
        <w:trPr>
          <w:jc w:val="center"/>
        </w:trPr>
        <w:tc>
          <w:tcPr>
            <w:tcW w:w="5040" w:type="dxa"/>
            <w:tcBorders>
              <w:top w:val="single" w:sz="4" w:space="0" w:color="CBD5E0"/>
              <w:left w:val="single" w:sz="4" w:space="0" w:color="CBD5E0"/>
              <w:bottom w:val="single" w:sz="4" w:space="0" w:color="CBD5E0"/>
              <w:right w:val="single" w:sz="4" w:space="0" w:color="CBD5E0"/>
            </w:tcBorders>
            <w:shd w:val="clear" w:color="auto" w:fill="F7FAFC"/>
            <w:tcMar>
              <w:top w:w="120" w:type="dxa"/>
              <w:left w:w="150" w:type="dxa"/>
              <w:bottom w:w="120" w:type="dxa"/>
              <w:right w:w="150" w:type="dxa"/>
            </w:tcMar>
          </w:tcPr>
          <w:p w14:paraId="5E627DBB" w14:textId="77777777" w:rsidR="00E227FE" w:rsidRDefault="00000000">
            <w:r>
              <w:rPr>
                <w:b/>
              </w:rPr>
              <w:t>Authorized Signature:</w:t>
            </w:r>
            <w:r>
              <w:rPr>
                <w:b/>
              </w:rPr>
              <w:br/>
            </w:r>
            <w:r>
              <w:t>________________________________________</w:t>
            </w:r>
          </w:p>
        </w:tc>
        <w:tc>
          <w:tcPr>
            <w:tcW w:w="5040" w:type="dxa"/>
            <w:tcBorders>
              <w:top w:val="single" w:sz="4" w:space="0" w:color="CBD5E0"/>
              <w:left w:val="single" w:sz="4" w:space="0" w:color="CBD5E0"/>
              <w:bottom w:val="single" w:sz="4" w:space="0" w:color="CBD5E0"/>
              <w:right w:val="single" w:sz="4" w:space="0" w:color="CBD5E0"/>
            </w:tcBorders>
            <w:shd w:val="clear" w:color="auto" w:fill="F7FAFC"/>
            <w:tcMar>
              <w:top w:w="120" w:type="dxa"/>
              <w:left w:w="150" w:type="dxa"/>
              <w:bottom w:w="120" w:type="dxa"/>
              <w:right w:w="150" w:type="dxa"/>
            </w:tcMar>
          </w:tcPr>
          <w:p w14:paraId="037E469B" w14:textId="77777777" w:rsidR="00E227FE" w:rsidRDefault="00000000">
            <w:r>
              <w:rPr>
                <w:b/>
              </w:rPr>
              <w:t>Title:</w:t>
            </w:r>
            <w:r>
              <w:rPr>
                <w:b/>
              </w:rPr>
              <w:br/>
            </w:r>
            <w:r>
              <w:t>____________________</w:t>
            </w:r>
          </w:p>
        </w:tc>
      </w:tr>
    </w:tbl>
    <w:p w14:paraId="7B75DF81" w14:textId="77777777" w:rsidR="00E227FE" w:rsidRDefault="00000000">
      <w:r>
        <w:br w:type="page"/>
      </w:r>
    </w:p>
    <w:p w14:paraId="740C4196" w14:textId="77777777" w:rsidR="00E227FE" w:rsidRDefault="00000000">
      <w:pPr>
        <w:keepNext/>
        <w:spacing w:before="240" w:after="120"/>
      </w:pPr>
      <w:r>
        <w:rPr>
          <w:b/>
          <w:color w:val="1A365D"/>
          <w:sz w:val="28"/>
        </w:rPr>
        <w:lastRenderedPageBreak/>
        <w:t>3. Workers Compensation Letter</w:t>
      </w:r>
    </w:p>
    <w:p w14:paraId="153CFCB9" w14:textId="77777777" w:rsidR="00E227FE" w:rsidRDefault="00000000">
      <w:pPr>
        <w:spacing w:before="120"/>
      </w:pPr>
      <w:r>
        <w:rPr>
          <w:b/>
        </w:rPr>
        <w:t>To: Pflipsen Logistics Inc.</w:t>
      </w:r>
      <w:r>
        <w:rPr>
          <w:b/>
        </w:rPr>
        <w:br/>
        <w:t>30469 Uhlenkolts Lake Rd.</w:t>
      </w:r>
      <w:r>
        <w:rPr>
          <w:b/>
        </w:rPr>
        <w:br/>
        <w:t>Melrose, MN 56352</w:t>
      </w:r>
    </w:p>
    <w:p w14:paraId="5FB807F7" w14:textId="3147F64E" w:rsidR="00E227FE" w:rsidRDefault="00000000">
      <w:pPr>
        <w:spacing w:before="200"/>
      </w:pPr>
      <w:r>
        <w:rPr>
          <w:sz w:val="18"/>
        </w:rPr>
        <w:t xml:space="preserve">I am a sole proprietor / independent business entity doing business as </w:t>
      </w:r>
      <w:r>
        <w:rPr>
          <w:u w:val="single"/>
        </w:rPr>
        <w:t>_</w:t>
      </w:r>
      <w:sdt>
        <w:sdtPr>
          <w:rPr>
            <w:u w:val="single"/>
          </w:rPr>
          <w:id w:val="-311556103"/>
          <w:placeholder>
            <w:docPart w:val="DefaultPlaceholder_-1854013440"/>
          </w:placeholder>
          <w:showingPlcHdr/>
          <w:text/>
        </w:sdtPr>
        <w:sdtContent>
          <w:r w:rsidR="00254689" w:rsidRPr="00D5663C">
            <w:rPr>
              <w:rStyle w:val="PlaceholderText"/>
            </w:rPr>
            <w:t>Click or tap here to enter text.</w:t>
          </w:r>
        </w:sdtContent>
      </w:sdt>
      <w:r>
        <w:rPr>
          <w:sz w:val="18"/>
        </w:rPr>
        <w:t>(name of business). I am performing work as an independent contractor for Pflipsen Logistics Inc. I am not an employee of Pflipsen Logistics Inc. for worker's compensation purposes, and therefore, I am not entitled to worker's compensation benefits from Pflipsen Logistics Inc. I understand that if I have any employees working for me, I must maintain worker's compensation insurance on them as required by applicable federal and state laws.</w:t>
      </w:r>
    </w:p>
    <w:tbl>
      <w:tblPr>
        <w:tblW w:w="0" w:type="auto"/>
        <w:jc w:val="center"/>
        <w:tblLayout w:type="fixed"/>
        <w:tblLook w:val="04A0" w:firstRow="1" w:lastRow="0" w:firstColumn="1" w:lastColumn="0" w:noHBand="0" w:noVBand="1"/>
      </w:tblPr>
      <w:tblGrid>
        <w:gridCol w:w="3600"/>
        <w:gridCol w:w="6480"/>
      </w:tblGrid>
      <w:tr w:rsidR="00E227FE" w14:paraId="3C1AB862"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321688DD" w14:textId="77777777" w:rsidR="00E227FE" w:rsidRDefault="00000000">
            <w:pPr>
              <w:spacing w:after="0"/>
            </w:pPr>
            <w:r>
              <w:rPr>
                <w:b/>
                <w:color w:val="1A365D"/>
                <w:sz w:val="19"/>
              </w:rPr>
              <w:t>Company Name</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258D62F9" w14:textId="7A9CF5B1" w:rsidR="00E227FE" w:rsidRDefault="00254689">
            <w:pPr>
              <w:spacing w:after="0"/>
            </w:pPr>
            <w:sdt>
              <w:sdtPr>
                <w:rPr>
                  <w:color w:val="B4B4B4"/>
                  <w:u w:val="single"/>
                </w:rPr>
                <w:id w:val="1922372137"/>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r w:rsidR="00E227FE" w14:paraId="3A4CA0D8"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68205DD8" w14:textId="77777777" w:rsidR="00E227FE" w:rsidRDefault="00000000">
            <w:pPr>
              <w:spacing w:after="0"/>
            </w:pPr>
            <w:r>
              <w:rPr>
                <w:b/>
                <w:color w:val="1A365D"/>
                <w:sz w:val="19"/>
              </w:rPr>
              <w:t>Address</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3CBD03EE" w14:textId="53F617E1" w:rsidR="00E227FE" w:rsidRDefault="00254689">
            <w:pPr>
              <w:spacing w:after="0"/>
            </w:pPr>
            <w:sdt>
              <w:sdtPr>
                <w:rPr>
                  <w:color w:val="B4B4B4"/>
                  <w:u w:val="single"/>
                </w:rPr>
                <w:id w:val="588506595"/>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r w:rsidR="00E227FE" w14:paraId="63869B1B" w14:textId="77777777">
        <w:trPr>
          <w:jc w:val="center"/>
        </w:trPr>
        <w:tc>
          <w:tcPr>
            <w:tcW w:w="3600" w:type="dxa"/>
            <w:tcBorders>
              <w:top w:val="single" w:sz="4" w:space="0" w:color="CBD5E0"/>
              <w:left w:val="single" w:sz="4" w:space="0" w:color="CBD5E0"/>
              <w:bottom w:val="single" w:sz="4" w:space="0" w:color="CBD5E0"/>
              <w:right w:val="single" w:sz="4" w:space="0" w:color="CBD5E0"/>
            </w:tcBorders>
            <w:shd w:val="clear" w:color="auto" w:fill="EDF2F7"/>
            <w:tcMar>
              <w:top w:w="100" w:type="dxa"/>
              <w:left w:w="150" w:type="dxa"/>
              <w:bottom w:w="100" w:type="dxa"/>
              <w:right w:w="150" w:type="dxa"/>
            </w:tcMar>
          </w:tcPr>
          <w:p w14:paraId="28C36113" w14:textId="77777777" w:rsidR="00E227FE" w:rsidRDefault="00000000">
            <w:pPr>
              <w:spacing w:after="0"/>
            </w:pPr>
            <w:r>
              <w:rPr>
                <w:b/>
                <w:color w:val="1A365D"/>
                <w:sz w:val="19"/>
              </w:rPr>
              <w:t>City, State, Zip</w:t>
            </w:r>
          </w:p>
        </w:tc>
        <w:tc>
          <w:tcPr>
            <w:tcW w:w="6480" w:type="dxa"/>
            <w:tcBorders>
              <w:top w:val="single" w:sz="4" w:space="0" w:color="CBD5E0"/>
              <w:left w:val="single" w:sz="4" w:space="0" w:color="CBD5E0"/>
              <w:bottom w:val="single" w:sz="4" w:space="0" w:color="CBD5E0"/>
              <w:right w:val="single" w:sz="4" w:space="0" w:color="CBD5E0"/>
            </w:tcBorders>
            <w:shd w:val="clear" w:color="auto" w:fill="F7FAFC"/>
            <w:tcMar>
              <w:top w:w="100" w:type="dxa"/>
              <w:left w:w="150" w:type="dxa"/>
              <w:bottom w:w="100" w:type="dxa"/>
              <w:right w:w="150" w:type="dxa"/>
            </w:tcMar>
          </w:tcPr>
          <w:p w14:paraId="6A6FF13D" w14:textId="33D1BB31" w:rsidR="00E227FE" w:rsidRDefault="00254689">
            <w:pPr>
              <w:spacing w:after="0"/>
            </w:pPr>
            <w:sdt>
              <w:sdtPr>
                <w:rPr>
                  <w:color w:val="B4B4B4"/>
                  <w:u w:val="single"/>
                </w:rPr>
                <w:id w:val="1330408073"/>
                <w:placeholder>
                  <w:docPart w:val="DefaultPlaceholder_-1854013440"/>
                </w:placeholder>
                <w:showingPlcHdr/>
                <w:text/>
              </w:sdtPr>
              <w:sdtContent>
                <w:r w:rsidRPr="00D5663C">
                  <w:rPr>
                    <w:rStyle w:val="PlaceholderText"/>
                  </w:rPr>
                  <w:t>Click or tap here to enter text.</w:t>
                </w:r>
              </w:sdtContent>
            </w:sdt>
            <w:r w:rsidR="00000000">
              <w:rPr>
                <w:color w:val="B4B4B4"/>
                <w:u w:val="single"/>
              </w:rPr>
              <w:t xml:space="preserve">                                          </w:t>
            </w:r>
          </w:p>
        </w:tc>
      </w:tr>
    </w:tbl>
    <w:p w14:paraId="3DF954DE" w14:textId="77777777" w:rsidR="00E227FE" w:rsidRDefault="00E227FE">
      <w:pPr>
        <w:spacing w:after="120"/>
      </w:pPr>
    </w:p>
    <w:tbl>
      <w:tblPr>
        <w:tblW w:w="0" w:type="auto"/>
        <w:jc w:val="center"/>
        <w:tblLook w:val="04A0" w:firstRow="1" w:lastRow="0" w:firstColumn="1" w:lastColumn="0" w:noHBand="0" w:noVBand="1"/>
      </w:tblPr>
      <w:tblGrid>
        <w:gridCol w:w="5035"/>
        <w:gridCol w:w="5035"/>
      </w:tblGrid>
      <w:tr w:rsidR="00E227FE" w14:paraId="742DAA07" w14:textId="77777777">
        <w:trPr>
          <w:jc w:val="center"/>
        </w:trPr>
        <w:tc>
          <w:tcPr>
            <w:tcW w:w="5040" w:type="dxa"/>
            <w:tcBorders>
              <w:top w:val="single" w:sz="4" w:space="0" w:color="CBD5E0"/>
              <w:left w:val="single" w:sz="4" w:space="0" w:color="CBD5E0"/>
              <w:bottom w:val="single" w:sz="4" w:space="0" w:color="CBD5E0"/>
              <w:right w:val="single" w:sz="4" w:space="0" w:color="CBD5E0"/>
            </w:tcBorders>
            <w:shd w:val="clear" w:color="auto" w:fill="F7FAFC"/>
            <w:tcMar>
              <w:top w:w="120" w:type="dxa"/>
              <w:left w:w="150" w:type="dxa"/>
              <w:bottom w:w="120" w:type="dxa"/>
              <w:right w:w="150" w:type="dxa"/>
            </w:tcMar>
          </w:tcPr>
          <w:p w14:paraId="21399E5E" w14:textId="311FD166" w:rsidR="00E227FE" w:rsidRDefault="00000000">
            <w:r>
              <w:rPr>
                <w:b/>
              </w:rPr>
              <w:t>Printed Name:</w:t>
            </w:r>
            <w:r>
              <w:rPr>
                <w:b/>
              </w:rPr>
              <w:br/>
            </w:r>
            <w:r>
              <w:t>_</w:t>
            </w:r>
            <w:sdt>
              <w:sdtPr>
                <w:id w:val="-2122442430"/>
                <w:placeholder>
                  <w:docPart w:val="DefaultPlaceholder_-1854013440"/>
                </w:placeholder>
                <w:showingPlcHdr/>
                <w:text/>
              </w:sdtPr>
              <w:sdtContent>
                <w:r w:rsidR="00254689" w:rsidRPr="00D5663C">
                  <w:rPr>
                    <w:rStyle w:val="PlaceholderText"/>
                  </w:rPr>
                  <w:t>Click or tap here to enter text.</w:t>
                </w:r>
              </w:sdtContent>
            </w:sdt>
          </w:p>
        </w:tc>
        <w:tc>
          <w:tcPr>
            <w:tcW w:w="5040" w:type="dxa"/>
            <w:tcBorders>
              <w:top w:val="single" w:sz="4" w:space="0" w:color="CBD5E0"/>
              <w:left w:val="single" w:sz="4" w:space="0" w:color="CBD5E0"/>
              <w:bottom w:val="single" w:sz="4" w:space="0" w:color="CBD5E0"/>
              <w:right w:val="single" w:sz="4" w:space="0" w:color="CBD5E0"/>
            </w:tcBorders>
            <w:shd w:val="clear" w:color="auto" w:fill="F7FAFC"/>
            <w:tcMar>
              <w:top w:w="120" w:type="dxa"/>
              <w:left w:w="150" w:type="dxa"/>
              <w:bottom w:w="120" w:type="dxa"/>
              <w:right w:w="150" w:type="dxa"/>
            </w:tcMar>
          </w:tcPr>
          <w:p w14:paraId="3A7D4E32" w14:textId="7CA4DA66" w:rsidR="00E227FE" w:rsidRDefault="00000000">
            <w:r>
              <w:rPr>
                <w:b/>
              </w:rPr>
              <w:t>Signature of Sole Proprietor / Officer:</w:t>
            </w:r>
            <w:r>
              <w:rPr>
                <w:b/>
              </w:rPr>
              <w:br/>
            </w:r>
            <w:sdt>
              <w:sdtPr>
                <w:id w:val="-1624756917"/>
                <w:placeholder>
                  <w:docPart w:val="DefaultPlaceholder_-1854013440"/>
                </w:placeholder>
                <w:showingPlcHdr/>
                <w:text/>
              </w:sdtPr>
              <w:sdtContent>
                <w:r w:rsidR="00254689" w:rsidRPr="00D5663C">
                  <w:rPr>
                    <w:rStyle w:val="PlaceholderText"/>
                  </w:rPr>
                  <w:t>Click or tap here to enter text.</w:t>
                </w:r>
              </w:sdtContent>
            </w:sdt>
          </w:p>
        </w:tc>
      </w:tr>
      <w:tr w:rsidR="00E227FE" w14:paraId="130BAEBF" w14:textId="77777777">
        <w:trPr>
          <w:jc w:val="center"/>
        </w:trPr>
        <w:tc>
          <w:tcPr>
            <w:tcW w:w="5040" w:type="dxa"/>
            <w:tcBorders>
              <w:top w:val="single" w:sz="4" w:space="0" w:color="CBD5E0"/>
              <w:left w:val="single" w:sz="4" w:space="0" w:color="CBD5E0"/>
              <w:bottom w:val="single" w:sz="4" w:space="0" w:color="CBD5E0"/>
              <w:right w:val="single" w:sz="4" w:space="0" w:color="CBD5E0"/>
            </w:tcBorders>
            <w:shd w:val="clear" w:color="auto" w:fill="F7FAFC"/>
            <w:tcMar>
              <w:top w:w="120" w:type="dxa"/>
              <w:left w:w="150" w:type="dxa"/>
              <w:bottom w:w="120" w:type="dxa"/>
              <w:right w:w="150" w:type="dxa"/>
            </w:tcMar>
          </w:tcPr>
          <w:p w14:paraId="16E0D4E4" w14:textId="26116F9D" w:rsidR="00E227FE" w:rsidRDefault="00000000">
            <w:r>
              <w:rPr>
                <w:b/>
              </w:rPr>
              <w:t>Title:</w:t>
            </w:r>
            <w:r>
              <w:rPr>
                <w:b/>
              </w:rPr>
              <w:br/>
            </w:r>
            <w:sdt>
              <w:sdtPr>
                <w:id w:val="-1918232834"/>
                <w:placeholder>
                  <w:docPart w:val="DefaultPlaceholder_-1854013440"/>
                </w:placeholder>
                <w:showingPlcHdr/>
                <w:text/>
              </w:sdtPr>
              <w:sdtContent>
                <w:r w:rsidR="00254689" w:rsidRPr="00D5663C">
                  <w:rPr>
                    <w:rStyle w:val="PlaceholderText"/>
                  </w:rPr>
                  <w:t>Click or tap here to enter text.</w:t>
                </w:r>
              </w:sdtContent>
            </w:sdt>
          </w:p>
        </w:tc>
        <w:tc>
          <w:tcPr>
            <w:tcW w:w="5040" w:type="dxa"/>
            <w:tcBorders>
              <w:top w:val="single" w:sz="4" w:space="0" w:color="CBD5E0"/>
              <w:left w:val="single" w:sz="4" w:space="0" w:color="CBD5E0"/>
              <w:bottom w:val="single" w:sz="4" w:space="0" w:color="CBD5E0"/>
              <w:right w:val="single" w:sz="4" w:space="0" w:color="CBD5E0"/>
            </w:tcBorders>
            <w:shd w:val="clear" w:color="auto" w:fill="F7FAFC"/>
            <w:tcMar>
              <w:top w:w="120" w:type="dxa"/>
              <w:left w:w="150" w:type="dxa"/>
              <w:bottom w:w="120" w:type="dxa"/>
              <w:right w:w="150" w:type="dxa"/>
            </w:tcMar>
          </w:tcPr>
          <w:p w14:paraId="4A53FC87" w14:textId="598D91D3" w:rsidR="00E227FE" w:rsidRDefault="00000000">
            <w:r>
              <w:rPr>
                <w:b/>
              </w:rPr>
              <w:t>Date:</w:t>
            </w:r>
            <w:r>
              <w:rPr>
                <w:b/>
              </w:rPr>
              <w:br/>
            </w:r>
            <w:sdt>
              <w:sdtPr>
                <w:id w:val="293493166"/>
                <w:placeholder>
                  <w:docPart w:val="DefaultPlaceholder_-1854013440"/>
                </w:placeholder>
                <w:showingPlcHdr/>
                <w:text/>
              </w:sdtPr>
              <w:sdtContent>
                <w:r w:rsidR="00254689" w:rsidRPr="00D5663C">
                  <w:rPr>
                    <w:rStyle w:val="PlaceholderText"/>
                  </w:rPr>
                  <w:t>Click or tap here to enter text.</w:t>
                </w:r>
              </w:sdtContent>
            </w:sdt>
          </w:p>
        </w:tc>
      </w:tr>
    </w:tbl>
    <w:p w14:paraId="423B97D9" w14:textId="77777777" w:rsidR="00E227FE" w:rsidRDefault="00000000">
      <w:r>
        <w:br w:type="page"/>
      </w:r>
    </w:p>
    <w:p w14:paraId="033D3E19" w14:textId="77777777" w:rsidR="00E227FE" w:rsidRDefault="00000000">
      <w:pPr>
        <w:keepNext/>
        <w:spacing w:before="240" w:after="120"/>
      </w:pPr>
      <w:r>
        <w:rPr>
          <w:b/>
          <w:color w:val="1A365D"/>
          <w:sz w:val="28"/>
        </w:rPr>
        <w:lastRenderedPageBreak/>
        <w:t>4. Broker - Carrier Agreement</w:t>
      </w:r>
    </w:p>
    <w:p w14:paraId="5F83E586" w14:textId="38D5E990" w:rsidR="00E227FE" w:rsidRDefault="00000000">
      <w:pPr>
        <w:spacing w:before="120"/>
      </w:pPr>
      <w:r>
        <w:rPr>
          <w:sz w:val="17"/>
        </w:rPr>
        <w:t xml:space="preserve">This Agreement is entered into by and between Pflipsen Logistics Inc. ("BROKER"), a Registered Property Broker, with principal offices at 30469 Uhlenkolts Lake Rd., Melrose, MN 56352, and </w:t>
      </w:r>
      <w:sdt>
        <w:sdtPr>
          <w:rPr>
            <w:sz w:val="17"/>
          </w:rPr>
          <w:id w:val="1273741496"/>
          <w:placeholder>
            <w:docPart w:val="DefaultPlaceholder_-1854013440"/>
          </w:placeholder>
          <w:showingPlcHdr/>
          <w:text/>
        </w:sdtPr>
        <w:sdtContent>
          <w:r w:rsidR="00254689" w:rsidRPr="00D5663C">
            <w:rPr>
              <w:rStyle w:val="PlaceholderText"/>
            </w:rPr>
            <w:t>Click or tap here to enter text.</w:t>
          </w:r>
        </w:sdtContent>
      </w:sdt>
      <w:r>
        <w:rPr>
          <w:sz w:val="17"/>
        </w:rPr>
        <w:t xml:space="preserve"> ("CARRIER"), MC No. </w:t>
      </w:r>
      <w:sdt>
        <w:sdtPr>
          <w:rPr>
            <w:sz w:val="17"/>
          </w:rPr>
          <w:id w:val="-416322225"/>
          <w:placeholder>
            <w:docPart w:val="DefaultPlaceholder_-1854013440"/>
          </w:placeholder>
          <w:showingPlcHdr/>
          <w:text/>
        </w:sdtPr>
        <w:sdtContent>
          <w:r w:rsidR="00254689" w:rsidRPr="00D5663C">
            <w:rPr>
              <w:rStyle w:val="PlaceholderText"/>
            </w:rPr>
            <w:t>Click or tap here to enter text.</w:t>
          </w:r>
        </w:sdtContent>
      </w:sdt>
      <w:r>
        <w:rPr>
          <w:sz w:val="17"/>
        </w:rPr>
        <w:t xml:space="preserve"> and USDOT No. </w:t>
      </w:r>
      <w:sdt>
        <w:sdtPr>
          <w:rPr>
            <w:sz w:val="17"/>
          </w:rPr>
          <w:id w:val="-340392849"/>
          <w:placeholder>
            <w:docPart w:val="DefaultPlaceholder_-1854013440"/>
          </w:placeholder>
          <w:showingPlcHdr/>
          <w:text/>
        </w:sdtPr>
        <w:sdtContent>
          <w:r w:rsidR="00254689" w:rsidRPr="00D5663C">
            <w:rPr>
              <w:rStyle w:val="PlaceholderText"/>
            </w:rPr>
            <w:t>Click or tap here to enter text.</w:t>
          </w:r>
        </w:sdtContent>
      </w:sdt>
      <w:r>
        <w:rPr>
          <w:sz w:val="17"/>
        </w:rPr>
        <w:t>; collectively, the "Parties".</w:t>
      </w:r>
    </w:p>
    <w:p w14:paraId="62093878" w14:textId="77777777" w:rsidR="00E227FE" w:rsidRDefault="00000000">
      <w:pPr>
        <w:keepNext/>
        <w:spacing w:before="200" w:after="80"/>
      </w:pPr>
      <w:r>
        <w:rPr>
          <w:b/>
          <w:color w:val="2B6CB0"/>
          <w:sz w:val="22"/>
        </w:rPr>
        <w:t>1. CARRIER REPRESENTS AND WARRANTS THAT IT:</w:t>
      </w:r>
    </w:p>
    <w:p w14:paraId="16C84EEE" w14:textId="77777777" w:rsidR="00E227FE" w:rsidRDefault="00000000">
      <w:pPr>
        <w:spacing w:before="40" w:after="40"/>
      </w:pPr>
      <w:r>
        <w:rPr>
          <w:sz w:val="17"/>
        </w:rPr>
        <w:t>A. Is a Registered Motor Carrier of Property authorized to provide transportation of property under contracts with shippers and receivers and/or brokers of general commodities.</w:t>
      </w:r>
    </w:p>
    <w:p w14:paraId="1D88B331" w14:textId="77777777" w:rsidR="00E227FE" w:rsidRDefault="00000000">
      <w:pPr>
        <w:spacing w:before="40" w:after="40"/>
      </w:pPr>
      <w:r>
        <w:rPr>
          <w:sz w:val="17"/>
        </w:rPr>
        <w:t>B. Shall transport the property under its own operating authority and subject to the terms of this Agreement.</w:t>
      </w:r>
    </w:p>
    <w:p w14:paraId="204F1128" w14:textId="77777777" w:rsidR="00E227FE" w:rsidRDefault="00000000">
      <w:pPr>
        <w:spacing w:before="40" w:after="40"/>
      </w:pPr>
      <w:r>
        <w:rPr>
          <w:sz w:val="17"/>
        </w:rPr>
        <w:t>C. Makes the representations herein for the purpose of inducing BROKER to enter into this Agreement.</w:t>
      </w:r>
    </w:p>
    <w:p w14:paraId="1451E168" w14:textId="77777777" w:rsidR="00E227FE" w:rsidRDefault="00000000">
      <w:pPr>
        <w:spacing w:before="40" w:after="40"/>
      </w:pPr>
      <w:r>
        <w:rPr>
          <w:sz w:val="17"/>
        </w:rPr>
        <w:t>D. Agrees that a Shipper's insertion of BROKER's name as the carrier on a bill of lading shall be for Shipper's convenience only and shall not change BROKER's status as a property broker nor CARRIER's status as a motor carrier.</w:t>
      </w:r>
    </w:p>
    <w:p w14:paraId="24411D43" w14:textId="77777777" w:rsidR="00E227FE" w:rsidRDefault="00000000">
      <w:pPr>
        <w:spacing w:before="40" w:after="40"/>
      </w:pPr>
      <w:r>
        <w:rPr>
          <w:sz w:val="17"/>
        </w:rPr>
        <w:t>E. Will not broker, re-broker, subcontract, assign or interline the shipments hereunder without prior written consent of BROKER.</w:t>
      </w:r>
    </w:p>
    <w:p w14:paraId="710C5BF1" w14:textId="77777777" w:rsidR="00E227FE" w:rsidRDefault="00000000">
      <w:pPr>
        <w:spacing w:before="40" w:after="40"/>
      </w:pPr>
      <w:r>
        <w:rPr>
          <w:sz w:val="17"/>
        </w:rPr>
        <w:t>F. Is in, and shall maintain compliance during the term of this Agreement with, all applicable federal, state and local laws relating to the provision of its services including transportation of Hazardous Materials, food safety regulations, and driver qualification requirements.</w:t>
      </w:r>
    </w:p>
    <w:p w14:paraId="02302D22" w14:textId="77777777" w:rsidR="00E227FE" w:rsidRDefault="00000000">
      <w:pPr>
        <w:spacing w:before="40" w:after="40"/>
      </w:pPr>
      <w:r>
        <w:rPr>
          <w:sz w:val="17"/>
        </w:rPr>
        <w:t>G. Will notify BROKER immediately if its federal Operating Authority is revoked, suspended, or rendered inactive for any reason.</w:t>
      </w:r>
    </w:p>
    <w:p w14:paraId="0D401924" w14:textId="77777777" w:rsidR="00E227FE" w:rsidRDefault="00000000">
      <w:pPr>
        <w:spacing w:before="40" w:after="40"/>
      </w:pPr>
      <w:r>
        <w:rPr>
          <w:sz w:val="17"/>
        </w:rPr>
        <w:t>H. Indemnity Provisions: CARRIER shall defend, indemnify and save harmless BROKER, BROKER's customers, shippers and consignees from any and all liabilities, claims, lawsuits, actions, demands and judgments arising from transportation services provided under this Agreement.</w:t>
      </w:r>
    </w:p>
    <w:p w14:paraId="6F113EDD" w14:textId="77777777" w:rsidR="00E227FE" w:rsidRDefault="00000000">
      <w:pPr>
        <w:spacing w:before="40" w:after="40"/>
      </w:pPr>
      <w:r>
        <w:rPr>
          <w:sz w:val="17"/>
        </w:rPr>
        <w:t>I. CARRIER agrees that at no time during the term of its contract with BROKER shall it have an "Unsatisfactory" or "Unfit" safety rating as determined by the FMCSA.</w:t>
      </w:r>
    </w:p>
    <w:p w14:paraId="03A58B62" w14:textId="77777777" w:rsidR="00E227FE" w:rsidRDefault="00000000">
      <w:pPr>
        <w:keepNext/>
        <w:spacing w:before="200" w:after="80"/>
      </w:pPr>
      <w:r>
        <w:rPr>
          <w:b/>
          <w:color w:val="2B6CB0"/>
          <w:sz w:val="22"/>
        </w:rPr>
        <w:t>2. BROKER RESPONSIBILITIES:</w:t>
      </w:r>
    </w:p>
    <w:p w14:paraId="00E0D08C" w14:textId="77777777" w:rsidR="00E227FE" w:rsidRDefault="00000000">
      <w:pPr>
        <w:spacing w:before="40" w:after="40"/>
      </w:pPr>
      <w:r>
        <w:rPr>
          <w:sz w:val="17"/>
        </w:rPr>
        <w:t>A. BROKER agrees to solicit and obtain freight transportation business for CARRIER and offer CARRIER at least one (1) load annually.</w:t>
      </w:r>
    </w:p>
    <w:p w14:paraId="4BAD4933" w14:textId="77777777" w:rsidR="00E227FE" w:rsidRDefault="00000000">
      <w:pPr>
        <w:spacing w:before="40" w:after="40"/>
      </w:pPr>
      <w:r>
        <w:rPr>
          <w:sz w:val="17"/>
        </w:rPr>
        <w:t>B. BROKER agrees to conduct all billing services to shippers and consignees.</w:t>
      </w:r>
    </w:p>
    <w:p w14:paraId="51DE082A" w14:textId="77777777" w:rsidR="00E227FE" w:rsidRDefault="00000000">
      <w:pPr>
        <w:spacing w:before="40" w:after="40"/>
      </w:pPr>
      <w:r>
        <w:rPr>
          <w:sz w:val="17"/>
        </w:rPr>
        <w:t>C. PAYMENT: BROKER agrees to pay CARRIER's invoice within 30 days of receipt of legible copy of bill of lading, invoice, and required delivery documents.</w:t>
      </w:r>
    </w:p>
    <w:p w14:paraId="4DEC0202" w14:textId="77777777" w:rsidR="00E227FE" w:rsidRDefault="00000000">
      <w:pPr>
        <w:keepNext/>
        <w:spacing w:before="200" w:after="80"/>
      </w:pPr>
      <w:r>
        <w:rPr>
          <w:b/>
          <w:color w:val="2B6CB0"/>
          <w:sz w:val="22"/>
        </w:rPr>
        <w:t>3. CARRIER RESPONSIBILITIES &amp; INSURANCE:</w:t>
      </w:r>
    </w:p>
    <w:p w14:paraId="7215DCE4" w14:textId="77777777" w:rsidR="00E227FE" w:rsidRDefault="00000000">
      <w:pPr>
        <w:spacing w:before="40" w:after="40"/>
      </w:pPr>
      <w:r>
        <w:rPr>
          <w:sz w:val="17"/>
        </w:rPr>
        <w:t>A. EQUIPMENT: CARRIER agrees to provide necessary equipment and qualified personnel for completion of services.</w:t>
      </w:r>
    </w:p>
    <w:p w14:paraId="4BC812AF" w14:textId="77777777" w:rsidR="00E227FE" w:rsidRDefault="00000000">
      <w:pPr>
        <w:spacing w:before="40" w:after="40"/>
      </w:pPr>
      <w:r>
        <w:rPr>
          <w:sz w:val="17"/>
        </w:rPr>
        <w:t>B. LOSS &amp; DAMAGE CLAIMS: CARRIER's liability for cargo damage, loss, or theft shall be determined under the Carmack Amendment (49 U.S.C. § 14706) up to a maximum liability of $100,000 unless agreed otherwise in writing.</w:t>
      </w:r>
    </w:p>
    <w:p w14:paraId="5581A727" w14:textId="77777777" w:rsidR="00E227FE" w:rsidRDefault="00000000">
      <w:pPr>
        <w:spacing w:before="40" w:after="40"/>
      </w:pPr>
      <w:r>
        <w:rPr>
          <w:sz w:val="17"/>
        </w:rPr>
        <w:t>C. INSURANCE: CARRIER shall maintain General Liability ($1,000,000), Auto Liability ($1,000,000), Cargo Insurance ($100,000), and Workers' Compensation as required by law.</w:t>
      </w:r>
    </w:p>
    <w:p w14:paraId="69F66C5D" w14:textId="77777777" w:rsidR="00E227FE" w:rsidRDefault="00000000">
      <w:pPr>
        <w:keepNext/>
        <w:spacing w:before="200" w:after="80"/>
      </w:pPr>
      <w:r>
        <w:rPr>
          <w:b/>
          <w:color w:val="2B6CB0"/>
          <w:sz w:val="22"/>
        </w:rPr>
        <w:t>4. MISCELLANEOUS:</w:t>
      </w:r>
    </w:p>
    <w:p w14:paraId="2DA82CE3" w14:textId="77777777" w:rsidR="00E227FE" w:rsidRDefault="00000000">
      <w:pPr>
        <w:spacing w:before="40" w:after="40"/>
      </w:pPr>
      <w:r>
        <w:rPr>
          <w:sz w:val="17"/>
        </w:rPr>
        <w:t>A. INDEPENDENT CONTRACTOR: The relationship of the Parties shall at all times be that of independent contractors.</w:t>
      </w:r>
    </w:p>
    <w:p w14:paraId="27CED908" w14:textId="77777777" w:rsidR="00E227FE" w:rsidRDefault="00000000">
      <w:pPr>
        <w:spacing w:before="40" w:after="40"/>
      </w:pPr>
      <w:r>
        <w:rPr>
          <w:sz w:val="17"/>
        </w:rPr>
        <w:t>B. NON-SOLICITATION: CARRIER agrees not to solicit freight directly from BROKER's customers for a period of 18 months following termination.</w:t>
      </w:r>
    </w:p>
    <w:p w14:paraId="4568D635" w14:textId="77777777" w:rsidR="00E227FE" w:rsidRDefault="00000000">
      <w:r>
        <w:br w:type="page"/>
      </w:r>
    </w:p>
    <w:p w14:paraId="61EE81F9" w14:textId="77777777" w:rsidR="00E227FE" w:rsidRDefault="00000000">
      <w:pPr>
        <w:keepNext/>
        <w:spacing w:before="240" w:after="120"/>
      </w:pPr>
      <w:r>
        <w:rPr>
          <w:b/>
          <w:color w:val="1A365D"/>
          <w:sz w:val="28"/>
        </w:rPr>
        <w:lastRenderedPageBreak/>
        <w:t>Broker - Carrier Agreement (Signature Page)</w:t>
      </w:r>
    </w:p>
    <w:p w14:paraId="15FD1BAE" w14:textId="77777777" w:rsidR="00E227FE" w:rsidRDefault="00000000">
      <w:pPr>
        <w:spacing w:before="160" w:after="240"/>
      </w:pPr>
      <w:r>
        <w:rPr>
          <w:b/>
          <w:sz w:val="19"/>
        </w:rPr>
        <w:t>IN WITNESS WHEREOF, the Parties have executed this Agreement as of the date written below:</w:t>
      </w:r>
    </w:p>
    <w:tbl>
      <w:tblPr>
        <w:tblW w:w="0" w:type="auto"/>
        <w:jc w:val="center"/>
        <w:tblLook w:val="04A0" w:firstRow="1" w:lastRow="0" w:firstColumn="1" w:lastColumn="0" w:noHBand="0" w:noVBand="1"/>
      </w:tblPr>
      <w:tblGrid>
        <w:gridCol w:w="5037"/>
        <w:gridCol w:w="5033"/>
      </w:tblGrid>
      <w:tr w:rsidR="00E227FE" w14:paraId="068AF73E" w14:textId="77777777">
        <w:trPr>
          <w:jc w:val="center"/>
        </w:trPr>
        <w:tc>
          <w:tcPr>
            <w:tcW w:w="5040" w:type="dxa"/>
            <w:tcBorders>
              <w:top w:val="single" w:sz="4" w:space="0" w:color="CBD5E0"/>
              <w:left w:val="single" w:sz="4" w:space="0" w:color="CBD5E0"/>
              <w:bottom w:val="single" w:sz="4" w:space="0" w:color="CBD5E0"/>
              <w:right w:val="single" w:sz="4" w:space="0" w:color="CBD5E0"/>
            </w:tcBorders>
            <w:shd w:val="clear" w:color="auto" w:fill="F7FAFC"/>
            <w:tcMar>
              <w:top w:w="150" w:type="dxa"/>
              <w:left w:w="150" w:type="dxa"/>
              <w:bottom w:w="150" w:type="dxa"/>
              <w:right w:w="150" w:type="dxa"/>
            </w:tcMar>
          </w:tcPr>
          <w:p w14:paraId="2A1B9D1B" w14:textId="4F05D178" w:rsidR="00E227FE" w:rsidRDefault="00000000">
            <w:r>
              <w:rPr>
                <w:b/>
              </w:rPr>
              <w:t>BROKER: Pflipsen Logistics Inc.</w:t>
            </w:r>
            <w:r>
              <w:rPr>
                <w:b/>
              </w:rPr>
              <w:br/>
            </w:r>
            <w:r>
              <w:rPr>
                <w:b/>
              </w:rPr>
              <w:br/>
            </w:r>
            <w:r>
              <w:t>By (Signature):</w:t>
            </w:r>
            <w:r>
              <w:br/>
            </w:r>
            <w:sdt>
              <w:sdtPr>
                <w:id w:val="-807164156"/>
                <w:placeholder>
                  <w:docPart w:val="DefaultPlaceholder_-1854013440"/>
                </w:placeholder>
                <w:showingPlcHdr/>
                <w:text/>
              </w:sdtPr>
              <w:sdtContent>
                <w:r w:rsidR="00254689" w:rsidRPr="00D5663C">
                  <w:rPr>
                    <w:rStyle w:val="PlaceholderText"/>
                  </w:rPr>
                  <w:t>Click or tap here to enter text.</w:t>
                </w:r>
              </w:sdtContent>
            </w:sdt>
            <w:r>
              <w:br/>
            </w:r>
            <w:r>
              <w:br/>
            </w:r>
            <w:r>
              <w:rPr>
                <w:b/>
              </w:rPr>
              <w:t>Print Name:</w:t>
            </w:r>
            <w:r>
              <w:rPr>
                <w:b/>
              </w:rPr>
              <w:br/>
            </w:r>
            <w:r>
              <w:t>Pflipsen Logistics Inc.</w:t>
            </w:r>
            <w:r>
              <w:br/>
            </w:r>
            <w:r>
              <w:br/>
            </w:r>
            <w:r>
              <w:rPr>
                <w:b/>
              </w:rPr>
              <w:t>Title:</w:t>
            </w:r>
            <w:r>
              <w:rPr>
                <w:b/>
              </w:rPr>
              <w:br/>
            </w:r>
            <w:r w:rsidR="00254689">
              <w:t>Dispatch</w:t>
            </w:r>
            <w:r>
              <w:br/>
            </w:r>
            <w:r>
              <w:br/>
              <w:t xml:space="preserve">Address: 30469 </w:t>
            </w:r>
            <w:proofErr w:type="spellStart"/>
            <w:r>
              <w:t>Uhlenkolts</w:t>
            </w:r>
            <w:proofErr w:type="spellEnd"/>
            <w:r>
              <w:t xml:space="preserve"> Lake Rd.</w:t>
            </w:r>
            <w:r>
              <w:br/>
              <w:t>Melrose, MN 56352</w:t>
            </w:r>
            <w:r>
              <w:br/>
              <w:t>Phone: 320-256-7320</w:t>
            </w:r>
            <w:r>
              <w:br/>
              <w:t>Email: logistics@pflipsencompanies.com</w:t>
            </w:r>
          </w:p>
        </w:tc>
        <w:tc>
          <w:tcPr>
            <w:tcW w:w="5040" w:type="dxa"/>
            <w:tcBorders>
              <w:top w:val="single" w:sz="4" w:space="0" w:color="CBD5E0"/>
              <w:left w:val="single" w:sz="4" w:space="0" w:color="CBD5E0"/>
              <w:bottom w:val="single" w:sz="4" w:space="0" w:color="CBD5E0"/>
              <w:right w:val="single" w:sz="4" w:space="0" w:color="CBD5E0"/>
            </w:tcBorders>
            <w:shd w:val="clear" w:color="auto" w:fill="F7FAFC"/>
            <w:tcMar>
              <w:top w:w="150" w:type="dxa"/>
              <w:left w:w="150" w:type="dxa"/>
              <w:bottom w:w="150" w:type="dxa"/>
              <w:right w:w="150" w:type="dxa"/>
            </w:tcMar>
          </w:tcPr>
          <w:p w14:paraId="0066E5CF" w14:textId="161F122A" w:rsidR="00E227FE" w:rsidRDefault="00000000">
            <w:r>
              <w:rPr>
                <w:b/>
              </w:rPr>
              <w:t>CARRIER:</w:t>
            </w:r>
            <w:r>
              <w:rPr>
                <w:b/>
              </w:rPr>
              <w:br/>
            </w:r>
            <w:r>
              <w:rPr>
                <w:b/>
              </w:rPr>
              <w:br/>
            </w:r>
            <w:r>
              <w:t>By (Signature):</w:t>
            </w:r>
            <w:r>
              <w:br/>
            </w:r>
            <w:sdt>
              <w:sdtPr>
                <w:id w:val="-1933583007"/>
                <w:placeholder>
                  <w:docPart w:val="DefaultPlaceholder_-1854013440"/>
                </w:placeholder>
                <w:showingPlcHdr/>
                <w:text/>
              </w:sdtPr>
              <w:sdtContent>
                <w:r w:rsidR="00254689" w:rsidRPr="00D5663C">
                  <w:rPr>
                    <w:rStyle w:val="PlaceholderText"/>
                  </w:rPr>
                  <w:t>Click or tap here to enter text.</w:t>
                </w:r>
              </w:sdtContent>
            </w:sdt>
            <w:r>
              <w:br/>
            </w:r>
            <w:r>
              <w:br/>
              <w:t>Print Name:</w:t>
            </w:r>
            <w:r>
              <w:br/>
            </w:r>
            <w:sdt>
              <w:sdtPr>
                <w:id w:val="-1034043559"/>
                <w:placeholder>
                  <w:docPart w:val="DefaultPlaceholder_-1854013440"/>
                </w:placeholder>
                <w:showingPlcHdr/>
                <w:text/>
              </w:sdtPr>
              <w:sdtContent>
                <w:r w:rsidR="00254689" w:rsidRPr="00D5663C">
                  <w:rPr>
                    <w:rStyle w:val="PlaceholderText"/>
                  </w:rPr>
                  <w:t>Click or tap here to enter text.</w:t>
                </w:r>
              </w:sdtContent>
            </w:sdt>
            <w:r>
              <w:br/>
            </w:r>
            <w:r>
              <w:br/>
              <w:t>Title:</w:t>
            </w:r>
            <w:r>
              <w:br/>
            </w:r>
            <w:sdt>
              <w:sdtPr>
                <w:id w:val="1606460894"/>
                <w:placeholder>
                  <w:docPart w:val="DefaultPlaceholder_-1854013440"/>
                </w:placeholder>
                <w:showingPlcHdr/>
                <w:text/>
              </w:sdtPr>
              <w:sdtContent>
                <w:r w:rsidR="00254689" w:rsidRPr="00D5663C">
                  <w:rPr>
                    <w:rStyle w:val="PlaceholderText"/>
                  </w:rPr>
                  <w:t>Click or tap here to enter text.</w:t>
                </w:r>
              </w:sdtContent>
            </w:sdt>
            <w:r>
              <w:br/>
            </w:r>
            <w:r>
              <w:br/>
              <w:t>Date:</w:t>
            </w:r>
            <w:r>
              <w:br/>
            </w:r>
            <w:sdt>
              <w:sdtPr>
                <w:id w:val="-984538045"/>
                <w:placeholder>
                  <w:docPart w:val="DefaultPlaceholder_-1854013440"/>
                </w:placeholder>
                <w:showingPlcHdr/>
                <w:text/>
              </w:sdtPr>
              <w:sdtContent>
                <w:r w:rsidR="00254689" w:rsidRPr="00D5663C">
                  <w:rPr>
                    <w:rStyle w:val="PlaceholderText"/>
                  </w:rPr>
                  <w:t>Click or tap here to enter text.</w:t>
                </w:r>
              </w:sdtContent>
            </w:sdt>
            <w:r>
              <w:br/>
            </w:r>
            <w:r>
              <w:br/>
              <w:t>Phone:</w:t>
            </w:r>
            <w:r>
              <w:br/>
            </w:r>
            <w:sdt>
              <w:sdtPr>
                <w:id w:val="-558474047"/>
                <w:placeholder>
                  <w:docPart w:val="DefaultPlaceholder_-1854013440"/>
                </w:placeholder>
                <w:showingPlcHdr/>
                <w:text/>
              </w:sdtPr>
              <w:sdtContent>
                <w:r w:rsidR="00254689" w:rsidRPr="00D5663C">
                  <w:rPr>
                    <w:rStyle w:val="PlaceholderText"/>
                  </w:rPr>
                  <w:t>Click or tap here to enter text.</w:t>
                </w:r>
              </w:sdtContent>
            </w:sdt>
            <w:r>
              <w:br/>
            </w:r>
            <w:r>
              <w:br/>
              <w:t>Email:</w:t>
            </w:r>
            <w:r>
              <w:br/>
            </w:r>
            <w:sdt>
              <w:sdtPr>
                <w:id w:val="-2044821415"/>
                <w:placeholder>
                  <w:docPart w:val="DefaultPlaceholder_-1854013440"/>
                </w:placeholder>
                <w:showingPlcHdr/>
                <w:text/>
              </w:sdtPr>
              <w:sdtContent>
                <w:r w:rsidR="00254689" w:rsidRPr="00D5663C">
                  <w:rPr>
                    <w:rStyle w:val="PlaceholderText"/>
                  </w:rPr>
                  <w:t>Click or tap here to enter text.</w:t>
                </w:r>
              </w:sdtContent>
            </w:sdt>
          </w:p>
        </w:tc>
      </w:tr>
    </w:tbl>
    <w:p w14:paraId="1C3BAC1E" w14:textId="77777777" w:rsidR="005C7B2C" w:rsidRDefault="005C7B2C"/>
    <w:sectPr w:rsidR="005C7B2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52407208">
    <w:abstractNumId w:val="8"/>
  </w:num>
  <w:num w:numId="2" w16cid:durableId="689378888">
    <w:abstractNumId w:val="6"/>
  </w:num>
  <w:num w:numId="3" w16cid:durableId="441922208">
    <w:abstractNumId w:val="5"/>
  </w:num>
  <w:num w:numId="4" w16cid:durableId="1121923557">
    <w:abstractNumId w:val="4"/>
  </w:num>
  <w:num w:numId="5" w16cid:durableId="963147613">
    <w:abstractNumId w:val="7"/>
  </w:num>
  <w:num w:numId="6" w16cid:durableId="87585327">
    <w:abstractNumId w:val="3"/>
  </w:num>
  <w:num w:numId="7" w16cid:durableId="1368531806">
    <w:abstractNumId w:val="2"/>
  </w:num>
  <w:num w:numId="8" w16cid:durableId="1851945841">
    <w:abstractNumId w:val="1"/>
  </w:num>
  <w:num w:numId="9" w16cid:durableId="1083333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54689"/>
    <w:rsid w:val="0029639D"/>
    <w:rsid w:val="002F2C7A"/>
    <w:rsid w:val="00326F90"/>
    <w:rsid w:val="003C31DB"/>
    <w:rsid w:val="005C7B2C"/>
    <w:rsid w:val="00AA1D8D"/>
    <w:rsid w:val="00B47730"/>
    <w:rsid w:val="00CB0664"/>
    <w:rsid w:val="00E227F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18AA7B"/>
  <w14:defaultImageDpi w14:val="330"/>
  <w15:docId w15:val="{326E7A0F-FE61-46C3-871F-3B23C3D3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222222"/>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3C31D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3418A89-A83A-430F-A29B-A3C78B9C277B}"/>
      </w:docPartPr>
      <w:docPartBody>
        <w:p w:rsidR="00000000" w:rsidRDefault="00DD09E4">
          <w:r w:rsidRPr="00D5663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9E4"/>
    <w:rsid w:val="00295C32"/>
    <w:rsid w:val="002F2C7A"/>
    <w:rsid w:val="00DD0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09E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1353</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Eric Peterson</cp:lastModifiedBy>
  <cp:revision>2</cp:revision>
  <dcterms:created xsi:type="dcterms:W3CDTF">2026-09-04T17:35:00Z</dcterms:created>
  <dcterms:modified xsi:type="dcterms:W3CDTF">2026-09-04T17:35:00Z</dcterms:modified>
  <cp:category/>
</cp:coreProperties>
</file>