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549DC" w14:textId="77777777" w:rsidR="00B83A9F" w:rsidRPr="00F454AB" w:rsidRDefault="00B83A9F" w:rsidP="00B83A9F">
      <w:pPr>
        <w:jc w:val="center"/>
        <w:rPr>
          <w:rFonts w:asciiTheme="majorHAnsi" w:hAnsiTheme="majorHAnsi" w:cstheme="majorHAnsi"/>
        </w:rPr>
      </w:pPr>
      <w:r w:rsidRPr="00F454AB">
        <w:rPr>
          <w:rFonts w:asciiTheme="majorHAnsi" w:hAnsiTheme="majorHAnsi" w:cstheme="majorHAnsi"/>
        </w:rPr>
        <w:t>Confidential – For Client Use Only</w:t>
      </w:r>
    </w:p>
    <w:p w14:paraId="50BF599C" w14:textId="7A05AD7B" w:rsidR="006664D1" w:rsidRPr="00F454AB" w:rsidRDefault="006664D1" w:rsidP="006664D1">
      <w:pPr>
        <w:pStyle w:val="Heading1"/>
        <w:jc w:val="center"/>
        <w:rPr>
          <w:rFonts w:cstheme="majorHAnsi"/>
          <w:sz w:val="48"/>
          <w:szCs w:val="48"/>
        </w:rPr>
      </w:pPr>
      <w:bookmarkStart w:id="0" w:name="_Toc216248324"/>
      <w:r w:rsidRPr="00F454AB">
        <w:rPr>
          <w:rFonts w:cstheme="majorHAnsi"/>
          <w:sz w:val="48"/>
          <w:szCs w:val="48"/>
        </w:rPr>
        <w:t>Cyber Security Testing</w:t>
      </w:r>
      <w:r w:rsidR="00A7776E">
        <w:rPr>
          <w:rFonts w:cstheme="majorHAnsi"/>
          <w:sz w:val="48"/>
          <w:szCs w:val="48"/>
        </w:rPr>
        <w:t xml:space="preserve"> Questionnaire</w:t>
      </w:r>
      <w:bookmarkEnd w:id="0"/>
    </w:p>
    <w:p w14:paraId="680E5AD3" w14:textId="77777777" w:rsidR="00B83A9F" w:rsidRPr="00F454AB" w:rsidRDefault="00B83A9F" w:rsidP="007837E1">
      <w:pPr>
        <w:rPr>
          <w:rFonts w:asciiTheme="majorHAnsi" w:hAnsiTheme="majorHAnsi" w:cstheme="majorHAnsi"/>
          <w:b/>
          <w:bCs/>
        </w:rPr>
      </w:pPr>
      <w:r w:rsidRPr="00F454AB">
        <w:rPr>
          <w:rFonts w:asciiTheme="majorHAnsi" w:hAnsiTheme="majorHAnsi" w:cstheme="majorHAnsi"/>
          <w:b/>
          <w:bCs/>
        </w:rPr>
        <w:t>Information</w:t>
      </w:r>
    </w:p>
    <w:tbl>
      <w:tblPr>
        <w:tblStyle w:val="LightShading-Accent1"/>
        <w:tblW w:w="9072" w:type="dxa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80" w:firstRow="0" w:lastRow="0" w:firstColumn="1" w:lastColumn="0" w:noHBand="0" w:noVBand="1"/>
      </w:tblPr>
      <w:tblGrid>
        <w:gridCol w:w="2405"/>
        <w:gridCol w:w="6667"/>
      </w:tblGrid>
      <w:tr w:rsidR="00F454AB" w:rsidRPr="00F454AB" w14:paraId="5CEE69FA" w14:textId="77777777" w:rsidTr="00E47E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09BF2D1E" w14:textId="77777777" w:rsidR="00B83A9F" w:rsidRPr="00A7776E" w:rsidRDefault="00B83A9F" w:rsidP="00B83A9F">
            <w:pPr>
              <w:pStyle w:val="IntegrityPTStandardText"/>
              <w:jc w:val="center"/>
              <w:rPr>
                <w:rFonts w:asciiTheme="majorHAnsi" w:hAnsiTheme="majorHAnsi" w:cstheme="majorHAnsi"/>
                <w:color w:val="FFFFFF" w:themeColor="background1"/>
                <w:sz w:val="26"/>
                <w:szCs w:val="26"/>
              </w:rPr>
            </w:pPr>
            <w:r w:rsidRPr="00A7776E">
              <w:rPr>
                <w:rFonts w:asciiTheme="majorHAnsi" w:hAnsiTheme="majorHAnsi" w:cstheme="majorHAnsi"/>
                <w:color w:val="FFFFFF" w:themeColor="background1"/>
                <w:sz w:val="26"/>
                <w:szCs w:val="26"/>
              </w:rPr>
              <w:t>Author</w:t>
            </w:r>
          </w:p>
        </w:tc>
        <w:tc>
          <w:tcPr>
            <w:tcW w:w="6667" w:type="dxa"/>
            <w:tcBorders>
              <w:top w:val="nil"/>
              <w:left w:val="single" w:sz="4" w:space="0" w:color="FFFFFF" w:themeColor="background1"/>
              <w:bottom w:val="nil"/>
            </w:tcBorders>
            <w:shd w:val="clear" w:color="auto" w:fill="F2F2F2" w:themeFill="background1" w:themeFillShade="F2"/>
          </w:tcPr>
          <w:p w14:paraId="063290EC" w14:textId="2752580A" w:rsidR="00B83A9F" w:rsidRPr="00F454AB" w:rsidRDefault="00B83A9F" w:rsidP="00B83A9F">
            <w:pPr>
              <w:pStyle w:val="IntegrityPTStandard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F454AB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Name</w:t>
            </w:r>
          </w:p>
        </w:tc>
      </w:tr>
      <w:tr w:rsidR="00A7776E" w:rsidRPr="00F454AB" w14:paraId="5747C475" w14:textId="77777777" w:rsidTr="00E47E4E">
        <w:trPr>
          <w:trHeight w:val="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28A9B49C" w14:textId="07E8133C" w:rsidR="00A7776E" w:rsidRPr="00A7776E" w:rsidRDefault="00A7776E" w:rsidP="00B83A9F">
            <w:pPr>
              <w:pStyle w:val="IntegrityPTStandardText"/>
              <w:jc w:val="center"/>
              <w:rPr>
                <w:rFonts w:asciiTheme="majorHAnsi" w:hAnsiTheme="majorHAnsi" w:cstheme="majorHAnsi"/>
                <w:color w:val="FFFFFF" w:themeColor="background1"/>
                <w:sz w:val="26"/>
                <w:szCs w:val="26"/>
              </w:rPr>
            </w:pPr>
            <w:r w:rsidRPr="00A7776E">
              <w:rPr>
                <w:rFonts w:asciiTheme="majorHAnsi" w:hAnsiTheme="majorHAnsi" w:cstheme="majorHAnsi"/>
                <w:color w:val="FFFFFF" w:themeColor="background1"/>
                <w:sz w:val="26"/>
                <w:szCs w:val="26"/>
              </w:rPr>
              <w:t>Email</w:t>
            </w:r>
          </w:p>
        </w:tc>
        <w:tc>
          <w:tcPr>
            <w:tcW w:w="6667" w:type="dxa"/>
            <w:tcBorders>
              <w:top w:val="nil"/>
              <w:left w:val="single" w:sz="4" w:space="0" w:color="FFFFFF" w:themeColor="background1"/>
              <w:bottom w:val="nil"/>
            </w:tcBorders>
            <w:shd w:val="clear" w:color="auto" w:fill="F2F2F2" w:themeFill="background1" w:themeFillShade="F2"/>
          </w:tcPr>
          <w:p w14:paraId="1182857D" w14:textId="1BA2E7B3" w:rsidR="00A7776E" w:rsidRPr="00F454AB" w:rsidRDefault="00A7776E" w:rsidP="00B83A9F">
            <w:pPr>
              <w:pStyle w:val="IntegrityPTStandard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F454AB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Email</w:t>
            </w:r>
          </w:p>
        </w:tc>
      </w:tr>
      <w:tr w:rsidR="00F454AB" w:rsidRPr="00F454AB" w14:paraId="37A03897" w14:textId="77777777" w:rsidTr="00E47E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4150D3F5" w14:textId="0A03E840" w:rsidR="00B83A9F" w:rsidRPr="00A7776E" w:rsidRDefault="00A7776E" w:rsidP="00B83A9F">
            <w:pPr>
              <w:pStyle w:val="IntegrityPTStandardText"/>
              <w:jc w:val="center"/>
              <w:rPr>
                <w:rFonts w:asciiTheme="majorHAnsi" w:hAnsiTheme="majorHAnsi" w:cstheme="majorHAnsi"/>
                <w:color w:val="FFFFFF" w:themeColor="background1"/>
                <w:sz w:val="26"/>
                <w:szCs w:val="26"/>
              </w:rPr>
            </w:pPr>
            <w:r w:rsidRPr="00A7776E">
              <w:rPr>
                <w:rFonts w:asciiTheme="majorHAnsi" w:hAnsiTheme="majorHAnsi" w:cstheme="majorHAnsi"/>
                <w:bCs w:val="0"/>
                <w:color w:val="FFFFFF" w:themeColor="background1"/>
                <w:sz w:val="26"/>
                <w:szCs w:val="26"/>
              </w:rPr>
              <w:t>Company</w:t>
            </w:r>
          </w:p>
        </w:tc>
        <w:tc>
          <w:tcPr>
            <w:tcW w:w="6667" w:type="dxa"/>
            <w:tcBorders>
              <w:top w:val="nil"/>
              <w:left w:val="single" w:sz="4" w:space="0" w:color="FFFFFF" w:themeColor="background1"/>
              <w:bottom w:val="nil"/>
            </w:tcBorders>
            <w:shd w:val="clear" w:color="auto" w:fill="F2F2F2" w:themeFill="background1" w:themeFillShade="F2"/>
          </w:tcPr>
          <w:p w14:paraId="54E0300D" w14:textId="52F199C5" w:rsidR="00B83A9F" w:rsidRPr="00F454AB" w:rsidRDefault="00B83A9F" w:rsidP="00B83A9F">
            <w:pPr>
              <w:pStyle w:val="IntegrityPTStandard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</w:p>
        </w:tc>
      </w:tr>
      <w:tr w:rsidR="00F454AB" w:rsidRPr="00F454AB" w14:paraId="75789429" w14:textId="77777777" w:rsidTr="00E47E4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7D3719C6" w14:textId="77777777" w:rsidR="00B83A9F" w:rsidRPr="00F454AB" w:rsidRDefault="00B83A9F" w:rsidP="00B83A9F">
            <w:pPr>
              <w:pStyle w:val="IntegrityPTStandardText"/>
              <w:jc w:val="center"/>
              <w:rPr>
                <w:rFonts w:asciiTheme="majorHAnsi" w:hAnsiTheme="majorHAnsi" w:cstheme="majorHAnsi"/>
                <w:color w:val="auto"/>
                <w:sz w:val="26"/>
                <w:szCs w:val="26"/>
              </w:rPr>
            </w:pPr>
            <w:r w:rsidRPr="00F454AB">
              <w:rPr>
                <w:rFonts w:asciiTheme="majorHAnsi" w:hAnsiTheme="majorHAnsi" w:cstheme="majorHAnsi"/>
                <w:bCs w:val="0"/>
                <w:color w:val="auto"/>
                <w:sz w:val="26"/>
                <w:szCs w:val="26"/>
              </w:rPr>
              <w:t>Classification</w:t>
            </w:r>
          </w:p>
        </w:tc>
        <w:tc>
          <w:tcPr>
            <w:tcW w:w="6667" w:type="dxa"/>
            <w:tcBorders>
              <w:top w:val="nil"/>
              <w:left w:val="single" w:sz="4" w:space="0" w:color="FFFFFF" w:themeColor="background1"/>
              <w:bottom w:val="nil"/>
            </w:tcBorders>
            <w:shd w:val="clear" w:color="auto" w:fill="F2F2F2" w:themeFill="background1" w:themeFillShade="F2"/>
          </w:tcPr>
          <w:p w14:paraId="45E4CC25" w14:textId="77777777" w:rsidR="00B83A9F" w:rsidRPr="00F454AB" w:rsidRDefault="00B83A9F" w:rsidP="00B83A9F">
            <w:pPr>
              <w:pStyle w:val="IntegrityPTStandard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F454AB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RESTRICTED</w:t>
            </w:r>
          </w:p>
        </w:tc>
      </w:tr>
    </w:tbl>
    <w:p w14:paraId="739AA765" w14:textId="77777777" w:rsidR="00B83A9F" w:rsidRDefault="00B83A9F">
      <w:pPr>
        <w:rPr>
          <w:rFonts w:asciiTheme="majorHAnsi" w:hAnsiTheme="majorHAnsi" w:cstheme="majorHAnsi"/>
        </w:rPr>
      </w:pPr>
    </w:p>
    <w:p w14:paraId="4F4BD052" w14:textId="77777777" w:rsidR="00A7776E" w:rsidRDefault="00A7776E">
      <w:pPr>
        <w:rPr>
          <w:rFonts w:asciiTheme="majorHAnsi" w:hAnsiTheme="majorHAnsi" w:cstheme="majorHAnsi"/>
        </w:rPr>
      </w:pPr>
    </w:p>
    <w:p w14:paraId="6774F4A2" w14:textId="77777777" w:rsidR="00A7776E" w:rsidRPr="00F454AB" w:rsidRDefault="00A7776E">
      <w:pPr>
        <w:rPr>
          <w:rFonts w:asciiTheme="majorHAnsi" w:hAnsiTheme="majorHAnsi" w:cstheme="majorHAnsi"/>
        </w:rPr>
      </w:pPr>
    </w:p>
    <w:sdt>
      <w:sdtPr>
        <w:rPr>
          <w:rFonts w:asciiTheme="minorHAnsi" w:eastAsiaTheme="minorEastAsia" w:hAnsiTheme="minorHAnsi" w:cstheme="majorHAnsi"/>
          <w:b w:val="0"/>
          <w:bCs w:val="0"/>
          <w:sz w:val="22"/>
          <w:szCs w:val="22"/>
        </w:rPr>
        <w:id w:val="-187614178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F14C14F" w14:textId="77777777" w:rsidR="007837E1" w:rsidRPr="00F454AB" w:rsidRDefault="007837E1">
          <w:pPr>
            <w:pStyle w:val="TOCHeading"/>
            <w:rPr>
              <w:rFonts w:cstheme="majorHAnsi"/>
            </w:rPr>
          </w:pPr>
          <w:r w:rsidRPr="00F454AB">
            <w:rPr>
              <w:rFonts w:cstheme="majorHAnsi"/>
            </w:rPr>
            <w:t>Contents</w:t>
          </w:r>
        </w:p>
        <w:p w14:paraId="15E48399" w14:textId="7DD3111E" w:rsidR="00A7776E" w:rsidRDefault="007837E1">
          <w:pPr>
            <w:pStyle w:val="TOC1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 w:rsidRPr="00F454AB">
            <w:rPr>
              <w:rFonts w:asciiTheme="majorHAnsi" w:hAnsiTheme="majorHAnsi" w:cstheme="majorHAnsi"/>
            </w:rPr>
            <w:fldChar w:fldCharType="begin"/>
          </w:r>
          <w:r w:rsidRPr="00F454AB">
            <w:rPr>
              <w:rFonts w:asciiTheme="majorHAnsi" w:hAnsiTheme="majorHAnsi" w:cstheme="majorHAnsi"/>
            </w:rPr>
            <w:instrText xml:space="preserve"> TOC \o "1-3" \h \z \u </w:instrText>
          </w:r>
          <w:r w:rsidRPr="00F454AB">
            <w:rPr>
              <w:rFonts w:asciiTheme="majorHAnsi" w:hAnsiTheme="majorHAnsi" w:cstheme="majorHAnsi"/>
            </w:rPr>
            <w:fldChar w:fldCharType="separate"/>
          </w:r>
          <w:hyperlink w:anchor="_Toc216248324" w:history="1">
            <w:r w:rsidR="00A7776E" w:rsidRPr="00455FC8">
              <w:rPr>
                <w:rStyle w:val="Hyperlink"/>
                <w:rFonts w:cstheme="majorHAnsi"/>
                <w:noProof/>
              </w:rPr>
              <w:t>Cyber Security Testing Questionnaire</w:t>
            </w:r>
            <w:r w:rsidR="00A7776E">
              <w:rPr>
                <w:noProof/>
                <w:webHidden/>
              </w:rPr>
              <w:tab/>
            </w:r>
            <w:r w:rsidR="00A7776E">
              <w:rPr>
                <w:noProof/>
                <w:webHidden/>
              </w:rPr>
              <w:fldChar w:fldCharType="begin"/>
            </w:r>
            <w:r w:rsidR="00A7776E">
              <w:rPr>
                <w:noProof/>
                <w:webHidden/>
              </w:rPr>
              <w:instrText xml:space="preserve"> PAGEREF _Toc216248324 \h </w:instrText>
            </w:r>
            <w:r w:rsidR="00A7776E">
              <w:rPr>
                <w:noProof/>
                <w:webHidden/>
              </w:rPr>
            </w:r>
            <w:r w:rsidR="00A7776E">
              <w:rPr>
                <w:noProof/>
                <w:webHidden/>
              </w:rPr>
              <w:fldChar w:fldCharType="separate"/>
            </w:r>
            <w:r w:rsidR="00A7776E">
              <w:rPr>
                <w:noProof/>
                <w:webHidden/>
              </w:rPr>
              <w:t>1</w:t>
            </w:r>
            <w:r w:rsidR="00A7776E">
              <w:rPr>
                <w:noProof/>
                <w:webHidden/>
              </w:rPr>
              <w:fldChar w:fldCharType="end"/>
            </w:r>
          </w:hyperlink>
        </w:p>
        <w:p w14:paraId="7A9934D5" w14:textId="57688928" w:rsidR="00A7776E" w:rsidRDefault="00A7776E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16248325" w:history="1">
            <w:r w:rsidRPr="00455FC8">
              <w:rPr>
                <w:rStyle w:val="Hyperlink"/>
                <w:rFonts w:eastAsia="Calibri" w:cstheme="majorHAnsi"/>
                <w:noProof/>
                <w:lang w:val="en-IE"/>
              </w:rPr>
              <w:t>NETWORK VULNERABILITY ASSESSMENT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_Toc216248325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8CCEAE" w14:textId="465B07B9" w:rsidR="00A7776E" w:rsidRDefault="00A7776E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16248326" w:history="1">
            <w:r w:rsidRPr="00455FC8">
              <w:rPr>
                <w:rStyle w:val="Hyperlink"/>
                <w:rFonts w:eastAsia="Calibri" w:cstheme="majorHAnsi"/>
                <w:noProof/>
                <w:lang w:val="en-IE"/>
              </w:rPr>
              <w:t>NETWORK PENETRATION TEST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_Toc216248326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E1DA6D" w14:textId="26C080DF" w:rsidR="00A7776E" w:rsidRDefault="00A7776E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16248327" w:history="1">
            <w:r w:rsidRPr="00455FC8">
              <w:rPr>
                <w:rStyle w:val="Hyperlink"/>
                <w:rFonts w:eastAsia="Calibri" w:cstheme="majorHAnsi"/>
                <w:noProof/>
                <w:lang w:val="en-IE"/>
              </w:rPr>
              <w:t>WEB APPLICATION PENETRATION TEST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_Toc216248327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85730B" w14:textId="6465549E" w:rsidR="00A7776E" w:rsidRDefault="00A7776E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16248328" w:history="1">
            <w:r w:rsidRPr="00455FC8">
              <w:rPr>
                <w:rStyle w:val="Hyperlink"/>
                <w:rFonts w:eastAsia="Calibri" w:cstheme="majorHAnsi"/>
                <w:noProof/>
                <w:lang w:val="en-IE"/>
              </w:rPr>
              <w:t>MOBILE APP PENETRATION TEST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_Toc216248328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9B58F8" w14:textId="32904DFB" w:rsidR="00A7776E" w:rsidRDefault="00A7776E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16248329" w:history="1">
            <w:r w:rsidRPr="00455FC8">
              <w:rPr>
                <w:rStyle w:val="Hyperlink"/>
                <w:rFonts w:eastAsia="Calibri" w:cstheme="majorHAnsi"/>
                <w:noProof/>
                <w:lang w:val="en-IE"/>
              </w:rPr>
              <w:t>MOBILE DEVICE BUILD REVIEW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_Toc216248329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B0F21E" w14:textId="2524B68A" w:rsidR="00A7776E" w:rsidRDefault="00A7776E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16248330" w:history="1">
            <w:r w:rsidRPr="00455FC8">
              <w:rPr>
                <w:rStyle w:val="Hyperlink"/>
                <w:rFonts w:eastAsia="Calibri" w:cstheme="majorHAnsi"/>
                <w:noProof/>
                <w:lang w:val="en-IE"/>
              </w:rPr>
              <w:t>SERVER BUILD REVIEW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_Toc216248330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454271" w14:textId="7D450284" w:rsidR="00A7776E" w:rsidRDefault="00A7776E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16248331" w:history="1">
            <w:r w:rsidRPr="00455FC8">
              <w:rPr>
                <w:rStyle w:val="Hyperlink"/>
                <w:rFonts w:eastAsia="Calibri" w:cstheme="majorHAnsi"/>
                <w:noProof/>
                <w:lang w:val="en-IE"/>
              </w:rPr>
              <w:t>WORKSTATION/DESKTOP/LAPTOP BUILD REVIEW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_Toc216248331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129ED9" w14:textId="1E03B97D" w:rsidR="00A7776E" w:rsidRDefault="00A7776E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16248332" w:history="1">
            <w:r w:rsidRPr="00455FC8">
              <w:rPr>
                <w:rStyle w:val="Hyperlink"/>
                <w:rFonts w:eastAsia="Calibri" w:cstheme="majorHAnsi"/>
                <w:noProof/>
                <w:lang w:val="en-IE"/>
              </w:rPr>
              <w:t>WEB API PENETRATION TEST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_Toc216248332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64D4B6" w14:textId="76F93270" w:rsidR="00A7776E" w:rsidRDefault="00A7776E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16248333" w:history="1">
            <w:r w:rsidRPr="00455FC8">
              <w:rPr>
                <w:rStyle w:val="Hyperlink"/>
                <w:rFonts w:eastAsia="Calibri" w:cstheme="majorHAnsi"/>
                <w:noProof/>
                <w:lang w:val="en-IE"/>
              </w:rPr>
              <w:t>NETWORK DEVICE CONFIGURATION REVIEW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_Toc216248333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40F07C" w14:textId="0EC4EEB9" w:rsidR="00A7776E" w:rsidRDefault="00A7776E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16248334" w:history="1">
            <w:r w:rsidRPr="00455FC8">
              <w:rPr>
                <w:rStyle w:val="Hyperlink"/>
                <w:rFonts w:eastAsia="Calibri" w:cstheme="majorHAnsi"/>
                <w:noProof/>
                <w:lang w:val="en-IE"/>
              </w:rPr>
              <w:t>WIRELESS NETWORK PENETRATION TEST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_Toc216248334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567887" w14:textId="097AAAFF" w:rsidR="00A7776E" w:rsidRDefault="00A7776E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16248335" w:history="1">
            <w:r w:rsidRPr="00455FC8">
              <w:rPr>
                <w:rStyle w:val="Hyperlink"/>
                <w:rFonts w:eastAsia="Calibri" w:cstheme="majorHAnsi"/>
                <w:noProof/>
                <w:lang w:val="en-IE"/>
              </w:rPr>
              <w:t>PHYSICAL INTRUSION SECURITY ASSESSMENT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_Toc216248335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5A89DB" w14:textId="6328FA2E" w:rsidR="00A7776E" w:rsidRDefault="00A7776E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16248336" w:history="1">
            <w:r w:rsidRPr="00455FC8">
              <w:rPr>
                <w:rStyle w:val="Hyperlink"/>
                <w:rFonts w:eastAsia="Calibri" w:cstheme="majorHAnsi"/>
                <w:noProof/>
                <w:lang w:val="en-IE"/>
              </w:rPr>
              <w:t>PHISHING EXERCISE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_Toc216248336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67583B" w14:textId="013D6307" w:rsidR="00A7776E" w:rsidRDefault="00A7776E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16248337" w:history="1">
            <w:r w:rsidRPr="00455FC8">
              <w:rPr>
                <w:rStyle w:val="Hyperlink"/>
                <w:rFonts w:eastAsia="Calibri" w:cstheme="majorHAnsi"/>
                <w:noProof/>
                <w:lang w:val="en-IE"/>
              </w:rPr>
              <w:t>SOURCE CODE REVIEW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_Toc216248337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B0C470" w14:textId="2262E628" w:rsidR="00A7776E" w:rsidRDefault="00A7776E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16248338" w:history="1">
            <w:r w:rsidRPr="00455FC8">
              <w:rPr>
                <w:rStyle w:val="Hyperlink"/>
                <w:rFonts w:eastAsia="Calibri" w:cstheme="majorHAnsi"/>
                <w:noProof/>
                <w:lang w:val="en-IE"/>
              </w:rPr>
              <w:t>RED TEAM ASSESSMENT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_Toc216248338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6CCC31" w14:textId="54DC4CC8" w:rsidR="00A7776E" w:rsidRDefault="00A7776E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16248339" w:history="1">
            <w:r w:rsidRPr="00455FC8">
              <w:rPr>
                <w:rStyle w:val="Hyperlink"/>
                <w:rFonts w:eastAsia="Calibri" w:cstheme="majorHAnsi"/>
                <w:noProof/>
                <w:lang w:val="en-IE"/>
              </w:rPr>
              <w:t>IOT PENETRATION TEST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_Toc216248339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E21C90" w14:textId="4EC5661C" w:rsidR="00A7776E" w:rsidRDefault="00A7776E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16248340" w:history="1">
            <w:r w:rsidRPr="00455FC8">
              <w:rPr>
                <w:rStyle w:val="Hyperlink"/>
                <w:rFonts w:eastAsia="Calibri" w:cstheme="majorHAnsi"/>
                <w:noProof/>
                <w:lang w:val="en-IE"/>
              </w:rPr>
              <w:t>CLOUD SECURITY ASSESSMENT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_Toc216248340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27356E" w14:textId="566E92F5" w:rsidR="007837E1" w:rsidRPr="00F454AB" w:rsidRDefault="007837E1">
          <w:pPr>
            <w:rPr>
              <w:rFonts w:asciiTheme="majorHAnsi" w:hAnsiTheme="majorHAnsi" w:cstheme="majorHAnsi"/>
            </w:rPr>
          </w:pPr>
          <w:r w:rsidRPr="00F454AB">
            <w:rPr>
              <w:rFonts w:asciiTheme="majorHAnsi" w:hAnsiTheme="majorHAnsi" w:cstheme="majorHAnsi"/>
              <w:b/>
              <w:bCs/>
              <w:noProof/>
            </w:rPr>
            <w:fldChar w:fldCharType="end"/>
          </w:r>
        </w:p>
      </w:sdtContent>
    </w:sdt>
    <w:p w14:paraId="79396DD0" w14:textId="77777777" w:rsidR="007837E1" w:rsidRPr="00F454AB" w:rsidRDefault="007837E1">
      <w:pPr>
        <w:rPr>
          <w:rFonts w:asciiTheme="majorHAnsi" w:hAnsiTheme="majorHAnsi" w:cstheme="majorHAnsi"/>
        </w:rPr>
      </w:pPr>
      <w:r w:rsidRPr="00F454AB">
        <w:rPr>
          <w:rFonts w:asciiTheme="majorHAnsi" w:hAnsiTheme="majorHAnsi" w:cstheme="majorHAnsi"/>
        </w:rPr>
        <w:br w:type="page"/>
      </w:r>
    </w:p>
    <w:p w14:paraId="2B36AEE3" w14:textId="77777777" w:rsidR="00B83A9F" w:rsidRPr="00F454AB" w:rsidRDefault="00B83A9F" w:rsidP="00B83A9F">
      <w:pPr>
        <w:jc w:val="center"/>
        <w:rPr>
          <w:rFonts w:asciiTheme="majorHAnsi" w:hAnsiTheme="majorHAnsi" w:cstheme="majorHAnsi"/>
          <w:b/>
          <w:bCs/>
          <w:sz w:val="26"/>
          <w:szCs w:val="26"/>
          <w:lang w:val="en-GB"/>
        </w:rPr>
      </w:pPr>
      <w:r w:rsidRPr="00F454AB">
        <w:rPr>
          <w:rFonts w:asciiTheme="majorHAnsi" w:hAnsiTheme="majorHAnsi" w:cstheme="majorHAnsi"/>
          <w:b/>
          <w:bCs/>
          <w:sz w:val="26"/>
          <w:szCs w:val="26"/>
          <w:lang w:val="en-GB"/>
        </w:rPr>
        <w:lastRenderedPageBreak/>
        <w:t>Why BlackBox Pentesters?</w:t>
      </w:r>
    </w:p>
    <w:p w14:paraId="6BE00AB6" w14:textId="77777777" w:rsidR="00B83A9F" w:rsidRPr="00F454AB" w:rsidRDefault="00B83A9F" w:rsidP="00B83A9F">
      <w:pPr>
        <w:rPr>
          <w:rFonts w:asciiTheme="majorHAnsi" w:hAnsiTheme="majorHAnsi" w:cstheme="majorHAnsi"/>
          <w:lang w:val="en-GB"/>
        </w:rPr>
      </w:pPr>
      <w:r w:rsidRPr="00F454AB">
        <w:rPr>
          <w:rFonts w:asciiTheme="majorHAnsi" w:hAnsiTheme="majorHAnsi" w:cstheme="majorHAnsi"/>
          <w:lang w:val="en-GB"/>
        </w:rPr>
        <w:t>BlackBox Pentesters is a specialist cybersecurity consultancy delivering high-impact, intelligence-led penetration testing and red teaming services. Our approach is grounded in real-world experience, technical excellence, and a commitment to helping organisations build meaningful resilience against modern threats.</w:t>
      </w:r>
    </w:p>
    <w:p w14:paraId="0D07D691" w14:textId="77777777" w:rsidR="00B83A9F" w:rsidRPr="00F454AB" w:rsidRDefault="00B83A9F" w:rsidP="00B83A9F">
      <w:pPr>
        <w:rPr>
          <w:rFonts w:asciiTheme="majorHAnsi" w:hAnsiTheme="majorHAnsi" w:cstheme="majorHAnsi"/>
          <w:lang w:val="en-GB"/>
        </w:rPr>
      </w:pPr>
      <w:r w:rsidRPr="00F454AB">
        <w:rPr>
          <w:rFonts w:asciiTheme="majorHAnsi" w:hAnsiTheme="majorHAnsi" w:cstheme="majorHAnsi"/>
          <w:lang w:val="en-GB"/>
        </w:rPr>
        <w:t>We go beyond standard testing by providing tailored, context-aware assessments that align with your business objectives and risk appetite.</w:t>
      </w:r>
    </w:p>
    <w:p w14:paraId="00BF2244" w14:textId="77777777" w:rsidR="007837E1" w:rsidRPr="00F454AB" w:rsidRDefault="007837E1" w:rsidP="00B83A9F">
      <w:pPr>
        <w:rPr>
          <w:rFonts w:asciiTheme="majorHAnsi" w:hAnsiTheme="majorHAnsi" w:cstheme="majorHAnsi"/>
          <w:lang w:val="en-GB"/>
        </w:rPr>
      </w:pPr>
    </w:p>
    <w:p w14:paraId="3F9236E9" w14:textId="77777777" w:rsidR="00B83A9F" w:rsidRPr="00F454AB" w:rsidRDefault="00B83A9F" w:rsidP="007837E1">
      <w:pPr>
        <w:jc w:val="center"/>
        <w:rPr>
          <w:rFonts w:asciiTheme="majorHAnsi" w:hAnsiTheme="majorHAnsi" w:cstheme="majorHAnsi"/>
          <w:sz w:val="26"/>
          <w:szCs w:val="26"/>
          <w:lang w:val="en-GB"/>
        </w:rPr>
      </w:pPr>
      <w:r w:rsidRPr="00F454AB">
        <w:rPr>
          <w:rFonts w:asciiTheme="majorHAnsi" w:hAnsiTheme="majorHAnsi" w:cstheme="majorHAnsi"/>
          <w:b/>
          <w:bCs/>
          <w:sz w:val="26"/>
          <w:szCs w:val="26"/>
          <w:lang w:val="en-GB"/>
        </w:rPr>
        <w:t>What sets us apart</w:t>
      </w:r>
    </w:p>
    <w:p w14:paraId="675168ED" w14:textId="77777777" w:rsidR="00B83A9F" w:rsidRPr="00F454AB" w:rsidRDefault="00B83A9F" w:rsidP="00B83A9F">
      <w:pPr>
        <w:rPr>
          <w:rFonts w:asciiTheme="majorHAnsi" w:hAnsiTheme="majorHAnsi" w:cstheme="majorHAnsi"/>
          <w:lang w:val="en-GB"/>
        </w:rPr>
      </w:pPr>
      <w:r w:rsidRPr="00F454AB">
        <w:rPr>
          <w:rFonts w:asciiTheme="majorHAnsi" w:hAnsiTheme="majorHAnsi" w:cstheme="majorHAnsi"/>
          <w:b/>
          <w:bCs/>
          <w:lang w:val="en-GB"/>
        </w:rPr>
        <w:t>Manual-First Testing:</w:t>
      </w:r>
      <w:r w:rsidRPr="00F454AB">
        <w:rPr>
          <w:rFonts w:asciiTheme="majorHAnsi" w:hAnsiTheme="majorHAnsi" w:cstheme="majorHAnsi"/>
          <w:lang w:val="en-GB"/>
        </w:rPr>
        <w:t xml:space="preserve"> While automated tools have their place, our focus is on deep, manual testing techniques that uncover complex, real-world vulnerabilities often missed by scanners. This results in more accurate, relevant, and actionable findings.</w:t>
      </w:r>
    </w:p>
    <w:p w14:paraId="39334110" w14:textId="5DD91051" w:rsidR="00B83A9F" w:rsidRPr="00F454AB" w:rsidRDefault="00B83A9F" w:rsidP="00B83A9F">
      <w:pPr>
        <w:rPr>
          <w:rFonts w:asciiTheme="majorHAnsi" w:hAnsiTheme="majorHAnsi" w:cstheme="majorHAnsi"/>
          <w:b/>
          <w:bCs/>
          <w:lang w:val="en-GB"/>
        </w:rPr>
      </w:pPr>
      <w:r w:rsidRPr="00F454AB">
        <w:rPr>
          <w:rFonts w:asciiTheme="majorHAnsi" w:hAnsiTheme="majorHAnsi" w:cstheme="majorHAnsi"/>
          <w:b/>
          <w:bCs/>
          <w:lang w:val="en-GB"/>
        </w:rPr>
        <w:t xml:space="preserve">Multidisciplinary Expertise: </w:t>
      </w:r>
      <w:r w:rsidRPr="00F454AB">
        <w:rPr>
          <w:rFonts w:asciiTheme="majorHAnsi" w:hAnsiTheme="majorHAnsi" w:cstheme="majorHAnsi"/>
          <w:lang w:val="en-GB"/>
        </w:rPr>
        <w:t xml:space="preserve">Our team includes experts in network and application security, </w:t>
      </w:r>
      <w:r w:rsidR="00A7776E">
        <w:rPr>
          <w:rFonts w:asciiTheme="majorHAnsi" w:hAnsiTheme="majorHAnsi" w:cstheme="majorHAnsi"/>
          <w:lang w:val="en-GB"/>
        </w:rPr>
        <w:t xml:space="preserve">red teaming, </w:t>
      </w:r>
      <w:r w:rsidRPr="00F454AB">
        <w:rPr>
          <w:rFonts w:asciiTheme="majorHAnsi" w:hAnsiTheme="majorHAnsi" w:cstheme="majorHAnsi"/>
          <w:lang w:val="en-GB"/>
        </w:rPr>
        <w:t>physical intrusion, and social engineering. This breadth enables us to simulate realistic attack scenarios and deliver assessments that reflect the evolving threat landscape.</w:t>
      </w:r>
    </w:p>
    <w:p w14:paraId="7E53CB0A" w14:textId="77777777" w:rsidR="00B83A9F" w:rsidRPr="00F454AB" w:rsidRDefault="00B83A9F" w:rsidP="00B83A9F">
      <w:pPr>
        <w:rPr>
          <w:rFonts w:asciiTheme="majorHAnsi" w:hAnsiTheme="majorHAnsi" w:cstheme="majorHAnsi"/>
          <w:lang w:val="en-GB"/>
        </w:rPr>
      </w:pPr>
      <w:r w:rsidRPr="00F454AB">
        <w:rPr>
          <w:rFonts w:asciiTheme="majorHAnsi" w:hAnsiTheme="majorHAnsi" w:cstheme="majorHAnsi"/>
          <w:b/>
          <w:bCs/>
          <w:lang w:val="en-GB"/>
        </w:rPr>
        <w:t xml:space="preserve">Clear, Executive-Focused Reporting: </w:t>
      </w:r>
      <w:r w:rsidRPr="00F454AB">
        <w:rPr>
          <w:rFonts w:asciiTheme="majorHAnsi" w:hAnsiTheme="majorHAnsi" w:cstheme="majorHAnsi"/>
          <w:lang w:val="en-GB"/>
        </w:rPr>
        <w:t>We bridge the gap between technical depth and business impact. Our reports are structured to support decision-making, from executive summaries for leadership to detailed technical guidance for remediation teams.</w:t>
      </w:r>
    </w:p>
    <w:p w14:paraId="6FA142BB" w14:textId="77777777" w:rsidR="00B83A9F" w:rsidRPr="00F454AB" w:rsidRDefault="00B83A9F" w:rsidP="00B83A9F">
      <w:pPr>
        <w:rPr>
          <w:rFonts w:asciiTheme="majorHAnsi" w:hAnsiTheme="majorHAnsi" w:cstheme="majorHAnsi"/>
          <w:b/>
          <w:bCs/>
          <w:lang w:val="en-GB"/>
        </w:rPr>
      </w:pPr>
      <w:r w:rsidRPr="00F454AB">
        <w:rPr>
          <w:rFonts w:asciiTheme="majorHAnsi" w:hAnsiTheme="majorHAnsi" w:cstheme="majorHAnsi"/>
          <w:b/>
          <w:bCs/>
          <w:lang w:val="en-GB"/>
        </w:rPr>
        <w:t xml:space="preserve">Tailored Engagements: </w:t>
      </w:r>
      <w:r w:rsidRPr="00F454AB">
        <w:rPr>
          <w:rFonts w:asciiTheme="majorHAnsi" w:hAnsiTheme="majorHAnsi" w:cstheme="majorHAnsi"/>
          <w:lang w:val="en-GB"/>
        </w:rPr>
        <w:t>Every engagement is scoped and delivered in alignment with your operational needs, compliance requirements, and threat profile. We work collaboratively to ensure minimal disruption and maximum value.</w:t>
      </w:r>
    </w:p>
    <w:p w14:paraId="1889E2C4" w14:textId="77777777" w:rsidR="00B83A9F" w:rsidRPr="00F454AB" w:rsidRDefault="00B83A9F" w:rsidP="00B83A9F">
      <w:pPr>
        <w:rPr>
          <w:rFonts w:asciiTheme="majorHAnsi" w:hAnsiTheme="majorHAnsi" w:cstheme="majorHAnsi"/>
          <w:b/>
          <w:bCs/>
          <w:lang w:val="en-GB"/>
        </w:rPr>
      </w:pPr>
      <w:r w:rsidRPr="00F454AB">
        <w:rPr>
          <w:rFonts w:asciiTheme="majorHAnsi" w:hAnsiTheme="majorHAnsi" w:cstheme="majorHAnsi"/>
          <w:b/>
          <w:bCs/>
          <w:lang w:val="en-GB"/>
        </w:rPr>
        <w:t xml:space="preserve">Trusted by Regulated Sectors: </w:t>
      </w:r>
      <w:r w:rsidRPr="00F454AB">
        <w:rPr>
          <w:rFonts w:asciiTheme="majorHAnsi" w:hAnsiTheme="majorHAnsi" w:cstheme="majorHAnsi"/>
          <w:lang w:val="en-GB"/>
        </w:rPr>
        <w:t>Our consultants have extensive experience working with clients across critical sectors including finance, healthcare, and government, where assurance, discretion, and reliability are non-negotiable.</w:t>
      </w:r>
    </w:p>
    <w:p w14:paraId="7CCD4327" w14:textId="77777777" w:rsidR="00B83A9F" w:rsidRPr="00F454AB" w:rsidRDefault="00B83A9F" w:rsidP="00B83A9F">
      <w:pPr>
        <w:rPr>
          <w:rFonts w:asciiTheme="majorHAnsi" w:hAnsiTheme="majorHAnsi" w:cstheme="majorHAnsi"/>
          <w:lang w:val="en-GB"/>
        </w:rPr>
      </w:pPr>
      <w:r w:rsidRPr="00F454AB">
        <w:rPr>
          <w:rFonts w:asciiTheme="majorHAnsi" w:hAnsiTheme="majorHAnsi" w:cstheme="majorHAnsi"/>
          <w:lang w:val="en-GB"/>
        </w:rPr>
        <w:t>At BlackBox Pentesters, we combine technical rigour with business acumen to deliver security assessments that matter. Our mission is simple</w:t>
      </w:r>
      <w:r w:rsidR="00C61E1A" w:rsidRPr="00F454AB">
        <w:rPr>
          <w:rFonts w:asciiTheme="majorHAnsi" w:hAnsiTheme="majorHAnsi" w:cstheme="majorHAnsi"/>
          <w:lang w:val="en-GB"/>
        </w:rPr>
        <w:t xml:space="preserve">, </w:t>
      </w:r>
      <w:r w:rsidRPr="00F454AB">
        <w:rPr>
          <w:rFonts w:asciiTheme="majorHAnsi" w:hAnsiTheme="majorHAnsi" w:cstheme="majorHAnsi"/>
          <w:lang w:val="en-GB"/>
        </w:rPr>
        <w:t>to help you identify, understand, and address your vulnerabilities before someone else does.</w:t>
      </w:r>
    </w:p>
    <w:p w14:paraId="7FE99527" w14:textId="77777777" w:rsidR="00A7776E" w:rsidRDefault="00A7776E">
      <w:pPr>
        <w:rPr>
          <w:rFonts w:asciiTheme="majorHAnsi" w:hAnsiTheme="majorHAnsi" w:cstheme="majorHAnsi"/>
          <w:lang w:val="en-GB"/>
        </w:rPr>
      </w:pPr>
      <w:r>
        <w:rPr>
          <w:rFonts w:asciiTheme="majorHAnsi" w:hAnsiTheme="majorHAnsi" w:cstheme="majorHAnsi"/>
          <w:lang w:val="en-GB"/>
        </w:rPr>
        <w:br w:type="page"/>
      </w:r>
    </w:p>
    <w:p w14:paraId="69963A15" w14:textId="287117CD" w:rsidR="00F454AB" w:rsidRPr="00F454AB" w:rsidRDefault="00A7776E">
      <w:pPr>
        <w:rPr>
          <w:rFonts w:asciiTheme="majorHAnsi" w:hAnsiTheme="majorHAnsi" w:cstheme="majorHAnsi"/>
          <w:lang w:val="en-GB"/>
        </w:rPr>
      </w:pPr>
      <w:r>
        <w:rPr>
          <w:rFonts w:asciiTheme="majorHAnsi" w:hAnsiTheme="majorHAnsi" w:cstheme="majorHAnsi"/>
          <w:lang w:val="en-GB"/>
        </w:rPr>
        <w:lastRenderedPageBreak/>
        <w:t xml:space="preserve">Simply complete the </w:t>
      </w:r>
      <w:r w:rsidRPr="00A7776E">
        <w:rPr>
          <w:rFonts w:asciiTheme="majorHAnsi" w:hAnsiTheme="majorHAnsi" w:cstheme="majorHAnsi"/>
        </w:rPr>
        <w:t xml:space="preserve">sections that apply to you </w:t>
      </w:r>
      <w:r>
        <w:rPr>
          <w:rFonts w:asciiTheme="majorHAnsi" w:hAnsiTheme="majorHAnsi" w:cstheme="majorHAnsi"/>
          <w:lang w:val="en-GB"/>
        </w:rPr>
        <w:t xml:space="preserve">and leave any other information blank. </w:t>
      </w:r>
      <w:r w:rsidRPr="00A7776E">
        <w:rPr>
          <w:rFonts w:asciiTheme="majorHAnsi" w:hAnsiTheme="majorHAnsi" w:cstheme="majorHAnsi"/>
        </w:rPr>
        <w:t>If needed</w:t>
      </w:r>
      <w:r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  <w:lang w:val="en-GB"/>
        </w:rPr>
        <w:t xml:space="preserve"> we can arrange a call </w:t>
      </w:r>
      <w:r w:rsidRPr="00A7776E">
        <w:rPr>
          <w:rFonts w:asciiTheme="majorHAnsi" w:hAnsiTheme="majorHAnsi" w:cstheme="majorHAnsi"/>
        </w:rPr>
        <w:t>to finish</w:t>
      </w:r>
      <w:r w:rsidRPr="00A7776E">
        <w:rPr>
          <w:rFonts w:asciiTheme="majorHAnsi" w:hAnsiTheme="majorHAnsi" w:cstheme="majorHAnsi"/>
        </w:rPr>
        <w:t xml:space="preserve"> the rest together</w:t>
      </w:r>
      <w:r>
        <w:rPr>
          <w:rFonts w:asciiTheme="majorHAnsi" w:hAnsiTheme="majorHAnsi" w:cstheme="majorHAnsi"/>
          <w:lang w:val="en-GB"/>
        </w:rPr>
        <w:t>.</w:t>
      </w:r>
      <w:r w:rsidR="00F454AB" w:rsidRPr="00F454AB">
        <w:rPr>
          <w:rFonts w:asciiTheme="majorHAnsi" w:hAnsiTheme="majorHAnsi" w:cstheme="majorHAnsi"/>
          <w:lang w:val="en-GB"/>
        </w:rPr>
        <w:br w:type="page"/>
      </w:r>
    </w:p>
    <w:p w14:paraId="433F2ED7" w14:textId="77777777" w:rsidR="00F454AB" w:rsidRPr="00F454AB" w:rsidRDefault="00F454AB" w:rsidP="00F454AB">
      <w:pPr>
        <w:pStyle w:val="Heading2"/>
        <w:spacing w:before="240"/>
        <w:rPr>
          <w:rFonts w:eastAsia="Calibri" w:cstheme="majorHAnsi"/>
          <w:color w:val="auto"/>
          <w:szCs w:val="20"/>
          <w:lang w:val="en-IE"/>
        </w:rPr>
      </w:pPr>
      <w:bookmarkStart w:id="1" w:name="_Toc99702114"/>
      <w:bookmarkStart w:id="2" w:name="_Toc216248325"/>
      <w:r w:rsidRPr="00F454AB">
        <w:rPr>
          <w:rFonts w:eastAsia="Calibri" w:cstheme="majorHAnsi"/>
          <w:color w:val="auto"/>
          <w:szCs w:val="20"/>
          <w:lang w:val="en-IE"/>
        </w:rPr>
        <w:lastRenderedPageBreak/>
        <w:t>NETWORK VULNERABILITY ASSESSMENT</w:t>
      </w:r>
      <w:bookmarkEnd w:id="1"/>
      <w:bookmarkEnd w:id="2"/>
    </w:p>
    <w:tbl>
      <w:tblPr>
        <w:tblW w:w="9072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78"/>
        <w:gridCol w:w="1246"/>
        <w:gridCol w:w="441"/>
        <w:gridCol w:w="4161"/>
        <w:gridCol w:w="546"/>
      </w:tblGrid>
      <w:tr w:rsidR="00F454AB" w:rsidRPr="00F454AB" w14:paraId="7ED1226D" w14:textId="77777777" w:rsidTr="005946DB">
        <w:tc>
          <w:tcPr>
            <w:tcW w:w="8526" w:type="dxa"/>
            <w:gridSpan w:val="4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69F4C791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 xml:space="preserve">External </w:t>
            </w:r>
            <w:r w:rsidRPr="00F454AB">
              <w:rPr>
                <w:rFonts w:asciiTheme="majorHAnsi" w:hAnsiTheme="majorHAnsi" w:cstheme="majorHAnsi"/>
                <w:i/>
              </w:rPr>
              <w:t>(accessible over the Internet)</w:t>
            </w:r>
          </w:p>
        </w:tc>
        <w:tc>
          <w:tcPr>
            <w:tcW w:w="546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E99013B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842592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264E5962" w14:textId="77777777" w:rsidTr="005946DB">
        <w:trPr>
          <w:trHeight w:val="189"/>
        </w:trPr>
        <w:tc>
          <w:tcPr>
            <w:tcW w:w="8526" w:type="dxa"/>
            <w:gridSpan w:val="4"/>
            <w:tcBorders>
              <w:top w:val="single" w:sz="4" w:space="0" w:color="000000"/>
              <w:left w:val="single" w:sz="12" w:space="0" w:color="000000"/>
            </w:tcBorders>
            <w:vAlign w:val="center"/>
          </w:tcPr>
          <w:p w14:paraId="3822A250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Number of live IP addresses</w:t>
            </w:r>
          </w:p>
        </w:tc>
        <w:tc>
          <w:tcPr>
            <w:tcW w:w="546" w:type="dxa"/>
            <w:tcBorders>
              <w:top w:val="single" w:sz="4" w:space="0" w:color="000000"/>
              <w:right w:val="single" w:sz="12" w:space="0" w:color="000000"/>
            </w:tcBorders>
            <w:vAlign w:val="center"/>
          </w:tcPr>
          <w:p w14:paraId="23B9B480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1898065F" w14:textId="77777777" w:rsidTr="005946DB">
        <w:trPr>
          <w:trHeight w:val="189"/>
        </w:trPr>
        <w:tc>
          <w:tcPr>
            <w:tcW w:w="2678" w:type="dxa"/>
            <w:tcBorders>
              <w:top w:val="single" w:sz="4" w:space="0" w:color="000000"/>
              <w:left w:val="single" w:sz="12" w:space="0" w:color="000000"/>
            </w:tcBorders>
            <w:vAlign w:val="center"/>
          </w:tcPr>
          <w:p w14:paraId="26C7D800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IP address ranges to sweep</w:t>
            </w:r>
          </w:p>
        </w:tc>
        <w:tc>
          <w:tcPr>
            <w:tcW w:w="6394" w:type="dxa"/>
            <w:gridSpan w:val="4"/>
            <w:tcBorders>
              <w:top w:val="single" w:sz="4" w:space="0" w:color="000000"/>
              <w:right w:val="single" w:sz="12" w:space="0" w:color="000000"/>
            </w:tcBorders>
            <w:vAlign w:val="center"/>
          </w:tcPr>
          <w:p w14:paraId="5BB631D8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</w:p>
          <w:p w14:paraId="77A30DFF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</w:p>
          <w:p w14:paraId="455CEA5F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56CED4B1" w14:textId="77777777" w:rsidTr="005946DB">
        <w:tc>
          <w:tcPr>
            <w:tcW w:w="8526" w:type="dxa"/>
            <w:gridSpan w:val="4"/>
            <w:tcBorders>
              <w:left w:val="single" w:sz="12" w:space="0" w:color="000000"/>
              <w:bottom w:val="single" w:sz="4" w:space="0" w:color="000000"/>
            </w:tcBorders>
            <w:vAlign w:val="center"/>
          </w:tcPr>
          <w:p w14:paraId="1B392568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Infrastructure has been tested previously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12" w:space="0" w:color="000000"/>
            </w:tcBorders>
          </w:tcPr>
          <w:p w14:paraId="7A5CD7C7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823231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21C463F8" w14:textId="77777777" w:rsidTr="005946DB">
        <w:tc>
          <w:tcPr>
            <w:tcW w:w="8526" w:type="dxa"/>
            <w:gridSpan w:val="4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57C27D9D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 xml:space="preserve">Internal </w:t>
            </w:r>
            <w:r w:rsidRPr="00F454AB">
              <w:rPr>
                <w:rFonts w:asciiTheme="majorHAnsi" w:hAnsiTheme="majorHAnsi" w:cstheme="majorHAnsi"/>
                <w:i/>
              </w:rPr>
              <w:t>(only accessible from client site)</w:t>
            </w:r>
            <w:r w:rsidRPr="00F454AB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546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B59DEC7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699971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109B2A38" w14:textId="77777777" w:rsidTr="005946DB">
        <w:tc>
          <w:tcPr>
            <w:tcW w:w="3924" w:type="dxa"/>
            <w:gridSpan w:val="2"/>
            <w:tcBorders>
              <w:top w:val="single" w:sz="8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063BD53F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Unauthenticated</w:t>
            </w:r>
          </w:p>
        </w:tc>
        <w:tc>
          <w:tcPr>
            <w:tcW w:w="441" w:type="dxa"/>
            <w:tcBorders>
              <w:top w:val="single" w:sz="8" w:space="0" w:color="000000"/>
              <w:bottom w:val="single" w:sz="4" w:space="0" w:color="000000"/>
            </w:tcBorders>
          </w:tcPr>
          <w:p w14:paraId="4070958C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715958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4161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14:paraId="3A25F686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Authenticated</w:t>
            </w:r>
          </w:p>
        </w:tc>
        <w:tc>
          <w:tcPr>
            <w:tcW w:w="546" w:type="dxa"/>
            <w:tcBorders>
              <w:top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5D6F4446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52048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21FEBFB1" w14:textId="77777777" w:rsidTr="005946DB">
        <w:trPr>
          <w:trHeight w:val="189"/>
        </w:trPr>
        <w:tc>
          <w:tcPr>
            <w:tcW w:w="8526" w:type="dxa"/>
            <w:gridSpan w:val="4"/>
            <w:tcBorders>
              <w:top w:val="single" w:sz="4" w:space="0" w:color="000000"/>
              <w:left w:val="single" w:sz="12" w:space="0" w:color="000000"/>
            </w:tcBorders>
            <w:vAlign w:val="center"/>
          </w:tcPr>
          <w:p w14:paraId="2BAF5254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Number of live IP addresses</w:t>
            </w:r>
          </w:p>
        </w:tc>
        <w:tc>
          <w:tcPr>
            <w:tcW w:w="546" w:type="dxa"/>
            <w:tcBorders>
              <w:top w:val="single" w:sz="4" w:space="0" w:color="000000"/>
              <w:right w:val="single" w:sz="12" w:space="0" w:color="000000"/>
            </w:tcBorders>
            <w:vAlign w:val="center"/>
          </w:tcPr>
          <w:p w14:paraId="7FF62BE4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4B8BA4B1" w14:textId="77777777" w:rsidTr="005946DB">
        <w:trPr>
          <w:trHeight w:val="189"/>
        </w:trPr>
        <w:tc>
          <w:tcPr>
            <w:tcW w:w="2678" w:type="dxa"/>
            <w:tcBorders>
              <w:top w:val="single" w:sz="4" w:space="0" w:color="000000"/>
              <w:left w:val="single" w:sz="12" w:space="0" w:color="000000"/>
            </w:tcBorders>
            <w:vAlign w:val="center"/>
          </w:tcPr>
          <w:p w14:paraId="450CB880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IP address ranges to sweep</w:t>
            </w:r>
          </w:p>
        </w:tc>
        <w:tc>
          <w:tcPr>
            <w:tcW w:w="6394" w:type="dxa"/>
            <w:gridSpan w:val="4"/>
            <w:tcBorders>
              <w:top w:val="single" w:sz="4" w:space="0" w:color="000000"/>
              <w:right w:val="single" w:sz="12" w:space="0" w:color="000000"/>
            </w:tcBorders>
            <w:vAlign w:val="center"/>
          </w:tcPr>
          <w:p w14:paraId="140EE01E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</w:p>
          <w:p w14:paraId="19B89BAB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</w:p>
          <w:p w14:paraId="5A38AE82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27826048" w14:textId="77777777" w:rsidTr="005946DB">
        <w:tc>
          <w:tcPr>
            <w:tcW w:w="8526" w:type="dxa"/>
            <w:gridSpan w:val="4"/>
            <w:tcBorders>
              <w:left w:val="single" w:sz="12" w:space="0" w:color="000000"/>
              <w:bottom w:val="single" w:sz="4" w:space="0" w:color="000000"/>
            </w:tcBorders>
            <w:vAlign w:val="center"/>
          </w:tcPr>
          <w:p w14:paraId="4739F09E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Infrastructure has been tested previously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12" w:space="0" w:color="000000"/>
            </w:tcBorders>
          </w:tcPr>
          <w:p w14:paraId="14D0C0D5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260990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26FF21BB" w14:textId="77777777" w:rsidTr="005946DB">
        <w:tc>
          <w:tcPr>
            <w:tcW w:w="8526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4FB466C6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 xml:space="preserve">Number of logical locations </w:t>
            </w:r>
            <w:r w:rsidRPr="00F454AB">
              <w:rPr>
                <w:rFonts w:asciiTheme="majorHAnsi" w:hAnsiTheme="majorHAnsi" w:cstheme="majorHAnsi"/>
                <w:i/>
              </w:rPr>
              <w:t>(due to VLANs and Firewalls)</w:t>
            </w:r>
          </w:p>
        </w:tc>
        <w:tc>
          <w:tcPr>
            <w:tcW w:w="546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6D791BF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62F17E91" w14:textId="77777777" w:rsidTr="005946DB">
        <w:tc>
          <w:tcPr>
            <w:tcW w:w="267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vAlign w:val="center"/>
          </w:tcPr>
          <w:p w14:paraId="24BDD881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Additional Information</w:t>
            </w:r>
          </w:p>
        </w:tc>
        <w:tc>
          <w:tcPr>
            <w:tcW w:w="6394" w:type="dxa"/>
            <w:gridSpan w:val="4"/>
            <w:tcBorders>
              <w:top w:val="single" w:sz="4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14:paraId="222790FA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65915FE8" w14:textId="77777777" w:rsidR="00F454AB" w:rsidRPr="00F454AB" w:rsidRDefault="00F454AB" w:rsidP="00F454AB">
      <w:pPr>
        <w:rPr>
          <w:rFonts w:asciiTheme="majorHAnsi" w:eastAsia="Calibri" w:hAnsiTheme="majorHAnsi" w:cstheme="majorHAnsi"/>
          <w:lang w:val="en-IE"/>
        </w:rPr>
      </w:pPr>
      <w:bookmarkStart w:id="3" w:name="network_security_assessment"/>
    </w:p>
    <w:p w14:paraId="15194251" w14:textId="77777777" w:rsidR="009F3C99" w:rsidRDefault="009F3C99">
      <w:pPr>
        <w:rPr>
          <w:rFonts w:asciiTheme="majorHAnsi" w:eastAsia="Calibri" w:hAnsiTheme="majorHAnsi" w:cstheme="majorHAnsi"/>
          <w:b/>
          <w:bCs/>
          <w:sz w:val="28"/>
          <w:szCs w:val="20"/>
          <w:lang w:val="en-IE"/>
        </w:rPr>
      </w:pPr>
      <w:bookmarkStart w:id="4" w:name="_Toc99702115"/>
      <w:r>
        <w:rPr>
          <w:rFonts w:eastAsia="Calibri" w:cstheme="majorHAnsi"/>
          <w:szCs w:val="20"/>
          <w:lang w:val="en-IE"/>
        </w:rPr>
        <w:br w:type="page"/>
      </w:r>
    </w:p>
    <w:p w14:paraId="0511DAA5" w14:textId="77777777" w:rsidR="00F454AB" w:rsidRPr="00F454AB" w:rsidRDefault="00F454AB" w:rsidP="00F454AB">
      <w:pPr>
        <w:pStyle w:val="Heading2"/>
        <w:spacing w:before="240"/>
        <w:rPr>
          <w:rFonts w:eastAsia="Calibri" w:cstheme="majorHAnsi"/>
          <w:color w:val="auto"/>
          <w:szCs w:val="20"/>
          <w:lang w:val="en-IE"/>
        </w:rPr>
      </w:pPr>
      <w:bookmarkStart w:id="5" w:name="_Toc216248326"/>
      <w:r w:rsidRPr="00F454AB">
        <w:rPr>
          <w:rFonts w:eastAsia="Calibri" w:cstheme="majorHAnsi"/>
          <w:color w:val="auto"/>
          <w:szCs w:val="20"/>
          <w:lang w:val="en-IE"/>
        </w:rPr>
        <w:t>NETWORK PENETRATION TEST</w:t>
      </w:r>
      <w:bookmarkEnd w:id="4"/>
      <w:bookmarkEnd w:id="5"/>
    </w:p>
    <w:tbl>
      <w:tblPr>
        <w:tblW w:w="9072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18"/>
        <w:gridCol w:w="777"/>
        <w:gridCol w:w="1690"/>
        <w:gridCol w:w="4405"/>
        <w:gridCol w:w="582"/>
      </w:tblGrid>
      <w:tr w:rsidR="00F454AB" w:rsidRPr="00F454AB" w14:paraId="09E0827A" w14:textId="77777777" w:rsidTr="005946DB">
        <w:tc>
          <w:tcPr>
            <w:tcW w:w="849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18FDAEC8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 xml:space="preserve">External </w:t>
            </w:r>
            <w:r w:rsidRPr="00F454AB">
              <w:rPr>
                <w:rFonts w:asciiTheme="majorHAnsi" w:hAnsiTheme="majorHAnsi" w:cstheme="majorHAnsi"/>
                <w:i/>
              </w:rPr>
              <w:t>(accessible over the Internet)</w:t>
            </w:r>
          </w:p>
        </w:tc>
        <w:tc>
          <w:tcPr>
            <w:tcW w:w="582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726E308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296405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☒</w:t>
                </w:r>
              </w:sdtContent>
            </w:sdt>
          </w:p>
        </w:tc>
      </w:tr>
      <w:tr w:rsidR="00F454AB" w:rsidRPr="00F454AB" w14:paraId="5453695C" w14:textId="77777777" w:rsidTr="005946DB">
        <w:trPr>
          <w:trHeight w:val="189"/>
        </w:trPr>
        <w:tc>
          <w:tcPr>
            <w:tcW w:w="1618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vAlign w:val="center"/>
          </w:tcPr>
          <w:p w14:paraId="04FA2A43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Size</w:t>
            </w:r>
          </w:p>
        </w:tc>
        <w:tc>
          <w:tcPr>
            <w:tcW w:w="6872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</w:tcBorders>
            <w:vAlign w:val="center"/>
          </w:tcPr>
          <w:p w14:paraId="0C33F8B3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Number of live IP addresses</w:t>
            </w:r>
          </w:p>
        </w:tc>
        <w:tc>
          <w:tcPr>
            <w:tcW w:w="582" w:type="dxa"/>
            <w:tcBorders>
              <w:top w:val="single" w:sz="4" w:space="0" w:color="000000"/>
              <w:right w:val="single" w:sz="12" w:space="0" w:color="000000"/>
            </w:tcBorders>
            <w:vAlign w:val="center"/>
          </w:tcPr>
          <w:p w14:paraId="40D8B2E2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10</w:t>
            </w:r>
          </w:p>
        </w:tc>
      </w:tr>
      <w:tr w:rsidR="00F454AB" w:rsidRPr="00F454AB" w14:paraId="6CD47D01" w14:textId="77777777" w:rsidTr="005946DB">
        <w:trPr>
          <w:trHeight w:val="189"/>
        </w:trPr>
        <w:tc>
          <w:tcPr>
            <w:tcW w:w="1618" w:type="dxa"/>
            <w:vMerge/>
            <w:tcBorders>
              <w:left w:val="single" w:sz="12" w:space="0" w:color="000000"/>
              <w:bottom w:val="single" w:sz="4" w:space="0" w:color="000000"/>
            </w:tcBorders>
            <w:vAlign w:val="center"/>
          </w:tcPr>
          <w:p w14:paraId="1EFDBF6C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2467" w:type="dxa"/>
            <w:gridSpan w:val="2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07A55347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IP address ranges to sweep</w:t>
            </w:r>
          </w:p>
        </w:tc>
        <w:tc>
          <w:tcPr>
            <w:tcW w:w="4987" w:type="dxa"/>
            <w:gridSpan w:val="2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vAlign w:val="center"/>
          </w:tcPr>
          <w:p w14:paraId="6C787161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</w:p>
          <w:p w14:paraId="63A284FB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77E5D515" w14:textId="77777777" w:rsidTr="005946DB">
        <w:tc>
          <w:tcPr>
            <w:tcW w:w="1618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ECC77D1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Complexity</w:t>
            </w:r>
          </w:p>
        </w:tc>
        <w:tc>
          <w:tcPr>
            <w:tcW w:w="68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1D487E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Infrastructure has been tested previously and remediated</w:t>
            </w:r>
          </w:p>
        </w:tc>
        <w:tc>
          <w:tcPr>
            <w:tcW w:w="582" w:type="dxa"/>
            <w:tcBorders>
              <w:bottom w:val="single" w:sz="4" w:space="0" w:color="000000"/>
              <w:right w:val="single" w:sz="12" w:space="0" w:color="000000"/>
            </w:tcBorders>
          </w:tcPr>
          <w:p w14:paraId="7F72F31E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20112253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☒</w:t>
                </w:r>
              </w:sdtContent>
            </w:sdt>
          </w:p>
        </w:tc>
      </w:tr>
      <w:tr w:rsidR="00F454AB" w:rsidRPr="00F454AB" w14:paraId="551A7BD1" w14:textId="77777777" w:rsidTr="005946DB">
        <w:tc>
          <w:tcPr>
            <w:tcW w:w="1618" w:type="dxa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72C8B54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</w:p>
        </w:tc>
        <w:tc>
          <w:tcPr>
            <w:tcW w:w="6872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14:paraId="12E9E35F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 xml:space="preserve">Number of logical locations </w:t>
            </w:r>
            <w:r w:rsidRPr="00F454AB">
              <w:rPr>
                <w:rFonts w:asciiTheme="majorHAnsi" w:hAnsiTheme="majorHAnsi" w:cstheme="majorHAnsi"/>
                <w:i/>
              </w:rPr>
              <w:t>(due to VLANs and Firewalls)</w:t>
            </w:r>
          </w:p>
        </w:tc>
        <w:tc>
          <w:tcPr>
            <w:tcW w:w="582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1C45C6C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1</w:t>
            </w:r>
          </w:p>
        </w:tc>
      </w:tr>
      <w:tr w:rsidR="00F454AB" w:rsidRPr="00F454AB" w14:paraId="08771F4B" w14:textId="77777777" w:rsidTr="005946DB">
        <w:tc>
          <w:tcPr>
            <w:tcW w:w="161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CDFEF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Internal</w:t>
            </w:r>
          </w:p>
        </w:tc>
        <w:tc>
          <w:tcPr>
            <w:tcW w:w="6872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F7B9F4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Accessible from client site only</w:t>
            </w:r>
          </w:p>
        </w:tc>
        <w:tc>
          <w:tcPr>
            <w:tcW w:w="582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36A58F4C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962848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20207A16" w14:textId="77777777" w:rsidTr="005946DB">
        <w:tc>
          <w:tcPr>
            <w:tcW w:w="1618" w:type="dxa"/>
            <w:vMerge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83B10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8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FEC535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 xml:space="preserve">Accessible over VPN (or similar) from the Internet </w:t>
            </w:r>
            <w:r w:rsidRPr="00F454AB">
              <w:rPr>
                <w:rFonts w:asciiTheme="majorHAnsi" w:hAnsiTheme="majorHAnsi" w:cstheme="majorHAnsi"/>
                <w:b/>
                <w:i/>
              </w:rPr>
              <w:t>(this could reduce costs)</w:t>
            </w:r>
          </w:p>
        </w:tc>
        <w:tc>
          <w:tcPr>
            <w:tcW w:w="582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DE04769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97926533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☒</w:t>
                </w:r>
              </w:sdtContent>
            </w:sdt>
          </w:p>
        </w:tc>
      </w:tr>
      <w:tr w:rsidR="00F454AB" w:rsidRPr="00F454AB" w14:paraId="14EA0AB3" w14:textId="77777777" w:rsidTr="005946DB">
        <w:trPr>
          <w:trHeight w:val="601"/>
        </w:trPr>
        <w:tc>
          <w:tcPr>
            <w:tcW w:w="1618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18F86A0C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Test Model</w:t>
            </w:r>
          </w:p>
        </w:tc>
        <w:tc>
          <w:tcPr>
            <w:tcW w:w="6872" w:type="dxa"/>
            <w:gridSpan w:val="3"/>
            <w:vMerge w:val="restart"/>
            <w:tcBorders>
              <w:top w:val="single" w:sz="4" w:space="0" w:color="000000"/>
            </w:tcBorders>
            <w:vAlign w:val="center"/>
          </w:tcPr>
          <w:p w14:paraId="0D090FDA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Fixed Time / Cost</w:t>
            </w:r>
            <w:r w:rsidRPr="00F454AB">
              <w:rPr>
                <w:rFonts w:asciiTheme="majorHAnsi" w:hAnsiTheme="majorHAnsi" w:cstheme="majorHAnsi"/>
                <w:i/>
              </w:rPr>
              <w:t xml:space="preserve"> –</w:t>
            </w:r>
            <w:r w:rsidRPr="00F454AB">
              <w:rPr>
                <w:rFonts w:asciiTheme="majorHAnsi" w:hAnsiTheme="majorHAnsi" w:cstheme="majorHAnsi"/>
              </w:rPr>
              <w:t xml:space="preserve"> </w:t>
            </w:r>
            <w:r w:rsidRPr="00F454AB">
              <w:rPr>
                <w:rFonts w:asciiTheme="majorHAnsi" w:hAnsiTheme="majorHAnsi" w:cstheme="majorHAnsi"/>
                <w:i/>
              </w:rPr>
              <w:t>(it may be useful to consider this model if the number of live IPs is difficult to acquire)</w:t>
            </w:r>
          </w:p>
          <w:p w14:paraId="2FB1C83B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Number of days</w:t>
            </w:r>
          </w:p>
        </w:tc>
        <w:tc>
          <w:tcPr>
            <w:tcW w:w="582" w:type="dxa"/>
            <w:tcBorders>
              <w:top w:val="single" w:sz="4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525B5573" w14:textId="77777777" w:rsidR="00F454AB" w:rsidRPr="00F454AB" w:rsidRDefault="00BC4BC8" w:rsidP="005946DB">
            <w:pPr>
              <w:pStyle w:val="IntegrityPTStandardText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601223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38B48E74" w14:textId="77777777" w:rsidTr="005946DB">
        <w:trPr>
          <w:trHeight w:val="43"/>
        </w:trPr>
        <w:tc>
          <w:tcPr>
            <w:tcW w:w="1618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71A93A69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872" w:type="dxa"/>
            <w:gridSpan w:val="3"/>
            <w:vMerge/>
            <w:tcBorders>
              <w:bottom w:val="single" w:sz="4" w:space="0" w:color="000000"/>
            </w:tcBorders>
            <w:vAlign w:val="center"/>
          </w:tcPr>
          <w:p w14:paraId="0432AFA1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</w:p>
        </w:tc>
        <w:tc>
          <w:tcPr>
            <w:tcW w:w="582" w:type="dxa"/>
            <w:tcBorders>
              <w:top w:val="single" w:sz="4" w:space="0" w:color="auto"/>
              <w:bottom w:val="single" w:sz="4" w:space="0" w:color="000000"/>
              <w:right w:val="single" w:sz="12" w:space="0" w:color="000000"/>
            </w:tcBorders>
            <w:vAlign w:val="center"/>
          </w:tcPr>
          <w:p w14:paraId="2788731B" w14:textId="77777777" w:rsidR="00F454AB" w:rsidRPr="00F454AB" w:rsidRDefault="00F454AB" w:rsidP="005946DB">
            <w:pPr>
              <w:pStyle w:val="IntegrityPTStandardText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25D91985" w14:textId="77777777" w:rsidTr="005946DB">
        <w:trPr>
          <w:trHeight w:val="349"/>
        </w:trPr>
        <w:tc>
          <w:tcPr>
            <w:tcW w:w="1618" w:type="dxa"/>
            <w:vMerge/>
            <w:tcBorders>
              <w:top w:val="single" w:sz="8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01C9C219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872" w:type="dxa"/>
            <w:gridSpan w:val="3"/>
            <w:tcBorders>
              <w:bottom w:val="single" w:sz="4" w:space="0" w:color="000000"/>
            </w:tcBorders>
            <w:vAlign w:val="center"/>
          </w:tcPr>
          <w:p w14:paraId="3427F746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Complete Test</w:t>
            </w:r>
            <w:r w:rsidRPr="00F454AB">
              <w:rPr>
                <w:rFonts w:asciiTheme="majorHAnsi" w:hAnsiTheme="majorHAnsi" w:cstheme="majorHAnsi"/>
                <w:i/>
              </w:rPr>
              <w:t xml:space="preserve"> – (the details below will need to be provided for full coverage)</w:t>
            </w:r>
          </w:p>
        </w:tc>
        <w:tc>
          <w:tcPr>
            <w:tcW w:w="582" w:type="dxa"/>
            <w:tcBorders>
              <w:bottom w:val="single" w:sz="4" w:space="0" w:color="000000"/>
              <w:right w:val="single" w:sz="12" w:space="0" w:color="000000"/>
            </w:tcBorders>
            <w:vAlign w:val="center"/>
          </w:tcPr>
          <w:p w14:paraId="7C460920" w14:textId="77777777" w:rsidR="00F454AB" w:rsidRPr="00F454AB" w:rsidRDefault="00BC4BC8" w:rsidP="005946DB">
            <w:pPr>
              <w:pStyle w:val="IntegrityPTStandardText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2145852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44FE3EDB" w14:textId="77777777" w:rsidTr="005946DB">
        <w:trPr>
          <w:trHeight w:val="189"/>
        </w:trPr>
        <w:tc>
          <w:tcPr>
            <w:tcW w:w="1618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vAlign w:val="center"/>
          </w:tcPr>
          <w:p w14:paraId="14B4D7C3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Size</w:t>
            </w:r>
          </w:p>
        </w:tc>
        <w:tc>
          <w:tcPr>
            <w:tcW w:w="6872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</w:tcBorders>
            <w:vAlign w:val="center"/>
          </w:tcPr>
          <w:p w14:paraId="78C62283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Number of live IP addresses</w:t>
            </w:r>
          </w:p>
        </w:tc>
        <w:tc>
          <w:tcPr>
            <w:tcW w:w="582" w:type="dxa"/>
            <w:tcBorders>
              <w:top w:val="single" w:sz="4" w:space="0" w:color="000000"/>
              <w:right w:val="single" w:sz="12" w:space="0" w:color="000000"/>
            </w:tcBorders>
            <w:vAlign w:val="center"/>
          </w:tcPr>
          <w:p w14:paraId="6426F127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37913C0B" w14:textId="77777777" w:rsidTr="005946DB">
        <w:trPr>
          <w:trHeight w:val="189"/>
        </w:trPr>
        <w:tc>
          <w:tcPr>
            <w:tcW w:w="1618" w:type="dxa"/>
            <w:vMerge/>
            <w:tcBorders>
              <w:left w:val="single" w:sz="12" w:space="0" w:color="000000"/>
              <w:bottom w:val="single" w:sz="4" w:space="0" w:color="000000"/>
            </w:tcBorders>
            <w:vAlign w:val="center"/>
          </w:tcPr>
          <w:p w14:paraId="68BE41A8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2467" w:type="dxa"/>
            <w:gridSpan w:val="2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65E9ABA9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IP address ranges to sweep</w:t>
            </w:r>
          </w:p>
        </w:tc>
        <w:tc>
          <w:tcPr>
            <w:tcW w:w="4987" w:type="dxa"/>
            <w:gridSpan w:val="2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vAlign w:val="center"/>
          </w:tcPr>
          <w:p w14:paraId="506B663C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</w:p>
          <w:p w14:paraId="433DDE98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748AAFB3" w14:textId="77777777" w:rsidTr="005946DB">
        <w:tc>
          <w:tcPr>
            <w:tcW w:w="1618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59B94F21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Complexity</w:t>
            </w:r>
          </w:p>
        </w:tc>
        <w:tc>
          <w:tcPr>
            <w:tcW w:w="68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1D9CBA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Infrastructure has been tested previously and remediated</w:t>
            </w:r>
          </w:p>
        </w:tc>
        <w:tc>
          <w:tcPr>
            <w:tcW w:w="582" w:type="dxa"/>
            <w:tcBorders>
              <w:bottom w:val="single" w:sz="4" w:space="0" w:color="000000"/>
              <w:right w:val="single" w:sz="12" w:space="0" w:color="000000"/>
            </w:tcBorders>
          </w:tcPr>
          <w:p w14:paraId="4C124916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282549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6A829277" w14:textId="77777777" w:rsidTr="005946DB">
        <w:tc>
          <w:tcPr>
            <w:tcW w:w="1618" w:type="dxa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356A6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</w:p>
        </w:tc>
        <w:tc>
          <w:tcPr>
            <w:tcW w:w="68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9FD214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 xml:space="preserve">Number of logical locations </w:t>
            </w:r>
            <w:r w:rsidRPr="00F454AB">
              <w:rPr>
                <w:rFonts w:asciiTheme="majorHAnsi" w:hAnsiTheme="majorHAnsi" w:cstheme="majorHAnsi"/>
                <w:i/>
              </w:rPr>
              <w:t>(due to VLANs and Firewalls)</w:t>
            </w:r>
          </w:p>
        </w:tc>
        <w:tc>
          <w:tcPr>
            <w:tcW w:w="582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24B36D0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12E916CA" w14:textId="77777777" w:rsidTr="005946DB">
        <w:tc>
          <w:tcPr>
            <w:tcW w:w="2395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4" w:space="0" w:color="auto"/>
            </w:tcBorders>
            <w:vAlign w:val="center"/>
          </w:tcPr>
          <w:p w14:paraId="2E39D552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Additional Information</w:t>
            </w:r>
          </w:p>
        </w:tc>
        <w:tc>
          <w:tcPr>
            <w:tcW w:w="6677" w:type="dxa"/>
            <w:gridSpan w:val="3"/>
            <w:tcBorders>
              <w:left w:val="single" w:sz="4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14:paraId="7BB96874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131C058C" w14:textId="77777777" w:rsidR="00F454AB" w:rsidRPr="00F454AB" w:rsidRDefault="00F454AB" w:rsidP="00F454AB">
      <w:pPr>
        <w:rPr>
          <w:rFonts w:asciiTheme="majorHAnsi" w:eastAsia="Calibri" w:hAnsiTheme="majorHAnsi" w:cstheme="majorHAnsi"/>
          <w:lang w:val="en-IE"/>
        </w:rPr>
      </w:pPr>
      <w:bookmarkStart w:id="6" w:name="_Hlk9581559"/>
      <w:bookmarkStart w:id="7" w:name="_Hlk51758387"/>
      <w:bookmarkStart w:id="8" w:name="mobile_testing"/>
      <w:bookmarkEnd w:id="3"/>
    </w:p>
    <w:p w14:paraId="350D8E3F" w14:textId="77777777" w:rsidR="009F3C99" w:rsidRDefault="009F3C99">
      <w:pPr>
        <w:rPr>
          <w:rFonts w:asciiTheme="majorHAnsi" w:eastAsia="Calibri" w:hAnsiTheme="majorHAnsi" w:cstheme="majorHAnsi"/>
          <w:b/>
          <w:bCs/>
          <w:sz w:val="28"/>
          <w:szCs w:val="20"/>
          <w:lang w:val="en-IE"/>
        </w:rPr>
      </w:pPr>
      <w:bookmarkStart w:id="9" w:name="_Toc99702116"/>
      <w:r>
        <w:rPr>
          <w:rFonts w:eastAsia="Calibri" w:cstheme="majorHAnsi"/>
          <w:szCs w:val="20"/>
          <w:lang w:val="en-IE"/>
        </w:rPr>
        <w:br w:type="page"/>
      </w:r>
    </w:p>
    <w:p w14:paraId="6416DE2D" w14:textId="77777777" w:rsidR="00F454AB" w:rsidRPr="00F454AB" w:rsidRDefault="00F454AB" w:rsidP="00F454AB">
      <w:pPr>
        <w:pStyle w:val="Heading2"/>
        <w:spacing w:before="240"/>
        <w:rPr>
          <w:rFonts w:eastAsia="Calibri" w:cstheme="majorHAnsi"/>
          <w:color w:val="auto"/>
          <w:szCs w:val="20"/>
          <w:lang w:val="en-IE"/>
        </w:rPr>
      </w:pPr>
      <w:bookmarkStart w:id="10" w:name="_Toc216248327"/>
      <w:r w:rsidRPr="00F454AB">
        <w:rPr>
          <w:rFonts w:eastAsia="Calibri" w:cstheme="majorHAnsi"/>
          <w:color w:val="auto"/>
          <w:szCs w:val="20"/>
          <w:lang w:val="en-IE"/>
        </w:rPr>
        <w:t>WEB APPLICATION PENETRATION TEST</w:t>
      </w:r>
      <w:bookmarkEnd w:id="9"/>
      <w:bookmarkEnd w:id="10"/>
    </w:p>
    <w:tbl>
      <w:tblPr>
        <w:tblW w:w="9072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36"/>
        <w:gridCol w:w="759"/>
        <w:gridCol w:w="6118"/>
        <w:gridCol w:w="559"/>
      </w:tblGrid>
      <w:tr w:rsidR="00F454AB" w:rsidRPr="00F454AB" w14:paraId="2B5C4857" w14:textId="77777777" w:rsidTr="005946DB">
        <w:trPr>
          <w:trHeight w:val="240"/>
        </w:trPr>
        <w:tc>
          <w:tcPr>
            <w:tcW w:w="1636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5C5655A3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  <w:b/>
              </w:rPr>
            </w:pPr>
            <w:bookmarkStart w:id="11" w:name="_Hlk527028579"/>
            <w:bookmarkEnd w:id="6"/>
            <w:r w:rsidRPr="00F454AB">
              <w:rPr>
                <w:rFonts w:asciiTheme="majorHAnsi" w:hAnsiTheme="majorHAnsi" w:cstheme="majorHAnsi"/>
                <w:b/>
              </w:rPr>
              <w:t>Name / URL</w:t>
            </w:r>
          </w:p>
        </w:tc>
        <w:tc>
          <w:tcPr>
            <w:tcW w:w="7436" w:type="dxa"/>
            <w:gridSpan w:val="3"/>
            <w:tcBorders>
              <w:top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772040A1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051368F1" w14:textId="77777777" w:rsidTr="005946DB">
        <w:trPr>
          <w:trHeight w:val="240"/>
        </w:trPr>
        <w:tc>
          <w:tcPr>
            <w:tcW w:w="1636" w:type="dxa"/>
            <w:vMerge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14:paraId="0E500228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7436" w:type="dxa"/>
            <w:gridSpan w:val="3"/>
            <w:tcBorders>
              <w:top w:val="single" w:sz="4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14:paraId="2E6F7620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  <w:i/>
              </w:rPr>
              <w:t>Please complete one table per application</w:t>
            </w:r>
          </w:p>
        </w:tc>
      </w:tr>
      <w:tr w:rsidR="00F454AB" w:rsidRPr="00F454AB" w14:paraId="0DD1DD26" w14:textId="77777777" w:rsidTr="005946DB">
        <w:trPr>
          <w:trHeight w:val="420"/>
        </w:trPr>
        <w:tc>
          <w:tcPr>
            <w:tcW w:w="163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vAlign w:val="center"/>
          </w:tcPr>
          <w:p w14:paraId="54ADABAF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Brief Description of Function</w:t>
            </w:r>
          </w:p>
        </w:tc>
        <w:tc>
          <w:tcPr>
            <w:tcW w:w="7436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25A03304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73ACD830" w14:textId="77777777" w:rsidTr="005946DB">
        <w:trPr>
          <w:trHeight w:val="420"/>
        </w:trPr>
        <w:tc>
          <w:tcPr>
            <w:tcW w:w="1636" w:type="dxa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71DB33A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7436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971894B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  <w:i/>
              </w:rPr>
              <w:t xml:space="preserve">Please describe the main purposes of the application and what functions it provides </w:t>
            </w:r>
            <w:proofErr w:type="gramStart"/>
            <w:r w:rsidRPr="00F454AB">
              <w:rPr>
                <w:rFonts w:asciiTheme="majorHAnsi" w:hAnsiTheme="majorHAnsi" w:cstheme="majorHAnsi"/>
                <w:i/>
              </w:rPr>
              <w:t>…..</w:t>
            </w:r>
            <w:proofErr w:type="gramEnd"/>
            <w:r w:rsidRPr="00F454AB">
              <w:rPr>
                <w:rFonts w:asciiTheme="majorHAnsi" w:hAnsiTheme="majorHAnsi" w:cstheme="majorHAnsi"/>
                <w:i/>
              </w:rPr>
              <w:t xml:space="preserve"> e.g. The site provides our customers with a way to upload and download content etc.</w:t>
            </w:r>
          </w:p>
        </w:tc>
      </w:tr>
      <w:tr w:rsidR="00F454AB" w:rsidRPr="00F454AB" w14:paraId="67262D3A" w14:textId="77777777" w:rsidTr="005946DB">
        <w:trPr>
          <w:trHeight w:val="330"/>
        </w:trPr>
        <w:tc>
          <w:tcPr>
            <w:tcW w:w="1636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48EE9064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Application Technologies</w:t>
            </w:r>
          </w:p>
        </w:tc>
        <w:tc>
          <w:tcPr>
            <w:tcW w:w="7436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032615FD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5A718565" w14:textId="77777777" w:rsidTr="005946DB">
        <w:trPr>
          <w:trHeight w:val="330"/>
        </w:trPr>
        <w:tc>
          <w:tcPr>
            <w:tcW w:w="1636" w:type="dxa"/>
            <w:vMerge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14:paraId="3EA1EB41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7436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4CAFDA5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  <w:i/>
              </w:rPr>
              <w:t xml:space="preserve">Please state product and version </w:t>
            </w:r>
            <w:proofErr w:type="gramStart"/>
            <w:r w:rsidRPr="00F454AB">
              <w:rPr>
                <w:rFonts w:asciiTheme="majorHAnsi" w:hAnsiTheme="majorHAnsi" w:cstheme="majorHAnsi"/>
                <w:i/>
              </w:rPr>
              <w:t>…..</w:t>
            </w:r>
            <w:proofErr w:type="gramEnd"/>
            <w:r w:rsidRPr="00F454AB">
              <w:rPr>
                <w:rFonts w:asciiTheme="majorHAnsi" w:hAnsiTheme="majorHAnsi" w:cstheme="majorHAnsi"/>
                <w:i/>
              </w:rPr>
              <w:t xml:space="preserve"> e.g. IIS 7, Apache, </w:t>
            </w:r>
            <w:proofErr w:type="spellStart"/>
            <w:r w:rsidRPr="00F454AB">
              <w:rPr>
                <w:rFonts w:asciiTheme="majorHAnsi" w:hAnsiTheme="majorHAnsi" w:cstheme="majorHAnsi"/>
                <w:i/>
              </w:rPr>
              <w:t>Wordpress</w:t>
            </w:r>
            <w:proofErr w:type="spellEnd"/>
            <w:r w:rsidRPr="00F454AB">
              <w:rPr>
                <w:rFonts w:asciiTheme="majorHAnsi" w:hAnsiTheme="majorHAnsi" w:cstheme="majorHAnsi"/>
                <w:i/>
              </w:rPr>
              <w:t>, MSSQL 2012 etc.</w:t>
            </w:r>
          </w:p>
        </w:tc>
      </w:tr>
      <w:tr w:rsidR="00F454AB" w:rsidRPr="00F454AB" w14:paraId="5770656A" w14:textId="77777777" w:rsidTr="005946DB">
        <w:trPr>
          <w:trHeight w:val="189"/>
        </w:trPr>
        <w:tc>
          <w:tcPr>
            <w:tcW w:w="163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50176774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Accessibility</w:t>
            </w:r>
          </w:p>
        </w:tc>
        <w:tc>
          <w:tcPr>
            <w:tcW w:w="6877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E8BF55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 xml:space="preserve">External </w:t>
            </w:r>
            <w:r w:rsidRPr="00F454AB">
              <w:rPr>
                <w:rFonts w:asciiTheme="majorHAnsi" w:hAnsiTheme="majorHAnsi" w:cstheme="majorHAnsi"/>
                <w:i/>
              </w:rPr>
              <w:t>(accessible over the Internet)</w:t>
            </w:r>
          </w:p>
        </w:tc>
        <w:tc>
          <w:tcPr>
            <w:tcW w:w="559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800F2D2" w14:textId="77777777" w:rsidR="00F454AB" w:rsidRPr="00F454AB" w:rsidRDefault="00BC4BC8" w:rsidP="005946DB">
            <w:pPr>
              <w:pStyle w:val="IntegrityPTStandardText"/>
              <w:spacing w:before="40" w:after="4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520772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228ED95D" w14:textId="77777777" w:rsidTr="005946DB">
        <w:tc>
          <w:tcPr>
            <w:tcW w:w="163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DEF688E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</w:rPr>
            </w:pPr>
          </w:p>
        </w:tc>
        <w:tc>
          <w:tcPr>
            <w:tcW w:w="6877" w:type="dxa"/>
            <w:gridSpan w:val="2"/>
            <w:tcBorders>
              <w:left w:val="single" w:sz="4" w:space="0" w:color="000000"/>
              <w:bottom w:val="single" w:sz="12" w:space="0" w:color="000000"/>
            </w:tcBorders>
            <w:vAlign w:val="center"/>
          </w:tcPr>
          <w:p w14:paraId="348AC948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 xml:space="preserve">Internal </w:t>
            </w:r>
            <w:r w:rsidRPr="00F454AB">
              <w:rPr>
                <w:rFonts w:asciiTheme="majorHAnsi" w:hAnsiTheme="majorHAnsi" w:cstheme="majorHAnsi"/>
                <w:i/>
              </w:rPr>
              <w:t>(only accessible from customer site)</w:t>
            </w:r>
          </w:p>
        </w:tc>
        <w:tc>
          <w:tcPr>
            <w:tcW w:w="559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14:paraId="4B58A3C0" w14:textId="77777777" w:rsidR="00F454AB" w:rsidRPr="00F454AB" w:rsidRDefault="00BC4BC8" w:rsidP="005946DB">
            <w:pPr>
              <w:pStyle w:val="IntegrityPTStandardText"/>
              <w:spacing w:before="40" w:after="4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926074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69992E55" w14:textId="77777777" w:rsidTr="005946DB">
        <w:trPr>
          <w:trHeight w:val="601"/>
        </w:trPr>
        <w:tc>
          <w:tcPr>
            <w:tcW w:w="163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vAlign w:val="center"/>
          </w:tcPr>
          <w:p w14:paraId="5D358BBE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Test Model</w:t>
            </w:r>
          </w:p>
        </w:tc>
        <w:tc>
          <w:tcPr>
            <w:tcW w:w="6877" w:type="dxa"/>
            <w:gridSpan w:val="2"/>
            <w:vMerge w:val="restart"/>
            <w:tcBorders>
              <w:top w:val="single" w:sz="12" w:space="0" w:color="000000"/>
            </w:tcBorders>
            <w:vAlign w:val="center"/>
          </w:tcPr>
          <w:p w14:paraId="6A3ED262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Fixed Time / Cost</w:t>
            </w:r>
            <w:r w:rsidRPr="00F454AB">
              <w:rPr>
                <w:rFonts w:asciiTheme="majorHAnsi" w:hAnsiTheme="majorHAnsi" w:cstheme="majorHAnsi"/>
                <w:i/>
              </w:rPr>
              <w:t xml:space="preserve"> –</w:t>
            </w:r>
            <w:r w:rsidRPr="00F454AB">
              <w:rPr>
                <w:rFonts w:asciiTheme="majorHAnsi" w:hAnsiTheme="majorHAnsi" w:cstheme="majorHAnsi"/>
              </w:rPr>
              <w:t xml:space="preserve"> </w:t>
            </w:r>
            <w:r w:rsidRPr="00F454AB">
              <w:rPr>
                <w:rFonts w:asciiTheme="majorHAnsi" w:hAnsiTheme="majorHAnsi" w:cstheme="majorHAnsi"/>
                <w:i/>
              </w:rPr>
              <w:t>(it may be useful to consider this model if detailed knowledge of the application is difficult to acquire)</w:t>
            </w:r>
          </w:p>
          <w:p w14:paraId="0719FC0E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Number of days</w:t>
            </w:r>
          </w:p>
        </w:tc>
        <w:tc>
          <w:tcPr>
            <w:tcW w:w="559" w:type="dxa"/>
            <w:tcBorders>
              <w:top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0AE761A2" w14:textId="77777777" w:rsidR="00F454AB" w:rsidRPr="00F454AB" w:rsidRDefault="00BC4BC8" w:rsidP="005946DB">
            <w:pPr>
              <w:pStyle w:val="IntegrityPTStandardText"/>
              <w:spacing w:before="40" w:after="4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772980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54C851FF" w14:textId="77777777" w:rsidTr="005946DB">
        <w:trPr>
          <w:trHeight w:val="43"/>
        </w:trPr>
        <w:tc>
          <w:tcPr>
            <w:tcW w:w="1636" w:type="dxa"/>
            <w:vMerge/>
            <w:tcBorders>
              <w:left w:val="single" w:sz="12" w:space="0" w:color="000000"/>
              <w:bottom w:val="single" w:sz="8" w:space="0" w:color="000000"/>
            </w:tcBorders>
            <w:vAlign w:val="center"/>
          </w:tcPr>
          <w:p w14:paraId="349372B5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877" w:type="dxa"/>
            <w:gridSpan w:val="2"/>
            <w:vMerge/>
            <w:tcBorders>
              <w:bottom w:val="single" w:sz="4" w:space="0" w:color="000000"/>
            </w:tcBorders>
            <w:vAlign w:val="center"/>
          </w:tcPr>
          <w:p w14:paraId="17A45EF3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</w:rPr>
            </w:pPr>
          </w:p>
        </w:tc>
        <w:tc>
          <w:tcPr>
            <w:tcW w:w="559" w:type="dxa"/>
            <w:tcBorders>
              <w:top w:val="single" w:sz="4" w:space="0" w:color="auto"/>
              <w:bottom w:val="single" w:sz="4" w:space="0" w:color="000000"/>
              <w:right w:val="single" w:sz="12" w:space="0" w:color="000000"/>
            </w:tcBorders>
            <w:vAlign w:val="center"/>
          </w:tcPr>
          <w:p w14:paraId="17DB57E9" w14:textId="77777777" w:rsidR="00F454AB" w:rsidRPr="00F454AB" w:rsidRDefault="00F454AB" w:rsidP="005946DB">
            <w:pPr>
              <w:pStyle w:val="IntegrityPTStandardText"/>
              <w:spacing w:before="40" w:after="4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1ABDB884" w14:textId="77777777" w:rsidTr="005946DB">
        <w:trPr>
          <w:trHeight w:val="349"/>
        </w:trPr>
        <w:tc>
          <w:tcPr>
            <w:tcW w:w="1636" w:type="dxa"/>
            <w:vMerge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14:paraId="23FE8100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877" w:type="dxa"/>
            <w:gridSpan w:val="2"/>
            <w:tcBorders>
              <w:bottom w:val="single" w:sz="12" w:space="0" w:color="000000"/>
            </w:tcBorders>
            <w:vAlign w:val="center"/>
          </w:tcPr>
          <w:p w14:paraId="75A79CE9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Complete Test</w:t>
            </w:r>
            <w:r w:rsidRPr="00F454AB">
              <w:rPr>
                <w:rFonts w:asciiTheme="majorHAnsi" w:hAnsiTheme="majorHAnsi" w:cstheme="majorHAnsi"/>
                <w:i/>
              </w:rPr>
              <w:t xml:space="preserve"> – (the details below will need to be provided for full coverage)</w:t>
            </w:r>
          </w:p>
        </w:tc>
        <w:tc>
          <w:tcPr>
            <w:tcW w:w="559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14:paraId="3A3B9486" w14:textId="77777777" w:rsidR="00F454AB" w:rsidRPr="00F454AB" w:rsidRDefault="00BC4BC8" w:rsidP="005946DB">
            <w:pPr>
              <w:pStyle w:val="IntegrityPTStandardText"/>
              <w:spacing w:before="40" w:after="4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839388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656CBDAB" w14:textId="77777777" w:rsidTr="005946DB">
        <w:tc>
          <w:tcPr>
            <w:tcW w:w="163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vAlign w:val="center"/>
          </w:tcPr>
          <w:p w14:paraId="7B5C5FA4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Size</w:t>
            </w:r>
          </w:p>
        </w:tc>
        <w:tc>
          <w:tcPr>
            <w:tcW w:w="6877" w:type="dxa"/>
            <w:gridSpan w:val="2"/>
            <w:tcBorders>
              <w:top w:val="single" w:sz="12" w:space="0" w:color="000000"/>
            </w:tcBorders>
            <w:vAlign w:val="center"/>
          </w:tcPr>
          <w:p w14:paraId="21CDFF8E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Number of Dynamic Pages</w:t>
            </w:r>
          </w:p>
        </w:tc>
        <w:tc>
          <w:tcPr>
            <w:tcW w:w="559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14:paraId="76D1B07E" w14:textId="77777777" w:rsidR="00F454AB" w:rsidRPr="00F454AB" w:rsidRDefault="00F454AB" w:rsidP="005946DB">
            <w:pPr>
              <w:pStyle w:val="IntegrityPTStandardText"/>
              <w:spacing w:before="40" w:after="4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5EA354CD" w14:textId="77777777" w:rsidTr="005946DB">
        <w:tc>
          <w:tcPr>
            <w:tcW w:w="1636" w:type="dxa"/>
            <w:vMerge/>
            <w:tcBorders>
              <w:left w:val="single" w:sz="12" w:space="0" w:color="000000"/>
              <w:bottom w:val="single" w:sz="8" w:space="0" w:color="000000"/>
            </w:tcBorders>
            <w:vAlign w:val="center"/>
          </w:tcPr>
          <w:p w14:paraId="17B5388B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877" w:type="dxa"/>
            <w:gridSpan w:val="2"/>
            <w:tcBorders>
              <w:bottom w:val="single" w:sz="4" w:space="0" w:color="000000"/>
            </w:tcBorders>
            <w:vAlign w:val="center"/>
          </w:tcPr>
          <w:p w14:paraId="1E46E3CC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Number of Static Pages</w:t>
            </w:r>
          </w:p>
        </w:tc>
        <w:tc>
          <w:tcPr>
            <w:tcW w:w="559" w:type="dxa"/>
            <w:tcBorders>
              <w:right w:val="single" w:sz="12" w:space="0" w:color="000000"/>
            </w:tcBorders>
            <w:vAlign w:val="center"/>
          </w:tcPr>
          <w:p w14:paraId="209DBE89" w14:textId="77777777" w:rsidR="00F454AB" w:rsidRPr="00F454AB" w:rsidRDefault="00F454AB" w:rsidP="005946DB">
            <w:pPr>
              <w:pStyle w:val="IntegrityPTStandardText"/>
              <w:spacing w:before="40" w:after="4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067DEDEB" w14:textId="77777777" w:rsidTr="005946DB">
        <w:tc>
          <w:tcPr>
            <w:tcW w:w="1636" w:type="dxa"/>
            <w:vMerge/>
            <w:tcBorders>
              <w:left w:val="single" w:sz="12" w:space="0" w:color="000000"/>
              <w:bottom w:val="single" w:sz="8" w:space="0" w:color="000000"/>
            </w:tcBorders>
            <w:vAlign w:val="center"/>
          </w:tcPr>
          <w:p w14:paraId="3AF91DCE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877" w:type="dxa"/>
            <w:gridSpan w:val="2"/>
            <w:vMerge w:val="restart"/>
            <w:tcBorders>
              <w:bottom w:val="single" w:sz="8" w:space="0" w:color="000000"/>
            </w:tcBorders>
            <w:vAlign w:val="center"/>
          </w:tcPr>
          <w:p w14:paraId="01F93FCE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Include Underlying Infrastructure Tests</w:t>
            </w:r>
          </w:p>
          <w:p w14:paraId="52117EC0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Number of Hosts</w:t>
            </w:r>
          </w:p>
        </w:tc>
        <w:tc>
          <w:tcPr>
            <w:tcW w:w="559" w:type="dxa"/>
            <w:tcBorders>
              <w:bottom w:val="single" w:sz="4" w:space="0" w:color="000000"/>
              <w:right w:val="single" w:sz="12" w:space="0" w:color="000000"/>
            </w:tcBorders>
            <w:vAlign w:val="center"/>
          </w:tcPr>
          <w:p w14:paraId="04387F72" w14:textId="77777777" w:rsidR="00F454AB" w:rsidRPr="00F454AB" w:rsidRDefault="00BC4BC8" w:rsidP="005946DB">
            <w:pPr>
              <w:pStyle w:val="IntegrityPTStandardText"/>
              <w:spacing w:before="40" w:after="4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419754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188156E1" w14:textId="77777777" w:rsidTr="005946DB">
        <w:tc>
          <w:tcPr>
            <w:tcW w:w="1636" w:type="dxa"/>
            <w:vMerge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14:paraId="281CF803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877" w:type="dxa"/>
            <w:gridSpan w:val="2"/>
            <w:vMerge/>
            <w:tcBorders>
              <w:bottom w:val="single" w:sz="12" w:space="0" w:color="000000"/>
            </w:tcBorders>
            <w:vAlign w:val="center"/>
          </w:tcPr>
          <w:p w14:paraId="7A6341EF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</w:rPr>
            </w:pPr>
          </w:p>
        </w:tc>
        <w:tc>
          <w:tcPr>
            <w:tcW w:w="559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14:paraId="4CE56C87" w14:textId="77777777" w:rsidR="00F454AB" w:rsidRPr="00F454AB" w:rsidRDefault="00F454AB" w:rsidP="005946DB">
            <w:pPr>
              <w:pStyle w:val="IntegrityPTStandardText"/>
              <w:spacing w:before="40" w:after="4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78F592B9" w14:textId="77777777" w:rsidTr="005946DB">
        <w:tc>
          <w:tcPr>
            <w:tcW w:w="163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vAlign w:val="center"/>
          </w:tcPr>
          <w:p w14:paraId="34EEB56E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Criticality</w:t>
            </w:r>
          </w:p>
        </w:tc>
        <w:tc>
          <w:tcPr>
            <w:tcW w:w="6877" w:type="dxa"/>
            <w:gridSpan w:val="2"/>
            <w:tcBorders>
              <w:top w:val="single" w:sz="12" w:space="0" w:color="000000"/>
            </w:tcBorders>
            <w:vAlign w:val="center"/>
          </w:tcPr>
          <w:p w14:paraId="44B2FF92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 xml:space="preserve">Low </w:t>
            </w:r>
            <w:r w:rsidRPr="00F454AB">
              <w:rPr>
                <w:rFonts w:asciiTheme="majorHAnsi" w:hAnsiTheme="majorHAnsi" w:cstheme="majorHAnsi"/>
                <w:i/>
              </w:rPr>
              <w:t>– Brochureware, Company Website</w:t>
            </w:r>
          </w:p>
        </w:tc>
        <w:tc>
          <w:tcPr>
            <w:tcW w:w="559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14:paraId="2203703D" w14:textId="77777777" w:rsidR="00F454AB" w:rsidRPr="00F454AB" w:rsidRDefault="00BC4BC8" w:rsidP="005946DB">
            <w:pPr>
              <w:pStyle w:val="IntegrityPTStandardText"/>
              <w:spacing w:before="40" w:after="4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351450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69C403CD" w14:textId="77777777" w:rsidTr="005946DB">
        <w:tc>
          <w:tcPr>
            <w:tcW w:w="1636" w:type="dxa"/>
            <w:vMerge/>
            <w:tcBorders>
              <w:left w:val="single" w:sz="12" w:space="0" w:color="000000"/>
              <w:bottom w:val="single" w:sz="8" w:space="0" w:color="000000"/>
            </w:tcBorders>
            <w:vAlign w:val="center"/>
          </w:tcPr>
          <w:p w14:paraId="000AB6C0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877" w:type="dxa"/>
            <w:gridSpan w:val="2"/>
            <w:tcBorders>
              <w:bottom w:val="single" w:sz="4" w:space="0" w:color="000000"/>
            </w:tcBorders>
            <w:vAlign w:val="center"/>
          </w:tcPr>
          <w:p w14:paraId="36119AD3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 xml:space="preserve">Medium </w:t>
            </w:r>
            <w:r w:rsidRPr="00F454AB">
              <w:rPr>
                <w:rFonts w:asciiTheme="majorHAnsi" w:hAnsiTheme="majorHAnsi" w:cstheme="majorHAnsi"/>
                <w:i/>
              </w:rPr>
              <w:t>– Company Product, Internal Application, Insurance Quotes</w:t>
            </w:r>
          </w:p>
        </w:tc>
        <w:tc>
          <w:tcPr>
            <w:tcW w:w="559" w:type="dxa"/>
            <w:tcBorders>
              <w:bottom w:val="single" w:sz="4" w:space="0" w:color="000000"/>
              <w:right w:val="single" w:sz="12" w:space="0" w:color="000000"/>
            </w:tcBorders>
            <w:vAlign w:val="center"/>
          </w:tcPr>
          <w:p w14:paraId="5C6D5789" w14:textId="77777777" w:rsidR="00F454AB" w:rsidRPr="00F454AB" w:rsidRDefault="00BC4BC8" w:rsidP="005946DB">
            <w:pPr>
              <w:pStyle w:val="IntegrityPTStandardText"/>
              <w:spacing w:before="40" w:after="4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54052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51C9117B" w14:textId="77777777" w:rsidTr="005946DB">
        <w:tc>
          <w:tcPr>
            <w:tcW w:w="1636" w:type="dxa"/>
            <w:vMerge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14:paraId="1FD2B1EE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877" w:type="dxa"/>
            <w:gridSpan w:val="2"/>
            <w:tcBorders>
              <w:bottom w:val="single" w:sz="12" w:space="0" w:color="000000"/>
            </w:tcBorders>
            <w:vAlign w:val="center"/>
          </w:tcPr>
          <w:p w14:paraId="7100C4DC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 xml:space="preserve">High </w:t>
            </w:r>
            <w:r w:rsidRPr="00F454AB">
              <w:rPr>
                <w:rFonts w:asciiTheme="majorHAnsi" w:hAnsiTheme="majorHAnsi" w:cstheme="majorHAnsi"/>
                <w:i/>
              </w:rPr>
              <w:t>– Online Banking, Market Trading, Missile Launch System</w:t>
            </w:r>
          </w:p>
        </w:tc>
        <w:tc>
          <w:tcPr>
            <w:tcW w:w="559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14:paraId="458D1E1D" w14:textId="77777777" w:rsidR="00F454AB" w:rsidRPr="00F454AB" w:rsidRDefault="00BC4BC8" w:rsidP="005946DB">
            <w:pPr>
              <w:pStyle w:val="IntegrityPTStandardText"/>
              <w:spacing w:before="40" w:after="4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798417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28826F21" w14:textId="77777777" w:rsidTr="005946DB">
        <w:tc>
          <w:tcPr>
            <w:tcW w:w="163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vAlign w:val="center"/>
          </w:tcPr>
          <w:p w14:paraId="29B07872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Authentication</w:t>
            </w:r>
          </w:p>
        </w:tc>
        <w:tc>
          <w:tcPr>
            <w:tcW w:w="6877" w:type="dxa"/>
            <w:gridSpan w:val="2"/>
            <w:tcBorders>
              <w:top w:val="single" w:sz="12" w:space="0" w:color="000000"/>
            </w:tcBorders>
            <w:vAlign w:val="center"/>
          </w:tcPr>
          <w:p w14:paraId="7209824E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No Authentication</w:t>
            </w:r>
          </w:p>
        </w:tc>
        <w:tc>
          <w:tcPr>
            <w:tcW w:w="559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14:paraId="71D8E2D1" w14:textId="77777777" w:rsidR="00F454AB" w:rsidRPr="00F454AB" w:rsidRDefault="00BC4BC8" w:rsidP="005946DB">
            <w:pPr>
              <w:pStyle w:val="IntegrityPTStandardText"/>
              <w:spacing w:before="40" w:after="4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967110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655DD3AD" w14:textId="77777777" w:rsidTr="005946DB">
        <w:tc>
          <w:tcPr>
            <w:tcW w:w="1636" w:type="dxa"/>
            <w:vMerge/>
            <w:tcBorders>
              <w:left w:val="single" w:sz="12" w:space="0" w:color="000000"/>
              <w:bottom w:val="single" w:sz="8" w:space="0" w:color="000000"/>
            </w:tcBorders>
            <w:vAlign w:val="center"/>
          </w:tcPr>
          <w:p w14:paraId="2EEDFA90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877" w:type="dxa"/>
            <w:gridSpan w:val="2"/>
            <w:tcBorders>
              <w:bottom w:val="single" w:sz="4" w:space="0" w:color="000000"/>
            </w:tcBorders>
            <w:vAlign w:val="center"/>
          </w:tcPr>
          <w:p w14:paraId="7AB23B47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Username &amp; Password</w:t>
            </w:r>
          </w:p>
        </w:tc>
        <w:tc>
          <w:tcPr>
            <w:tcW w:w="559" w:type="dxa"/>
            <w:tcBorders>
              <w:bottom w:val="single" w:sz="4" w:space="0" w:color="000000"/>
              <w:right w:val="single" w:sz="12" w:space="0" w:color="000000"/>
            </w:tcBorders>
            <w:vAlign w:val="center"/>
          </w:tcPr>
          <w:p w14:paraId="22991240" w14:textId="77777777" w:rsidR="00F454AB" w:rsidRPr="00F454AB" w:rsidRDefault="00BC4BC8" w:rsidP="005946DB">
            <w:pPr>
              <w:pStyle w:val="IntegrityPTStandardText"/>
              <w:spacing w:before="40" w:after="4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993756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29FA0963" w14:textId="77777777" w:rsidTr="005946DB">
        <w:tc>
          <w:tcPr>
            <w:tcW w:w="1636" w:type="dxa"/>
            <w:vMerge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14:paraId="5B8E770D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877" w:type="dxa"/>
            <w:gridSpan w:val="2"/>
            <w:tcBorders>
              <w:bottom w:val="single" w:sz="12" w:space="0" w:color="000000"/>
            </w:tcBorders>
            <w:vAlign w:val="center"/>
          </w:tcPr>
          <w:p w14:paraId="037A1A73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Smartcards, Tokens, Client Certificates</w:t>
            </w:r>
          </w:p>
        </w:tc>
        <w:tc>
          <w:tcPr>
            <w:tcW w:w="559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14:paraId="7E555064" w14:textId="77777777" w:rsidR="00F454AB" w:rsidRPr="00F454AB" w:rsidRDefault="00BC4BC8" w:rsidP="005946DB">
            <w:pPr>
              <w:pStyle w:val="IntegrityPTStandardText"/>
              <w:spacing w:before="40" w:after="4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118726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026C3C70" w14:textId="77777777" w:rsidTr="005946DB">
        <w:tc>
          <w:tcPr>
            <w:tcW w:w="163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vAlign w:val="center"/>
          </w:tcPr>
          <w:p w14:paraId="7846D495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User Roles</w:t>
            </w:r>
          </w:p>
        </w:tc>
        <w:tc>
          <w:tcPr>
            <w:tcW w:w="6877" w:type="dxa"/>
            <w:gridSpan w:val="2"/>
            <w:tcBorders>
              <w:top w:val="single" w:sz="12" w:space="0" w:color="000000"/>
            </w:tcBorders>
            <w:vAlign w:val="center"/>
          </w:tcPr>
          <w:p w14:paraId="50564C1E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 xml:space="preserve">Simple User Roles </w:t>
            </w:r>
            <w:r w:rsidRPr="00F454AB">
              <w:rPr>
                <w:rFonts w:asciiTheme="majorHAnsi" w:hAnsiTheme="majorHAnsi" w:cstheme="majorHAnsi"/>
                <w:b/>
                <w:bCs/>
                <w:i/>
              </w:rPr>
              <w:t>(Low Privileged, High Privileged, Admin</w:t>
            </w:r>
            <w:proofErr w:type="gramStart"/>
            <w:r w:rsidRPr="00F454AB">
              <w:rPr>
                <w:rFonts w:asciiTheme="majorHAnsi" w:hAnsiTheme="majorHAnsi" w:cstheme="majorHAnsi"/>
                <w:b/>
                <w:bCs/>
                <w:i/>
              </w:rPr>
              <w:t>…..</w:t>
            </w:r>
            <w:proofErr w:type="gramEnd"/>
            <w:r w:rsidRPr="00F454AB">
              <w:rPr>
                <w:rFonts w:asciiTheme="majorHAnsi" w:hAnsiTheme="majorHAnsi" w:cstheme="majorHAnsi"/>
                <w:b/>
                <w:bCs/>
                <w:i/>
              </w:rPr>
              <w:t>)</w:t>
            </w:r>
          </w:p>
        </w:tc>
        <w:tc>
          <w:tcPr>
            <w:tcW w:w="559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14:paraId="19B2FBA2" w14:textId="77777777" w:rsidR="00F454AB" w:rsidRPr="00F454AB" w:rsidRDefault="00BC4BC8" w:rsidP="005946DB">
            <w:pPr>
              <w:pStyle w:val="IntegrityPTStandardText"/>
              <w:spacing w:before="40" w:after="4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806517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716B7BA7" w14:textId="77777777" w:rsidTr="005946DB">
        <w:tc>
          <w:tcPr>
            <w:tcW w:w="1636" w:type="dxa"/>
            <w:vMerge/>
            <w:tcBorders>
              <w:left w:val="single" w:sz="12" w:space="0" w:color="000000"/>
              <w:bottom w:val="single" w:sz="8" w:space="0" w:color="000000"/>
            </w:tcBorders>
            <w:vAlign w:val="center"/>
          </w:tcPr>
          <w:p w14:paraId="0D574C36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877" w:type="dxa"/>
            <w:gridSpan w:val="2"/>
            <w:vAlign w:val="center"/>
          </w:tcPr>
          <w:p w14:paraId="69137DF2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Group Membership Based Access</w:t>
            </w:r>
          </w:p>
        </w:tc>
        <w:tc>
          <w:tcPr>
            <w:tcW w:w="559" w:type="dxa"/>
            <w:tcBorders>
              <w:right w:val="single" w:sz="12" w:space="0" w:color="000000"/>
            </w:tcBorders>
            <w:vAlign w:val="center"/>
          </w:tcPr>
          <w:p w14:paraId="2BD3A4F1" w14:textId="77777777" w:rsidR="00F454AB" w:rsidRPr="00F454AB" w:rsidRDefault="00BC4BC8" w:rsidP="005946DB">
            <w:pPr>
              <w:pStyle w:val="IntegrityPTStandardText"/>
              <w:spacing w:before="40" w:after="4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331331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0CC5ABDA" w14:textId="77777777" w:rsidTr="005946DB">
        <w:tc>
          <w:tcPr>
            <w:tcW w:w="1636" w:type="dxa"/>
            <w:vMerge/>
            <w:tcBorders>
              <w:left w:val="single" w:sz="12" w:space="0" w:color="000000"/>
              <w:bottom w:val="single" w:sz="8" w:space="0" w:color="000000"/>
            </w:tcBorders>
            <w:vAlign w:val="center"/>
          </w:tcPr>
          <w:p w14:paraId="4373A829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877" w:type="dxa"/>
            <w:gridSpan w:val="2"/>
            <w:tcBorders>
              <w:bottom w:val="single" w:sz="4" w:space="0" w:color="000000"/>
            </w:tcBorders>
            <w:vAlign w:val="center"/>
          </w:tcPr>
          <w:p w14:paraId="4706F55A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Complex Configurable Permissions</w:t>
            </w:r>
          </w:p>
        </w:tc>
        <w:tc>
          <w:tcPr>
            <w:tcW w:w="559" w:type="dxa"/>
            <w:tcBorders>
              <w:bottom w:val="single" w:sz="4" w:space="0" w:color="000000"/>
              <w:right w:val="single" w:sz="12" w:space="0" w:color="000000"/>
            </w:tcBorders>
            <w:vAlign w:val="center"/>
          </w:tcPr>
          <w:p w14:paraId="70FF49F8" w14:textId="77777777" w:rsidR="00F454AB" w:rsidRPr="00F454AB" w:rsidRDefault="00BC4BC8" w:rsidP="005946DB">
            <w:pPr>
              <w:pStyle w:val="IntegrityPTStandardText"/>
              <w:spacing w:before="40" w:after="4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952820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19259CFA" w14:textId="77777777" w:rsidTr="005946DB">
        <w:tc>
          <w:tcPr>
            <w:tcW w:w="1636" w:type="dxa"/>
            <w:vMerge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14:paraId="165E8E4F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877" w:type="dxa"/>
            <w:gridSpan w:val="2"/>
            <w:tcBorders>
              <w:bottom w:val="single" w:sz="12" w:space="0" w:color="000000"/>
            </w:tcBorders>
            <w:vAlign w:val="center"/>
          </w:tcPr>
          <w:p w14:paraId="44862472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Number of User Roles, Groups or Permissions</w:t>
            </w:r>
          </w:p>
        </w:tc>
        <w:tc>
          <w:tcPr>
            <w:tcW w:w="559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14:paraId="693108A5" w14:textId="77777777" w:rsidR="00F454AB" w:rsidRPr="00F454AB" w:rsidRDefault="00F454AB" w:rsidP="005946DB">
            <w:pPr>
              <w:pStyle w:val="IntegrityPTStandardText"/>
              <w:spacing w:before="40" w:after="4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52108572" w14:textId="77777777" w:rsidTr="005946DB">
        <w:tc>
          <w:tcPr>
            <w:tcW w:w="1636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5303E009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Complex Functionality</w:t>
            </w:r>
          </w:p>
        </w:tc>
        <w:tc>
          <w:tcPr>
            <w:tcW w:w="6877" w:type="dxa"/>
            <w:gridSpan w:val="2"/>
            <w:tcBorders>
              <w:top w:val="single" w:sz="12" w:space="0" w:color="000000"/>
            </w:tcBorders>
            <w:vAlign w:val="center"/>
          </w:tcPr>
          <w:p w14:paraId="56B6A278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 xml:space="preserve">Workflow </w:t>
            </w:r>
            <w:r w:rsidRPr="00F454AB">
              <w:rPr>
                <w:rFonts w:asciiTheme="majorHAnsi" w:hAnsiTheme="majorHAnsi" w:cstheme="majorHAnsi"/>
                <w:i/>
              </w:rPr>
              <w:t>(e.g. Author, Approve</w:t>
            </w:r>
            <w:proofErr w:type="gramStart"/>
            <w:r w:rsidRPr="00F454AB">
              <w:rPr>
                <w:rFonts w:asciiTheme="majorHAnsi" w:hAnsiTheme="majorHAnsi" w:cstheme="majorHAnsi"/>
                <w:i/>
              </w:rPr>
              <w:t>…..</w:t>
            </w:r>
            <w:proofErr w:type="gramEnd"/>
            <w:r w:rsidRPr="00F454AB">
              <w:rPr>
                <w:rFonts w:asciiTheme="majorHAnsi" w:hAnsiTheme="majorHAnsi" w:cstheme="majorHAnsi"/>
                <w:i/>
              </w:rPr>
              <w:t>)</w:t>
            </w:r>
          </w:p>
        </w:tc>
        <w:tc>
          <w:tcPr>
            <w:tcW w:w="559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14:paraId="3783B055" w14:textId="77777777" w:rsidR="00F454AB" w:rsidRPr="00F454AB" w:rsidRDefault="00BC4BC8" w:rsidP="005946DB">
            <w:pPr>
              <w:pStyle w:val="IntegrityPTStandardText"/>
              <w:spacing w:before="40" w:after="4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398586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485805A5" w14:textId="77777777" w:rsidTr="005946DB">
        <w:tc>
          <w:tcPr>
            <w:tcW w:w="1636" w:type="dxa"/>
            <w:vMerge/>
            <w:tcBorders>
              <w:left w:val="single" w:sz="12" w:space="0" w:color="000000"/>
            </w:tcBorders>
            <w:vAlign w:val="center"/>
          </w:tcPr>
          <w:p w14:paraId="5EDC34B6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</w:rPr>
            </w:pPr>
          </w:p>
        </w:tc>
        <w:tc>
          <w:tcPr>
            <w:tcW w:w="6877" w:type="dxa"/>
            <w:gridSpan w:val="2"/>
            <w:tcBorders>
              <w:bottom w:val="single" w:sz="4" w:space="0" w:color="000000"/>
            </w:tcBorders>
            <w:vAlign w:val="center"/>
          </w:tcPr>
          <w:p w14:paraId="40DF2334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File / Document Upload</w:t>
            </w:r>
          </w:p>
        </w:tc>
        <w:tc>
          <w:tcPr>
            <w:tcW w:w="559" w:type="dxa"/>
            <w:tcBorders>
              <w:bottom w:val="single" w:sz="4" w:space="0" w:color="000000"/>
              <w:right w:val="single" w:sz="12" w:space="0" w:color="000000"/>
            </w:tcBorders>
            <w:vAlign w:val="center"/>
          </w:tcPr>
          <w:p w14:paraId="4B5649BF" w14:textId="77777777" w:rsidR="00F454AB" w:rsidRPr="00F454AB" w:rsidRDefault="00BC4BC8" w:rsidP="005946DB">
            <w:pPr>
              <w:pStyle w:val="IntegrityPTStandardText"/>
              <w:spacing w:before="40" w:after="4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154106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7A7CC86F" w14:textId="77777777" w:rsidTr="005946DB">
        <w:tc>
          <w:tcPr>
            <w:tcW w:w="1636" w:type="dxa"/>
            <w:vMerge/>
            <w:tcBorders>
              <w:left w:val="single" w:sz="12" w:space="0" w:color="000000"/>
            </w:tcBorders>
            <w:vAlign w:val="center"/>
          </w:tcPr>
          <w:p w14:paraId="73DD5BF0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</w:rPr>
            </w:pPr>
          </w:p>
        </w:tc>
        <w:tc>
          <w:tcPr>
            <w:tcW w:w="6877" w:type="dxa"/>
            <w:gridSpan w:val="2"/>
            <w:vAlign w:val="center"/>
          </w:tcPr>
          <w:p w14:paraId="0E1CED98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 xml:space="preserve">Advanced Security Functionality </w:t>
            </w:r>
          </w:p>
          <w:p w14:paraId="06D386D0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  <w:i/>
              </w:rPr>
              <w:t>(Web App Firewall, Parameter Obfuscation, Etc.)</w:t>
            </w:r>
          </w:p>
        </w:tc>
        <w:tc>
          <w:tcPr>
            <w:tcW w:w="559" w:type="dxa"/>
            <w:tcBorders>
              <w:right w:val="single" w:sz="12" w:space="0" w:color="000000"/>
            </w:tcBorders>
            <w:vAlign w:val="center"/>
          </w:tcPr>
          <w:p w14:paraId="7BE77B94" w14:textId="77777777" w:rsidR="00F454AB" w:rsidRPr="00F454AB" w:rsidRDefault="00BC4BC8" w:rsidP="005946DB">
            <w:pPr>
              <w:pStyle w:val="IntegrityPTStandardText"/>
              <w:spacing w:before="40" w:after="4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427618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1198B429" w14:textId="77777777" w:rsidTr="005946DB">
        <w:tc>
          <w:tcPr>
            <w:tcW w:w="1636" w:type="dxa"/>
            <w:tcBorders>
              <w:left w:val="single" w:sz="12" w:space="0" w:color="000000"/>
            </w:tcBorders>
            <w:vAlign w:val="center"/>
          </w:tcPr>
          <w:p w14:paraId="20224B47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  <w:b/>
              </w:rPr>
              <w:t>Are there calls to your own API(s) made by the application(s) that are in-scope for testing?</w:t>
            </w:r>
          </w:p>
        </w:tc>
        <w:tc>
          <w:tcPr>
            <w:tcW w:w="6877" w:type="dxa"/>
            <w:gridSpan w:val="2"/>
            <w:vAlign w:val="center"/>
          </w:tcPr>
          <w:p w14:paraId="5EAEAD7F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Yes/No</w:t>
            </w:r>
          </w:p>
        </w:tc>
        <w:tc>
          <w:tcPr>
            <w:tcW w:w="559" w:type="dxa"/>
            <w:tcBorders>
              <w:right w:val="single" w:sz="12" w:space="0" w:color="000000"/>
            </w:tcBorders>
            <w:vAlign w:val="center"/>
          </w:tcPr>
          <w:p w14:paraId="6E42BEA5" w14:textId="77777777" w:rsidR="00F454AB" w:rsidRPr="00F454AB" w:rsidRDefault="00F454AB" w:rsidP="005946DB">
            <w:pPr>
              <w:pStyle w:val="IntegrityPTStandardText"/>
              <w:spacing w:before="40" w:after="4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613DC511" w14:textId="77777777" w:rsidTr="005946DB">
        <w:tc>
          <w:tcPr>
            <w:tcW w:w="1636" w:type="dxa"/>
            <w:tcBorders>
              <w:left w:val="single" w:sz="12" w:space="0" w:color="000000"/>
            </w:tcBorders>
            <w:vAlign w:val="center"/>
          </w:tcPr>
          <w:p w14:paraId="2A4431E2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  <w:b/>
              </w:rPr>
              <w:t>If so, how many estimated API calls are in-scope for each application?</w:t>
            </w:r>
          </w:p>
        </w:tc>
        <w:tc>
          <w:tcPr>
            <w:tcW w:w="6877" w:type="dxa"/>
            <w:gridSpan w:val="2"/>
            <w:vAlign w:val="center"/>
          </w:tcPr>
          <w:p w14:paraId="153A6C4B" w14:textId="77777777" w:rsidR="00F454AB" w:rsidRPr="00F454AB" w:rsidRDefault="00F454AB" w:rsidP="005946DB">
            <w:pPr>
              <w:pStyle w:val="IntegrityPTStandardText"/>
              <w:spacing w:before="40" w:after="40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  <w:i/>
              </w:rPr>
              <w:t>Number of API calls</w:t>
            </w:r>
          </w:p>
        </w:tc>
        <w:tc>
          <w:tcPr>
            <w:tcW w:w="559" w:type="dxa"/>
            <w:tcBorders>
              <w:right w:val="single" w:sz="12" w:space="0" w:color="000000"/>
            </w:tcBorders>
            <w:vAlign w:val="center"/>
          </w:tcPr>
          <w:p w14:paraId="7D592DC4" w14:textId="77777777" w:rsidR="00F454AB" w:rsidRPr="00F454AB" w:rsidRDefault="00F454AB" w:rsidP="005946DB">
            <w:pPr>
              <w:pStyle w:val="IntegrityPTStandardText"/>
              <w:spacing w:before="40" w:after="4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7F8C07E5" w14:textId="77777777" w:rsidTr="005946DB">
        <w:tc>
          <w:tcPr>
            <w:tcW w:w="2395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4" w:space="0" w:color="auto"/>
            </w:tcBorders>
            <w:vAlign w:val="center"/>
          </w:tcPr>
          <w:p w14:paraId="19BE099A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Additional Information</w:t>
            </w:r>
          </w:p>
        </w:tc>
        <w:tc>
          <w:tcPr>
            <w:tcW w:w="6677" w:type="dxa"/>
            <w:gridSpan w:val="2"/>
            <w:tcBorders>
              <w:left w:val="single" w:sz="4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14:paraId="2A83060E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</w:p>
        </w:tc>
      </w:tr>
      <w:bookmarkEnd w:id="7"/>
      <w:bookmarkEnd w:id="11"/>
    </w:tbl>
    <w:p w14:paraId="3A17E0F7" w14:textId="77777777" w:rsidR="00F454AB" w:rsidRPr="00F454AB" w:rsidRDefault="00F454AB" w:rsidP="00F454AB">
      <w:pPr>
        <w:spacing w:after="0" w:line="240" w:lineRule="auto"/>
        <w:rPr>
          <w:rFonts w:asciiTheme="majorHAnsi" w:hAnsiTheme="majorHAnsi" w:cstheme="majorHAnsi"/>
          <w:bCs/>
          <w:iCs/>
          <w:lang w:eastAsia="en-GB"/>
        </w:rPr>
      </w:pPr>
    </w:p>
    <w:p w14:paraId="411E387A" w14:textId="77777777" w:rsidR="009F3C99" w:rsidRDefault="009F3C99">
      <w:pPr>
        <w:rPr>
          <w:rFonts w:asciiTheme="majorHAnsi" w:eastAsia="Calibri" w:hAnsiTheme="majorHAnsi" w:cstheme="majorHAnsi"/>
          <w:b/>
          <w:bCs/>
          <w:sz w:val="28"/>
          <w:szCs w:val="20"/>
          <w:lang w:val="en-IE"/>
        </w:rPr>
      </w:pPr>
      <w:bookmarkStart w:id="12" w:name="_Toc99702117"/>
      <w:r>
        <w:rPr>
          <w:rFonts w:eastAsia="Calibri" w:cstheme="majorHAnsi"/>
          <w:szCs w:val="20"/>
          <w:lang w:val="en-IE"/>
        </w:rPr>
        <w:br w:type="page"/>
      </w:r>
    </w:p>
    <w:p w14:paraId="3F696481" w14:textId="77777777" w:rsidR="00F454AB" w:rsidRPr="00F454AB" w:rsidRDefault="00F454AB" w:rsidP="00F454AB">
      <w:pPr>
        <w:pStyle w:val="Heading2"/>
        <w:spacing w:before="240"/>
        <w:rPr>
          <w:rFonts w:eastAsia="Calibri" w:cstheme="majorHAnsi"/>
          <w:color w:val="auto"/>
          <w:szCs w:val="20"/>
          <w:lang w:val="en-IE"/>
        </w:rPr>
      </w:pPr>
      <w:bookmarkStart w:id="13" w:name="_Toc216248328"/>
      <w:r w:rsidRPr="00F454AB">
        <w:rPr>
          <w:rFonts w:eastAsia="Calibri" w:cstheme="majorHAnsi"/>
          <w:color w:val="auto"/>
          <w:szCs w:val="20"/>
          <w:lang w:val="en-IE"/>
        </w:rPr>
        <w:t>MOBILE APP PENETRATION TEST</w:t>
      </w:r>
      <w:bookmarkEnd w:id="12"/>
      <w:bookmarkEnd w:id="13"/>
    </w:p>
    <w:tbl>
      <w:tblPr>
        <w:tblW w:w="9072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28"/>
        <w:gridCol w:w="567"/>
        <w:gridCol w:w="673"/>
        <w:gridCol w:w="5423"/>
        <w:gridCol w:w="581"/>
      </w:tblGrid>
      <w:tr w:rsidR="00F454AB" w:rsidRPr="00F454AB" w14:paraId="5D511BCD" w14:textId="77777777" w:rsidTr="005946DB">
        <w:trPr>
          <w:trHeight w:val="130"/>
        </w:trPr>
        <w:tc>
          <w:tcPr>
            <w:tcW w:w="182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2" w:space="0" w:color="000000"/>
            </w:tcBorders>
            <w:vAlign w:val="center"/>
          </w:tcPr>
          <w:p w14:paraId="49418DF1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App Name</w:t>
            </w:r>
          </w:p>
        </w:tc>
        <w:tc>
          <w:tcPr>
            <w:tcW w:w="7244" w:type="dxa"/>
            <w:gridSpan w:val="4"/>
            <w:tcBorders>
              <w:top w:val="single" w:sz="12" w:space="0" w:color="000000"/>
              <w:left w:val="single" w:sz="2" w:space="0" w:color="000000"/>
              <w:bottom w:val="single" w:sz="4" w:space="0" w:color="auto"/>
              <w:right w:val="single" w:sz="12" w:space="0" w:color="000000"/>
            </w:tcBorders>
          </w:tcPr>
          <w:p w14:paraId="72EF31A9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2F87C381" w14:textId="77777777" w:rsidTr="005946DB">
        <w:trPr>
          <w:trHeight w:val="130"/>
        </w:trPr>
        <w:tc>
          <w:tcPr>
            <w:tcW w:w="1828" w:type="dxa"/>
            <w:vMerge/>
            <w:tcBorders>
              <w:left w:val="single" w:sz="12" w:space="0" w:color="000000"/>
              <w:bottom w:val="single" w:sz="12" w:space="0" w:color="auto"/>
              <w:right w:val="single" w:sz="2" w:space="0" w:color="000000"/>
            </w:tcBorders>
            <w:vAlign w:val="center"/>
          </w:tcPr>
          <w:p w14:paraId="0BA4679C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7244" w:type="dxa"/>
            <w:gridSpan w:val="4"/>
            <w:tcBorders>
              <w:top w:val="single" w:sz="4" w:space="0" w:color="auto"/>
              <w:left w:val="single" w:sz="2" w:space="0" w:color="000000"/>
              <w:bottom w:val="single" w:sz="12" w:space="0" w:color="auto"/>
              <w:right w:val="single" w:sz="12" w:space="0" w:color="000000"/>
            </w:tcBorders>
          </w:tcPr>
          <w:p w14:paraId="3D2780DF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Please state name and version …..</w:t>
            </w:r>
          </w:p>
        </w:tc>
      </w:tr>
      <w:tr w:rsidR="00F454AB" w:rsidRPr="00F454AB" w14:paraId="11EEC036" w14:textId="77777777" w:rsidTr="005946DB">
        <w:trPr>
          <w:trHeight w:val="440"/>
        </w:trPr>
        <w:tc>
          <w:tcPr>
            <w:tcW w:w="182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14:paraId="0663F333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  <w:lang w:val="en-IE" w:eastAsia="en-IE"/>
              </w:rPr>
            </w:pPr>
            <w:r w:rsidRPr="00F454AB">
              <w:rPr>
                <w:rFonts w:asciiTheme="majorHAnsi" w:hAnsiTheme="majorHAnsi" w:cstheme="majorHAnsi"/>
                <w:b/>
                <w:lang w:val="en-IE" w:eastAsia="en-IE"/>
              </w:rPr>
              <w:t>Brief Description of Function</w:t>
            </w:r>
          </w:p>
        </w:tc>
        <w:tc>
          <w:tcPr>
            <w:tcW w:w="7244" w:type="dxa"/>
            <w:gridSpan w:val="4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43759C02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75D2DEC0" w14:textId="77777777" w:rsidTr="005946DB">
        <w:trPr>
          <w:trHeight w:val="439"/>
        </w:trPr>
        <w:tc>
          <w:tcPr>
            <w:tcW w:w="1828" w:type="dxa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F509609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  <w:lang w:val="en-IE" w:eastAsia="en-IE"/>
              </w:rPr>
            </w:pPr>
          </w:p>
        </w:tc>
        <w:tc>
          <w:tcPr>
            <w:tcW w:w="7244" w:type="dxa"/>
            <w:gridSpan w:val="4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1989683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Please describe the main purposes of the application and what functions it provides ….. e.g. The site provides our customers with a way to upload and download content etc.</w:t>
            </w:r>
          </w:p>
        </w:tc>
      </w:tr>
      <w:bookmarkEnd w:id="8"/>
      <w:tr w:rsidR="00F454AB" w:rsidRPr="00F454AB" w14:paraId="3006FD4C" w14:textId="77777777" w:rsidTr="005946DB">
        <w:trPr>
          <w:trHeight w:val="189"/>
        </w:trPr>
        <w:tc>
          <w:tcPr>
            <w:tcW w:w="1828" w:type="dxa"/>
            <w:vMerge w:val="restart"/>
            <w:tcBorders>
              <w:top w:val="single" w:sz="12" w:space="0" w:color="auto"/>
              <w:left w:val="single" w:sz="12" w:space="0" w:color="000000"/>
            </w:tcBorders>
            <w:vAlign w:val="center"/>
          </w:tcPr>
          <w:p w14:paraId="35B870AC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Platform</w:t>
            </w:r>
          </w:p>
        </w:tc>
        <w:tc>
          <w:tcPr>
            <w:tcW w:w="1240" w:type="dxa"/>
            <w:gridSpan w:val="2"/>
            <w:tcBorders>
              <w:top w:val="single" w:sz="12" w:space="0" w:color="auto"/>
            </w:tcBorders>
          </w:tcPr>
          <w:p w14:paraId="7FC75950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Android</w:t>
            </w:r>
          </w:p>
        </w:tc>
        <w:tc>
          <w:tcPr>
            <w:tcW w:w="5423" w:type="dxa"/>
            <w:tcBorders>
              <w:top w:val="single" w:sz="12" w:space="0" w:color="auto"/>
            </w:tcBorders>
          </w:tcPr>
          <w:p w14:paraId="1DBA424F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Please state version …..</w:t>
            </w:r>
          </w:p>
        </w:tc>
        <w:tc>
          <w:tcPr>
            <w:tcW w:w="581" w:type="dxa"/>
            <w:tcBorders>
              <w:top w:val="single" w:sz="12" w:space="0" w:color="auto"/>
              <w:right w:val="single" w:sz="12" w:space="0" w:color="000000"/>
            </w:tcBorders>
          </w:tcPr>
          <w:p w14:paraId="0D8E8813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51693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51BA88AC" w14:textId="77777777" w:rsidTr="005946DB">
        <w:trPr>
          <w:trHeight w:val="189"/>
        </w:trPr>
        <w:tc>
          <w:tcPr>
            <w:tcW w:w="1828" w:type="dxa"/>
            <w:vMerge/>
            <w:tcBorders>
              <w:left w:val="single" w:sz="12" w:space="0" w:color="000000"/>
            </w:tcBorders>
            <w:vAlign w:val="center"/>
          </w:tcPr>
          <w:p w14:paraId="17300F86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240" w:type="dxa"/>
            <w:gridSpan w:val="2"/>
          </w:tcPr>
          <w:p w14:paraId="29D04306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iOS</w:t>
            </w:r>
          </w:p>
        </w:tc>
        <w:tc>
          <w:tcPr>
            <w:tcW w:w="5423" w:type="dxa"/>
          </w:tcPr>
          <w:p w14:paraId="35A811A0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Please state version …..</w:t>
            </w:r>
          </w:p>
        </w:tc>
        <w:tc>
          <w:tcPr>
            <w:tcW w:w="581" w:type="dxa"/>
            <w:tcBorders>
              <w:right w:val="single" w:sz="12" w:space="0" w:color="000000"/>
            </w:tcBorders>
          </w:tcPr>
          <w:p w14:paraId="0BB8F5CE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306930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4132633E" w14:textId="77777777" w:rsidTr="005946DB">
        <w:tc>
          <w:tcPr>
            <w:tcW w:w="1828" w:type="dxa"/>
            <w:vMerge/>
            <w:tcBorders>
              <w:left w:val="single" w:sz="12" w:space="0" w:color="000000"/>
              <w:bottom w:val="single" w:sz="12" w:space="0" w:color="auto"/>
            </w:tcBorders>
            <w:vAlign w:val="center"/>
          </w:tcPr>
          <w:p w14:paraId="7C1A0818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240" w:type="dxa"/>
            <w:gridSpan w:val="2"/>
            <w:tcBorders>
              <w:bottom w:val="single" w:sz="12" w:space="0" w:color="auto"/>
            </w:tcBorders>
          </w:tcPr>
          <w:p w14:paraId="0DB58A37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Other</w:t>
            </w:r>
          </w:p>
        </w:tc>
        <w:tc>
          <w:tcPr>
            <w:tcW w:w="5423" w:type="dxa"/>
            <w:tcBorders>
              <w:bottom w:val="single" w:sz="12" w:space="0" w:color="auto"/>
            </w:tcBorders>
          </w:tcPr>
          <w:p w14:paraId="08841F73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Details …..</w:t>
            </w:r>
          </w:p>
        </w:tc>
        <w:tc>
          <w:tcPr>
            <w:tcW w:w="581" w:type="dxa"/>
            <w:tcBorders>
              <w:bottom w:val="single" w:sz="12" w:space="0" w:color="auto"/>
              <w:right w:val="single" w:sz="12" w:space="0" w:color="000000"/>
            </w:tcBorders>
          </w:tcPr>
          <w:p w14:paraId="4FB72C7C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15608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1549178A" w14:textId="77777777" w:rsidTr="005946DB">
        <w:tc>
          <w:tcPr>
            <w:tcW w:w="1828" w:type="dxa"/>
            <w:vMerge w:val="restart"/>
            <w:tcBorders>
              <w:top w:val="single" w:sz="12" w:space="0" w:color="auto"/>
              <w:left w:val="single" w:sz="12" w:space="0" w:color="000000"/>
            </w:tcBorders>
            <w:vAlign w:val="center"/>
          </w:tcPr>
          <w:p w14:paraId="45162554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  <w:bookmarkStart w:id="14" w:name="_Hlk51014387"/>
            <w:r w:rsidRPr="00F454AB">
              <w:rPr>
                <w:rFonts w:asciiTheme="majorHAnsi" w:hAnsiTheme="majorHAnsi" w:cstheme="majorHAnsi"/>
                <w:b/>
              </w:rPr>
              <w:t>Development</w:t>
            </w:r>
          </w:p>
        </w:tc>
        <w:tc>
          <w:tcPr>
            <w:tcW w:w="6663" w:type="dxa"/>
            <w:gridSpan w:val="3"/>
            <w:tcBorders>
              <w:top w:val="single" w:sz="12" w:space="0" w:color="auto"/>
              <w:bottom w:val="single" w:sz="4" w:space="0" w:color="000000"/>
            </w:tcBorders>
            <w:vAlign w:val="center"/>
          </w:tcPr>
          <w:p w14:paraId="7DA2DF41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  <w:szCs w:val="22"/>
              </w:rPr>
              <w:t xml:space="preserve">Native </w:t>
            </w:r>
          </w:p>
        </w:tc>
        <w:tc>
          <w:tcPr>
            <w:tcW w:w="581" w:type="dxa"/>
            <w:tcBorders>
              <w:top w:val="single" w:sz="12" w:space="0" w:color="auto"/>
              <w:bottom w:val="single" w:sz="4" w:space="0" w:color="000000"/>
              <w:right w:val="single" w:sz="12" w:space="0" w:color="000000"/>
            </w:tcBorders>
          </w:tcPr>
          <w:p w14:paraId="6C5BB559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235165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7A64F4BF" w14:textId="77777777" w:rsidTr="005946DB">
        <w:tc>
          <w:tcPr>
            <w:tcW w:w="1828" w:type="dxa"/>
            <w:vMerge/>
            <w:tcBorders>
              <w:left w:val="single" w:sz="12" w:space="0" w:color="000000"/>
            </w:tcBorders>
            <w:vAlign w:val="center"/>
          </w:tcPr>
          <w:p w14:paraId="3018B485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663" w:type="dxa"/>
            <w:gridSpan w:val="3"/>
            <w:tcBorders>
              <w:top w:val="single" w:sz="4" w:space="0" w:color="000000"/>
            </w:tcBorders>
            <w:vAlign w:val="center"/>
          </w:tcPr>
          <w:p w14:paraId="3ED20C50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szCs w:val="22"/>
              </w:rPr>
            </w:pPr>
            <w:r w:rsidRPr="00F454AB">
              <w:rPr>
                <w:rFonts w:asciiTheme="majorHAnsi" w:hAnsiTheme="majorHAnsi" w:cstheme="majorHAnsi"/>
                <w:szCs w:val="22"/>
              </w:rPr>
              <w:t xml:space="preserve">Hybrid </w:t>
            </w:r>
          </w:p>
        </w:tc>
        <w:tc>
          <w:tcPr>
            <w:tcW w:w="581" w:type="dxa"/>
            <w:tcBorders>
              <w:top w:val="single" w:sz="4" w:space="0" w:color="000000"/>
              <w:bottom w:val="single" w:sz="12" w:space="0" w:color="auto"/>
              <w:right w:val="single" w:sz="12" w:space="0" w:color="000000"/>
            </w:tcBorders>
          </w:tcPr>
          <w:p w14:paraId="1B2F232B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648868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bookmarkEnd w:id="14"/>
      <w:tr w:rsidR="00F454AB" w:rsidRPr="00F454AB" w14:paraId="7BD54065" w14:textId="77777777" w:rsidTr="005946DB">
        <w:tc>
          <w:tcPr>
            <w:tcW w:w="1828" w:type="dxa"/>
            <w:vMerge w:val="restart"/>
            <w:tcBorders>
              <w:top w:val="single" w:sz="12" w:space="0" w:color="auto"/>
              <w:left w:val="single" w:sz="12" w:space="0" w:color="000000"/>
            </w:tcBorders>
            <w:vAlign w:val="center"/>
          </w:tcPr>
          <w:p w14:paraId="0E0E3236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Size</w:t>
            </w:r>
          </w:p>
        </w:tc>
        <w:tc>
          <w:tcPr>
            <w:tcW w:w="6663" w:type="dxa"/>
            <w:gridSpan w:val="3"/>
            <w:tcBorders>
              <w:top w:val="single" w:sz="12" w:space="0" w:color="auto"/>
            </w:tcBorders>
            <w:vAlign w:val="center"/>
          </w:tcPr>
          <w:p w14:paraId="51A8E79B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Number of pages</w:t>
            </w:r>
          </w:p>
        </w:tc>
        <w:tc>
          <w:tcPr>
            <w:tcW w:w="581" w:type="dxa"/>
            <w:tcBorders>
              <w:top w:val="single" w:sz="12" w:space="0" w:color="auto"/>
              <w:right w:val="single" w:sz="12" w:space="0" w:color="000000"/>
            </w:tcBorders>
          </w:tcPr>
          <w:p w14:paraId="57CA02AB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57575BC9" w14:textId="77777777" w:rsidTr="005946DB">
        <w:tc>
          <w:tcPr>
            <w:tcW w:w="1828" w:type="dxa"/>
            <w:vMerge/>
            <w:tcBorders>
              <w:left w:val="single" w:sz="12" w:space="0" w:color="000000"/>
              <w:bottom w:val="single" w:sz="12" w:space="0" w:color="auto"/>
            </w:tcBorders>
            <w:vAlign w:val="center"/>
          </w:tcPr>
          <w:p w14:paraId="3F146092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663" w:type="dxa"/>
            <w:gridSpan w:val="3"/>
            <w:tcBorders>
              <w:bottom w:val="single" w:sz="12" w:space="0" w:color="auto"/>
            </w:tcBorders>
            <w:vAlign w:val="center"/>
          </w:tcPr>
          <w:p w14:paraId="0BC9A0E0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Number of backend servers</w:t>
            </w:r>
          </w:p>
        </w:tc>
        <w:tc>
          <w:tcPr>
            <w:tcW w:w="581" w:type="dxa"/>
            <w:tcBorders>
              <w:bottom w:val="single" w:sz="12" w:space="0" w:color="auto"/>
              <w:right w:val="single" w:sz="12" w:space="0" w:color="000000"/>
            </w:tcBorders>
          </w:tcPr>
          <w:p w14:paraId="512D7110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59BB0493" w14:textId="77777777" w:rsidTr="005946DB">
        <w:tc>
          <w:tcPr>
            <w:tcW w:w="1828" w:type="dxa"/>
            <w:vMerge w:val="restart"/>
            <w:tcBorders>
              <w:top w:val="single" w:sz="12" w:space="0" w:color="auto"/>
              <w:left w:val="single" w:sz="12" w:space="0" w:color="000000"/>
            </w:tcBorders>
            <w:vAlign w:val="center"/>
          </w:tcPr>
          <w:p w14:paraId="4D691A37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Authentication</w:t>
            </w:r>
          </w:p>
        </w:tc>
        <w:tc>
          <w:tcPr>
            <w:tcW w:w="6663" w:type="dxa"/>
            <w:gridSpan w:val="3"/>
            <w:tcBorders>
              <w:top w:val="single" w:sz="12" w:space="0" w:color="auto"/>
            </w:tcBorders>
            <w:vAlign w:val="center"/>
          </w:tcPr>
          <w:p w14:paraId="541F94E8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No Authentication</w:t>
            </w:r>
          </w:p>
        </w:tc>
        <w:tc>
          <w:tcPr>
            <w:tcW w:w="581" w:type="dxa"/>
            <w:tcBorders>
              <w:top w:val="single" w:sz="12" w:space="0" w:color="auto"/>
              <w:right w:val="single" w:sz="12" w:space="0" w:color="000000"/>
            </w:tcBorders>
          </w:tcPr>
          <w:p w14:paraId="5AA07BD2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951667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1CFE147C" w14:textId="77777777" w:rsidTr="005946DB">
        <w:tc>
          <w:tcPr>
            <w:tcW w:w="1828" w:type="dxa"/>
            <w:vMerge/>
            <w:tcBorders>
              <w:left w:val="single" w:sz="12" w:space="0" w:color="000000"/>
            </w:tcBorders>
            <w:vAlign w:val="center"/>
          </w:tcPr>
          <w:p w14:paraId="76AB5AB5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663" w:type="dxa"/>
            <w:gridSpan w:val="3"/>
            <w:vAlign w:val="center"/>
          </w:tcPr>
          <w:p w14:paraId="26C3D3C2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Username &amp; Password</w:t>
            </w:r>
          </w:p>
        </w:tc>
        <w:tc>
          <w:tcPr>
            <w:tcW w:w="581" w:type="dxa"/>
            <w:tcBorders>
              <w:right w:val="single" w:sz="12" w:space="0" w:color="000000"/>
            </w:tcBorders>
          </w:tcPr>
          <w:p w14:paraId="419F72A6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691261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322ADFC9" w14:textId="77777777" w:rsidTr="005946DB">
        <w:tc>
          <w:tcPr>
            <w:tcW w:w="1828" w:type="dxa"/>
            <w:vMerge/>
            <w:tcBorders>
              <w:left w:val="single" w:sz="12" w:space="0" w:color="000000"/>
              <w:bottom w:val="single" w:sz="12" w:space="0" w:color="auto"/>
            </w:tcBorders>
            <w:vAlign w:val="center"/>
          </w:tcPr>
          <w:p w14:paraId="5A64AC24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663" w:type="dxa"/>
            <w:gridSpan w:val="3"/>
            <w:tcBorders>
              <w:bottom w:val="single" w:sz="12" w:space="0" w:color="auto"/>
            </w:tcBorders>
            <w:vAlign w:val="center"/>
          </w:tcPr>
          <w:p w14:paraId="632CCBC6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Smartcards, Tokens, Client Certificates</w:t>
            </w:r>
          </w:p>
        </w:tc>
        <w:tc>
          <w:tcPr>
            <w:tcW w:w="581" w:type="dxa"/>
            <w:tcBorders>
              <w:bottom w:val="single" w:sz="12" w:space="0" w:color="auto"/>
              <w:right w:val="single" w:sz="12" w:space="0" w:color="000000"/>
            </w:tcBorders>
          </w:tcPr>
          <w:p w14:paraId="48925DF2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49199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40641BF3" w14:textId="77777777" w:rsidTr="005946DB">
        <w:tc>
          <w:tcPr>
            <w:tcW w:w="1828" w:type="dxa"/>
            <w:vMerge w:val="restart"/>
            <w:tcBorders>
              <w:top w:val="single" w:sz="12" w:space="0" w:color="auto"/>
              <w:left w:val="single" w:sz="12" w:space="0" w:color="000000"/>
              <w:bottom w:val="single" w:sz="4" w:space="0" w:color="auto"/>
            </w:tcBorders>
            <w:vAlign w:val="center"/>
          </w:tcPr>
          <w:p w14:paraId="31D7F7D0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User Roles</w:t>
            </w:r>
          </w:p>
        </w:tc>
        <w:tc>
          <w:tcPr>
            <w:tcW w:w="6663" w:type="dxa"/>
            <w:gridSpan w:val="3"/>
            <w:tcBorders>
              <w:top w:val="single" w:sz="12" w:space="0" w:color="auto"/>
            </w:tcBorders>
            <w:vAlign w:val="center"/>
          </w:tcPr>
          <w:p w14:paraId="454ABF94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 xml:space="preserve">Simple User Roles </w:t>
            </w:r>
            <w:r w:rsidRPr="00F454AB">
              <w:rPr>
                <w:rFonts w:asciiTheme="majorHAnsi" w:hAnsiTheme="majorHAnsi" w:cstheme="majorHAnsi"/>
                <w:i/>
              </w:rPr>
              <w:t>(Low Privileged, High Privileged, Admin</w:t>
            </w:r>
            <w:proofErr w:type="gramStart"/>
            <w:r w:rsidRPr="00F454AB">
              <w:rPr>
                <w:rFonts w:asciiTheme="majorHAnsi" w:hAnsiTheme="majorHAnsi" w:cstheme="majorHAnsi"/>
                <w:i/>
              </w:rPr>
              <w:t>…..</w:t>
            </w:r>
            <w:proofErr w:type="gramEnd"/>
            <w:r w:rsidRPr="00F454AB">
              <w:rPr>
                <w:rFonts w:asciiTheme="majorHAnsi" w:hAnsiTheme="majorHAnsi" w:cstheme="majorHAnsi"/>
                <w:i/>
              </w:rPr>
              <w:t>)</w:t>
            </w:r>
          </w:p>
        </w:tc>
        <w:tc>
          <w:tcPr>
            <w:tcW w:w="581" w:type="dxa"/>
            <w:tcBorders>
              <w:top w:val="single" w:sz="12" w:space="0" w:color="auto"/>
              <w:right w:val="single" w:sz="12" w:space="0" w:color="000000"/>
            </w:tcBorders>
          </w:tcPr>
          <w:p w14:paraId="5FA46283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556151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6C12409A" w14:textId="77777777" w:rsidTr="005946DB">
        <w:tc>
          <w:tcPr>
            <w:tcW w:w="1828" w:type="dxa"/>
            <w:vMerge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  <w:vAlign w:val="center"/>
          </w:tcPr>
          <w:p w14:paraId="5B910361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6663" w:type="dxa"/>
            <w:gridSpan w:val="3"/>
            <w:vAlign w:val="center"/>
          </w:tcPr>
          <w:p w14:paraId="653B92BA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Group Membership Based Access</w:t>
            </w:r>
          </w:p>
        </w:tc>
        <w:tc>
          <w:tcPr>
            <w:tcW w:w="581" w:type="dxa"/>
            <w:tcBorders>
              <w:right w:val="single" w:sz="12" w:space="0" w:color="000000"/>
            </w:tcBorders>
          </w:tcPr>
          <w:p w14:paraId="3978D864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525829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5A2790E8" w14:textId="77777777" w:rsidTr="005946DB">
        <w:tc>
          <w:tcPr>
            <w:tcW w:w="1828" w:type="dxa"/>
            <w:vMerge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  <w:vAlign w:val="center"/>
          </w:tcPr>
          <w:p w14:paraId="134550B4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6663" w:type="dxa"/>
            <w:gridSpan w:val="3"/>
            <w:vAlign w:val="center"/>
          </w:tcPr>
          <w:p w14:paraId="6535CD80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Complex Configurable Permissions</w:t>
            </w:r>
          </w:p>
        </w:tc>
        <w:tc>
          <w:tcPr>
            <w:tcW w:w="581" w:type="dxa"/>
            <w:tcBorders>
              <w:right w:val="single" w:sz="12" w:space="0" w:color="000000"/>
            </w:tcBorders>
          </w:tcPr>
          <w:p w14:paraId="5C19859C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956020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7ADB7C36" w14:textId="77777777" w:rsidTr="005946DB">
        <w:tc>
          <w:tcPr>
            <w:tcW w:w="1828" w:type="dxa"/>
            <w:vMerge/>
            <w:tcBorders>
              <w:top w:val="single" w:sz="4" w:space="0" w:color="auto"/>
              <w:left w:val="single" w:sz="12" w:space="0" w:color="000000"/>
              <w:bottom w:val="single" w:sz="4" w:space="0" w:color="auto"/>
            </w:tcBorders>
            <w:vAlign w:val="center"/>
          </w:tcPr>
          <w:p w14:paraId="3AEEE8F3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6663" w:type="dxa"/>
            <w:gridSpan w:val="3"/>
            <w:vAlign w:val="center"/>
          </w:tcPr>
          <w:p w14:paraId="7A6B95DB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Number of User Roles, Groups or Permissions</w:t>
            </w:r>
          </w:p>
        </w:tc>
        <w:tc>
          <w:tcPr>
            <w:tcW w:w="581" w:type="dxa"/>
            <w:tcBorders>
              <w:right w:val="single" w:sz="12" w:space="0" w:color="000000"/>
            </w:tcBorders>
          </w:tcPr>
          <w:p w14:paraId="0C60DBC3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4C2A6E5B" w14:textId="77777777" w:rsidTr="005946DB">
        <w:tc>
          <w:tcPr>
            <w:tcW w:w="2395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4" w:space="0" w:color="auto"/>
            </w:tcBorders>
            <w:vAlign w:val="center"/>
          </w:tcPr>
          <w:p w14:paraId="5139228C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Additional Information</w:t>
            </w:r>
          </w:p>
        </w:tc>
        <w:tc>
          <w:tcPr>
            <w:tcW w:w="6677" w:type="dxa"/>
            <w:gridSpan w:val="3"/>
            <w:tcBorders>
              <w:left w:val="single" w:sz="4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14:paraId="17EF2350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12D87F0A" w14:textId="77777777" w:rsidR="00F454AB" w:rsidRPr="00F454AB" w:rsidRDefault="00F454AB" w:rsidP="00F454AB">
      <w:pPr>
        <w:rPr>
          <w:rFonts w:asciiTheme="majorHAnsi" w:eastAsia="Calibri" w:hAnsiTheme="majorHAnsi" w:cstheme="majorHAnsi"/>
          <w:lang w:val="en-IE"/>
        </w:rPr>
      </w:pPr>
    </w:p>
    <w:p w14:paraId="168E5E47" w14:textId="77777777" w:rsidR="009F3C99" w:rsidRDefault="009F3C99">
      <w:pPr>
        <w:rPr>
          <w:rFonts w:asciiTheme="majorHAnsi" w:eastAsia="Calibri" w:hAnsiTheme="majorHAnsi" w:cstheme="majorHAnsi"/>
          <w:b/>
          <w:bCs/>
          <w:sz w:val="28"/>
          <w:szCs w:val="20"/>
          <w:lang w:val="en-IE"/>
        </w:rPr>
      </w:pPr>
      <w:bookmarkStart w:id="15" w:name="_Toc99702118"/>
      <w:r>
        <w:rPr>
          <w:rFonts w:eastAsia="Calibri" w:cstheme="majorHAnsi"/>
          <w:szCs w:val="20"/>
          <w:lang w:val="en-IE"/>
        </w:rPr>
        <w:br w:type="page"/>
      </w:r>
    </w:p>
    <w:p w14:paraId="6EC393BF" w14:textId="77777777" w:rsidR="00F454AB" w:rsidRPr="00F454AB" w:rsidRDefault="00F454AB" w:rsidP="00F454AB">
      <w:pPr>
        <w:pStyle w:val="Heading2"/>
        <w:spacing w:before="240"/>
        <w:rPr>
          <w:rFonts w:eastAsia="Calibri" w:cstheme="majorHAnsi"/>
          <w:color w:val="auto"/>
          <w:szCs w:val="20"/>
          <w:lang w:val="en-IE"/>
        </w:rPr>
      </w:pPr>
      <w:bookmarkStart w:id="16" w:name="_Toc216248329"/>
      <w:r w:rsidRPr="00F454AB">
        <w:rPr>
          <w:rFonts w:eastAsia="Calibri" w:cstheme="majorHAnsi"/>
          <w:color w:val="auto"/>
          <w:szCs w:val="20"/>
          <w:lang w:val="en-IE"/>
        </w:rPr>
        <w:t>MOBILE DEVICE BUILD REVIEW</w:t>
      </w:r>
      <w:bookmarkEnd w:id="15"/>
      <w:bookmarkEnd w:id="16"/>
    </w:p>
    <w:tbl>
      <w:tblPr>
        <w:tblW w:w="9072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66"/>
        <w:gridCol w:w="929"/>
        <w:gridCol w:w="249"/>
        <w:gridCol w:w="5847"/>
        <w:gridCol w:w="581"/>
      </w:tblGrid>
      <w:tr w:rsidR="00F454AB" w:rsidRPr="00F454AB" w14:paraId="00AAA23A" w14:textId="77777777" w:rsidTr="005946DB">
        <w:trPr>
          <w:trHeight w:val="189"/>
        </w:trPr>
        <w:tc>
          <w:tcPr>
            <w:tcW w:w="1466" w:type="dxa"/>
            <w:vMerge w:val="restart"/>
            <w:tcBorders>
              <w:top w:val="single" w:sz="12" w:space="0" w:color="auto"/>
              <w:left w:val="single" w:sz="12" w:space="0" w:color="000000"/>
            </w:tcBorders>
            <w:vAlign w:val="center"/>
          </w:tcPr>
          <w:p w14:paraId="6007EAF0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Platform</w:t>
            </w:r>
          </w:p>
        </w:tc>
        <w:tc>
          <w:tcPr>
            <w:tcW w:w="1178" w:type="dxa"/>
            <w:gridSpan w:val="2"/>
            <w:tcBorders>
              <w:top w:val="single" w:sz="12" w:space="0" w:color="auto"/>
            </w:tcBorders>
          </w:tcPr>
          <w:p w14:paraId="2ACCF066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Android</w:t>
            </w:r>
          </w:p>
        </w:tc>
        <w:tc>
          <w:tcPr>
            <w:tcW w:w="5847" w:type="dxa"/>
            <w:tcBorders>
              <w:top w:val="single" w:sz="12" w:space="0" w:color="auto"/>
            </w:tcBorders>
          </w:tcPr>
          <w:p w14:paraId="132F5286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Please state version …..</w:t>
            </w:r>
          </w:p>
        </w:tc>
        <w:tc>
          <w:tcPr>
            <w:tcW w:w="581" w:type="dxa"/>
            <w:tcBorders>
              <w:top w:val="single" w:sz="12" w:space="0" w:color="auto"/>
              <w:right w:val="single" w:sz="12" w:space="0" w:color="000000"/>
            </w:tcBorders>
          </w:tcPr>
          <w:p w14:paraId="197D8D83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516536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4ED512AC" w14:textId="77777777" w:rsidTr="005946DB">
        <w:trPr>
          <w:trHeight w:val="189"/>
        </w:trPr>
        <w:tc>
          <w:tcPr>
            <w:tcW w:w="1466" w:type="dxa"/>
            <w:vMerge/>
            <w:tcBorders>
              <w:left w:val="single" w:sz="12" w:space="0" w:color="000000"/>
            </w:tcBorders>
            <w:vAlign w:val="center"/>
          </w:tcPr>
          <w:p w14:paraId="2D1E310F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178" w:type="dxa"/>
            <w:gridSpan w:val="2"/>
          </w:tcPr>
          <w:p w14:paraId="7A4CE9CF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iOS</w:t>
            </w:r>
          </w:p>
        </w:tc>
        <w:tc>
          <w:tcPr>
            <w:tcW w:w="5847" w:type="dxa"/>
          </w:tcPr>
          <w:p w14:paraId="73B29BFA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Please state version …..</w:t>
            </w:r>
          </w:p>
        </w:tc>
        <w:tc>
          <w:tcPr>
            <w:tcW w:w="581" w:type="dxa"/>
            <w:tcBorders>
              <w:right w:val="single" w:sz="12" w:space="0" w:color="000000"/>
            </w:tcBorders>
          </w:tcPr>
          <w:p w14:paraId="2616AC19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335896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7C69CC4B" w14:textId="77777777" w:rsidTr="005946DB">
        <w:tc>
          <w:tcPr>
            <w:tcW w:w="1466" w:type="dxa"/>
            <w:vMerge/>
            <w:tcBorders>
              <w:left w:val="single" w:sz="12" w:space="0" w:color="000000"/>
              <w:bottom w:val="single" w:sz="4" w:space="0" w:color="000000"/>
            </w:tcBorders>
            <w:vAlign w:val="center"/>
          </w:tcPr>
          <w:p w14:paraId="5F3A3749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178" w:type="dxa"/>
            <w:gridSpan w:val="2"/>
            <w:tcBorders>
              <w:bottom w:val="single" w:sz="4" w:space="0" w:color="000000"/>
            </w:tcBorders>
          </w:tcPr>
          <w:p w14:paraId="5767CD73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Other</w:t>
            </w:r>
          </w:p>
        </w:tc>
        <w:tc>
          <w:tcPr>
            <w:tcW w:w="5847" w:type="dxa"/>
            <w:tcBorders>
              <w:bottom w:val="single" w:sz="4" w:space="0" w:color="000000"/>
            </w:tcBorders>
          </w:tcPr>
          <w:p w14:paraId="44419E20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Details …..</w:t>
            </w:r>
          </w:p>
        </w:tc>
        <w:tc>
          <w:tcPr>
            <w:tcW w:w="581" w:type="dxa"/>
            <w:tcBorders>
              <w:bottom w:val="single" w:sz="4" w:space="0" w:color="000000"/>
              <w:right w:val="single" w:sz="12" w:space="0" w:color="000000"/>
            </w:tcBorders>
          </w:tcPr>
          <w:p w14:paraId="245C1A4D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051078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4ADFFEC9" w14:textId="77777777" w:rsidTr="005946DB">
        <w:tc>
          <w:tcPr>
            <w:tcW w:w="8491" w:type="dxa"/>
            <w:gridSpan w:val="4"/>
            <w:tcBorders>
              <w:left w:val="single" w:sz="12" w:space="0" w:color="000000"/>
            </w:tcBorders>
            <w:vAlign w:val="center"/>
          </w:tcPr>
          <w:p w14:paraId="01CF4EAA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MDM/Policy Accessible</w:t>
            </w:r>
          </w:p>
        </w:tc>
        <w:tc>
          <w:tcPr>
            <w:tcW w:w="581" w:type="dxa"/>
            <w:tcBorders>
              <w:right w:val="single" w:sz="12" w:space="0" w:color="000000"/>
            </w:tcBorders>
          </w:tcPr>
          <w:p w14:paraId="09097527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273937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4CEE888E" w14:textId="77777777" w:rsidTr="005946DB">
        <w:tc>
          <w:tcPr>
            <w:tcW w:w="2395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4" w:space="0" w:color="auto"/>
            </w:tcBorders>
            <w:vAlign w:val="center"/>
          </w:tcPr>
          <w:p w14:paraId="0E3E3689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Additional Information</w:t>
            </w:r>
          </w:p>
        </w:tc>
        <w:tc>
          <w:tcPr>
            <w:tcW w:w="6677" w:type="dxa"/>
            <w:gridSpan w:val="3"/>
            <w:tcBorders>
              <w:left w:val="single" w:sz="4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14:paraId="03BEE1F1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75F99DA7" w14:textId="77777777" w:rsidR="00F454AB" w:rsidRPr="00F454AB" w:rsidRDefault="00F454AB" w:rsidP="00F454AB">
      <w:pPr>
        <w:rPr>
          <w:rFonts w:asciiTheme="majorHAnsi" w:eastAsia="Calibri" w:hAnsiTheme="majorHAnsi" w:cstheme="majorHAnsi"/>
          <w:lang w:val="en-IE"/>
        </w:rPr>
      </w:pPr>
      <w:bookmarkStart w:id="17" w:name="server_build_review"/>
    </w:p>
    <w:p w14:paraId="0422095B" w14:textId="77777777" w:rsidR="009F3C99" w:rsidRDefault="009F3C99">
      <w:pPr>
        <w:rPr>
          <w:rFonts w:asciiTheme="majorHAnsi" w:eastAsia="Calibri" w:hAnsiTheme="majorHAnsi" w:cstheme="majorHAnsi"/>
          <w:b/>
          <w:bCs/>
          <w:sz w:val="28"/>
          <w:szCs w:val="20"/>
          <w:lang w:val="en-IE"/>
        </w:rPr>
      </w:pPr>
      <w:bookmarkStart w:id="18" w:name="_Toc99702119"/>
      <w:r>
        <w:rPr>
          <w:rFonts w:eastAsia="Calibri" w:cstheme="majorHAnsi"/>
          <w:szCs w:val="20"/>
          <w:lang w:val="en-IE"/>
        </w:rPr>
        <w:br w:type="page"/>
      </w:r>
    </w:p>
    <w:p w14:paraId="28CD9AF0" w14:textId="77777777" w:rsidR="00F454AB" w:rsidRPr="00F454AB" w:rsidRDefault="00F454AB" w:rsidP="00F454AB">
      <w:pPr>
        <w:pStyle w:val="Heading2"/>
        <w:spacing w:before="240"/>
        <w:rPr>
          <w:rFonts w:eastAsia="Calibri" w:cstheme="majorHAnsi"/>
          <w:color w:val="auto"/>
          <w:szCs w:val="20"/>
          <w:lang w:val="en-IE"/>
        </w:rPr>
      </w:pPr>
      <w:bookmarkStart w:id="19" w:name="_Toc216248330"/>
      <w:r w:rsidRPr="00F454AB">
        <w:rPr>
          <w:rFonts w:eastAsia="Calibri" w:cstheme="majorHAnsi"/>
          <w:color w:val="auto"/>
          <w:szCs w:val="20"/>
          <w:lang w:val="en-IE"/>
        </w:rPr>
        <w:t>SERVER BUILD REVIEW</w:t>
      </w:r>
      <w:bookmarkEnd w:id="18"/>
      <w:bookmarkEnd w:id="19"/>
    </w:p>
    <w:tbl>
      <w:tblPr>
        <w:tblW w:w="9072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63"/>
        <w:gridCol w:w="16"/>
        <w:gridCol w:w="616"/>
        <w:gridCol w:w="818"/>
        <w:gridCol w:w="1267"/>
        <w:gridCol w:w="168"/>
        <w:gridCol w:w="3850"/>
        <w:gridCol w:w="574"/>
      </w:tblGrid>
      <w:tr w:rsidR="00F454AB" w:rsidRPr="00F454AB" w14:paraId="473CCBBB" w14:textId="77777777" w:rsidTr="005946DB">
        <w:tc>
          <w:tcPr>
            <w:tcW w:w="8498" w:type="dxa"/>
            <w:gridSpan w:val="7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bookmarkEnd w:id="17"/>
          <w:p w14:paraId="72BDA979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Windows</w:t>
            </w:r>
          </w:p>
        </w:tc>
        <w:tc>
          <w:tcPr>
            <w:tcW w:w="574" w:type="dxa"/>
            <w:tcBorders>
              <w:top w:val="single" w:sz="12" w:space="0" w:color="000000"/>
              <w:right w:val="single" w:sz="12" w:space="0" w:color="000000"/>
            </w:tcBorders>
          </w:tcPr>
          <w:p w14:paraId="711B8150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561868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4960417C" w14:textId="77777777" w:rsidTr="005946DB">
        <w:tc>
          <w:tcPr>
            <w:tcW w:w="8498" w:type="dxa"/>
            <w:gridSpan w:val="7"/>
            <w:tcBorders>
              <w:left w:val="single" w:sz="12" w:space="0" w:color="000000"/>
              <w:bottom w:val="single" w:sz="12" w:space="0" w:color="auto"/>
            </w:tcBorders>
            <w:vAlign w:val="center"/>
          </w:tcPr>
          <w:p w14:paraId="02608D8B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Linux / UNIX</w:t>
            </w:r>
          </w:p>
        </w:tc>
        <w:tc>
          <w:tcPr>
            <w:tcW w:w="574" w:type="dxa"/>
            <w:tcBorders>
              <w:bottom w:val="single" w:sz="12" w:space="0" w:color="auto"/>
              <w:right w:val="single" w:sz="12" w:space="0" w:color="000000"/>
            </w:tcBorders>
          </w:tcPr>
          <w:p w14:paraId="4D22C159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270464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4BC891C6" w14:textId="77777777" w:rsidTr="009F3C99">
        <w:tc>
          <w:tcPr>
            <w:tcW w:w="9072" w:type="dxa"/>
            <w:gridSpan w:val="8"/>
            <w:tcBorders>
              <w:top w:val="single" w:sz="12" w:space="0" w:color="auto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CBD0DD6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</w:rPr>
            </w:pPr>
            <w:r w:rsidRPr="009F3C99">
              <w:rPr>
                <w:rFonts w:asciiTheme="majorHAnsi" w:hAnsiTheme="majorHAnsi" w:cstheme="majorHAnsi"/>
                <w:b/>
              </w:rPr>
              <w:t>Windows</w:t>
            </w:r>
          </w:p>
        </w:tc>
      </w:tr>
      <w:tr w:rsidR="00F454AB" w:rsidRPr="00F454AB" w14:paraId="14FC256F" w14:textId="77777777" w:rsidTr="005946DB">
        <w:tc>
          <w:tcPr>
            <w:tcW w:w="1763" w:type="dxa"/>
            <w:vMerge w:val="restart"/>
            <w:tcBorders>
              <w:left w:val="single" w:sz="12" w:space="0" w:color="000000"/>
            </w:tcBorders>
            <w:vAlign w:val="center"/>
          </w:tcPr>
          <w:p w14:paraId="688D3A42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Operating System</w:t>
            </w:r>
          </w:p>
        </w:tc>
        <w:tc>
          <w:tcPr>
            <w:tcW w:w="1450" w:type="dxa"/>
            <w:gridSpan w:val="3"/>
          </w:tcPr>
          <w:p w14:paraId="0D00F44F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2003</w:t>
            </w:r>
          </w:p>
        </w:tc>
        <w:tc>
          <w:tcPr>
            <w:tcW w:w="5285" w:type="dxa"/>
            <w:gridSpan w:val="3"/>
          </w:tcPr>
          <w:p w14:paraId="78A9379D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  <w:i/>
              </w:rPr>
              <w:t>Please specify .......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0EC775BA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532571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3247F669" w14:textId="77777777" w:rsidTr="005946DB">
        <w:tc>
          <w:tcPr>
            <w:tcW w:w="1763" w:type="dxa"/>
            <w:vMerge/>
            <w:tcBorders>
              <w:left w:val="single" w:sz="12" w:space="0" w:color="000000"/>
            </w:tcBorders>
            <w:vAlign w:val="center"/>
          </w:tcPr>
          <w:p w14:paraId="2834C408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450" w:type="dxa"/>
            <w:gridSpan w:val="3"/>
          </w:tcPr>
          <w:p w14:paraId="0B511CEF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2008</w:t>
            </w:r>
          </w:p>
        </w:tc>
        <w:tc>
          <w:tcPr>
            <w:tcW w:w="5285" w:type="dxa"/>
            <w:gridSpan w:val="3"/>
          </w:tcPr>
          <w:p w14:paraId="41CFAEE0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  <w:i/>
              </w:rPr>
              <w:t>Please specify .......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5774AE1A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917323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40B7912F" w14:textId="77777777" w:rsidTr="005946DB">
        <w:tc>
          <w:tcPr>
            <w:tcW w:w="1763" w:type="dxa"/>
            <w:vMerge/>
            <w:tcBorders>
              <w:left w:val="single" w:sz="12" w:space="0" w:color="000000"/>
            </w:tcBorders>
            <w:vAlign w:val="center"/>
          </w:tcPr>
          <w:p w14:paraId="0DC4E141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450" w:type="dxa"/>
            <w:gridSpan w:val="3"/>
          </w:tcPr>
          <w:p w14:paraId="55023C8D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2012</w:t>
            </w:r>
          </w:p>
        </w:tc>
        <w:tc>
          <w:tcPr>
            <w:tcW w:w="5285" w:type="dxa"/>
            <w:gridSpan w:val="3"/>
          </w:tcPr>
          <w:p w14:paraId="51D9C111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  <w:i/>
              </w:rPr>
              <w:t>Please specify .......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29D08CD5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342303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685567DE" w14:textId="77777777" w:rsidTr="005946DB">
        <w:tc>
          <w:tcPr>
            <w:tcW w:w="1763" w:type="dxa"/>
            <w:vMerge/>
            <w:tcBorders>
              <w:left w:val="single" w:sz="12" w:space="0" w:color="000000"/>
            </w:tcBorders>
            <w:vAlign w:val="center"/>
          </w:tcPr>
          <w:p w14:paraId="5D498EB1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450" w:type="dxa"/>
            <w:gridSpan w:val="3"/>
          </w:tcPr>
          <w:p w14:paraId="69F3F53D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2016</w:t>
            </w:r>
          </w:p>
        </w:tc>
        <w:tc>
          <w:tcPr>
            <w:tcW w:w="5285" w:type="dxa"/>
            <w:gridSpan w:val="3"/>
          </w:tcPr>
          <w:p w14:paraId="4F14164D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Please specify .......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50A86C73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670437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32502B7E" w14:textId="77777777" w:rsidTr="005946DB">
        <w:tc>
          <w:tcPr>
            <w:tcW w:w="1763" w:type="dxa"/>
            <w:vMerge/>
            <w:tcBorders>
              <w:left w:val="single" w:sz="12" w:space="0" w:color="000000"/>
            </w:tcBorders>
            <w:vAlign w:val="center"/>
          </w:tcPr>
          <w:p w14:paraId="2F7EA5A9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450" w:type="dxa"/>
            <w:gridSpan w:val="3"/>
          </w:tcPr>
          <w:p w14:paraId="28A62175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2019</w:t>
            </w:r>
          </w:p>
        </w:tc>
        <w:tc>
          <w:tcPr>
            <w:tcW w:w="5285" w:type="dxa"/>
            <w:gridSpan w:val="3"/>
          </w:tcPr>
          <w:p w14:paraId="085E4FE9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  <w:i/>
              </w:rPr>
              <w:t>Please specify .......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252C5F49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86077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067D0178" w14:textId="77777777" w:rsidTr="005946DB">
        <w:tc>
          <w:tcPr>
            <w:tcW w:w="1763" w:type="dxa"/>
            <w:vMerge/>
            <w:tcBorders>
              <w:left w:val="single" w:sz="12" w:space="0" w:color="000000"/>
              <w:bottom w:val="single" w:sz="12" w:space="0" w:color="auto"/>
            </w:tcBorders>
            <w:vAlign w:val="center"/>
          </w:tcPr>
          <w:p w14:paraId="48A14E8C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450" w:type="dxa"/>
            <w:gridSpan w:val="3"/>
            <w:tcBorders>
              <w:bottom w:val="single" w:sz="12" w:space="0" w:color="auto"/>
            </w:tcBorders>
          </w:tcPr>
          <w:p w14:paraId="6F4F3F87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Other</w:t>
            </w:r>
          </w:p>
        </w:tc>
        <w:tc>
          <w:tcPr>
            <w:tcW w:w="5285" w:type="dxa"/>
            <w:gridSpan w:val="3"/>
            <w:tcBorders>
              <w:bottom w:val="single" w:sz="12" w:space="0" w:color="auto"/>
            </w:tcBorders>
          </w:tcPr>
          <w:p w14:paraId="4E4502BF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Please specify .......</w:t>
            </w:r>
          </w:p>
        </w:tc>
        <w:tc>
          <w:tcPr>
            <w:tcW w:w="574" w:type="dxa"/>
            <w:tcBorders>
              <w:bottom w:val="single" w:sz="12" w:space="0" w:color="auto"/>
              <w:right w:val="single" w:sz="12" w:space="0" w:color="000000"/>
            </w:tcBorders>
          </w:tcPr>
          <w:p w14:paraId="48873805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361104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30C18252" w14:textId="77777777" w:rsidTr="005946DB">
        <w:tc>
          <w:tcPr>
            <w:tcW w:w="1763" w:type="dxa"/>
            <w:vMerge w:val="restart"/>
            <w:tcBorders>
              <w:top w:val="single" w:sz="12" w:space="0" w:color="auto"/>
              <w:left w:val="single" w:sz="12" w:space="0" w:color="000000"/>
            </w:tcBorders>
            <w:vAlign w:val="center"/>
          </w:tcPr>
          <w:p w14:paraId="04AE106B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Application Server</w:t>
            </w:r>
          </w:p>
        </w:tc>
        <w:tc>
          <w:tcPr>
            <w:tcW w:w="1450" w:type="dxa"/>
            <w:gridSpan w:val="3"/>
            <w:tcBorders>
              <w:top w:val="single" w:sz="12" w:space="0" w:color="auto"/>
            </w:tcBorders>
          </w:tcPr>
          <w:p w14:paraId="24B898B6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Email</w:t>
            </w:r>
          </w:p>
        </w:tc>
        <w:tc>
          <w:tcPr>
            <w:tcW w:w="1267" w:type="dxa"/>
            <w:tcBorders>
              <w:top w:val="single" w:sz="12" w:space="0" w:color="auto"/>
            </w:tcBorders>
          </w:tcPr>
          <w:p w14:paraId="58C74EAA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Exchange</w:t>
            </w:r>
          </w:p>
        </w:tc>
        <w:tc>
          <w:tcPr>
            <w:tcW w:w="4018" w:type="dxa"/>
            <w:gridSpan w:val="2"/>
            <w:tcBorders>
              <w:top w:val="single" w:sz="12" w:space="0" w:color="auto"/>
            </w:tcBorders>
          </w:tcPr>
          <w:p w14:paraId="7121B3B6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Version …….</w:t>
            </w:r>
          </w:p>
        </w:tc>
        <w:tc>
          <w:tcPr>
            <w:tcW w:w="574" w:type="dxa"/>
            <w:tcBorders>
              <w:top w:val="single" w:sz="12" w:space="0" w:color="auto"/>
              <w:right w:val="single" w:sz="12" w:space="0" w:color="000000"/>
            </w:tcBorders>
          </w:tcPr>
          <w:p w14:paraId="34F832CC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558308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4C927482" w14:textId="77777777" w:rsidTr="005946DB">
        <w:tc>
          <w:tcPr>
            <w:tcW w:w="1763" w:type="dxa"/>
            <w:vMerge/>
            <w:tcBorders>
              <w:left w:val="single" w:sz="12" w:space="0" w:color="000000"/>
            </w:tcBorders>
            <w:vAlign w:val="center"/>
          </w:tcPr>
          <w:p w14:paraId="0AB13ED6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450" w:type="dxa"/>
            <w:gridSpan w:val="3"/>
            <w:vMerge w:val="restart"/>
          </w:tcPr>
          <w:p w14:paraId="4CC45050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 xml:space="preserve">Web Server </w:t>
            </w:r>
          </w:p>
        </w:tc>
        <w:tc>
          <w:tcPr>
            <w:tcW w:w="1267" w:type="dxa"/>
          </w:tcPr>
          <w:p w14:paraId="2249EC39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IIS</w:t>
            </w:r>
          </w:p>
        </w:tc>
        <w:tc>
          <w:tcPr>
            <w:tcW w:w="4018" w:type="dxa"/>
            <w:gridSpan w:val="2"/>
          </w:tcPr>
          <w:p w14:paraId="08F81469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Version …….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3033C17C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428848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476FF139" w14:textId="77777777" w:rsidTr="005946DB">
        <w:tc>
          <w:tcPr>
            <w:tcW w:w="1763" w:type="dxa"/>
            <w:vMerge/>
            <w:tcBorders>
              <w:left w:val="single" w:sz="12" w:space="0" w:color="000000"/>
            </w:tcBorders>
            <w:vAlign w:val="center"/>
          </w:tcPr>
          <w:p w14:paraId="298C7D7D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450" w:type="dxa"/>
            <w:gridSpan w:val="3"/>
            <w:vMerge/>
          </w:tcPr>
          <w:p w14:paraId="0DB6EB39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267" w:type="dxa"/>
          </w:tcPr>
          <w:p w14:paraId="3D6A8FC5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Apache</w:t>
            </w:r>
          </w:p>
        </w:tc>
        <w:tc>
          <w:tcPr>
            <w:tcW w:w="4018" w:type="dxa"/>
            <w:gridSpan w:val="2"/>
          </w:tcPr>
          <w:p w14:paraId="3C1A5CE5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Version …….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5A6A9F59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090858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01160388" w14:textId="77777777" w:rsidTr="005946DB">
        <w:tc>
          <w:tcPr>
            <w:tcW w:w="1763" w:type="dxa"/>
            <w:vMerge/>
            <w:tcBorders>
              <w:left w:val="single" w:sz="12" w:space="0" w:color="000000"/>
            </w:tcBorders>
            <w:vAlign w:val="center"/>
          </w:tcPr>
          <w:p w14:paraId="2C85F405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450" w:type="dxa"/>
            <w:gridSpan w:val="3"/>
            <w:vMerge/>
          </w:tcPr>
          <w:p w14:paraId="29EF3544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267" w:type="dxa"/>
          </w:tcPr>
          <w:p w14:paraId="58DB3630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Nginx</w:t>
            </w:r>
          </w:p>
        </w:tc>
        <w:tc>
          <w:tcPr>
            <w:tcW w:w="4018" w:type="dxa"/>
            <w:gridSpan w:val="2"/>
          </w:tcPr>
          <w:p w14:paraId="6CBAAA06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Version …….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5019992C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809064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2D2F0B14" w14:textId="77777777" w:rsidTr="005946DB">
        <w:tc>
          <w:tcPr>
            <w:tcW w:w="1763" w:type="dxa"/>
            <w:vMerge/>
            <w:tcBorders>
              <w:left w:val="single" w:sz="12" w:space="0" w:color="000000"/>
            </w:tcBorders>
            <w:vAlign w:val="center"/>
          </w:tcPr>
          <w:p w14:paraId="44922404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450" w:type="dxa"/>
            <w:gridSpan w:val="3"/>
            <w:vMerge w:val="restart"/>
          </w:tcPr>
          <w:p w14:paraId="357C7C5B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Database</w:t>
            </w:r>
          </w:p>
        </w:tc>
        <w:tc>
          <w:tcPr>
            <w:tcW w:w="1267" w:type="dxa"/>
          </w:tcPr>
          <w:p w14:paraId="03BB7844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MSSQL</w:t>
            </w:r>
          </w:p>
        </w:tc>
        <w:tc>
          <w:tcPr>
            <w:tcW w:w="4018" w:type="dxa"/>
            <w:gridSpan w:val="2"/>
          </w:tcPr>
          <w:p w14:paraId="4A018DF0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Version …….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38AF03BC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888603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24F7E9B2" w14:textId="77777777" w:rsidTr="005946DB">
        <w:tc>
          <w:tcPr>
            <w:tcW w:w="1763" w:type="dxa"/>
            <w:vMerge/>
            <w:tcBorders>
              <w:left w:val="single" w:sz="12" w:space="0" w:color="000000"/>
            </w:tcBorders>
            <w:vAlign w:val="center"/>
          </w:tcPr>
          <w:p w14:paraId="00C8D88F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450" w:type="dxa"/>
            <w:gridSpan w:val="3"/>
            <w:vMerge/>
          </w:tcPr>
          <w:p w14:paraId="342894B5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267" w:type="dxa"/>
          </w:tcPr>
          <w:p w14:paraId="13DDA46C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MySQL</w:t>
            </w:r>
          </w:p>
        </w:tc>
        <w:tc>
          <w:tcPr>
            <w:tcW w:w="4018" w:type="dxa"/>
            <w:gridSpan w:val="2"/>
          </w:tcPr>
          <w:p w14:paraId="38F978D9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Version …….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559DE21A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761681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023FF234" w14:textId="77777777" w:rsidTr="005946DB">
        <w:tc>
          <w:tcPr>
            <w:tcW w:w="1763" w:type="dxa"/>
            <w:vMerge/>
            <w:tcBorders>
              <w:left w:val="single" w:sz="12" w:space="0" w:color="000000"/>
            </w:tcBorders>
            <w:vAlign w:val="center"/>
          </w:tcPr>
          <w:p w14:paraId="55CD1ADE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450" w:type="dxa"/>
            <w:gridSpan w:val="3"/>
            <w:vMerge/>
          </w:tcPr>
          <w:p w14:paraId="388CA23F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</w:p>
        </w:tc>
        <w:tc>
          <w:tcPr>
            <w:tcW w:w="1267" w:type="dxa"/>
          </w:tcPr>
          <w:p w14:paraId="06391E70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Oracle</w:t>
            </w:r>
          </w:p>
        </w:tc>
        <w:tc>
          <w:tcPr>
            <w:tcW w:w="4018" w:type="dxa"/>
            <w:gridSpan w:val="2"/>
          </w:tcPr>
          <w:p w14:paraId="5851501B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Version …….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427AF619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721245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5FB6C9CF" w14:textId="77777777" w:rsidTr="005946DB">
        <w:tc>
          <w:tcPr>
            <w:tcW w:w="1763" w:type="dxa"/>
            <w:vMerge/>
            <w:tcBorders>
              <w:left w:val="single" w:sz="12" w:space="0" w:color="000000"/>
            </w:tcBorders>
            <w:vAlign w:val="center"/>
          </w:tcPr>
          <w:p w14:paraId="6A3B758D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450" w:type="dxa"/>
            <w:gridSpan w:val="3"/>
          </w:tcPr>
          <w:p w14:paraId="06199911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Document Management</w:t>
            </w:r>
          </w:p>
        </w:tc>
        <w:tc>
          <w:tcPr>
            <w:tcW w:w="1267" w:type="dxa"/>
          </w:tcPr>
          <w:p w14:paraId="1F11C871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</w:rPr>
              <w:t>SharePoint</w:t>
            </w:r>
          </w:p>
        </w:tc>
        <w:tc>
          <w:tcPr>
            <w:tcW w:w="4018" w:type="dxa"/>
            <w:gridSpan w:val="2"/>
          </w:tcPr>
          <w:p w14:paraId="0843516C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Version …….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199762D2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468021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2B0990B4" w14:textId="77777777" w:rsidTr="005946DB">
        <w:tc>
          <w:tcPr>
            <w:tcW w:w="1763" w:type="dxa"/>
            <w:vMerge/>
            <w:tcBorders>
              <w:left w:val="single" w:sz="12" w:space="0" w:color="000000"/>
              <w:bottom w:val="single" w:sz="12" w:space="0" w:color="auto"/>
            </w:tcBorders>
            <w:vAlign w:val="center"/>
          </w:tcPr>
          <w:p w14:paraId="0268FAE5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450" w:type="dxa"/>
            <w:gridSpan w:val="3"/>
            <w:tcBorders>
              <w:bottom w:val="single" w:sz="12" w:space="0" w:color="auto"/>
            </w:tcBorders>
          </w:tcPr>
          <w:p w14:paraId="106DDDDD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Other</w:t>
            </w:r>
          </w:p>
        </w:tc>
        <w:tc>
          <w:tcPr>
            <w:tcW w:w="5285" w:type="dxa"/>
            <w:gridSpan w:val="3"/>
            <w:tcBorders>
              <w:bottom w:val="single" w:sz="12" w:space="0" w:color="auto"/>
            </w:tcBorders>
          </w:tcPr>
          <w:p w14:paraId="61E52361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Please specify .......</w:t>
            </w:r>
          </w:p>
        </w:tc>
        <w:tc>
          <w:tcPr>
            <w:tcW w:w="574" w:type="dxa"/>
            <w:tcBorders>
              <w:bottom w:val="single" w:sz="12" w:space="0" w:color="auto"/>
              <w:right w:val="single" w:sz="12" w:space="0" w:color="000000"/>
            </w:tcBorders>
          </w:tcPr>
          <w:p w14:paraId="2E8B24A5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7885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2AC88A95" w14:textId="77777777" w:rsidTr="009F3C99">
        <w:tc>
          <w:tcPr>
            <w:tcW w:w="9072" w:type="dxa"/>
            <w:gridSpan w:val="8"/>
            <w:tcBorders>
              <w:top w:val="single" w:sz="12" w:space="0" w:color="auto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9011D2A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</w:rPr>
            </w:pPr>
            <w:r w:rsidRPr="009F3C99">
              <w:rPr>
                <w:rFonts w:asciiTheme="majorHAnsi" w:hAnsiTheme="majorHAnsi" w:cstheme="majorHAnsi"/>
                <w:b/>
              </w:rPr>
              <w:t>Linux/UNIX</w:t>
            </w:r>
          </w:p>
        </w:tc>
      </w:tr>
      <w:tr w:rsidR="00F454AB" w:rsidRPr="00F454AB" w14:paraId="79A59C7E" w14:textId="77777777" w:rsidTr="005946DB">
        <w:tc>
          <w:tcPr>
            <w:tcW w:w="1779" w:type="dxa"/>
            <w:gridSpan w:val="2"/>
            <w:vMerge w:val="restart"/>
            <w:tcBorders>
              <w:left w:val="single" w:sz="12" w:space="0" w:color="000000"/>
            </w:tcBorders>
            <w:vAlign w:val="center"/>
          </w:tcPr>
          <w:p w14:paraId="6A79440D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Operating System</w:t>
            </w:r>
          </w:p>
        </w:tc>
        <w:tc>
          <w:tcPr>
            <w:tcW w:w="1434" w:type="dxa"/>
            <w:gridSpan w:val="2"/>
          </w:tcPr>
          <w:p w14:paraId="4934A354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AIX</w:t>
            </w:r>
          </w:p>
        </w:tc>
        <w:tc>
          <w:tcPr>
            <w:tcW w:w="5285" w:type="dxa"/>
            <w:gridSpan w:val="3"/>
          </w:tcPr>
          <w:p w14:paraId="036AA9FB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Version …….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2E07BB35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408513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1245F163" w14:textId="77777777" w:rsidTr="005946DB">
        <w:tc>
          <w:tcPr>
            <w:tcW w:w="1779" w:type="dxa"/>
            <w:gridSpan w:val="2"/>
            <w:vMerge/>
            <w:tcBorders>
              <w:left w:val="single" w:sz="12" w:space="0" w:color="000000"/>
            </w:tcBorders>
            <w:vAlign w:val="center"/>
          </w:tcPr>
          <w:p w14:paraId="61718F79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434" w:type="dxa"/>
            <w:gridSpan w:val="2"/>
          </w:tcPr>
          <w:p w14:paraId="5C99FEFB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Debian</w:t>
            </w:r>
          </w:p>
        </w:tc>
        <w:tc>
          <w:tcPr>
            <w:tcW w:w="5285" w:type="dxa"/>
            <w:gridSpan w:val="3"/>
          </w:tcPr>
          <w:p w14:paraId="1AD7BDD9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Version …….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619AFF6D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121613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53A3F70D" w14:textId="77777777" w:rsidTr="005946DB">
        <w:tc>
          <w:tcPr>
            <w:tcW w:w="1779" w:type="dxa"/>
            <w:gridSpan w:val="2"/>
            <w:vMerge/>
            <w:tcBorders>
              <w:left w:val="single" w:sz="12" w:space="0" w:color="000000"/>
            </w:tcBorders>
            <w:vAlign w:val="center"/>
          </w:tcPr>
          <w:p w14:paraId="204A0EF3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434" w:type="dxa"/>
            <w:gridSpan w:val="2"/>
          </w:tcPr>
          <w:p w14:paraId="542C4BA8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FreeBSD</w:t>
            </w:r>
          </w:p>
        </w:tc>
        <w:tc>
          <w:tcPr>
            <w:tcW w:w="5285" w:type="dxa"/>
            <w:gridSpan w:val="3"/>
          </w:tcPr>
          <w:p w14:paraId="425F3B88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Version …….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5A7B9F87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269977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625D824F" w14:textId="77777777" w:rsidTr="005946DB">
        <w:tc>
          <w:tcPr>
            <w:tcW w:w="1779" w:type="dxa"/>
            <w:gridSpan w:val="2"/>
            <w:vMerge/>
            <w:tcBorders>
              <w:left w:val="single" w:sz="12" w:space="0" w:color="000000"/>
            </w:tcBorders>
            <w:vAlign w:val="center"/>
          </w:tcPr>
          <w:p w14:paraId="544994F9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434" w:type="dxa"/>
            <w:gridSpan w:val="2"/>
          </w:tcPr>
          <w:p w14:paraId="25E4F9D6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HPUX</w:t>
            </w:r>
          </w:p>
        </w:tc>
        <w:tc>
          <w:tcPr>
            <w:tcW w:w="5285" w:type="dxa"/>
            <w:gridSpan w:val="3"/>
          </w:tcPr>
          <w:p w14:paraId="5C51575D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Version …….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379175B5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984149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2062FF17" w14:textId="77777777" w:rsidTr="005946DB">
        <w:tc>
          <w:tcPr>
            <w:tcW w:w="1779" w:type="dxa"/>
            <w:gridSpan w:val="2"/>
            <w:vMerge/>
            <w:tcBorders>
              <w:left w:val="single" w:sz="12" w:space="0" w:color="000000"/>
            </w:tcBorders>
            <w:vAlign w:val="center"/>
          </w:tcPr>
          <w:p w14:paraId="385CFD92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434" w:type="dxa"/>
            <w:gridSpan w:val="2"/>
          </w:tcPr>
          <w:p w14:paraId="6278A0F4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 xml:space="preserve">IBM iSeries </w:t>
            </w:r>
          </w:p>
        </w:tc>
        <w:tc>
          <w:tcPr>
            <w:tcW w:w="5285" w:type="dxa"/>
            <w:gridSpan w:val="3"/>
          </w:tcPr>
          <w:p w14:paraId="48C3A574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Version …….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14AF33CD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61033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2841AAE4" w14:textId="77777777" w:rsidTr="005946DB">
        <w:tc>
          <w:tcPr>
            <w:tcW w:w="1779" w:type="dxa"/>
            <w:gridSpan w:val="2"/>
            <w:vMerge/>
            <w:tcBorders>
              <w:left w:val="single" w:sz="12" w:space="0" w:color="000000"/>
            </w:tcBorders>
            <w:vAlign w:val="center"/>
          </w:tcPr>
          <w:p w14:paraId="10E0D100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434" w:type="dxa"/>
            <w:gridSpan w:val="2"/>
          </w:tcPr>
          <w:p w14:paraId="1BBEB6F5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Mac OSX</w:t>
            </w:r>
          </w:p>
        </w:tc>
        <w:tc>
          <w:tcPr>
            <w:tcW w:w="5285" w:type="dxa"/>
            <w:gridSpan w:val="3"/>
          </w:tcPr>
          <w:p w14:paraId="7E7D9331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Version …….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3284B5DD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805813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0C48994D" w14:textId="77777777" w:rsidTr="005946DB">
        <w:tc>
          <w:tcPr>
            <w:tcW w:w="1779" w:type="dxa"/>
            <w:gridSpan w:val="2"/>
            <w:vMerge/>
            <w:tcBorders>
              <w:left w:val="single" w:sz="12" w:space="0" w:color="000000"/>
            </w:tcBorders>
            <w:vAlign w:val="center"/>
          </w:tcPr>
          <w:p w14:paraId="7A45AADE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434" w:type="dxa"/>
            <w:gridSpan w:val="2"/>
          </w:tcPr>
          <w:p w14:paraId="5DB8EFC5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RedHat</w:t>
            </w:r>
          </w:p>
        </w:tc>
        <w:tc>
          <w:tcPr>
            <w:tcW w:w="5285" w:type="dxa"/>
            <w:gridSpan w:val="3"/>
          </w:tcPr>
          <w:p w14:paraId="1AD352C7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Version …….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381B5996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88824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404AF676" w14:textId="77777777" w:rsidTr="005946DB">
        <w:tc>
          <w:tcPr>
            <w:tcW w:w="1779" w:type="dxa"/>
            <w:gridSpan w:val="2"/>
            <w:vMerge/>
            <w:tcBorders>
              <w:left w:val="single" w:sz="12" w:space="0" w:color="000000"/>
            </w:tcBorders>
            <w:vAlign w:val="center"/>
          </w:tcPr>
          <w:p w14:paraId="582DCF3A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434" w:type="dxa"/>
            <w:gridSpan w:val="2"/>
          </w:tcPr>
          <w:p w14:paraId="7073BD02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Solaris</w:t>
            </w:r>
          </w:p>
        </w:tc>
        <w:tc>
          <w:tcPr>
            <w:tcW w:w="5285" w:type="dxa"/>
            <w:gridSpan w:val="3"/>
          </w:tcPr>
          <w:p w14:paraId="2326E6DF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Version …….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2673B747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820415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5DE186B1" w14:textId="77777777" w:rsidTr="005946DB">
        <w:tc>
          <w:tcPr>
            <w:tcW w:w="1779" w:type="dxa"/>
            <w:gridSpan w:val="2"/>
            <w:vMerge/>
            <w:tcBorders>
              <w:left w:val="single" w:sz="12" w:space="0" w:color="000000"/>
            </w:tcBorders>
            <w:vAlign w:val="center"/>
          </w:tcPr>
          <w:p w14:paraId="16DDD447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434" w:type="dxa"/>
            <w:gridSpan w:val="2"/>
          </w:tcPr>
          <w:p w14:paraId="57255F3D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proofErr w:type="spellStart"/>
            <w:r w:rsidRPr="00F454AB">
              <w:rPr>
                <w:rFonts w:asciiTheme="majorHAnsi" w:hAnsiTheme="majorHAnsi" w:cstheme="majorHAnsi"/>
              </w:rPr>
              <w:t>SuSE</w:t>
            </w:r>
            <w:proofErr w:type="spellEnd"/>
          </w:p>
        </w:tc>
        <w:tc>
          <w:tcPr>
            <w:tcW w:w="5285" w:type="dxa"/>
            <w:gridSpan w:val="3"/>
          </w:tcPr>
          <w:p w14:paraId="4FC390E2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Version …….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1C9A1342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192109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62C3F62D" w14:textId="77777777" w:rsidTr="005946DB">
        <w:tc>
          <w:tcPr>
            <w:tcW w:w="1779" w:type="dxa"/>
            <w:gridSpan w:val="2"/>
            <w:vMerge/>
            <w:tcBorders>
              <w:left w:val="single" w:sz="12" w:space="0" w:color="000000"/>
            </w:tcBorders>
            <w:vAlign w:val="center"/>
          </w:tcPr>
          <w:p w14:paraId="2FF92B97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434" w:type="dxa"/>
            <w:gridSpan w:val="2"/>
          </w:tcPr>
          <w:p w14:paraId="0509F9EE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Ubuntu</w:t>
            </w:r>
          </w:p>
        </w:tc>
        <w:tc>
          <w:tcPr>
            <w:tcW w:w="5285" w:type="dxa"/>
            <w:gridSpan w:val="3"/>
          </w:tcPr>
          <w:p w14:paraId="6AC5CA2B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Version …….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40E9C1FE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286550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715CA6FA" w14:textId="77777777" w:rsidTr="005946DB">
        <w:tc>
          <w:tcPr>
            <w:tcW w:w="1779" w:type="dxa"/>
            <w:gridSpan w:val="2"/>
            <w:vMerge/>
            <w:tcBorders>
              <w:left w:val="single" w:sz="12" w:space="0" w:color="000000"/>
            </w:tcBorders>
            <w:vAlign w:val="center"/>
          </w:tcPr>
          <w:p w14:paraId="12C81270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434" w:type="dxa"/>
            <w:gridSpan w:val="2"/>
          </w:tcPr>
          <w:p w14:paraId="2078105B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VMWare ESX</w:t>
            </w:r>
          </w:p>
        </w:tc>
        <w:tc>
          <w:tcPr>
            <w:tcW w:w="5859" w:type="dxa"/>
            <w:gridSpan w:val="4"/>
            <w:tcBorders>
              <w:right w:val="single" w:sz="12" w:space="0" w:color="000000"/>
            </w:tcBorders>
          </w:tcPr>
          <w:p w14:paraId="39183958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Version …….</w:t>
            </w:r>
          </w:p>
        </w:tc>
      </w:tr>
      <w:tr w:rsidR="00F454AB" w:rsidRPr="00F454AB" w14:paraId="6B65D75A" w14:textId="77777777" w:rsidTr="005946DB">
        <w:tc>
          <w:tcPr>
            <w:tcW w:w="1779" w:type="dxa"/>
            <w:gridSpan w:val="2"/>
            <w:vMerge/>
            <w:tcBorders>
              <w:left w:val="single" w:sz="12" w:space="0" w:color="000000"/>
              <w:bottom w:val="single" w:sz="12" w:space="0" w:color="auto"/>
            </w:tcBorders>
            <w:vAlign w:val="center"/>
          </w:tcPr>
          <w:p w14:paraId="0A7EC600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434" w:type="dxa"/>
            <w:gridSpan w:val="2"/>
            <w:tcBorders>
              <w:bottom w:val="single" w:sz="12" w:space="0" w:color="auto"/>
            </w:tcBorders>
          </w:tcPr>
          <w:p w14:paraId="3C7EA72C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 xml:space="preserve">Other </w:t>
            </w:r>
          </w:p>
        </w:tc>
        <w:tc>
          <w:tcPr>
            <w:tcW w:w="5859" w:type="dxa"/>
            <w:gridSpan w:val="4"/>
            <w:tcBorders>
              <w:bottom w:val="single" w:sz="12" w:space="0" w:color="auto"/>
              <w:right w:val="single" w:sz="12" w:space="0" w:color="000000"/>
            </w:tcBorders>
          </w:tcPr>
          <w:p w14:paraId="61E00D29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Please specify .......</w:t>
            </w:r>
          </w:p>
        </w:tc>
      </w:tr>
      <w:tr w:rsidR="00F454AB" w:rsidRPr="00F454AB" w14:paraId="76EB7AC8" w14:textId="77777777" w:rsidTr="005946DB">
        <w:trPr>
          <w:trHeight w:val="129"/>
        </w:trPr>
        <w:tc>
          <w:tcPr>
            <w:tcW w:w="1779" w:type="dxa"/>
            <w:gridSpan w:val="2"/>
            <w:vMerge w:val="restart"/>
            <w:tcBorders>
              <w:top w:val="single" w:sz="12" w:space="0" w:color="auto"/>
              <w:left w:val="single" w:sz="12" w:space="0" w:color="000000"/>
            </w:tcBorders>
            <w:vAlign w:val="center"/>
          </w:tcPr>
          <w:p w14:paraId="3D038265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Application Server</w:t>
            </w:r>
          </w:p>
        </w:tc>
        <w:tc>
          <w:tcPr>
            <w:tcW w:w="1434" w:type="dxa"/>
            <w:gridSpan w:val="2"/>
            <w:vMerge w:val="restart"/>
            <w:tcBorders>
              <w:top w:val="single" w:sz="12" w:space="0" w:color="auto"/>
            </w:tcBorders>
          </w:tcPr>
          <w:p w14:paraId="4AAE2958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Database</w:t>
            </w:r>
          </w:p>
        </w:tc>
        <w:tc>
          <w:tcPr>
            <w:tcW w:w="1435" w:type="dxa"/>
            <w:gridSpan w:val="2"/>
            <w:tcBorders>
              <w:top w:val="single" w:sz="12" w:space="0" w:color="auto"/>
            </w:tcBorders>
          </w:tcPr>
          <w:p w14:paraId="1674E7D8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Oracle</w:t>
            </w:r>
          </w:p>
        </w:tc>
        <w:tc>
          <w:tcPr>
            <w:tcW w:w="3850" w:type="dxa"/>
            <w:tcBorders>
              <w:top w:val="single" w:sz="12" w:space="0" w:color="auto"/>
            </w:tcBorders>
          </w:tcPr>
          <w:p w14:paraId="1DEEF8E7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Version …….</w:t>
            </w:r>
          </w:p>
        </w:tc>
        <w:tc>
          <w:tcPr>
            <w:tcW w:w="574" w:type="dxa"/>
            <w:tcBorders>
              <w:top w:val="single" w:sz="12" w:space="0" w:color="auto"/>
              <w:right w:val="single" w:sz="12" w:space="0" w:color="000000"/>
            </w:tcBorders>
          </w:tcPr>
          <w:p w14:paraId="73CF6891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085646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5054A9D0" w14:textId="77777777" w:rsidTr="005946DB">
        <w:trPr>
          <w:trHeight w:val="127"/>
        </w:trPr>
        <w:tc>
          <w:tcPr>
            <w:tcW w:w="1779" w:type="dxa"/>
            <w:gridSpan w:val="2"/>
            <w:vMerge/>
            <w:tcBorders>
              <w:left w:val="single" w:sz="12" w:space="0" w:color="000000"/>
            </w:tcBorders>
            <w:vAlign w:val="center"/>
          </w:tcPr>
          <w:p w14:paraId="42D25174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434" w:type="dxa"/>
            <w:gridSpan w:val="2"/>
            <w:vMerge/>
          </w:tcPr>
          <w:p w14:paraId="198BA04A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435" w:type="dxa"/>
            <w:gridSpan w:val="2"/>
          </w:tcPr>
          <w:p w14:paraId="1C9105DC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MySQL</w:t>
            </w:r>
          </w:p>
        </w:tc>
        <w:tc>
          <w:tcPr>
            <w:tcW w:w="3850" w:type="dxa"/>
          </w:tcPr>
          <w:p w14:paraId="029A8DA3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Version …….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7E3848FA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87349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39BD8218" w14:textId="77777777" w:rsidTr="005946DB">
        <w:trPr>
          <w:trHeight w:val="127"/>
        </w:trPr>
        <w:tc>
          <w:tcPr>
            <w:tcW w:w="1779" w:type="dxa"/>
            <w:gridSpan w:val="2"/>
            <w:vMerge/>
            <w:tcBorders>
              <w:left w:val="single" w:sz="12" w:space="0" w:color="000000"/>
            </w:tcBorders>
            <w:vAlign w:val="center"/>
          </w:tcPr>
          <w:p w14:paraId="5B037F3B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434" w:type="dxa"/>
            <w:gridSpan w:val="2"/>
            <w:vMerge/>
          </w:tcPr>
          <w:p w14:paraId="3034DF23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435" w:type="dxa"/>
            <w:gridSpan w:val="2"/>
          </w:tcPr>
          <w:p w14:paraId="77612059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PostgreSQL</w:t>
            </w:r>
          </w:p>
        </w:tc>
        <w:tc>
          <w:tcPr>
            <w:tcW w:w="3850" w:type="dxa"/>
          </w:tcPr>
          <w:p w14:paraId="6422DFFB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Version …….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28F77E85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352155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2591915C" w14:textId="77777777" w:rsidTr="005946DB">
        <w:trPr>
          <w:trHeight w:val="86"/>
        </w:trPr>
        <w:tc>
          <w:tcPr>
            <w:tcW w:w="1779" w:type="dxa"/>
            <w:gridSpan w:val="2"/>
            <w:vMerge/>
            <w:tcBorders>
              <w:left w:val="single" w:sz="12" w:space="0" w:color="000000"/>
            </w:tcBorders>
            <w:vAlign w:val="center"/>
          </w:tcPr>
          <w:p w14:paraId="36349B07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434" w:type="dxa"/>
            <w:gridSpan w:val="2"/>
            <w:vMerge w:val="restart"/>
          </w:tcPr>
          <w:p w14:paraId="1B2C19E3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Email</w:t>
            </w:r>
          </w:p>
        </w:tc>
        <w:tc>
          <w:tcPr>
            <w:tcW w:w="1435" w:type="dxa"/>
            <w:gridSpan w:val="2"/>
          </w:tcPr>
          <w:p w14:paraId="05E9D1BD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Exim</w:t>
            </w:r>
          </w:p>
        </w:tc>
        <w:tc>
          <w:tcPr>
            <w:tcW w:w="3850" w:type="dxa"/>
          </w:tcPr>
          <w:p w14:paraId="762002F1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Version …….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451DDC19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461417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01195CF0" w14:textId="77777777" w:rsidTr="005946DB">
        <w:trPr>
          <w:trHeight w:val="86"/>
        </w:trPr>
        <w:tc>
          <w:tcPr>
            <w:tcW w:w="1779" w:type="dxa"/>
            <w:gridSpan w:val="2"/>
            <w:vMerge/>
            <w:tcBorders>
              <w:left w:val="single" w:sz="12" w:space="0" w:color="000000"/>
            </w:tcBorders>
            <w:vAlign w:val="center"/>
          </w:tcPr>
          <w:p w14:paraId="5C824DF0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434" w:type="dxa"/>
            <w:gridSpan w:val="2"/>
            <w:vMerge/>
          </w:tcPr>
          <w:p w14:paraId="0DF4D006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435" w:type="dxa"/>
            <w:gridSpan w:val="2"/>
          </w:tcPr>
          <w:p w14:paraId="03DD35DF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proofErr w:type="spellStart"/>
            <w:r w:rsidRPr="00F454AB">
              <w:rPr>
                <w:rFonts w:asciiTheme="majorHAnsi" w:hAnsiTheme="majorHAnsi" w:cstheme="majorHAnsi"/>
              </w:rPr>
              <w:t>Smtpd</w:t>
            </w:r>
            <w:proofErr w:type="spellEnd"/>
          </w:p>
        </w:tc>
        <w:tc>
          <w:tcPr>
            <w:tcW w:w="3850" w:type="dxa"/>
          </w:tcPr>
          <w:p w14:paraId="58686E9F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Version …….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3968B5F5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610386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0DE4F61E" w14:textId="77777777" w:rsidTr="005946DB">
        <w:trPr>
          <w:trHeight w:val="63"/>
        </w:trPr>
        <w:tc>
          <w:tcPr>
            <w:tcW w:w="1779" w:type="dxa"/>
            <w:gridSpan w:val="2"/>
            <w:vMerge/>
            <w:tcBorders>
              <w:left w:val="single" w:sz="12" w:space="0" w:color="000000"/>
            </w:tcBorders>
            <w:vAlign w:val="center"/>
          </w:tcPr>
          <w:p w14:paraId="450F0A00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434" w:type="dxa"/>
            <w:gridSpan w:val="2"/>
            <w:vMerge/>
          </w:tcPr>
          <w:p w14:paraId="6CFF7F49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435" w:type="dxa"/>
            <w:gridSpan w:val="2"/>
          </w:tcPr>
          <w:p w14:paraId="20C2FE4B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proofErr w:type="spellStart"/>
            <w:r w:rsidRPr="00F454AB">
              <w:rPr>
                <w:rFonts w:asciiTheme="majorHAnsi" w:hAnsiTheme="majorHAnsi" w:cstheme="majorHAnsi"/>
              </w:rPr>
              <w:t>Sendmail</w:t>
            </w:r>
            <w:proofErr w:type="spellEnd"/>
          </w:p>
        </w:tc>
        <w:tc>
          <w:tcPr>
            <w:tcW w:w="3850" w:type="dxa"/>
          </w:tcPr>
          <w:p w14:paraId="73A256F0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Version …….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35EE3145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295531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5E9643D6" w14:textId="77777777" w:rsidTr="005946DB">
        <w:trPr>
          <w:trHeight w:val="62"/>
        </w:trPr>
        <w:tc>
          <w:tcPr>
            <w:tcW w:w="1779" w:type="dxa"/>
            <w:gridSpan w:val="2"/>
            <w:vMerge/>
            <w:tcBorders>
              <w:left w:val="single" w:sz="12" w:space="0" w:color="000000"/>
            </w:tcBorders>
            <w:vAlign w:val="center"/>
          </w:tcPr>
          <w:p w14:paraId="23C28C68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434" w:type="dxa"/>
            <w:gridSpan w:val="2"/>
            <w:vMerge/>
          </w:tcPr>
          <w:p w14:paraId="79912B66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435" w:type="dxa"/>
            <w:gridSpan w:val="2"/>
          </w:tcPr>
          <w:p w14:paraId="513ADC0B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Postfix</w:t>
            </w:r>
          </w:p>
        </w:tc>
        <w:tc>
          <w:tcPr>
            <w:tcW w:w="3850" w:type="dxa"/>
          </w:tcPr>
          <w:p w14:paraId="5A1872BA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Version …….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76F63683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786630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2391FE52" w14:textId="77777777" w:rsidTr="005946DB">
        <w:trPr>
          <w:trHeight w:val="129"/>
        </w:trPr>
        <w:tc>
          <w:tcPr>
            <w:tcW w:w="1779" w:type="dxa"/>
            <w:gridSpan w:val="2"/>
            <w:vMerge/>
            <w:tcBorders>
              <w:left w:val="single" w:sz="12" w:space="0" w:color="000000"/>
            </w:tcBorders>
            <w:vAlign w:val="center"/>
          </w:tcPr>
          <w:p w14:paraId="45B55982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434" w:type="dxa"/>
            <w:gridSpan w:val="2"/>
            <w:vMerge w:val="restart"/>
          </w:tcPr>
          <w:p w14:paraId="5937B83A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FTP Server</w:t>
            </w:r>
          </w:p>
        </w:tc>
        <w:tc>
          <w:tcPr>
            <w:tcW w:w="1435" w:type="dxa"/>
            <w:gridSpan w:val="2"/>
          </w:tcPr>
          <w:p w14:paraId="49A36768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proofErr w:type="spellStart"/>
            <w:r w:rsidRPr="00F454AB">
              <w:rPr>
                <w:rFonts w:asciiTheme="majorHAnsi" w:hAnsiTheme="majorHAnsi" w:cstheme="majorHAnsi"/>
              </w:rPr>
              <w:t>FTPd</w:t>
            </w:r>
            <w:proofErr w:type="spellEnd"/>
          </w:p>
        </w:tc>
        <w:tc>
          <w:tcPr>
            <w:tcW w:w="3850" w:type="dxa"/>
          </w:tcPr>
          <w:p w14:paraId="1CC2CE8F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Version …….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787B0C40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180390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5CE6E4F8" w14:textId="77777777" w:rsidTr="005946DB">
        <w:trPr>
          <w:trHeight w:val="129"/>
        </w:trPr>
        <w:tc>
          <w:tcPr>
            <w:tcW w:w="1779" w:type="dxa"/>
            <w:gridSpan w:val="2"/>
            <w:vMerge/>
            <w:tcBorders>
              <w:left w:val="single" w:sz="12" w:space="0" w:color="000000"/>
            </w:tcBorders>
            <w:vAlign w:val="center"/>
          </w:tcPr>
          <w:p w14:paraId="32D64810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434" w:type="dxa"/>
            <w:gridSpan w:val="2"/>
            <w:vMerge/>
          </w:tcPr>
          <w:p w14:paraId="61975119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435" w:type="dxa"/>
            <w:gridSpan w:val="2"/>
          </w:tcPr>
          <w:p w14:paraId="050F0A45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proofErr w:type="spellStart"/>
            <w:r w:rsidRPr="00F454AB">
              <w:rPr>
                <w:rFonts w:asciiTheme="majorHAnsi" w:hAnsiTheme="majorHAnsi" w:cstheme="majorHAnsi"/>
              </w:rPr>
              <w:t>ProFTP</w:t>
            </w:r>
            <w:proofErr w:type="spellEnd"/>
          </w:p>
        </w:tc>
        <w:tc>
          <w:tcPr>
            <w:tcW w:w="3850" w:type="dxa"/>
          </w:tcPr>
          <w:p w14:paraId="2D09B8E8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Version …….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69076CD4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946356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71978DFD" w14:textId="77777777" w:rsidTr="005946DB">
        <w:tc>
          <w:tcPr>
            <w:tcW w:w="1779" w:type="dxa"/>
            <w:gridSpan w:val="2"/>
            <w:vMerge/>
            <w:tcBorders>
              <w:left w:val="single" w:sz="12" w:space="0" w:color="000000"/>
            </w:tcBorders>
            <w:vAlign w:val="center"/>
          </w:tcPr>
          <w:p w14:paraId="20EAE3C6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434" w:type="dxa"/>
            <w:gridSpan w:val="2"/>
          </w:tcPr>
          <w:p w14:paraId="6E30E90F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SSH Server</w:t>
            </w:r>
          </w:p>
        </w:tc>
        <w:tc>
          <w:tcPr>
            <w:tcW w:w="5285" w:type="dxa"/>
            <w:gridSpan w:val="3"/>
          </w:tcPr>
          <w:p w14:paraId="6569E540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Version …….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2A8CAB62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430091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5A372C20" w14:textId="77777777" w:rsidTr="005946DB">
        <w:trPr>
          <w:trHeight w:val="98"/>
        </w:trPr>
        <w:tc>
          <w:tcPr>
            <w:tcW w:w="1779" w:type="dxa"/>
            <w:gridSpan w:val="2"/>
            <w:vMerge/>
            <w:tcBorders>
              <w:left w:val="single" w:sz="12" w:space="0" w:color="000000"/>
            </w:tcBorders>
            <w:vAlign w:val="center"/>
          </w:tcPr>
          <w:p w14:paraId="5E2F1660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434" w:type="dxa"/>
            <w:gridSpan w:val="2"/>
            <w:vMerge w:val="restart"/>
          </w:tcPr>
          <w:p w14:paraId="4F7A3744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Web Server</w:t>
            </w:r>
          </w:p>
        </w:tc>
        <w:tc>
          <w:tcPr>
            <w:tcW w:w="1435" w:type="dxa"/>
            <w:gridSpan w:val="2"/>
          </w:tcPr>
          <w:p w14:paraId="1EA7161B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Apache</w:t>
            </w:r>
          </w:p>
        </w:tc>
        <w:tc>
          <w:tcPr>
            <w:tcW w:w="3850" w:type="dxa"/>
          </w:tcPr>
          <w:p w14:paraId="0B07BA97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Version …….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428DEFD9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912843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7A7BEA64" w14:textId="77777777" w:rsidTr="005946DB">
        <w:trPr>
          <w:trHeight w:val="95"/>
        </w:trPr>
        <w:tc>
          <w:tcPr>
            <w:tcW w:w="1779" w:type="dxa"/>
            <w:gridSpan w:val="2"/>
            <w:vMerge/>
            <w:tcBorders>
              <w:left w:val="single" w:sz="12" w:space="0" w:color="000000"/>
            </w:tcBorders>
            <w:vAlign w:val="center"/>
          </w:tcPr>
          <w:p w14:paraId="11A4AEBB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434" w:type="dxa"/>
            <w:gridSpan w:val="2"/>
            <w:vMerge/>
          </w:tcPr>
          <w:p w14:paraId="75CFED02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435" w:type="dxa"/>
            <w:gridSpan w:val="2"/>
          </w:tcPr>
          <w:p w14:paraId="44C464F4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Nginx</w:t>
            </w:r>
          </w:p>
        </w:tc>
        <w:tc>
          <w:tcPr>
            <w:tcW w:w="3850" w:type="dxa"/>
          </w:tcPr>
          <w:p w14:paraId="3D61CEF7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Version …….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6C4DA9E7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103568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61273DC7" w14:textId="77777777" w:rsidTr="005946DB">
        <w:trPr>
          <w:trHeight w:val="95"/>
        </w:trPr>
        <w:tc>
          <w:tcPr>
            <w:tcW w:w="1779" w:type="dxa"/>
            <w:gridSpan w:val="2"/>
            <w:vMerge/>
            <w:tcBorders>
              <w:left w:val="single" w:sz="12" w:space="0" w:color="000000"/>
            </w:tcBorders>
            <w:vAlign w:val="center"/>
          </w:tcPr>
          <w:p w14:paraId="7EDBF8AF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434" w:type="dxa"/>
            <w:gridSpan w:val="2"/>
            <w:vMerge/>
          </w:tcPr>
          <w:p w14:paraId="57E0433D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435" w:type="dxa"/>
            <w:gridSpan w:val="2"/>
          </w:tcPr>
          <w:p w14:paraId="51806A21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Tomcat</w:t>
            </w:r>
          </w:p>
        </w:tc>
        <w:tc>
          <w:tcPr>
            <w:tcW w:w="3850" w:type="dxa"/>
          </w:tcPr>
          <w:p w14:paraId="46744E34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Version …….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76E8EF0A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312418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242BA505" w14:textId="77777777" w:rsidTr="005946DB">
        <w:trPr>
          <w:trHeight w:val="95"/>
        </w:trPr>
        <w:tc>
          <w:tcPr>
            <w:tcW w:w="1779" w:type="dxa"/>
            <w:gridSpan w:val="2"/>
            <w:vMerge/>
            <w:tcBorders>
              <w:left w:val="single" w:sz="12" w:space="0" w:color="000000"/>
            </w:tcBorders>
            <w:vAlign w:val="center"/>
          </w:tcPr>
          <w:p w14:paraId="3979F1E8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434" w:type="dxa"/>
            <w:gridSpan w:val="2"/>
            <w:vMerge/>
          </w:tcPr>
          <w:p w14:paraId="1642195D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435" w:type="dxa"/>
            <w:gridSpan w:val="2"/>
          </w:tcPr>
          <w:p w14:paraId="00D3D497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JBOSS</w:t>
            </w:r>
          </w:p>
        </w:tc>
        <w:tc>
          <w:tcPr>
            <w:tcW w:w="3850" w:type="dxa"/>
          </w:tcPr>
          <w:p w14:paraId="598F4320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Version …….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680F0B26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028330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68F1044A" w14:textId="77777777" w:rsidTr="005946DB">
        <w:tc>
          <w:tcPr>
            <w:tcW w:w="1779" w:type="dxa"/>
            <w:gridSpan w:val="2"/>
            <w:vMerge/>
            <w:tcBorders>
              <w:left w:val="single" w:sz="12" w:space="0" w:color="000000"/>
            </w:tcBorders>
            <w:vAlign w:val="center"/>
          </w:tcPr>
          <w:p w14:paraId="39668017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434" w:type="dxa"/>
            <w:gridSpan w:val="2"/>
          </w:tcPr>
          <w:p w14:paraId="2C4CD2F1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Other</w:t>
            </w:r>
          </w:p>
        </w:tc>
        <w:tc>
          <w:tcPr>
            <w:tcW w:w="5859" w:type="dxa"/>
            <w:gridSpan w:val="4"/>
            <w:tcBorders>
              <w:right w:val="single" w:sz="12" w:space="0" w:color="000000"/>
            </w:tcBorders>
          </w:tcPr>
          <w:p w14:paraId="1A452033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Please specify .......</w:t>
            </w:r>
          </w:p>
        </w:tc>
      </w:tr>
      <w:tr w:rsidR="00F454AB" w:rsidRPr="00F454AB" w14:paraId="36593CE0" w14:textId="77777777" w:rsidTr="005946DB">
        <w:tc>
          <w:tcPr>
            <w:tcW w:w="2395" w:type="dxa"/>
            <w:gridSpan w:val="3"/>
            <w:tcBorders>
              <w:left w:val="single" w:sz="12" w:space="0" w:color="000000"/>
              <w:bottom w:val="single" w:sz="12" w:space="0" w:color="000000"/>
              <w:right w:val="single" w:sz="4" w:space="0" w:color="auto"/>
            </w:tcBorders>
            <w:vAlign w:val="center"/>
          </w:tcPr>
          <w:p w14:paraId="013E7AD4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Additional Information</w:t>
            </w:r>
          </w:p>
        </w:tc>
        <w:tc>
          <w:tcPr>
            <w:tcW w:w="6677" w:type="dxa"/>
            <w:gridSpan w:val="5"/>
            <w:tcBorders>
              <w:left w:val="single" w:sz="4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14:paraId="54FAD8BA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1881327F" w14:textId="77777777" w:rsidR="00F454AB" w:rsidRPr="00F454AB" w:rsidRDefault="00F454AB" w:rsidP="00F454AB">
      <w:pPr>
        <w:rPr>
          <w:rFonts w:asciiTheme="majorHAnsi" w:eastAsia="Calibri" w:hAnsiTheme="majorHAnsi" w:cstheme="majorHAnsi"/>
          <w:lang w:val="en-IE"/>
        </w:rPr>
      </w:pPr>
      <w:bookmarkStart w:id="20" w:name="client_security_evaluation"/>
      <w:bookmarkStart w:id="21" w:name="_Hlk531686792"/>
    </w:p>
    <w:p w14:paraId="2F7AF2CD" w14:textId="77777777" w:rsidR="009F3C99" w:rsidRDefault="009F3C99">
      <w:pPr>
        <w:rPr>
          <w:rFonts w:asciiTheme="majorHAnsi" w:eastAsia="Calibri" w:hAnsiTheme="majorHAnsi" w:cstheme="majorHAnsi"/>
          <w:b/>
          <w:bCs/>
          <w:sz w:val="28"/>
          <w:szCs w:val="20"/>
          <w:lang w:val="en-IE"/>
        </w:rPr>
      </w:pPr>
      <w:bookmarkStart w:id="22" w:name="_Toc99702120"/>
      <w:r>
        <w:rPr>
          <w:rFonts w:eastAsia="Calibri" w:cstheme="majorHAnsi"/>
          <w:szCs w:val="20"/>
          <w:lang w:val="en-IE"/>
        </w:rPr>
        <w:br w:type="page"/>
      </w:r>
    </w:p>
    <w:p w14:paraId="1AC172F3" w14:textId="77777777" w:rsidR="00F454AB" w:rsidRPr="00F454AB" w:rsidRDefault="00F454AB" w:rsidP="00F454AB">
      <w:pPr>
        <w:pStyle w:val="Heading2"/>
        <w:spacing w:before="240"/>
        <w:rPr>
          <w:rFonts w:eastAsia="Calibri" w:cstheme="majorHAnsi"/>
          <w:color w:val="auto"/>
          <w:szCs w:val="20"/>
          <w:lang w:val="en-IE"/>
        </w:rPr>
      </w:pPr>
      <w:bookmarkStart w:id="23" w:name="_Toc216248331"/>
      <w:r w:rsidRPr="00F454AB">
        <w:rPr>
          <w:rFonts w:eastAsia="Calibri" w:cstheme="majorHAnsi"/>
          <w:color w:val="auto"/>
          <w:szCs w:val="20"/>
          <w:lang w:val="en-IE"/>
        </w:rPr>
        <w:t>WORKSTATION/DESKTOP/LAPTOP BUILD REVIEW</w:t>
      </w:r>
      <w:bookmarkEnd w:id="22"/>
      <w:bookmarkEnd w:id="23"/>
    </w:p>
    <w:tbl>
      <w:tblPr>
        <w:tblW w:w="9072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98"/>
        <w:gridCol w:w="497"/>
        <w:gridCol w:w="1081"/>
        <w:gridCol w:w="5022"/>
        <w:gridCol w:w="574"/>
      </w:tblGrid>
      <w:tr w:rsidR="00F454AB" w:rsidRPr="00F454AB" w14:paraId="1EBFFFD2" w14:textId="77777777" w:rsidTr="005946DB">
        <w:tc>
          <w:tcPr>
            <w:tcW w:w="8498" w:type="dxa"/>
            <w:gridSpan w:val="4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bookmarkEnd w:id="20"/>
          <w:p w14:paraId="0A638AE7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Windows</w:t>
            </w:r>
          </w:p>
        </w:tc>
        <w:tc>
          <w:tcPr>
            <w:tcW w:w="574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27D4835B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208916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3A2758C0" w14:textId="77777777" w:rsidTr="005946DB">
        <w:tc>
          <w:tcPr>
            <w:tcW w:w="8498" w:type="dxa"/>
            <w:gridSpan w:val="4"/>
            <w:tcBorders>
              <w:left w:val="single" w:sz="12" w:space="0" w:color="000000"/>
              <w:bottom w:val="single" w:sz="4" w:space="0" w:color="auto"/>
            </w:tcBorders>
            <w:vAlign w:val="center"/>
          </w:tcPr>
          <w:p w14:paraId="46C5D2E3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Linux/UNIX</w:t>
            </w:r>
          </w:p>
        </w:tc>
        <w:tc>
          <w:tcPr>
            <w:tcW w:w="574" w:type="dxa"/>
            <w:tcBorders>
              <w:bottom w:val="single" w:sz="4" w:space="0" w:color="auto"/>
              <w:right w:val="single" w:sz="12" w:space="0" w:color="000000"/>
            </w:tcBorders>
          </w:tcPr>
          <w:p w14:paraId="2E381FC3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397098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0184B051" w14:textId="77777777" w:rsidTr="005946DB">
        <w:tc>
          <w:tcPr>
            <w:tcW w:w="8498" w:type="dxa"/>
            <w:gridSpan w:val="4"/>
            <w:tcBorders>
              <w:top w:val="single" w:sz="4" w:space="0" w:color="auto"/>
              <w:left w:val="single" w:sz="12" w:space="0" w:color="000000"/>
              <w:bottom w:val="single" w:sz="12" w:space="0" w:color="auto"/>
            </w:tcBorders>
            <w:vAlign w:val="center"/>
          </w:tcPr>
          <w:p w14:paraId="1284A095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Citrix</w:t>
            </w:r>
          </w:p>
        </w:tc>
        <w:tc>
          <w:tcPr>
            <w:tcW w:w="574" w:type="dxa"/>
            <w:tcBorders>
              <w:top w:val="single" w:sz="4" w:space="0" w:color="auto"/>
              <w:bottom w:val="single" w:sz="12" w:space="0" w:color="auto"/>
              <w:right w:val="single" w:sz="12" w:space="0" w:color="000000"/>
            </w:tcBorders>
          </w:tcPr>
          <w:p w14:paraId="05113E03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356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7ED564BC" w14:textId="77777777" w:rsidTr="005946DB">
        <w:tc>
          <w:tcPr>
            <w:tcW w:w="1898" w:type="dxa"/>
            <w:vMerge w:val="restart"/>
            <w:tcBorders>
              <w:top w:val="single" w:sz="12" w:space="0" w:color="auto"/>
              <w:left w:val="single" w:sz="12" w:space="0" w:color="000000"/>
            </w:tcBorders>
            <w:vAlign w:val="center"/>
          </w:tcPr>
          <w:p w14:paraId="5A6CC1E1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Device</w:t>
            </w:r>
          </w:p>
        </w:tc>
        <w:tc>
          <w:tcPr>
            <w:tcW w:w="6600" w:type="dxa"/>
            <w:gridSpan w:val="3"/>
            <w:tcBorders>
              <w:top w:val="single" w:sz="12" w:space="0" w:color="auto"/>
            </w:tcBorders>
          </w:tcPr>
          <w:p w14:paraId="1956C642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Desktop</w:t>
            </w:r>
          </w:p>
        </w:tc>
        <w:tc>
          <w:tcPr>
            <w:tcW w:w="574" w:type="dxa"/>
            <w:tcBorders>
              <w:top w:val="single" w:sz="12" w:space="0" w:color="auto"/>
              <w:right w:val="single" w:sz="12" w:space="0" w:color="000000"/>
            </w:tcBorders>
          </w:tcPr>
          <w:p w14:paraId="31009809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2000994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5707EC15" w14:textId="77777777" w:rsidTr="005946DB">
        <w:tc>
          <w:tcPr>
            <w:tcW w:w="1898" w:type="dxa"/>
            <w:vMerge/>
            <w:tcBorders>
              <w:left w:val="single" w:sz="12" w:space="0" w:color="000000"/>
            </w:tcBorders>
            <w:vAlign w:val="center"/>
          </w:tcPr>
          <w:p w14:paraId="5B868DD6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6600" w:type="dxa"/>
            <w:gridSpan w:val="3"/>
            <w:tcBorders>
              <w:bottom w:val="single" w:sz="4" w:space="0" w:color="000000"/>
            </w:tcBorders>
          </w:tcPr>
          <w:p w14:paraId="53FC293A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Laptop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0BC671C9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877771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499B345F" w14:textId="77777777" w:rsidTr="005946DB">
        <w:tc>
          <w:tcPr>
            <w:tcW w:w="1898" w:type="dxa"/>
            <w:vMerge/>
            <w:tcBorders>
              <w:left w:val="single" w:sz="12" w:space="0" w:color="000000"/>
              <w:bottom w:val="single" w:sz="12" w:space="0" w:color="auto"/>
            </w:tcBorders>
            <w:vAlign w:val="center"/>
          </w:tcPr>
          <w:p w14:paraId="65F8C714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6600" w:type="dxa"/>
            <w:gridSpan w:val="3"/>
            <w:tcBorders>
              <w:bottom w:val="single" w:sz="12" w:space="0" w:color="auto"/>
            </w:tcBorders>
          </w:tcPr>
          <w:p w14:paraId="13FA4839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Tablet</w:t>
            </w:r>
          </w:p>
        </w:tc>
        <w:tc>
          <w:tcPr>
            <w:tcW w:w="574" w:type="dxa"/>
            <w:tcBorders>
              <w:bottom w:val="single" w:sz="12" w:space="0" w:color="auto"/>
              <w:right w:val="single" w:sz="12" w:space="0" w:color="000000"/>
            </w:tcBorders>
          </w:tcPr>
          <w:p w14:paraId="03B17326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470932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5FAF4954" w14:textId="77777777" w:rsidTr="005946DB">
        <w:tc>
          <w:tcPr>
            <w:tcW w:w="8498" w:type="dxa"/>
            <w:gridSpan w:val="4"/>
            <w:tcBorders>
              <w:top w:val="single" w:sz="12" w:space="0" w:color="auto"/>
              <w:left w:val="single" w:sz="12" w:space="0" w:color="000000"/>
              <w:bottom w:val="single" w:sz="12" w:space="0" w:color="auto"/>
            </w:tcBorders>
            <w:vAlign w:val="center"/>
          </w:tcPr>
          <w:p w14:paraId="623509DC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Number of user roles to be tested</w:t>
            </w:r>
          </w:p>
          <w:p w14:paraId="27C82599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  <w:i/>
              </w:rPr>
              <w:t>(</w:t>
            </w:r>
            <w:proofErr w:type="gramStart"/>
            <w:r w:rsidRPr="00F454AB">
              <w:rPr>
                <w:rFonts w:asciiTheme="majorHAnsi" w:hAnsiTheme="majorHAnsi" w:cstheme="majorHAnsi"/>
                <w:i/>
              </w:rPr>
              <w:t>typically</w:t>
            </w:r>
            <w:proofErr w:type="gramEnd"/>
            <w:r w:rsidRPr="00F454AB">
              <w:rPr>
                <w:rFonts w:asciiTheme="majorHAnsi" w:hAnsiTheme="majorHAnsi" w:cstheme="majorHAnsi"/>
                <w:i/>
              </w:rPr>
              <w:t xml:space="preserve"> one low privileged user and admin user)</w:t>
            </w:r>
          </w:p>
        </w:tc>
        <w:tc>
          <w:tcPr>
            <w:tcW w:w="574" w:type="dxa"/>
            <w:tcBorders>
              <w:top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14:paraId="44572EE8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2</w:t>
            </w:r>
          </w:p>
        </w:tc>
      </w:tr>
      <w:tr w:rsidR="00F454AB" w:rsidRPr="00F454AB" w14:paraId="3E1DEBF5" w14:textId="77777777" w:rsidTr="009F3C99">
        <w:tc>
          <w:tcPr>
            <w:tcW w:w="9072" w:type="dxa"/>
            <w:gridSpan w:val="5"/>
            <w:tcBorders>
              <w:top w:val="single" w:sz="12" w:space="0" w:color="auto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29D0D8E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9F3C99">
              <w:rPr>
                <w:rFonts w:asciiTheme="majorHAnsi" w:hAnsiTheme="majorHAnsi" w:cstheme="majorHAnsi"/>
                <w:b/>
              </w:rPr>
              <w:t>Windows</w:t>
            </w:r>
          </w:p>
        </w:tc>
      </w:tr>
      <w:tr w:rsidR="00F454AB" w:rsidRPr="00F454AB" w14:paraId="24BA5908" w14:textId="77777777" w:rsidTr="005946DB">
        <w:tc>
          <w:tcPr>
            <w:tcW w:w="1898" w:type="dxa"/>
            <w:vMerge w:val="restart"/>
            <w:tcBorders>
              <w:top w:val="single" w:sz="12" w:space="0" w:color="auto"/>
              <w:left w:val="single" w:sz="12" w:space="0" w:color="000000"/>
            </w:tcBorders>
            <w:vAlign w:val="center"/>
          </w:tcPr>
          <w:p w14:paraId="1CF1FB02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Windows Operating System</w:t>
            </w:r>
          </w:p>
        </w:tc>
        <w:tc>
          <w:tcPr>
            <w:tcW w:w="6600" w:type="dxa"/>
            <w:gridSpan w:val="3"/>
            <w:tcBorders>
              <w:top w:val="single" w:sz="12" w:space="0" w:color="auto"/>
            </w:tcBorders>
          </w:tcPr>
          <w:p w14:paraId="0A374FE0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XP</w:t>
            </w:r>
          </w:p>
        </w:tc>
        <w:tc>
          <w:tcPr>
            <w:tcW w:w="574" w:type="dxa"/>
            <w:tcBorders>
              <w:top w:val="single" w:sz="12" w:space="0" w:color="auto"/>
              <w:right w:val="single" w:sz="12" w:space="0" w:color="000000"/>
            </w:tcBorders>
          </w:tcPr>
          <w:p w14:paraId="06FFF72E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021232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16EC27AB" w14:textId="77777777" w:rsidTr="005946DB">
        <w:tc>
          <w:tcPr>
            <w:tcW w:w="1898" w:type="dxa"/>
            <w:vMerge/>
            <w:tcBorders>
              <w:left w:val="single" w:sz="12" w:space="0" w:color="000000"/>
            </w:tcBorders>
            <w:vAlign w:val="center"/>
          </w:tcPr>
          <w:p w14:paraId="1BF66006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6600" w:type="dxa"/>
            <w:gridSpan w:val="3"/>
          </w:tcPr>
          <w:p w14:paraId="55CE9108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709ECB5A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563981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68B3EA0B" w14:textId="77777777" w:rsidTr="005946DB">
        <w:tc>
          <w:tcPr>
            <w:tcW w:w="1898" w:type="dxa"/>
            <w:vMerge/>
            <w:tcBorders>
              <w:left w:val="single" w:sz="12" w:space="0" w:color="000000"/>
            </w:tcBorders>
            <w:vAlign w:val="center"/>
          </w:tcPr>
          <w:p w14:paraId="7CBA9B37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6600" w:type="dxa"/>
            <w:gridSpan w:val="3"/>
          </w:tcPr>
          <w:p w14:paraId="1DE193DB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8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71F1EA3C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856078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77CA6FFC" w14:textId="77777777" w:rsidTr="005946DB">
        <w:tc>
          <w:tcPr>
            <w:tcW w:w="1898" w:type="dxa"/>
            <w:vMerge/>
            <w:tcBorders>
              <w:left w:val="single" w:sz="12" w:space="0" w:color="000000"/>
            </w:tcBorders>
            <w:vAlign w:val="center"/>
          </w:tcPr>
          <w:p w14:paraId="592697B7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6600" w:type="dxa"/>
            <w:gridSpan w:val="3"/>
          </w:tcPr>
          <w:p w14:paraId="38971AA7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10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17E643F9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404435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5777692E" w14:textId="77777777" w:rsidTr="005946DB">
        <w:tc>
          <w:tcPr>
            <w:tcW w:w="1898" w:type="dxa"/>
            <w:vMerge/>
            <w:tcBorders>
              <w:left w:val="single" w:sz="12" w:space="0" w:color="000000"/>
              <w:bottom w:val="single" w:sz="12" w:space="0" w:color="auto"/>
            </w:tcBorders>
            <w:vAlign w:val="center"/>
          </w:tcPr>
          <w:p w14:paraId="2C371028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578" w:type="dxa"/>
            <w:gridSpan w:val="2"/>
            <w:tcBorders>
              <w:bottom w:val="single" w:sz="12" w:space="0" w:color="auto"/>
            </w:tcBorders>
          </w:tcPr>
          <w:p w14:paraId="5773A0E0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Other</w:t>
            </w:r>
          </w:p>
        </w:tc>
        <w:tc>
          <w:tcPr>
            <w:tcW w:w="5022" w:type="dxa"/>
            <w:tcBorders>
              <w:bottom w:val="single" w:sz="12" w:space="0" w:color="auto"/>
            </w:tcBorders>
          </w:tcPr>
          <w:p w14:paraId="09EFA31F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Please specify .......</w:t>
            </w:r>
          </w:p>
        </w:tc>
        <w:tc>
          <w:tcPr>
            <w:tcW w:w="574" w:type="dxa"/>
            <w:tcBorders>
              <w:bottom w:val="single" w:sz="12" w:space="0" w:color="auto"/>
              <w:right w:val="single" w:sz="12" w:space="0" w:color="000000"/>
            </w:tcBorders>
          </w:tcPr>
          <w:p w14:paraId="49518566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350753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0AB47650" w14:textId="77777777" w:rsidTr="009F3C99">
        <w:tc>
          <w:tcPr>
            <w:tcW w:w="9072" w:type="dxa"/>
            <w:gridSpan w:val="5"/>
            <w:tcBorders>
              <w:top w:val="single" w:sz="12" w:space="0" w:color="auto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B0ADC5C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</w:rPr>
            </w:pPr>
            <w:r w:rsidRPr="009F3C99">
              <w:rPr>
                <w:rFonts w:asciiTheme="majorHAnsi" w:hAnsiTheme="majorHAnsi" w:cstheme="majorHAnsi"/>
                <w:b/>
              </w:rPr>
              <w:t>Linux/UNIX</w:t>
            </w:r>
          </w:p>
        </w:tc>
      </w:tr>
      <w:tr w:rsidR="00F454AB" w:rsidRPr="00F454AB" w14:paraId="153EC231" w14:textId="77777777" w:rsidTr="005946DB">
        <w:tc>
          <w:tcPr>
            <w:tcW w:w="1898" w:type="dxa"/>
            <w:vMerge w:val="restart"/>
            <w:tcBorders>
              <w:top w:val="single" w:sz="12" w:space="0" w:color="auto"/>
              <w:left w:val="single" w:sz="12" w:space="0" w:color="000000"/>
            </w:tcBorders>
            <w:vAlign w:val="center"/>
          </w:tcPr>
          <w:p w14:paraId="482B9A14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Linux/UNIX Operating System</w:t>
            </w:r>
          </w:p>
        </w:tc>
        <w:tc>
          <w:tcPr>
            <w:tcW w:w="1578" w:type="dxa"/>
            <w:gridSpan w:val="2"/>
            <w:tcBorders>
              <w:top w:val="single" w:sz="12" w:space="0" w:color="auto"/>
            </w:tcBorders>
          </w:tcPr>
          <w:p w14:paraId="4BC2C1E3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AIX</w:t>
            </w:r>
          </w:p>
        </w:tc>
        <w:tc>
          <w:tcPr>
            <w:tcW w:w="5022" w:type="dxa"/>
            <w:tcBorders>
              <w:top w:val="single" w:sz="12" w:space="0" w:color="auto"/>
            </w:tcBorders>
          </w:tcPr>
          <w:p w14:paraId="09950C64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Version …….</w:t>
            </w:r>
          </w:p>
        </w:tc>
        <w:tc>
          <w:tcPr>
            <w:tcW w:w="574" w:type="dxa"/>
            <w:tcBorders>
              <w:top w:val="single" w:sz="12" w:space="0" w:color="auto"/>
              <w:right w:val="single" w:sz="12" w:space="0" w:color="000000"/>
            </w:tcBorders>
          </w:tcPr>
          <w:p w14:paraId="36091386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850911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1BABDF46" w14:textId="77777777" w:rsidTr="005946DB">
        <w:tc>
          <w:tcPr>
            <w:tcW w:w="1898" w:type="dxa"/>
            <w:vMerge/>
            <w:tcBorders>
              <w:left w:val="single" w:sz="12" w:space="0" w:color="000000"/>
            </w:tcBorders>
            <w:vAlign w:val="center"/>
          </w:tcPr>
          <w:p w14:paraId="23AC825B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578" w:type="dxa"/>
            <w:gridSpan w:val="2"/>
          </w:tcPr>
          <w:p w14:paraId="2C11AB83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Debian</w:t>
            </w:r>
          </w:p>
        </w:tc>
        <w:tc>
          <w:tcPr>
            <w:tcW w:w="5022" w:type="dxa"/>
          </w:tcPr>
          <w:p w14:paraId="3CED7AE2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Version …….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7D901613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373927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104E69CE" w14:textId="77777777" w:rsidTr="005946DB">
        <w:tc>
          <w:tcPr>
            <w:tcW w:w="1898" w:type="dxa"/>
            <w:vMerge/>
            <w:tcBorders>
              <w:left w:val="single" w:sz="12" w:space="0" w:color="000000"/>
            </w:tcBorders>
            <w:vAlign w:val="center"/>
          </w:tcPr>
          <w:p w14:paraId="2BA14A63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578" w:type="dxa"/>
            <w:gridSpan w:val="2"/>
          </w:tcPr>
          <w:p w14:paraId="65AF7627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FreeBSD</w:t>
            </w:r>
          </w:p>
        </w:tc>
        <w:tc>
          <w:tcPr>
            <w:tcW w:w="5022" w:type="dxa"/>
          </w:tcPr>
          <w:p w14:paraId="1754AD3B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Version …….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26867BF7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541171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09320B95" w14:textId="77777777" w:rsidTr="005946DB">
        <w:tc>
          <w:tcPr>
            <w:tcW w:w="1898" w:type="dxa"/>
            <w:vMerge/>
            <w:tcBorders>
              <w:left w:val="single" w:sz="12" w:space="0" w:color="000000"/>
            </w:tcBorders>
            <w:vAlign w:val="center"/>
          </w:tcPr>
          <w:p w14:paraId="2B3DCAB8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578" w:type="dxa"/>
            <w:gridSpan w:val="2"/>
          </w:tcPr>
          <w:p w14:paraId="7C96C83C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HPUX</w:t>
            </w:r>
          </w:p>
        </w:tc>
        <w:tc>
          <w:tcPr>
            <w:tcW w:w="5022" w:type="dxa"/>
          </w:tcPr>
          <w:p w14:paraId="3F8CAC5E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Version …….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12BD74AF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955562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63E835DE" w14:textId="77777777" w:rsidTr="005946DB">
        <w:tc>
          <w:tcPr>
            <w:tcW w:w="1898" w:type="dxa"/>
            <w:vMerge/>
            <w:tcBorders>
              <w:left w:val="single" w:sz="12" w:space="0" w:color="000000"/>
            </w:tcBorders>
            <w:vAlign w:val="center"/>
          </w:tcPr>
          <w:p w14:paraId="5FF31AD5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578" w:type="dxa"/>
            <w:gridSpan w:val="2"/>
          </w:tcPr>
          <w:p w14:paraId="0C595711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IBM iSeries</w:t>
            </w:r>
          </w:p>
        </w:tc>
        <w:tc>
          <w:tcPr>
            <w:tcW w:w="5022" w:type="dxa"/>
          </w:tcPr>
          <w:p w14:paraId="5A6DDA0D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Version …….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43530B60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139878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656F3EB8" w14:textId="77777777" w:rsidTr="005946DB">
        <w:tc>
          <w:tcPr>
            <w:tcW w:w="1898" w:type="dxa"/>
            <w:vMerge/>
            <w:tcBorders>
              <w:left w:val="single" w:sz="12" w:space="0" w:color="000000"/>
            </w:tcBorders>
            <w:vAlign w:val="center"/>
          </w:tcPr>
          <w:p w14:paraId="5E67773D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578" w:type="dxa"/>
            <w:gridSpan w:val="2"/>
          </w:tcPr>
          <w:p w14:paraId="42564716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Mac OSX</w:t>
            </w:r>
          </w:p>
        </w:tc>
        <w:tc>
          <w:tcPr>
            <w:tcW w:w="5022" w:type="dxa"/>
          </w:tcPr>
          <w:p w14:paraId="02F1EE5D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Version …….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16521152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801995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7CBE0F96" w14:textId="77777777" w:rsidTr="005946DB">
        <w:tc>
          <w:tcPr>
            <w:tcW w:w="1898" w:type="dxa"/>
            <w:vMerge/>
            <w:tcBorders>
              <w:left w:val="single" w:sz="12" w:space="0" w:color="000000"/>
            </w:tcBorders>
            <w:vAlign w:val="center"/>
          </w:tcPr>
          <w:p w14:paraId="77C61812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578" w:type="dxa"/>
            <w:gridSpan w:val="2"/>
          </w:tcPr>
          <w:p w14:paraId="059654B7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RedHat</w:t>
            </w:r>
          </w:p>
        </w:tc>
        <w:tc>
          <w:tcPr>
            <w:tcW w:w="5022" w:type="dxa"/>
          </w:tcPr>
          <w:p w14:paraId="733CB2CA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Version …….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7AA3E611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338516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540F21D9" w14:textId="77777777" w:rsidTr="005946DB">
        <w:tc>
          <w:tcPr>
            <w:tcW w:w="1898" w:type="dxa"/>
            <w:vMerge/>
            <w:tcBorders>
              <w:left w:val="single" w:sz="12" w:space="0" w:color="000000"/>
            </w:tcBorders>
            <w:vAlign w:val="center"/>
          </w:tcPr>
          <w:p w14:paraId="2268DF9C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578" w:type="dxa"/>
            <w:gridSpan w:val="2"/>
          </w:tcPr>
          <w:p w14:paraId="2C572FBA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Solaris</w:t>
            </w:r>
          </w:p>
        </w:tc>
        <w:tc>
          <w:tcPr>
            <w:tcW w:w="5022" w:type="dxa"/>
          </w:tcPr>
          <w:p w14:paraId="27CEB40F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Version …….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3FDE73D9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353028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2994D103" w14:textId="77777777" w:rsidTr="005946DB">
        <w:tc>
          <w:tcPr>
            <w:tcW w:w="1898" w:type="dxa"/>
            <w:vMerge/>
            <w:tcBorders>
              <w:left w:val="single" w:sz="12" w:space="0" w:color="000000"/>
            </w:tcBorders>
            <w:vAlign w:val="center"/>
          </w:tcPr>
          <w:p w14:paraId="63926FC0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578" w:type="dxa"/>
            <w:gridSpan w:val="2"/>
          </w:tcPr>
          <w:p w14:paraId="03D60480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proofErr w:type="spellStart"/>
            <w:r w:rsidRPr="00F454AB">
              <w:rPr>
                <w:rFonts w:asciiTheme="majorHAnsi" w:hAnsiTheme="majorHAnsi" w:cstheme="majorHAnsi"/>
              </w:rPr>
              <w:t>SuSE</w:t>
            </w:r>
            <w:proofErr w:type="spellEnd"/>
          </w:p>
        </w:tc>
        <w:tc>
          <w:tcPr>
            <w:tcW w:w="5022" w:type="dxa"/>
          </w:tcPr>
          <w:p w14:paraId="44775D9E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Version …….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324F5C4D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694657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3A814712" w14:textId="77777777" w:rsidTr="005946DB">
        <w:tc>
          <w:tcPr>
            <w:tcW w:w="1898" w:type="dxa"/>
            <w:vMerge/>
            <w:tcBorders>
              <w:left w:val="single" w:sz="12" w:space="0" w:color="000000"/>
            </w:tcBorders>
            <w:vAlign w:val="center"/>
          </w:tcPr>
          <w:p w14:paraId="4D232E2A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578" w:type="dxa"/>
            <w:gridSpan w:val="2"/>
          </w:tcPr>
          <w:p w14:paraId="59AEE570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VMWare ESX</w:t>
            </w:r>
          </w:p>
        </w:tc>
        <w:tc>
          <w:tcPr>
            <w:tcW w:w="5022" w:type="dxa"/>
          </w:tcPr>
          <w:p w14:paraId="25A4CDE9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Version …….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3E7C1D6A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421132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32A48740" w14:textId="77777777" w:rsidTr="005946DB">
        <w:tc>
          <w:tcPr>
            <w:tcW w:w="1898" w:type="dxa"/>
            <w:vMerge/>
            <w:tcBorders>
              <w:left w:val="single" w:sz="12" w:space="0" w:color="000000"/>
            </w:tcBorders>
            <w:vAlign w:val="center"/>
          </w:tcPr>
          <w:p w14:paraId="0C905608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578" w:type="dxa"/>
            <w:gridSpan w:val="2"/>
          </w:tcPr>
          <w:p w14:paraId="1841383E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Other</w:t>
            </w:r>
          </w:p>
        </w:tc>
        <w:tc>
          <w:tcPr>
            <w:tcW w:w="5022" w:type="dxa"/>
          </w:tcPr>
          <w:p w14:paraId="19175301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Please specify .......</w:t>
            </w:r>
          </w:p>
        </w:tc>
        <w:tc>
          <w:tcPr>
            <w:tcW w:w="574" w:type="dxa"/>
            <w:tcBorders>
              <w:right w:val="single" w:sz="12" w:space="0" w:color="000000"/>
            </w:tcBorders>
          </w:tcPr>
          <w:p w14:paraId="2ED814D9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28598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5F241ED2" w14:textId="77777777" w:rsidTr="005946DB">
        <w:tc>
          <w:tcPr>
            <w:tcW w:w="2395" w:type="dxa"/>
            <w:gridSpan w:val="2"/>
            <w:tcBorders>
              <w:left w:val="single" w:sz="12" w:space="0" w:color="000000"/>
              <w:right w:val="single" w:sz="4" w:space="0" w:color="auto"/>
            </w:tcBorders>
            <w:vAlign w:val="center"/>
          </w:tcPr>
          <w:p w14:paraId="6CE5617D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Additional Information</w:t>
            </w:r>
          </w:p>
        </w:tc>
        <w:tc>
          <w:tcPr>
            <w:tcW w:w="6677" w:type="dxa"/>
            <w:gridSpan w:val="3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14:paraId="36D9DDF0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07BF47F1" w14:textId="77777777" w:rsidR="00F454AB" w:rsidRPr="00F454AB" w:rsidRDefault="00F454AB" w:rsidP="00F454AB">
      <w:pPr>
        <w:rPr>
          <w:rFonts w:asciiTheme="majorHAnsi" w:eastAsia="Calibri" w:hAnsiTheme="majorHAnsi" w:cstheme="majorHAnsi"/>
          <w:lang w:val="en-IE"/>
        </w:rPr>
      </w:pPr>
      <w:bookmarkStart w:id="24" w:name="_Hlk51758409"/>
      <w:bookmarkStart w:id="25" w:name="network_device_config_review"/>
      <w:bookmarkEnd w:id="21"/>
    </w:p>
    <w:p w14:paraId="5037A05F" w14:textId="77777777" w:rsidR="009F3C99" w:rsidRDefault="009F3C99">
      <w:pPr>
        <w:rPr>
          <w:rFonts w:asciiTheme="majorHAnsi" w:eastAsia="Calibri" w:hAnsiTheme="majorHAnsi" w:cstheme="majorHAnsi"/>
          <w:b/>
          <w:bCs/>
          <w:sz w:val="28"/>
          <w:szCs w:val="20"/>
          <w:lang w:val="en-IE"/>
        </w:rPr>
      </w:pPr>
      <w:bookmarkStart w:id="26" w:name="_Toc99702121"/>
      <w:r>
        <w:rPr>
          <w:rFonts w:eastAsia="Calibri" w:cstheme="majorHAnsi"/>
          <w:szCs w:val="20"/>
          <w:lang w:val="en-IE"/>
        </w:rPr>
        <w:br w:type="page"/>
      </w:r>
    </w:p>
    <w:p w14:paraId="011042B8" w14:textId="77777777" w:rsidR="00F454AB" w:rsidRPr="00F454AB" w:rsidRDefault="00F454AB" w:rsidP="00F454AB">
      <w:pPr>
        <w:pStyle w:val="Heading2"/>
        <w:spacing w:before="240"/>
        <w:rPr>
          <w:rFonts w:eastAsia="Calibri" w:cstheme="majorHAnsi"/>
          <w:color w:val="auto"/>
          <w:szCs w:val="20"/>
          <w:lang w:val="en-IE"/>
        </w:rPr>
      </w:pPr>
      <w:bookmarkStart w:id="27" w:name="_Toc216248332"/>
      <w:r w:rsidRPr="00F454AB">
        <w:rPr>
          <w:rFonts w:eastAsia="Calibri" w:cstheme="majorHAnsi"/>
          <w:color w:val="auto"/>
          <w:szCs w:val="20"/>
          <w:lang w:val="en-IE"/>
        </w:rPr>
        <w:t>WEB API PENETRATION TEST</w:t>
      </w:r>
      <w:bookmarkEnd w:id="26"/>
      <w:bookmarkEnd w:id="27"/>
    </w:p>
    <w:tbl>
      <w:tblPr>
        <w:tblW w:w="9072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86"/>
        <w:gridCol w:w="709"/>
        <w:gridCol w:w="6103"/>
        <w:gridCol w:w="15"/>
        <w:gridCol w:w="559"/>
      </w:tblGrid>
      <w:tr w:rsidR="00F454AB" w:rsidRPr="00F454AB" w14:paraId="2A525848" w14:textId="77777777" w:rsidTr="005946DB">
        <w:trPr>
          <w:trHeight w:val="240"/>
        </w:trPr>
        <w:tc>
          <w:tcPr>
            <w:tcW w:w="1686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7DC3707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  <w:bCs/>
              </w:rPr>
            </w:pPr>
            <w:bookmarkStart w:id="28" w:name="_Hlk24366292"/>
            <w:bookmarkStart w:id="29" w:name="_Hlk46414164"/>
            <w:r w:rsidRPr="00F454AB">
              <w:rPr>
                <w:rFonts w:asciiTheme="majorHAnsi" w:hAnsiTheme="majorHAnsi" w:cstheme="majorHAnsi"/>
                <w:b/>
                <w:bCs/>
              </w:rPr>
              <w:t>Name / URL</w:t>
            </w:r>
          </w:p>
        </w:tc>
        <w:tc>
          <w:tcPr>
            <w:tcW w:w="7386" w:type="dxa"/>
            <w:gridSpan w:val="4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637EB81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344F3F8B" w14:textId="77777777" w:rsidTr="005946DB">
        <w:trPr>
          <w:trHeight w:val="240"/>
        </w:trPr>
        <w:tc>
          <w:tcPr>
            <w:tcW w:w="1686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4118046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7386" w:type="dxa"/>
            <w:gridSpan w:val="4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72C729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  <w:i/>
              </w:rPr>
              <w:t>Please complete one table per API</w:t>
            </w:r>
          </w:p>
        </w:tc>
      </w:tr>
      <w:tr w:rsidR="00F454AB" w:rsidRPr="00F454AB" w14:paraId="6BC7BAFF" w14:textId="77777777" w:rsidTr="005946DB">
        <w:trPr>
          <w:trHeight w:val="189"/>
        </w:trPr>
        <w:tc>
          <w:tcPr>
            <w:tcW w:w="1686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5F45948E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Accessibility</w:t>
            </w:r>
          </w:p>
        </w:tc>
        <w:tc>
          <w:tcPr>
            <w:tcW w:w="6812" w:type="dxa"/>
            <w:gridSpan w:val="2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0B60FC5B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External</w:t>
            </w:r>
            <w:r w:rsidRPr="00F454AB">
              <w:rPr>
                <w:rFonts w:asciiTheme="majorHAnsi" w:hAnsiTheme="majorHAnsi" w:cstheme="majorHAnsi"/>
              </w:rPr>
              <w:t xml:space="preserve"> </w:t>
            </w:r>
            <w:r w:rsidRPr="00F454AB">
              <w:rPr>
                <w:rFonts w:asciiTheme="majorHAnsi" w:hAnsiTheme="majorHAnsi" w:cstheme="majorHAnsi"/>
                <w:i/>
              </w:rPr>
              <w:t>(accessible over the Internet)</w:t>
            </w:r>
          </w:p>
        </w:tc>
        <w:tc>
          <w:tcPr>
            <w:tcW w:w="574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2BDF0B3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923950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0BAD8317" w14:textId="77777777" w:rsidTr="005946DB">
        <w:tc>
          <w:tcPr>
            <w:tcW w:w="1686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85DBCC6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</w:p>
        </w:tc>
        <w:tc>
          <w:tcPr>
            <w:tcW w:w="6812" w:type="dxa"/>
            <w:gridSpan w:val="2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6F1FE6BF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Internal</w:t>
            </w:r>
            <w:r w:rsidRPr="00F454AB">
              <w:rPr>
                <w:rFonts w:asciiTheme="majorHAnsi" w:hAnsiTheme="majorHAnsi" w:cstheme="majorHAnsi"/>
              </w:rPr>
              <w:t xml:space="preserve"> </w:t>
            </w:r>
            <w:r w:rsidRPr="00F454AB">
              <w:rPr>
                <w:rFonts w:asciiTheme="majorHAnsi" w:hAnsiTheme="majorHAnsi" w:cstheme="majorHAnsi"/>
                <w:i/>
              </w:rPr>
              <w:t>(only accessible from client site)</w:t>
            </w:r>
          </w:p>
        </w:tc>
        <w:tc>
          <w:tcPr>
            <w:tcW w:w="574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5E42007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19768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62B9D5EC" w14:textId="77777777" w:rsidTr="005946DB">
        <w:trPr>
          <w:trHeight w:val="601"/>
        </w:trPr>
        <w:tc>
          <w:tcPr>
            <w:tcW w:w="1686" w:type="dxa"/>
            <w:vMerge w:val="restart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1A8AB4F7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Cs/>
                <w:lang w:val="en-IE" w:eastAsia="en-IE"/>
              </w:rPr>
            </w:pPr>
            <w:r w:rsidRPr="00F454AB">
              <w:rPr>
                <w:rFonts w:asciiTheme="majorHAnsi" w:hAnsiTheme="majorHAnsi" w:cstheme="majorHAnsi"/>
                <w:bCs/>
                <w:lang w:val="en-IE" w:eastAsia="en-IE"/>
              </w:rPr>
              <w:t>Test Model</w:t>
            </w:r>
          </w:p>
        </w:tc>
        <w:tc>
          <w:tcPr>
            <w:tcW w:w="6827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4D36A1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lang w:val="en-IE" w:eastAsia="en-IE"/>
              </w:rPr>
            </w:pPr>
            <w:r w:rsidRPr="00F454AB">
              <w:rPr>
                <w:rFonts w:asciiTheme="majorHAnsi" w:hAnsiTheme="majorHAnsi" w:cstheme="majorHAnsi"/>
                <w:lang w:val="en-IE" w:eastAsia="en-IE"/>
              </w:rPr>
              <w:t>Fixed Time / Cost</w:t>
            </w:r>
            <w:r w:rsidRPr="00F454AB">
              <w:rPr>
                <w:rFonts w:asciiTheme="majorHAnsi" w:hAnsiTheme="majorHAnsi" w:cstheme="majorHAnsi"/>
                <w:i/>
                <w:lang w:val="en-IE" w:eastAsia="en-IE"/>
              </w:rPr>
              <w:t xml:space="preserve"> –</w:t>
            </w:r>
            <w:r w:rsidRPr="00F454AB">
              <w:rPr>
                <w:rFonts w:asciiTheme="majorHAnsi" w:hAnsiTheme="majorHAnsi" w:cstheme="majorHAnsi"/>
                <w:lang w:val="en-IE" w:eastAsia="en-IE"/>
              </w:rPr>
              <w:t xml:space="preserve"> </w:t>
            </w:r>
            <w:r w:rsidRPr="00F454AB">
              <w:rPr>
                <w:rFonts w:asciiTheme="majorHAnsi" w:hAnsiTheme="majorHAnsi" w:cstheme="majorHAnsi"/>
                <w:i/>
                <w:lang w:val="en-IE" w:eastAsia="en-IE"/>
              </w:rPr>
              <w:t>(it may be useful to consider this model if detailed knowledge of the application is difficult to acquire)</w:t>
            </w:r>
          </w:p>
          <w:p w14:paraId="6B35A297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lang w:val="en-IE" w:eastAsia="en-IE"/>
              </w:rPr>
            </w:pPr>
            <w:r w:rsidRPr="00F454AB">
              <w:rPr>
                <w:rFonts w:asciiTheme="majorHAnsi" w:hAnsiTheme="majorHAnsi" w:cstheme="majorHAnsi"/>
                <w:lang w:val="en-IE" w:eastAsia="en-IE"/>
              </w:rPr>
              <w:t>Number of days</w:t>
            </w:r>
          </w:p>
        </w:tc>
        <w:tc>
          <w:tcPr>
            <w:tcW w:w="559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03AB6E79" w14:textId="77777777" w:rsidR="00F454AB" w:rsidRPr="00F454AB" w:rsidRDefault="00BC4BC8" w:rsidP="005946DB">
            <w:pPr>
              <w:pStyle w:val="IntegrityPTStandardText"/>
              <w:jc w:val="center"/>
              <w:rPr>
                <w:rFonts w:asciiTheme="majorHAnsi" w:hAnsiTheme="majorHAnsi" w:cstheme="majorHAnsi"/>
                <w:lang w:val="en-IE" w:eastAsia="en-IE"/>
              </w:rPr>
            </w:pPr>
            <w:sdt>
              <w:sdtPr>
                <w:rPr>
                  <w:rFonts w:asciiTheme="majorHAnsi" w:hAnsiTheme="majorHAnsi" w:cstheme="majorHAnsi"/>
                  <w:lang w:val="en-IE" w:eastAsia="en-IE"/>
                </w:rPr>
                <w:id w:val="-87542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  <w:lang w:val="en-IE" w:eastAsia="en-IE"/>
                  </w:rPr>
                  <w:t>☐</w:t>
                </w:r>
              </w:sdtContent>
            </w:sdt>
          </w:p>
        </w:tc>
      </w:tr>
      <w:tr w:rsidR="00F454AB" w:rsidRPr="00F454AB" w14:paraId="2832D4FB" w14:textId="77777777" w:rsidTr="005946DB">
        <w:trPr>
          <w:trHeight w:val="43"/>
        </w:trPr>
        <w:tc>
          <w:tcPr>
            <w:tcW w:w="1686" w:type="dxa"/>
            <w:vMerge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0E50A0E5" w14:textId="77777777" w:rsidR="00F454AB" w:rsidRPr="00F454AB" w:rsidRDefault="00F454AB" w:rsidP="005946DB">
            <w:pPr>
              <w:rPr>
                <w:rFonts w:asciiTheme="majorHAnsi" w:hAnsiTheme="majorHAnsi" w:cstheme="majorHAnsi"/>
                <w:b/>
                <w:lang w:val="en-IE" w:eastAsia="en-IE"/>
              </w:rPr>
            </w:pPr>
          </w:p>
        </w:tc>
        <w:tc>
          <w:tcPr>
            <w:tcW w:w="6827" w:type="dxa"/>
            <w:gridSpan w:val="3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3922B8" w14:textId="77777777" w:rsidR="00F454AB" w:rsidRPr="00F454AB" w:rsidRDefault="00F454AB" w:rsidP="005946DB">
            <w:pPr>
              <w:rPr>
                <w:rFonts w:asciiTheme="majorHAnsi" w:hAnsiTheme="majorHAnsi" w:cstheme="majorHAnsi"/>
                <w:lang w:val="en-IE" w:eastAsia="en-IE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14:paraId="18F5C928" w14:textId="77777777" w:rsidR="00F454AB" w:rsidRPr="00F454AB" w:rsidRDefault="00F454AB" w:rsidP="005946DB">
            <w:pPr>
              <w:pStyle w:val="IntegrityPTStandardText"/>
              <w:jc w:val="center"/>
              <w:rPr>
                <w:rFonts w:asciiTheme="majorHAnsi" w:hAnsiTheme="majorHAnsi" w:cstheme="majorHAnsi"/>
                <w:lang w:val="en-IE" w:eastAsia="en-IE"/>
              </w:rPr>
            </w:pPr>
          </w:p>
        </w:tc>
      </w:tr>
      <w:tr w:rsidR="00F454AB" w:rsidRPr="00F454AB" w14:paraId="45EE08EE" w14:textId="77777777" w:rsidTr="005946DB">
        <w:trPr>
          <w:trHeight w:val="349"/>
        </w:trPr>
        <w:tc>
          <w:tcPr>
            <w:tcW w:w="1686" w:type="dxa"/>
            <w:vMerge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412165AB" w14:textId="77777777" w:rsidR="00F454AB" w:rsidRPr="00F454AB" w:rsidRDefault="00F454AB" w:rsidP="005946DB">
            <w:pPr>
              <w:rPr>
                <w:rFonts w:asciiTheme="majorHAnsi" w:hAnsiTheme="majorHAnsi" w:cstheme="majorHAnsi"/>
                <w:b/>
                <w:lang w:val="en-IE" w:eastAsia="en-IE"/>
              </w:rPr>
            </w:pPr>
          </w:p>
        </w:tc>
        <w:tc>
          <w:tcPr>
            <w:tcW w:w="6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39462BB6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lang w:val="en-IE" w:eastAsia="en-IE"/>
              </w:rPr>
            </w:pPr>
            <w:r w:rsidRPr="00F454AB">
              <w:rPr>
                <w:rFonts w:asciiTheme="majorHAnsi" w:hAnsiTheme="majorHAnsi" w:cstheme="majorHAnsi"/>
                <w:lang w:val="en-IE" w:eastAsia="en-IE"/>
              </w:rPr>
              <w:t>Complete Test</w:t>
            </w:r>
            <w:r w:rsidRPr="00F454AB">
              <w:rPr>
                <w:rFonts w:asciiTheme="majorHAnsi" w:hAnsiTheme="majorHAnsi" w:cstheme="majorHAnsi"/>
                <w:i/>
                <w:lang w:val="en-IE" w:eastAsia="en-IE"/>
              </w:rPr>
              <w:t xml:space="preserve"> – (further details will need to be provided for full coverage)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5407AFBF" w14:textId="77777777" w:rsidR="00F454AB" w:rsidRPr="00F454AB" w:rsidRDefault="00BC4BC8" w:rsidP="005946DB">
            <w:pPr>
              <w:pStyle w:val="IntegrityPTStandardText"/>
              <w:jc w:val="center"/>
              <w:rPr>
                <w:rFonts w:asciiTheme="majorHAnsi" w:hAnsiTheme="majorHAnsi" w:cstheme="majorHAnsi"/>
                <w:lang w:val="en-IE" w:eastAsia="en-IE"/>
              </w:rPr>
            </w:pPr>
            <w:sdt>
              <w:sdtPr>
                <w:rPr>
                  <w:rFonts w:asciiTheme="majorHAnsi" w:hAnsiTheme="majorHAnsi" w:cstheme="majorHAnsi"/>
                  <w:lang w:val="en-IE" w:eastAsia="en-IE"/>
                </w:rPr>
                <w:id w:val="-1026565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  <w:lang w:val="en-IE" w:eastAsia="en-IE"/>
                  </w:rPr>
                  <w:t>☐</w:t>
                </w:r>
              </w:sdtContent>
            </w:sdt>
          </w:p>
        </w:tc>
      </w:tr>
      <w:bookmarkEnd w:id="28"/>
      <w:tr w:rsidR="00F454AB" w:rsidRPr="00F454AB" w14:paraId="6F329BD0" w14:textId="77777777" w:rsidTr="005946DB">
        <w:tc>
          <w:tcPr>
            <w:tcW w:w="1686" w:type="dxa"/>
            <w:vMerge w:val="restart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57D9646E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SOAP</w:t>
            </w:r>
          </w:p>
        </w:tc>
        <w:tc>
          <w:tcPr>
            <w:tcW w:w="6812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000000"/>
            </w:tcBorders>
            <w:vAlign w:val="center"/>
          </w:tcPr>
          <w:p w14:paraId="49EEC539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SOAP</w:t>
            </w:r>
          </w:p>
        </w:tc>
        <w:tc>
          <w:tcPr>
            <w:tcW w:w="574" w:type="dxa"/>
            <w:gridSpan w:val="2"/>
            <w:tcBorders>
              <w:top w:val="single" w:sz="12" w:space="0" w:color="auto"/>
              <w:bottom w:val="single" w:sz="6" w:space="0" w:color="000000"/>
              <w:right w:val="single" w:sz="12" w:space="0" w:color="auto"/>
            </w:tcBorders>
            <w:vAlign w:val="center"/>
          </w:tcPr>
          <w:p w14:paraId="6810FFCF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446351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35D0B994" w14:textId="77777777" w:rsidTr="005946DB">
        <w:tc>
          <w:tcPr>
            <w:tcW w:w="1686" w:type="dxa"/>
            <w:vMerge/>
            <w:tcBorders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03905ED2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6812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14:paraId="54925343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Number of Operations</w:t>
            </w:r>
          </w:p>
        </w:tc>
        <w:tc>
          <w:tcPr>
            <w:tcW w:w="574" w:type="dxa"/>
            <w:gridSpan w:val="2"/>
            <w:tcBorders>
              <w:top w:val="single" w:sz="6" w:space="0" w:color="000000"/>
              <w:bottom w:val="single" w:sz="6" w:space="0" w:color="000000"/>
              <w:right w:val="single" w:sz="12" w:space="0" w:color="auto"/>
            </w:tcBorders>
            <w:vAlign w:val="center"/>
          </w:tcPr>
          <w:p w14:paraId="0C911B4B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18FF477A" w14:textId="77777777" w:rsidTr="005946DB">
        <w:tc>
          <w:tcPr>
            <w:tcW w:w="1686" w:type="dxa"/>
            <w:vMerge/>
            <w:tcBorders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236C387C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6812" w:type="dxa"/>
            <w:gridSpan w:val="2"/>
            <w:tcBorders>
              <w:top w:val="single" w:sz="6" w:space="0" w:color="000000"/>
              <w:left w:val="single" w:sz="4" w:space="0" w:color="auto"/>
              <w:bottom w:val="single" w:sz="12" w:space="0" w:color="auto"/>
            </w:tcBorders>
            <w:vAlign w:val="center"/>
          </w:tcPr>
          <w:p w14:paraId="09BFBF19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WSDL</w:t>
            </w:r>
          </w:p>
        </w:tc>
        <w:tc>
          <w:tcPr>
            <w:tcW w:w="574" w:type="dxa"/>
            <w:gridSpan w:val="2"/>
            <w:tcBorders>
              <w:top w:val="single" w:sz="6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14:paraId="1C12D197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788194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28A6D45A" w14:textId="77777777" w:rsidTr="005946DB">
        <w:tc>
          <w:tcPr>
            <w:tcW w:w="1686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4" w:space="0" w:color="auto"/>
            </w:tcBorders>
            <w:vAlign w:val="center"/>
          </w:tcPr>
          <w:p w14:paraId="1465E0F3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REST</w:t>
            </w:r>
          </w:p>
        </w:tc>
        <w:tc>
          <w:tcPr>
            <w:tcW w:w="681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37384A6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REST</w:t>
            </w:r>
          </w:p>
        </w:tc>
        <w:tc>
          <w:tcPr>
            <w:tcW w:w="574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1B49AE4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90153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55012E4D" w14:textId="77777777" w:rsidTr="005946DB">
        <w:tc>
          <w:tcPr>
            <w:tcW w:w="1686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14:paraId="232D4B07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6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A40637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Number of Calls/Endpoints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E8F2812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42B85EC4" w14:textId="77777777" w:rsidTr="005946DB">
        <w:tc>
          <w:tcPr>
            <w:tcW w:w="1686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14:paraId="295A323D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6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4462814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Swagger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27C398C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976296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5A41B066" w14:textId="77777777" w:rsidTr="005946DB">
        <w:tc>
          <w:tcPr>
            <w:tcW w:w="1686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14:paraId="361853CE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6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E53CE11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Postman Collection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0153FE9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585531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1C950BD8" w14:textId="77777777" w:rsidTr="005946DB">
        <w:tc>
          <w:tcPr>
            <w:tcW w:w="1686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5192255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6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046D239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WADL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7FBA927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88825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27F08B5A" w14:textId="77777777" w:rsidTr="005946DB">
        <w:tc>
          <w:tcPr>
            <w:tcW w:w="1686" w:type="dxa"/>
            <w:vMerge w:val="restart"/>
            <w:tcBorders>
              <w:top w:val="single" w:sz="12" w:space="0" w:color="000000"/>
              <w:left w:val="single" w:sz="12" w:space="0" w:color="auto"/>
              <w:bottom w:val="single" w:sz="8" w:space="0" w:color="000000"/>
            </w:tcBorders>
            <w:vAlign w:val="center"/>
          </w:tcPr>
          <w:p w14:paraId="1CF42CAC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Authentication</w:t>
            </w:r>
          </w:p>
        </w:tc>
        <w:tc>
          <w:tcPr>
            <w:tcW w:w="6827" w:type="dxa"/>
            <w:gridSpan w:val="3"/>
            <w:tcBorders>
              <w:top w:val="single" w:sz="12" w:space="0" w:color="000000"/>
            </w:tcBorders>
            <w:vAlign w:val="center"/>
          </w:tcPr>
          <w:p w14:paraId="5E6275BC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No Authentication</w:t>
            </w:r>
          </w:p>
        </w:tc>
        <w:tc>
          <w:tcPr>
            <w:tcW w:w="559" w:type="dxa"/>
            <w:tcBorders>
              <w:top w:val="single" w:sz="12" w:space="0" w:color="000000"/>
              <w:right w:val="single" w:sz="12" w:space="0" w:color="auto"/>
            </w:tcBorders>
            <w:vAlign w:val="center"/>
          </w:tcPr>
          <w:p w14:paraId="024B906E" w14:textId="77777777" w:rsidR="00F454AB" w:rsidRPr="00F454AB" w:rsidRDefault="00BC4BC8" w:rsidP="005946DB">
            <w:pPr>
              <w:pStyle w:val="IntegrityPTStandardText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238142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0149293F" w14:textId="77777777" w:rsidTr="005946DB">
        <w:tc>
          <w:tcPr>
            <w:tcW w:w="1686" w:type="dxa"/>
            <w:vMerge/>
            <w:tcBorders>
              <w:left w:val="single" w:sz="12" w:space="0" w:color="auto"/>
              <w:bottom w:val="single" w:sz="8" w:space="0" w:color="000000"/>
            </w:tcBorders>
            <w:vAlign w:val="center"/>
          </w:tcPr>
          <w:p w14:paraId="521EC8CC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827" w:type="dxa"/>
            <w:gridSpan w:val="3"/>
            <w:tcBorders>
              <w:bottom w:val="single" w:sz="4" w:space="0" w:color="000000"/>
            </w:tcBorders>
            <w:vAlign w:val="center"/>
          </w:tcPr>
          <w:p w14:paraId="020A276F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Username &amp; Password</w:t>
            </w:r>
          </w:p>
        </w:tc>
        <w:tc>
          <w:tcPr>
            <w:tcW w:w="559" w:type="dxa"/>
            <w:tcBorders>
              <w:bottom w:val="single" w:sz="4" w:space="0" w:color="000000"/>
              <w:right w:val="single" w:sz="12" w:space="0" w:color="auto"/>
            </w:tcBorders>
            <w:vAlign w:val="center"/>
          </w:tcPr>
          <w:p w14:paraId="5A978153" w14:textId="77777777" w:rsidR="00F454AB" w:rsidRPr="00F454AB" w:rsidRDefault="00BC4BC8" w:rsidP="005946DB">
            <w:pPr>
              <w:pStyle w:val="IntegrityPTStandardText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524374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07956D79" w14:textId="77777777" w:rsidTr="005946DB">
        <w:tc>
          <w:tcPr>
            <w:tcW w:w="1686" w:type="dxa"/>
            <w:vMerge/>
            <w:tcBorders>
              <w:left w:val="single" w:sz="12" w:space="0" w:color="auto"/>
              <w:bottom w:val="single" w:sz="12" w:space="0" w:color="000000"/>
            </w:tcBorders>
            <w:vAlign w:val="center"/>
          </w:tcPr>
          <w:p w14:paraId="6EC00311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827" w:type="dxa"/>
            <w:gridSpan w:val="3"/>
            <w:tcBorders>
              <w:bottom w:val="single" w:sz="12" w:space="0" w:color="000000"/>
            </w:tcBorders>
            <w:vAlign w:val="center"/>
          </w:tcPr>
          <w:p w14:paraId="57429152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Smartcards, Tokens, Client Certificates</w:t>
            </w:r>
          </w:p>
        </w:tc>
        <w:tc>
          <w:tcPr>
            <w:tcW w:w="559" w:type="dxa"/>
            <w:tcBorders>
              <w:bottom w:val="single" w:sz="12" w:space="0" w:color="000000"/>
              <w:right w:val="single" w:sz="12" w:space="0" w:color="auto"/>
            </w:tcBorders>
            <w:vAlign w:val="center"/>
          </w:tcPr>
          <w:p w14:paraId="2FCDDC9E" w14:textId="77777777" w:rsidR="00F454AB" w:rsidRPr="00F454AB" w:rsidRDefault="00BC4BC8" w:rsidP="005946DB">
            <w:pPr>
              <w:pStyle w:val="IntegrityPTStandardText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2029602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32742716" w14:textId="77777777" w:rsidTr="005946DB">
        <w:tc>
          <w:tcPr>
            <w:tcW w:w="1686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0A9566CB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User Roles</w:t>
            </w:r>
          </w:p>
        </w:tc>
        <w:tc>
          <w:tcPr>
            <w:tcW w:w="6827" w:type="dxa"/>
            <w:gridSpan w:val="3"/>
            <w:tcBorders>
              <w:top w:val="single" w:sz="12" w:space="0" w:color="000000"/>
              <w:left w:val="single" w:sz="4" w:space="0" w:color="auto"/>
              <w:bottom w:val="single" w:sz="12" w:space="0" w:color="000000"/>
            </w:tcBorders>
            <w:vAlign w:val="center"/>
          </w:tcPr>
          <w:p w14:paraId="20953731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Number of User Roles</w:t>
            </w:r>
          </w:p>
        </w:tc>
        <w:tc>
          <w:tcPr>
            <w:tcW w:w="559" w:type="dxa"/>
            <w:tcBorders>
              <w:top w:val="single" w:sz="12" w:space="0" w:color="000000"/>
              <w:bottom w:val="single" w:sz="12" w:space="0" w:color="000000"/>
              <w:right w:val="single" w:sz="12" w:space="0" w:color="auto"/>
            </w:tcBorders>
            <w:vAlign w:val="center"/>
          </w:tcPr>
          <w:p w14:paraId="1773042E" w14:textId="77777777" w:rsidR="00F454AB" w:rsidRPr="00F454AB" w:rsidRDefault="00F454AB" w:rsidP="005946DB">
            <w:pPr>
              <w:pStyle w:val="IntegrityPTStandardText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678B7154" w14:textId="77777777" w:rsidTr="005946DB">
        <w:tc>
          <w:tcPr>
            <w:tcW w:w="2395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4" w:space="0" w:color="auto"/>
            </w:tcBorders>
            <w:vAlign w:val="center"/>
          </w:tcPr>
          <w:p w14:paraId="2D0C50AF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Additional Information</w:t>
            </w:r>
          </w:p>
        </w:tc>
        <w:tc>
          <w:tcPr>
            <w:tcW w:w="6677" w:type="dxa"/>
            <w:gridSpan w:val="3"/>
            <w:tcBorders>
              <w:left w:val="single" w:sz="4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14:paraId="4C800D4F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6B87975A" w14:textId="77777777" w:rsidR="00F454AB" w:rsidRPr="00F454AB" w:rsidRDefault="00F454AB" w:rsidP="00F454AB">
      <w:pPr>
        <w:rPr>
          <w:rFonts w:asciiTheme="majorHAnsi" w:eastAsia="Calibri" w:hAnsiTheme="majorHAnsi" w:cstheme="majorHAnsi"/>
          <w:lang w:val="en-IE"/>
        </w:rPr>
      </w:pPr>
      <w:bookmarkStart w:id="30" w:name="_Hlk11692524"/>
      <w:bookmarkEnd w:id="24"/>
      <w:bookmarkEnd w:id="29"/>
    </w:p>
    <w:p w14:paraId="4BC650DB" w14:textId="77777777" w:rsidR="009F3C99" w:rsidRDefault="009F3C99">
      <w:pPr>
        <w:rPr>
          <w:rFonts w:asciiTheme="majorHAnsi" w:eastAsia="Calibri" w:hAnsiTheme="majorHAnsi" w:cstheme="majorHAnsi"/>
          <w:b/>
          <w:bCs/>
          <w:sz w:val="28"/>
          <w:szCs w:val="20"/>
          <w:lang w:val="en-IE"/>
        </w:rPr>
      </w:pPr>
      <w:bookmarkStart w:id="31" w:name="_Toc99702122"/>
      <w:r>
        <w:rPr>
          <w:rFonts w:eastAsia="Calibri" w:cstheme="majorHAnsi"/>
          <w:szCs w:val="20"/>
          <w:lang w:val="en-IE"/>
        </w:rPr>
        <w:br w:type="page"/>
      </w:r>
    </w:p>
    <w:p w14:paraId="1218B076" w14:textId="77777777" w:rsidR="00F454AB" w:rsidRPr="00F454AB" w:rsidRDefault="00F454AB" w:rsidP="00F454AB">
      <w:pPr>
        <w:pStyle w:val="Heading2"/>
        <w:spacing w:before="240"/>
        <w:rPr>
          <w:rFonts w:eastAsia="Calibri" w:cstheme="majorHAnsi"/>
          <w:color w:val="auto"/>
          <w:szCs w:val="20"/>
          <w:lang w:val="en-IE"/>
        </w:rPr>
      </w:pPr>
      <w:bookmarkStart w:id="32" w:name="_Toc216248333"/>
      <w:r w:rsidRPr="00F454AB">
        <w:rPr>
          <w:rFonts w:eastAsia="Calibri" w:cstheme="majorHAnsi"/>
          <w:color w:val="auto"/>
          <w:szCs w:val="20"/>
          <w:lang w:val="en-IE"/>
        </w:rPr>
        <w:t>NETWORK DEVICE CONFIGURATION REVIEW</w:t>
      </w:r>
      <w:bookmarkEnd w:id="31"/>
      <w:bookmarkEnd w:id="32"/>
    </w:p>
    <w:tbl>
      <w:tblPr>
        <w:tblW w:w="9072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55"/>
        <w:gridCol w:w="340"/>
        <w:gridCol w:w="6133"/>
        <w:gridCol w:w="544"/>
      </w:tblGrid>
      <w:tr w:rsidR="00F454AB" w:rsidRPr="00F454AB" w14:paraId="5E9CD6FD" w14:textId="77777777" w:rsidTr="005946DB">
        <w:tc>
          <w:tcPr>
            <w:tcW w:w="2055" w:type="dxa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bookmarkEnd w:id="25"/>
          <w:p w14:paraId="58365C9B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Name/Description</w:t>
            </w:r>
          </w:p>
        </w:tc>
        <w:tc>
          <w:tcPr>
            <w:tcW w:w="7017" w:type="dxa"/>
            <w:gridSpan w:val="3"/>
            <w:tcBorders>
              <w:top w:val="single" w:sz="12" w:space="0" w:color="000000"/>
              <w:right w:val="single" w:sz="12" w:space="0" w:color="000000"/>
            </w:tcBorders>
          </w:tcPr>
          <w:p w14:paraId="388B99EC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7AA89EA7" w14:textId="77777777" w:rsidTr="005946DB">
        <w:trPr>
          <w:trHeight w:val="189"/>
        </w:trPr>
        <w:tc>
          <w:tcPr>
            <w:tcW w:w="2055" w:type="dxa"/>
            <w:tcBorders>
              <w:left w:val="single" w:sz="12" w:space="0" w:color="000000"/>
            </w:tcBorders>
            <w:vAlign w:val="center"/>
          </w:tcPr>
          <w:p w14:paraId="41F08319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Make</w:t>
            </w:r>
          </w:p>
        </w:tc>
        <w:tc>
          <w:tcPr>
            <w:tcW w:w="7017" w:type="dxa"/>
            <w:gridSpan w:val="3"/>
            <w:tcBorders>
              <w:bottom w:val="single" w:sz="4" w:space="0" w:color="000000"/>
              <w:right w:val="single" w:sz="12" w:space="0" w:color="000000"/>
            </w:tcBorders>
          </w:tcPr>
          <w:p w14:paraId="42E23218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100387D1" w14:textId="77777777" w:rsidTr="005946DB">
        <w:tc>
          <w:tcPr>
            <w:tcW w:w="2055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14:paraId="31DB6800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Model</w:t>
            </w:r>
          </w:p>
        </w:tc>
        <w:tc>
          <w:tcPr>
            <w:tcW w:w="7017" w:type="dxa"/>
            <w:gridSpan w:val="3"/>
            <w:tcBorders>
              <w:bottom w:val="single" w:sz="12" w:space="0" w:color="000000"/>
              <w:right w:val="single" w:sz="12" w:space="0" w:color="000000"/>
            </w:tcBorders>
          </w:tcPr>
          <w:p w14:paraId="4931A13D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671895CB" w14:textId="77777777" w:rsidTr="005946DB">
        <w:trPr>
          <w:trHeight w:val="189"/>
        </w:trPr>
        <w:tc>
          <w:tcPr>
            <w:tcW w:w="205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auto"/>
            </w:tcBorders>
            <w:vAlign w:val="center"/>
          </w:tcPr>
          <w:p w14:paraId="727E0A8E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Cs/>
              </w:rPr>
            </w:pPr>
            <w:r w:rsidRPr="00F454AB">
              <w:rPr>
                <w:rFonts w:asciiTheme="majorHAnsi" w:hAnsiTheme="majorHAnsi" w:cstheme="majorHAnsi"/>
                <w:bCs/>
              </w:rPr>
              <w:t>Type</w:t>
            </w:r>
          </w:p>
        </w:tc>
        <w:tc>
          <w:tcPr>
            <w:tcW w:w="6473" w:type="dxa"/>
            <w:gridSpan w:val="2"/>
            <w:tcBorders>
              <w:top w:val="single" w:sz="12" w:space="0" w:color="000000"/>
            </w:tcBorders>
          </w:tcPr>
          <w:p w14:paraId="6867DB2D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Cs/>
              </w:rPr>
            </w:pPr>
            <w:r w:rsidRPr="00F454AB">
              <w:rPr>
                <w:rFonts w:asciiTheme="majorHAnsi" w:hAnsiTheme="majorHAnsi" w:cstheme="majorHAnsi"/>
                <w:bCs/>
              </w:rPr>
              <w:t>Firewall</w:t>
            </w:r>
          </w:p>
        </w:tc>
        <w:tc>
          <w:tcPr>
            <w:tcW w:w="544" w:type="dxa"/>
            <w:tcBorders>
              <w:top w:val="single" w:sz="12" w:space="0" w:color="000000"/>
              <w:right w:val="single" w:sz="12" w:space="0" w:color="000000"/>
            </w:tcBorders>
          </w:tcPr>
          <w:p w14:paraId="73503545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81868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7FA93F41" w14:textId="77777777" w:rsidTr="005946DB">
        <w:trPr>
          <w:trHeight w:val="189"/>
        </w:trPr>
        <w:tc>
          <w:tcPr>
            <w:tcW w:w="2055" w:type="dxa"/>
            <w:vMerge/>
            <w:tcBorders>
              <w:left w:val="single" w:sz="12" w:space="0" w:color="000000"/>
              <w:bottom w:val="single" w:sz="8" w:space="0" w:color="auto"/>
            </w:tcBorders>
            <w:vAlign w:val="center"/>
          </w:tcPr>
          <w:p w14:paraId="35378528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6473" w:type="dxa"/>
            <w:gridSpan w:val="2"/>
            <w:tcBorders>
              <w:bottom w:val="single" w:sz="4" w:space="0" w:color="000000"/>
            </w:tcBorders>
          </w:tcPr>
          <w:p w14:paraId="2DFC2567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Cs/>
              </w:rPr>
            </w:pPr>
            <w:r w:rsidRPr="00F454AB">
              <w:rPr>
                <w:rFonts w:asciiTheme="majorHAnsi" w:hAnsiTheme="majorHAnsi" w:cstheme="majorHAnsi"/>
                <w:bCs/>
              </w:rPr>
              <w:t>Router</w:t>
            </w:r>
          </w:p>
        </w:tc>
        <w:tc>
          <w:tcPr>
            <w:tcW w:w="544" w:type="dxa"/>
            <w:tcBorders>
              <w:bottom w:val="single" w:sz="4" w:space="0" w:color="000000"/>
              <w:right w:val="single" w:sz="12" w:space="0" w:color="000000"/>
            </w:tcBorders>
          </w:tcPr>
          <w:p w14:paraId="3D339A0A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506952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3065E43B" w14:textId="77777777" w:rsidTr="005946DB">
        <w:trPr>
          <w:trHeight w:val="189"/>
        </w:trPr>
        <w:tc>
          <w:tcPr>
            <w:tcW w:w="2055" w:type="dxa"/>
            <w:vMerge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14:paraId="1AECA7B6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6473" w:type="dxa"/>
            <w:gridSpan w:val="2"/>
            <w:tcBorders>
              <w:bottom w:val="single" w:sz="12" w:space="0" w:color="000000"/>
            </w:tcBorders>
          </w:tcPr>
          <w:p w14:paraId="03EAB7C7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Cs/>
              </w:rPr>
            </w:pPr>
            <w:r w:rsidRPr="00F454AB">
              <w:rPr>
                <w:rFonts w:asciiTheme="majorHAnsi" w:hAnsiTheme="majorHAnsi" w:cstheme="majorHAnsi"/>
                <w:bCs/>
              </w:rPr>
              <w:t>Switch (Layer 3)</w:t>
            </w:r>
          </w:p>
        </w:tc>
        <w:tc>
          <w:tcPr>
            <w:tcW w:w="544" w:type="dxa"/>
            <w:tcBorders>
              <w:bottom w:val="single" w:sz="12" w:space="0" w:color="000000"/>
              <w:right w:val="single" w:sz="12" w:space="0" w:color="000000"/>
            </w:tcBorders>
          </w:tcPr>
          <w:p w14:paraId="5E990BC8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840442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6B30C2C7" w14:textId="77777777" w:rsidTr="005946DB">
        <w:trPr>
          <w:trHeight w:val="189"/>
        </w:trPr>
        <w:tc>
          <w:tcPr>
            <w:tcW w:w="2055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4FF1667A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Location</w:t>
            </w:r>
          </w:p>
        </w:tc>
        <w:tc>
          <w:tcPr>
            <w:tcW w:w="6473" w:type="dxa"/>
            <w:gridSpan w:val="2"/>
            <w:tcBorders>
              <w:top w:val="single" w:sz="12" w:space="0" w:color="000000"/>
            </w:tcBorders>
          </w:tcPr>
          <w:p w14:paraId="7AF53540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Internal</w:t>
            </w:r>
          </w:p>
        </w:tc>
        <w:tc>
          <w:tcPr>
            <w:tcW w:w="544" w:type="dxa"/>
            <w:tcBorders>
              <w:top w:val="single" w:sz="12" w:space="0" w:color="000000"/>
              <w:right w:val="single" w:sz="12" w:space="0" w:color="000000"/>
            </w:tcBorders>
          </w:tcPr>
          <w:p w14:paraId="2C08DDC6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340701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31849946" w14:textId="77777777" w:rsidTr="005946DB">
        <w:trPr>
          <w:trHeight w:val="189"/>
        </w:trPr>
        <w:tc>
          <w:tcPr>
            <w:tcW w:w="2055" w:type="dxa"/>
            <w:vMerge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14:paraId="48AD41EE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6473" w:type="dxa"/>
            <w:gridSpan w:val="2"/>
            <w:tcBorders>
              <w:bottom w:val="single" w:sz="12" w:space="0" w:color="000000"/>
            </w:tcBorders>
          </w:tcPr>
          <w:p w14:paraId="39C72832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Perimeter</w:t>
            </w:r>
          </w:p>
        </w:tc>
        <w:tc>
          <w:tcPr>
            <w:tcW w:w="544" w:type="dxa"/>
            <w:tcBorders>
              <w:bottom w:val="single" w:sz="12" w:space="0" w:color="000000"/>
              <w:right w:val="single" w:sz="12" w:space="0" w:color="000000"/>
            </w:tcBorders>
          </w:tcPr>
          <w:p w14:paraId="285DCCC0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2063169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4B4060AF" w14:textId="77777777" w:rsidTr="005946DB">
        <w:tc>
          <w:tcPr>
            <w:tcW w:w="852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46F8DCC2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Number of rules</w:t>
            </w:r>
          </w:p>
        </w:tc>
        <w:tc>
          <w:tcPr>
            <w:tcW w:w="544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439DF82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7087433F" w14:textId="77777777" w:rsidTr="005946DB">
        <w:tc>
          <w:tcPr>
            <w:tcW w:w="8528" w:type="dxa"/>
            <w:gridSpan w:val="3"/>
            <w:tcBorders>
              <w:left w:val="single" w:sz="12" w:space="0" w:color="000000"/>
            </w:tcBorders>
            <w:vAlign w:val="center"/>
          </w:tcPr>
          <w:p w14:paraId="7FC9E6F9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Number of Networks / Subnets / VLANs</w:t>
            </w:r>
          </w:p>
        </w:tc>
        <w:tc>
          <w:tcPr>
            <w:tcW w:w="544" w:type="dxa"/>
            <w:tcBorders>
              <w:right w:val="single" w:sz="12" w:space="0" w:color="000000"/>
            </w:tcBorders>
          </w:tcPr>
          <w:p w14:paraId="7FAED0A5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521A0D6E" w14:textId="77777777" w:rsidTr="005946DB">
        <w:tc>
          <w:tcPr>
            <w:tcW w:w="8528" w:type="dxa"/>
            <w:gridSpan w:val="3"/>
            <w:tcBorders>
              <w:left w:val="single" w:sz="12" w:space="0" w:color="000000"/>
            </w:tcBorders>
            <w:vAlign w:val="center"/>
          </w:tcPr>
          <w:p w14:paraId="102BCB17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Number of groups and objects</w:t>
            </w:r>
          </w:p>
        </w:tc>
        <w:tc>
          <w:tcPr>
            <w:tcW w:w="544" w:type="dxa"/>
            <w:tcBorders>
              <w:right w:val="single" w:sz="12" w:space="0" w:color="000000"/>
            </w:tcBorders>
          </w:tcPr>
          <w:p w14:paraId="7B1AE6ED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069F35B6" w14:textId="77777777" w:rsidTr="005946DB">
        <w:tc>
          <w:tcPr>
            <w:tcW w:w="8528" w:type="dxa"/>
            <w:gridSpan w:val="3"/>
            <w:tcBorders>
              <w:left w:val="single" w:sz="12" w:space="0" w:color="000000"/>
            </w:tcBorders>
            <w:vAlign w:val="center"/>
          </w:tcPr>
          <w:p w14:paraId="4C820E33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Number of VPNs</w:t>
            </w:r>
          </w:p>
        </w:tc>
        <w:tc>
          <w:tcPr>
            <w:tcW w:w="544" w:type="dxa"/>
            <w:tcBorders>
              <w:right w:val="single" w:sz="12" w:space="0" w:color="000000"/>
            </w:tcBorders>
          </w:tcPr>
          <w:p w14:paraId="3467A12E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0DC61D8B" w14:textId="77777777" w:rsidTr="005946DB">
        <w:tc>
          <w:tcPr>
            <w:tcW w:w="2395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4" w:space="0" w:color="auto"/>
            </w:tcBorders>
            <w:vAlign w:val="center"/>
          </w:tcPr>
          <w:p w14:paraId="24DC2BFC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Additional Information</w:t>
            </w:r>
          </w:p>
        </w:tc>
        <w:tc>
          <w:tcPr>
            <w:tcW w:w="6677" w:type="dxa"/>
            <w:gridSpan w:val="2"/>
            <w:tcBorders>
              <w:left w:val="single" w:sz="4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14:paraId="2D90241C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04680909" w14:textId="77777777" w:rsidR="00F454AB" w:rsidRPr="00F454AB" w:rsidRDefault="00F454AB" w:rsidP="00F454AB">
      <w:pPr>
        <w:rPr>
          <w:rFonts w:asciiTheme="majorHAnsi" w:eastAsia="Calibri" w:hAnsiTheme="majorHAnsi" w:cstheme="majorHAnsi"/>
          <w:lang w:val="en-IE"/>
        </w:rPr>
      </w:pPr>
      <w:bookmarkStart w:id="33" w:name="wireless_netowrk_assessment"/>
      <w:bookmarkStart w:id="34" w:name="_Hlk531699271"/>
      <w:bookmarkEnd w:id="30"/>
    </w:p>
    <w:p w14:paraId="262F3FD7" w14:textId="77777777" w:rsidR="009F3C99" w:rsidRDefault="009F3C99">
      <w:pPr>
        <w:rPr>
          <w:rFonts w:asciiTheme="majorHAnsi" w:eastAsia="Calibri" w:hAnsiTheme="majorHAnsi" w:cstheme="majorHAnsi"/>
          <w:b/>
          <w:bCs/>
          <w:sz w:val="28"/>
          <w:szCs w:val="20"/>
          <w:lang w:val="en-IE"/>
        </w:rPr>
      </w:pPr>
      <w:bookmarkStart w:id="35" w:name="_Toc99702123"/>
      <w:r>
        <w:rPr>
          <w:rFonts w:eastAsia="Calibri" w:cstheme="majorHAnsi"/>
          <w:szCs w:val="20"/>
          <w:lang w:val="en-IE"/>
        </w:rPr>
        <w:br w:type="page"/>
      </w:r>
    </w:p>
    <w:p w14:paraId="7DB0DCF7" w14:textId="77777777" w:rsidR="00F454AB" w:rsidRPr="00F454AB" w:rsidRDefault="00F454AB" w:rsidP="00F454AB">
      <w:pPr>
        <w:pStyle w:val="Heading2"/>
        <w:spacing w:before="240"/>
        <w:rPr>
          <w:rFonts w:eastAsia="Calibri" w:cstheme="majorHAnsi"/>
          <w:color w:val="auto"/>
          <w:szCs w:val="20"/>
          <w:lang w:val="en-IE"/>
        </w:rPr>
      </w:pPr>
      <w:bookmarkStart w:id="36" w:name="_Toc216248334"/>
      <w:r w:rsidRPr="00F454AB">
        <w:rPr>
          <w:rFonts w:eastAsia="Calibri" w:cstheme="majorHAnsi"/>
          <w:color w:val="auto"/>
          <w:szCs w:val="20"/>
          <w:lang w:val="en-IE"/>
        </w:rPr>
        <w:t>WIRELESS NETWORK PENETRATION TEST</w:t>
      </w:r>
      <w:bookmarkEnd w:id="35"/>
      <w:bookmarkEnd w:id="36"/>
    </w:p>
    <w:tbl>
      <w:tblPr>
        <w:tblW w:w="9072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28"/>
        <w:gridCol w:w="67"/>
        <w:gridCol w:w="6103"/>
        <w:gridCol w:w="574"/>
      </w:tblGrid>
      <w:tr w:rsidR="00F454AB" w:rsidRPr="00F454AB" w14:paraId="4B1943F8" w14:textId="77777777" w:rsidTr="005946DB">
        <w:trPr>
          <w:trHeight w:val="189"/>
        </w:trPr>
        <w:tc>
          <w:tcPr>
            <w:tcW w:w="2328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bookmarkEnd w:id="33"/>
          <w:p w14:paraId="0519E2F9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Type</w:t>
            </w:r>
          </w:p>
        </w:tc>
        <w:tc>
          <w:tcPr>
            <w:tcW w:w="6170" w:type="dxa"/>
            <w:gridSpan w:val="2"/>
            <w:tcBorders>
              <w:top w:val="single" w:sz="12" w:space="0" w:color="000000"/>
            </w:tcBorders>
            <w:vAlign w:val="center"/>
          </w:tcPr>
          <w:p w14:paraId="4D252C05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Rogue Access Point Sweep</w:t>
            </w:r>
          </w:p>
        </w:tc>
        <w:tc>
          <w:tcPr>
            <w:tcW w:w="574" w:type="dxa"/>
            <w:tcBorders>
              <w:top w:val="single" w:sz="12" w:space="0" w:color="000000"/>
              <w:right w:val="single" w:sz="12" w:space="0" w:color="000000"/>
            </w:tcBorders>
          </w:tcPr>
          <w:p w14:paraId="2616932F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555748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412D41A0" w14:textId="77777777" w:rsidTr="005946DB">
        <w:trPr>
          <w:trHeight w:val="189"/>
        </w:trPr>
        <w:tc>
          <w:tcPr>
            <w:tcW w:w="2328" w:type="dxa"/>
            <w:vMerge/>
            <w:tcBorders>
              <w:left w:val="single" w:sz="12" w:space="0" w:color="000000"/>
              <w:bottom w:val="single" w:sz="8" w:space="0" w:color="000000"/>
            </w:tcBorders>
            <w:vAlign w:val="center"/>
          </w:tcPr>
          <w:p w14:paraId="23516F64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6170" w:type="dxa"/>
            <w:gridSpan w:val="2"/>
            <w:tcBorders>
              <w:bottom w:val="single" w:sz="8" w:space="0" w:color="000000"/>
            </w:tcBorders>
            <w:vAlign w:val="center"/>
          </w:tcPr>
          <w:p w14:paraId="062B1132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Wireless Access Point Security Test</w:t>
            </w:r>
          </w:p>
        </w:tc>
        <w:tc>
          <w:tcPr>
            <w:tcW w:w="574" w:type="dxa"/>
            <w:tcBorders>
              <w:bottom w:val="single" w:sz="8" w:space="0" w:color="000000"/>
              <w:right w:val="single" w:sz="12" w:space="0" w:color="000000"/>
            </w:tcBorders>
          </w:tcPr>
          <w:p w14:paraId="3D3F51AD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419705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2BF303C1" w14:textId="77777777" w:rsidTr="005946DB">
        <w:tc>
          <w:tcPr>
            <w:tcW w:w="8498" w:type="dxa"/>
            <w:gridSpan w:val="3"/>
            <w:tcBorders>
              <w:top w:val="single" w:sz="8" w:space="0" w:color="000000"/>
              <w:left w:val="single" w:sz="12" w:space="0" w:color="000000"/>
            </w:tcBorders>
            <w:vAlign w:val="center"/>
          </w:tcPr>
          <w:p w14:paraId="003B608F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Number of sites</w:t>
            </w:r>
          </w:p>
        </w:tc>
        <w:tc>
          <w:tcPr>
            <w:tcW w:w="574" w:type="dxa"/>
            <w:tcBorders>
              <w:top w:val="single" w:sz="8" w:space="0" w:color="000000"/>
              <w:right w:val="single" w:sz="12" w:space="0" w:color="000000"/>
            </w:tcBorders>
          </w:tcPr>
          <w:p w14:paraId="00F401BB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6C9AF678" w14:textId="77777777" w:rsidTr="005946DB">
        <w:tc>
          <w:tcPr>
            <w:tcW w:w="8498" w:type="dxa"/>
            <w:gridSpan w:val="3"/>
            <w:tcBorders>
              <w:left w:val="single" w:sz="12" w:space="0" w:color="000000"/>
              <w:bottom w:val="single" w:sz="8" w:space="0" w:color="000000"/>
            </w:tcBorders>
            <w:vAlign w:val="center"/>
          </w:tcPr>
          <w:p w14:paraId="24E3DA65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Number of networks</w:t>
            </w:r>
          </w:p>
        </w:tc>
        <w:tc>
          <w:tcPr>
            <w:tcW w:w="574" w:type="dxa"/>
            <w:tcBorders>
              <w:bottom w:val="single" w:sz="8" w:space="0" w:color="000000"/>
              <w:right w:val="single" w:sz="12" w:space="0" w:color="000000"/>
            </w:tcBorders>
          </w:tcPr>
          <w:p w14:paraId="543E143B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2A4F78F4" w14:textId="77777777" w:rsidTr="005946DB">
        <w:trPr>
          <w:trHeight w:val="189"/>
        </w:trPr>
        <w:tc>
          <w:tcPr>
            <w:tcW w:w="2328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0FEE4E09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Network Name / SSID</w:t>
            </w:r>
          </w:p>
        </w:tc>
        <w:tc>
          <w:tcPr>
            <w:tcW w:w="6744" w:type="dxa"/>
            <w:gridSpan w:val="3"/>
            <w:tcBorders>
              <w:top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44346D3C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22298D4B" w14:textId="77777777" w:rsidTr="005946DB">
        <w:tc>
          <w:tcPr>
            <w:tcW w:w="2328" w:type="dxa"/>
            <w:tcBorders>
              <w:left w:val="single" w:sz="12" w:space="0" w:color="000000"/>
            </w:tcBorders>
            <w:vAlign w:val="center"/>
          </w:tcPr>
          <w:p w14:paraId="45E00088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Site Location / Address</w:t>
            </w:r>
          </w:p>
        </w:tc>
        <w:tc>
          <w:tcPr>
            <w:tcW w:w="6744" w:type="dxa"/>
            <w:gridSpan w:val="3"/>
            <w:tcBorders>
              <w:right w:val="single" w:sz="12" w:space="0" w:color="000000"/>
            </w:tcBorders>
          </w:tcPr>
          <w:p w14:paraId="3D813DB8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1FC7C950" w14:textId="77777777" w:rsidTr="005946DB">
        <w:tc>
          <w:tcPr>
            <w:tcW w:w="2395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4" w:space="0" w:color="auto"/>
            </w:tcBorders>
            <w:vAlign w:val="center"/>
          </w:tcPr>
          <w:p w14:paraId="2F1E3ABB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Additional Information</w:t>
            </w:r>
          </w:p>
        </w:tc>
        <w:tc>
          <w:tcPr>
            <w:tcW w:w="6677" w:type="dxa"/>
            <w:gridSpan w:val="2"/>
            <w:tcBorders>
              <w:left w:val="single" w:sz="4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14:paraId="35BFF286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4E82B23E" w14:textId="77777777" w:rsidR="00F454AB" w:rsidRPr="00F454AB" w:rsidRDefault="00F454AB" w:rsidP="00F454AB">
      <w:pPr>
        <w:rPr>
          <w:rFonts w:asciiTheme="majorHAnsi" w:eastAsia="Calibri" w:hAnsiTheme="majorHAnsi" w:cstheme="majorHAnsi"/>
          <w:lang w:val="en-IE"/>
        </w:rPr>
      </w:pPr>
      <w:bookmarkStart w:id="37" w:name="social_engineering_phishing_physical"/>
      <w:bookmarkEnd w:id="34"/>
    </w:p>
    <w:p w14:paraId="06FCC680" w14:textId="77777777" w:rsidR="009F3C99" w:rsidRDefault="009F3C99">
      <w:pPr>
        <w:rPr>
          <w:rFonts w:asciiTheme="majorHAnsi" w:eastAsia="Calibri" w:hAnsiTheme="majorHAnsi" w:cstheme="majorHAnsi"/>
          <w:b/>
          <w:bCs/>
          <w:sz w:val="28"/>
          <w:szCs w:val="20"/>
          <w:lang w:val="en-IE"/>
        </w:rPr>
      </w:pPr>
      <w:bookmarkStart w:id="38" w:name="_Toc99702124"/>
      <w:r>
        <w:rPr>
          <w:rFonts w:eastAsia="Calibri" w:cstheme="majorHAnsi"/>
          <w:szCs w:val="20"/>
          <w:lang w:val="en-IE"/>
        </w:rPr>
        <w:br w:type="page"/>
      </w:r>
    </w:p>
    <w:p w14:paraId="2A57C50A" w14:textId="77777777" w:rsidR="00F454AB" w:rsidRPr="00F454AB" w:rsidRDefault="00F454AB" w:rsidP="00F454AB">
      <w:pPr>
        <w:pStyle w:val="Heading2"/>
        <w:spacing w:before="240"/>
        <w:rPr>
          <w:rFonts w:eastAsia="Calibri" w:cstheme="majorHAnsi"/>
          <w:color w:val="auto"/>
          <w:szCs w:val="20"/>
          <w:lang w:val="en-IE"/>
        </w:rPr>
      </w:pPr>
      <w:bookmarkStart w:id="39" w:name="_Toc216248335"/>
      <w:r w:rsidRPr="00F454AB">
        <w:rPr>
          <w:rFonts w:eastAsia="Calibri" w:cstheme="majorHAnsi"/>
          <w:color w:val="auto"/>
          <w:szCs w:val="20"/>
          <w:lang w:val="en-IE"/>
        </w:rPr>
        <w:t xml:space="preserve">PHYSICAL </w:t>
      </w:r>
      <w:r w:rsidR="009F3C99">
        <w:rPr>
          <w:rFonts w:eastAsia="Calibri" w:cstheme="majorHAnsi"/>
          <w:color w:val="auto"/>
          <w:szCs w:val="20"/>
          <w:lang w:val="en-IE"/>
        </w:rPr>
        <w:t>INTRUSION</w:t>
      </w:r>
      <w:r w:rsidRPr="00F454AB">
        <w:rPr>
          <w:rFonts w:eastAsia="Calibri" w:cstheme="majorHAnsi"/>
          <w:color w:val="auto"/>
          <w:szCs w:val="20"/>
          <w:lang w:val="en-IE"/>
        </w:rPr>
        <w:t xml:space="preserve"> SECURITY </w:t>
      </w:r>
      <w:bookmarkEnd w:id="38"/>
      <w:r w:rsidR="009F3C99">
        <w:rPr>
          <w:rFonts w:eastAsia="Calibri" w:cstheme="majorHAnsi"/>
          <w:color w:val="auto"/>
          <w:szCs w:val="20"/>
          <w:lang w:val="en-IE"/>
        </w:rPr>
        <w:t>ASSESSMENT</w:t>
      </w:r>
      <w:bookmarkEnd w:id="39"/>
    </w:p>
    <w:tbl>
      <w:tblPr>
        <w:tblW w:w="9072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62"/>
        <w:gridCol w:w="333"/>
        <w:gridCol w:w="3966"/>
        <w:gridCol w:w="2150"/>
        <w:gridCol w:w="561"/>
      </w:tblGrid>
      <w:tr w:rsidR="00F454AB" w:rsidRPr="00F454AB" w14:paraId="2B37DBED" w14:textId="77777777" w:rsidTr="005946DB">
        <w:tc>
          <w:tcPr>
            <w:tcW w:w="2062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042ECE61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  <w:bookmarkStart w:id="40" w:name="_Hlk511304520"/>
            <w:bookmarkEnd w:id="37"/>
            <w:r w:rsidRPr="00F454AB">
              <w:rPr>
                <w:rFonts w:asciiTheme="majorHAnsi" w:hAnsiTheme="majorHAnsi" w:cstheme="majorHAnsi"/>
                <w:b/>
              </w:rPr>
              <w:t>Company Size</w:t>
            </w:r>
          </w:p>
        </w:tc>
        <w:tc>
          <w:tcPr>
            <w:tcW w:w="6449" w:type="dxa"/>
            <w:gridSpan w:val="3"/>
            <w:tcBorders>
              <w:top w:val="single" w:sz="8" w:space="0" w:color="000000"/>
              <w:left w:val="single" w:sz="4" w:space="0" w:color="auto"/>
              <w:right w:val="single" w:sz="2" w:space="0" w:color="000000"/>
            </w:tcBorders>
            <w:vAlign w:val="center"/>
          </w:tcPr>
          <w:p w14:paraId="12B00621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Number of Sites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2" w:space="0" w:color="000000"/>
              <w:right w:val="single" w:sz="12" w:space="0" w:color="000000"/>
            </w:tcBorders>
          </w:tcPr>
          <w:p w14:paraId="05E7DDE2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55AE722B" w14:textId="77777777" w:rsidTr="005946DB">
        <w:tc>
          <w:tcPr>
            <w:tcW w:w="2062" w:type="dxa"/>
            <w:vMerge/>
            <w:tcBorders>
              <w:left w:val="single" w:sz="12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18FCEF1D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6449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A6DE11C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Number of Employees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12" w:space="0" w:color="000000"/>
            </w:tcBorders>
          </w:tcPr>
          <w:p w14:paraId="2461C424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3F020F3E" w14:textId="77777777" w:rsidTr="005946DB">
        <w:tc>
          <w:tcPr>
            <w:tcW w:w="2062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vAlign w:val="center"/>
          </w:tcPr>
          <w:p w14:paraId="205EB457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Site Addresses</w:t>
            </w:r>
          </w:p>
        </w:tc>
        <w:tc>
          <w:tcPr>
            <w:tcW w:w="4299" w:type="dxa"/>
            <w:gridSpan w:val="2"/>
            <w:vMerge w:val="restart"/>
            <w:tcBorders>
              <w:top w:val="single" w:sz="8" w:space="0" w:color="000000"/>
              <w:bottom w:val="single" w:sz="8" w:space="0" w:color="000000"/>
              <w:right w:val="single" w:sz="2" w:space="0" w:color="000000"/>
            </w:tcBorders>
            <w:vAlign w:val="center"/>
          </w:tcPr>
          <w:p w14:paraId="6C39237A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2150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6712F029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Sole occupancy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12" w:space="0" w:color="000000"/>
            </w:tcBorders>
          </w:tcPr>
          <w:p w14:paraId="5C944403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302429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3EF58479" w14:textId="77777777" w:rsidTr="005946DB">
        <w:tc>
          <w:tcPr>
            <w:tcW w:w="2062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vAlign w:val="center"/>
          </w:tcPr>
          <w:p w14:paraId="4D0F836E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4299" w:type="dxa"/>
            <w:gridSpan w:val="2"/>
            <w:vMerge/>
            <w:tcBorders>
              <w:right w:val="single" w:sz="2" w:space="0" w:color="000000"/>
            </w:tcBorders>
          </w:tcPr>
          <w:p w14:paraId="6731FEDB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2150" w:type="dxa"/>
            <w:tcBorders>
              <w:left w:val="single" w:sz="2" w:space="0" w:color="000000"/>
              <w:right w:val="single" w:sz="2" w:space="0" w:color="000000"/>
            </w:tcBorders>
          </w:tcPr>
          <w:p w14:paraId="040B06FB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Multi-tenancy</w:t>
            </w:r>
          </w:p>
        </w:tc>
        <w:tc>
          <w:tcPr>
            <w:tcW w:w="561" w:type="dxa"/>
            <w:tcBorders>
              <w:left w:val="single" w:sz="2" w:space="0" w:color="000000"/>
              <w:right w:val="single" w:sz="12" w:space="0" w:color="000000"/>
            </w:tcBorders>
          </w:tcPr>
          <w:p w14:paraId="3617827B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2026548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11239D91" w14:textId="77777777" w:rsidTr="005946DB">
        <w:tc>
          <w:tcPr>
            <w:tcW w:w="2395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4" w:space="0" w:color="auto"/>
            </w:tcBorders>
            <w:vAlign w:val="center"/>
          </w:tcPr>
          <w:p w14:paraId="6BE7DCFD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Additional Information</w:t>
            </w:r>
          </w:p>
        </w:tc>
        <w:tc>
          <w:tcPr>
            <w:tcW w:w="6677" w:type="dxa"/>
            <w:gridSpan w:val="3"/>
            <w:tcBorders>
              <w:left w:val="single" w:sz="4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14:paraId="3915B73E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</w:p>
        </w:tc>
      </w:tr>
      <w:bookmarkEnd w:id="40"/>
    </w:tbl>
    <w:p w14:paraId="1E608790" w14:textId="77777777" w:rsidR="00F454AB" w:rsidRPr="00F454AB" w:rsidRDefault="00F454AB" w:rsidP="00F454AB">
      <w:pPr>
        <w:rPr>
          <w:rFonts w:asciiTheme="majorHAnsi" w:eastAsia="Calibri" w:hAnsiTheme="majorHAnsi" w:cstheme="majorHAnsi"/>
          <w:lang w:val="en-IE"/>
        </w:rPr>
      </w:pPr>
    </w:p>
    <w:p w14:paraId="783D6884" w14:textId="77777777" w:rsidR="009F3C99" w:rsidRDefault="009F3C99">
      <w:pPr>
        <w:rPr>
          <w:rFonts w:asciiTheme="majorHAnsi" w:eastAsia="Calibri" w:hAnsiTheme="majorHAnsi" w:cstheme="majorHAnsi"/>
          <w:b/>
          <w:bCs/>
          <w:sz w:val="28"/>
          <w:szCs w:val="20"/>
          <w:lang w:val="en-IE"/>
        </w:rPr>
      </w:pPr>
      <w:bookmarkStart w:id="41" w:name="_Toc99702125"/>
      <w:r>
        <w:rPr>
          <w:rFonts w:eastAsia="Calibri" w:cstheme="majorHAnsi"/>
          <w:szCs w:val="20"/>
          <w:lang w:val="en-IE"/>
        </w:rPr>
        <w:br w:type="page"/>
      </w:r>
    </w:p>
    <w:p w14:paraId="66DF7B8C" w14:textId="77777777" w:rsidR="00F454AB" w:rsidRPr="00F454AB" w:rsidRDefault="00F454AB" w:rsidP="00F454AB">
      <w:pPr>
        <w:pStyle w:val="Heading2"/>
        <w:spacing w:before="240"/>
        <w:rPr>
          <w:rFonts w:eastAsia="Calibri" w:cstheme="majorHAnsi"/>
          <w:color w:val="auto"/>
          <w:szCs w:val="20"/>
          <w:lang w:val="en-IE"/>
        </w:rPr>
      </w:pPr>
      <w:bookmarkStart w:id="42" w:name="_Toc216248336"/>
      <w:r w:rsidRPr="00F454AB">
        <w:rPr>
          <w:rFonts w:eastAsia="Calibri" w:cstheme="majorHAnsi"/>
          <w:color w:val="auto"/>
          <w:szCs w:val="20"/>
          <w:lang w:val="en-IE"/>
        </w:rPr>
        <w:t>PHISHING EXERCISE</w:t>
      </w:r>
      <w:bookmarkEnd w:id="41"/>
      <w:bookmarkEnd w:id="42"/>
    </w:p>
    <w:tbl>
      <w:tblPr>
        <w:tblW w:w="9072" w:type="dxa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61"/>
        <w:gridCol w:w="334"/>
        <w:gridCol w:w="6116"/>
        <w:gridCol w:w="561"/>
      </w:tblGrid>
      <w:tr w:rsidR="00F454AB" w:rsidRPr="00F454AB" w14:paraId="4A11BCE1" w14:textId="77777777" w:rsidTr="005946DB">
        <w:trPr>
          <w:trHeight w:val="33"/>
        </w:trPr>
        <w:tc>
          <w:tcPr>
            <w:tcW w:w="2061" w:type="dxa"/>
            <w:vAlign w:val="center"/>
          </w:tcPr>
          <w:p w14:paraId="2693A3C5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Assessment Type</w:t>
            </w:r>
          </w:p>
        </w:tc>
        <w:tc>
          <w:tcPr>
            <w:tcW w:w="6450" w:type="dxa"/>
            <w:gridSpan w:val="2"/>
          </w:tcPr>
          <w:p w14:paraId="08FE845A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Phishing</w:t>
            </w:r>
          </w:p>
        </w:tc>
        <w:tc>
          <w:tcPr>
            <w:tcW w:w="561" w:type="dxa"/>
          </w:tcPr>
          <w:p w14:paraId="2728249F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122727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0C63532E" w14:textId="77777777" w:rsidTr="005946DB">
        <w:trPr>
          <w:trHeight w:val="33"/>
        </w:trPr>
        <w:tc>
          <w:tcPr>
            <w:tcW w:w="2061" w:type="dxa"/>
            <w:vMerge w:val="restart"/>
            <w:vAlign w:val="center"/>
          </w:tcPr>
          <w:p w14:paraId="2587EAC4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Test Type</w:t>
            </w:r>
          </w:p>
        </w:tc>
        <w:tc>
          <w:tcPr>
            <w:tcW w:w="6450" w:type="dxa"/>
            <w:gridSpan w:val="2"/>
          </w:tcPr>
          <w:p w14:paraId="6A4631AD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 xml:space="preserve">Exercise </w:t>
            </w:r>
            <w:r w:rsidRPr="00F454AB">
              <w:rPr>
                <w:rFonts w:asciiTheme="majorHAnsi" w:hAnsiTheme="majorHAnsi" w:cstheme="majorHAnsi"/>
                <w:b/>
                <w:bCs/>
                <w:i/>
                <w:lang w:val="en-IE" w:eastAsia="en-IE"/>
              </w:rPr>
              <w:t>(one off)</w:t>
            </w:r>
          </w:p>
        </w:tc>
        <w:tc>
          <w:tcPr>
            <w:tcW w:w="561" w:type="dxa"/>
          </w:tcPr>
          <w:p w14:paraId="21EC96D6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20332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743CE903" w14:textId="77777777" w:rsidTr="005946DB">
        <w:trPr>
          <w:trHeight w:val="33"/>
        </w:trPr>
        <w:tc>
          <w:tcPr>
            <w:tcW w:w="2061" w:type="dxa"/>
            <w:vMerge/>
            <w:vAlign w:val="center"/>
          </w:tcPr>
          <w:p w14:paraId="597AD178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450" w:type="dxa"/>
            <w:gridSpan w:val="2"/>
          </w:tcPr>
          <w:p w14:paraId="57C2C68D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 xml:space="preserve">Campaign </w:t>
            </w:r>
            <w:r w:rsidRPr="00F454AB">
              <w:rPr>
                <w:rFonts w:asciiTheme="majorHAnsi" w:hAnsiTheme="majorHAnsi" w:cstheme="majorHAnsi"/>
                <w:b/>
                <w:bCs/>
                <w:i/>
                <w:lang w:val="en-IE" w:eastAsia="en-IE"/>
              </w:rPr>
              <w:t>(exercise to be repeated e.g. quarterly)</w:t>
            </w:r>
          </w:p>
        </w:tc>
        <w:tc>
          <w:tcPr>
            <w:tcW w:w="561" w:type="dxa"/>
          </w:tcPr>
          <w:p w14:paraId="664806E2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798826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5338E79F" w14:textId="77777777" w:rsidTr="005946DB">
        <w:trPr>
          <w:trHeight w:val="33"/>
        </w:trPr>
        <w:tc>
          <w:tcPr>
            <w:tcW w:w="2061" w:type="dxa"/>
            <w:vAlign w:val="center"/>
          </w:tcPr>
          <w:p w14:paraId="5FC3FAEB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  <w:b/>
              </w:rPr>
              <w:t>Assessment Size</w:t>
            </w:r>
          </w:p>
        </w:tc>
        <w:tc>
          <w:tcPr>
            <w:tcW w:w="6450" w:type="dxa"/>
            <w:gridSpan w:val="2"/>
          </w:tcPr>
          <w:p w14:paraId="7C7DF9AF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Number of employees</w:t>
            </w:r>
          </w:p>
        </w:tc>
        <w:tc>
          <w:tcPr>
            <w:tcW w:w="561" w:type="dxa"/>
          </w:tcPr>
          <w:p w14:paraId="07E0B97F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13E5FE56" w14:textId="77777777" w:rsidTr="005946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</w:tblPrEx>
        <w:tc>
          <w:tcPr>
            <w:tcW w:w="2395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4" w:space="0" w:color="auto"/>
            </w:tcBorders>
            <w:vAlign w:val="center"/>
          </w:tcPr>
          <w:p w14:paraId="491A983A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Additional Information</w:t>
            </w:r>
          </w:p>
        </w:tc>
        <w:tc>
          <w:tcPr>
            <w:tcW w:w="6677" w:type="dxa"/>
            <w:gridSpan w:val="2"/>
            <w:tcBorders>
              <w:left w:val="single" w:sz="4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14:paraId="1C4EBE44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795AF597" w14:textId="77777777" w:rsidR="00F454AB" w:rsidRPr="00F454AB" w:rsidRDefault="00F454AB" w:rsidP="00F454AB">
      <w:pPr>
        <w:rPr>
          <w:rFonts w:asciiTheme="majorHAnsi" w:eastAsia="Calibri" w:hAnsiTheme="majorHAnsi" w:cstheme="majorHAnsi"/>
          <w:lang w:val="en-IE"/>
        </w:rPr>
      </w:pPr>
      <w:bookmarkStart w:id="43" w:name="source_code_review"/>
    </w:p>
    <w:p w14:paraId="318CA595" w14:textId="77777777" w:rsidR="009F3C99" w:rsidRDefault="009F3C99">
      <w:pPr>
        <w:rPr>
          <w:rFonts w:asciiTheme="majorHAnsi" w:eastAsia="Calibri" w:hAnsiTheme="majorHAnsi" w:cstheme="majorHAnsi"/>
          <w:b/>
          <w:bCs/>
          <w:sz w:val="28"/>
          <w:szCs w:val="20"/>
          <w:lang w:val="en-IE"/>
        </w:rPr>
      </w:pPr>
      <w:bookmarkStart w:id="44" w:name="_Toc99702126"/>
      <w:r>
        <w:rPr>
          <w:rFonts w:eastAsia="Calibri" w:cstheme="majorHAnsi"/>
          <w:szCs w:val="20"/>
          <w:lang w:val="en-IE"/>
        </w:rPr>
        <w:br w:type="page"/>
      </w:r>
    </w:p>
    <w:p w14:paraId="7BB90530" w14:textId="77777777" w:rsidR="00F454AB" w:rsidRPr="00F454AB" w:rsidRDefault="00F454AB" w:rsidP="00F454AB">
      <w:pPr>
        <w:pStyle w:val="Heading2"/>
        <w:spacing w:before="240"/>
        <w:rPr>
          <w:rFonts w:eastAsia="Calibri" w:cstheme="majorHAnsi"/>
          <w:color w:val="auto"/>
          <w:szCs w:val="20"/>
          <w:lang w:val="en-IE"/>
        </w:rPr>
      </w:pPr>
      <w:bookmarkStart w:id="45" w:name="_Toc216248337"/>
      <w:r w:rsidRPr="00F454AB">
        <w:rPr>
          <w:rFonts w:eastAsia="Calibri" w:cstheme="majorHAnsi"/>
          <w:color w:val="auto"/>
          <w:szCs w:val="20"/>
          <w:lang w:val="en-IE"/>
        </w:rPr>
        <w:t>SOURCE CODE REVIEW</w:t>
      </w:r>
      <w:bookmarkEnd w:id="44"/>
      <w:bookmarkEnd w:id="45"/>
    </w:p>
    <w:tbl>
      <w:tblPr>
        <w:tblW w:w="9072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78"/>
        <w:gridCol w:w="617"/>
        <w:gridCol w:w="2413"/>
        <w:gridCol w:w="3718"/>
        <w:gridCol w:w="546"/>
      </w:tblGrid>
      <w:tr w:rsidR="00F454AB" w:rsidRPr="00F454AB" w14:paraId="18DE9070" w14:textId="77777777" w:rsidTr="005946DB">
        <w:trPr>
          <w:trHeight w:val="189"/>
        </w:trPr>
        <w:tc>
          <w:tcPr>
            <w:tcW w:w="1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4090E42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</w:rPr>
            </w:pPr>
            <w:bookmarkStart w:id="46" w:name="_Hlk70323413"/>
            <w:bookmarkEnd w:id="43"/>
            <w:r w:rsidRPr="00F454AB">
              <w:rPr>
                <w:rFonts w:asciiTheme="majorHAnsi" w:hAnsiTheme="majorHAnsi" w:cstheme="majorHAnsi"/>
                <w:b/>
              </w:rPr>
              <w:t>Application Name</w:t>
            </w:r>
          </w:p>
        </w:tc>
        <w:tc>
          <w:tcPr>
            <w:tcW w:w="7294" w:type="dxa"/>
            <w:gridSpan w:val="4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74AB5A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086A6805" w14:textId="77777777" w:rsidTr="005946DB">
        <w:trPr>
          <w:trHeight w:val="189"/>
        </w:trPr>
        <w:tc>
          <w:tcPr>
            <w:tcW w:w="177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D57CC04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Application Type</w:t>
            </w:r>
          </w:p>
        </w:tc>
        <w:tc>
          <w:tcPr>
            <w:tcW w:w="6748" w:type="dxa"/>
            <w:gridSpan w:val="3"/>
            <w:tcBorders>
              <w:top w:val="single" w:sz="12" w:space="0" w:color="auto"/>
              <w:bottom w:val="single" w:sz="4" w:space="0" w:color="000000"/>
            </w:tcBorders>
          </w:tcPr>
          <w:p w14:paraId="1C3A7931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Application – please complete the Application Source Code Detail</w:t>
            </w:r>
          </w:p>
        </w:tc>
        <w:tc>
          <w:tcPr>
            <w:tcW w:w="546" w:type="dxa"/>
            <w:tcBorders>
              <w:top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A480813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639616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63058901" w14:textId="77777777" w:rsidTr="005946DB">
        <w:trPr>
          <w:trHeight w:val="189"/>
        </w:trPr>
        <w:tc>
          <w:tcPr>
            <w:tcW w:w="1778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525343F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748" w:type="dxa"/>
            <w:gridSpan w:val="3"/>
            <w:tcBorders>
              <w:bottom w:val="single" w:sz="12" w:space="0" w:color="auto"/>
            </w:tcBorders>
          </w:tcPr>
          <w:p w14:paraId="2F524A13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Mobile App – please complete the Mobile App Detail</w:t>
            </w:r>
          </w:p>
        </w:tc>
        <w:tc>
          <w:tcPr>
            <w:tcW w:w="54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2F0980B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06164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4A79AD5F" w14:textId="77777777" w:rsidTr="005946DB">
        <w:trPr>
          <w:trHeight w:val="189"/>
        </w:trPr>
        <w:tc>
          <w:tcPr>
            <w:tcW w:w="177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665CF3E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Review Detail Level</w:t>
            </w:r>
          </w:p>
        </w:tc>
        <w:tc>
          <w:tcPr>
            <w:tcW w:w="6748" w:type="dxa"/>
            <w:gridSpan w:val="3"/>
            <w:tcBorders>
              <w:top w:val="single" w:sz="12" w:space="0" w:color="auto"/>
            </w:tcBorders>
          </w:tcPr>
          <w:p w14:paraId="6ACC733C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Partial – Analysis focussed on key critical areas.</w:t>
            </w:r>
          </w:p>
        </w:tc>
        <w:tc>
          <w:tcPr>
            <w:tcW w:w="54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06DAC59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567331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077D0887" w14:textId="77777777" w:rsidTr="005946DB">
        <w:trPr>
          <w:trHeight w:val="189"/>
        </w:trPr>
        <w:tc>
          <w:tcPr>
            <w:tcW w:w="177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8FCE396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6748" w:type="dxa"/>
            <w:gridSpan w:val="3"/>
            <w:tcBorders>
              <w:bottom w:val="single" w:sz="4" w:space="0" w:color="000000"/>
            </w:tcBorders>
          </w:tcPr>
          <w:p w14:paraId="58B3D5AC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Full – Analysis of the entire code base.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12" w:space="0" w:color="auto"/>
            </w:tcBorders>
            <w:vAlign w:val="center"/>
          </w:tcPr>
          <w:p w14:paraId="0618FBB5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272824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22EF88DE" w14:textId="77777777" w:rsidTr="005946DB">
        <w:trPr>
          <w:trHeight w:val="189"/>
        </w:trPr>
        <w:tc>
          <w:tcPr>
            <w:tcW w:w="177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2BCD83E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6748" w:type="dxa"/>
            <w:gridSpan w:val="3"/>
            <w:tcBorders>
              <w:bottom w:val="single" w:sz="12" w:space="0" w:color="auto"/>
            </w:tcBorders>
          </w:tcPr>
          <w:p w14:paraId="01C09B05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Extensive – Analysis conducted in greater detail.</w:t>
            </w:r>
          </w:p>
        </w:tc>
        <w:tc>
          <w:tcPr>
            <w:tcW w:w="54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507AFC9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68080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7AF74B37" w14:textId="77777777" w:rsidTr="005946DB">
        <w:trPr>
          <w:trHeight w:val="189"/>
        </w:trPr>
        <w:tc>
          <w:tcPr>
            <w:tcW w:w="8526" w:type="dxa"/>
            <w:gridSpan w:val="4"/>
            <w:tcBorders>
              <w:top w:val="single" w:sz="8" w:space="0" w:color="000000"/>
              <w:left w:val="single" w:sz="12" w:space="0" w:color="auto"/>
              <w:bottom w:val="single" w:sz="12" w:space="0" w:color="auto"/>
            </w:tcBorders>
            <w:vAlign w:val="center"/>
          </w:tcPr>
          <w:p w14:paraId="5A6264C5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Number of Lines of Code</w:t>
            </w:r>
          </w:p>
        </w:tc>
        <w:tc>
          <w:tcPr>
            <w:tcW w:w="54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C0B548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7256DB8F" w14:textId="77777777" w:rsidTr="005946DB">
        <w:tc>
          <w:tcPr>
            <w:tcW w:w="1778" w:type="dxa"/>
            <w:vMerge w:val="restart"/>
            <w:tcBorders>
              <w:top w:val="single" w:sz="8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7C0D88CB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  <w:b/>
              </w:rPr>
              <w:t>Source Code Detail</w:t>
            </w:r>
          </w:p>
        </w:tc>
        <w:tc>
          <w:tcPr>
            <w:tcW w:w="3030" w:type="dxa"/>
            <w:gridSpan w:val="2"/>
            <w:tcBorders>
              <w:top w:val="single" w:sz="8" w:space="0" w:color="000000"/>
              <w:left w:val="single" w:sz="4" w:space="0" w:color="000000"/>
            </w:tcBorders>
            <w:vAlign w:val="center"/>
          </w:tcPr>
          <w:p w14:paraId="2E45D1DA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Language</w:t>
            </w:r>
          </w:p>
        </w:tc>
        <w:tc>
          <w:tcPr>
            <w:tcW w:w="4264" w:type="dxa"/>
            <w:gridSpan w:val="2"/>
            <w:tcBorders>
              <w:top w:val="single" w:sz="8" w:space="0" w:color="000000"/>
              <w:right w:val="single" w:sz="12" w:space="0" w:color="auto"/>
            </w:tcBorders>
            <w:vAlign w:val="center"/>
          </w:tcPr>
          <w:p w14:paraId="479066A5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 xml:space="preserve">    </w:t>
            </w:r>
          </w:p>
          <w:p w14:paraId="09BEA89A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Please specify .......</w:t>
            </w:r>
          </w:p>
        </w:tc>
      </w:tr>
      <w:tr w:rsidR="00F454AB" w:rsidRPr="00F454AB" w14:paraId="1512B134" w14:textId="77777777" w:rsidTr="005946DB">
        <w:tc>
          <w:tcPr>
            <w:tcW w:w="1778" w:type="dxa"/>
            <w:vMerge/>
            <w:tcBorders>
              <w:top w:val="single" w:sz="8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0931DEF6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</w:p>
        </w:tc>
        <w:tc>
          <w:tcPr>
            <w:tcW w:w="3030" w:type="dxa"/>
            <w:gridSpan w:val="2"/>
            <w:tcBorders>
              <w:left w:val="single" w:sz="4" w:space="0" w:color="000000"/>
            </w:tcBorders>
            <w:vAlign w:val="center"/>
          </w:tcPr>
          <w:p w14:paraId="594326F5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Obfuscated code?</w:t>
            </w:r>
          </w:p>
        </w:tc>
        <w:tc>
          <w:tcPr>
            <w:tcW w:w="3718" w:type="dxa"/>
          </w:tcPr>
          <w:p w14:paraId="003A6990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 xml:space="preserve">    </w:t>
            </w:r>
          </w:p>
          <w:p w14:paraId="5BF063A5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Please specify .......</w:t>
            </w:r>
          </w:p>
        </w:tc>
        <w:tc>
          <w:tcPr>
            <w:tcW w:w="546" w:type="dxa"/>
            <w:tcBorders>
              <w:right w:val="single" w:sz="12" w:space="0" w:color="auto"/>
            </w:tcBorders>
            <w:vAlign w:val="center"/>
          </w:tcPr>
          <w:p w14:paraId="302BA2D6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644349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178E39C9" w14:textId="77777777" w:rsidTr="005946DB">
        <w:tc>
          <w:tcPr>
            <w:tcW w:w="1778" w:type="dxa"/>
            <w:vMerge/>
            <w:tcBorders>
              <w:top w:val="single" w:sz="8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0924D9FB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</w:p>
        </w:tc>
        <w:tc>
          <w:tcPr>
            <w:tcW w:w="3030" w:type="dxa"/>
            <w:gridSpan w:val="2"/>
            <w:tcBorders>
              <w:left w:val="single" w:sz="4" w:space="0" w:color="000000"/>
            </w:tcBorders>
            <w:vAlign w:val="center"/>
          </w:tcPr>
          <w:p w14:paraId="65CB2D9A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Relevant 3</w:t>
            </w:r>
            <w:r w:rsidRPr="00F454AB">
              <w:rPr>
                <w:rFonts w:asciiTheme="majorHAnsi" w:hAnsiTheme="majorHAnsi" w:cstheme="majorHAnsi"/>
                <w:b/>
                <w:bCs/>
                <w:vertAlign w:val="superscript"/>
              </w:rPr>
              <w:t>rd</w:t>
            </w:r>
            <w:r w:rsidRPr="00F454AB">
              <w:rPr>
                <w:rFonts w:asciiTheme="majorHAnsi" w:hAnsiTheme="majorHAnsi" w:cstheme="majorHAnsi"/>
                <w:b/>
                <w:bCs/>
              </w:rPr>
              <w:t xml:space="preserve"> party tools</w:t>
            </w:r>
          </w:p>
        </w:tc>
        <w:tc>
          <w:tcPr>
            <w:tcW w:w="3718" w:type="dxa"/>
          </w:tcPr>
          <w:p w14:paraId="3EA1485C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 xml:space="preserve">    </w:t>
            </w:r>
          </w:p>
          <w:p w14:paraId="4C61BBFA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Please specify .......</w:t>
            </w:r>
          </w:p>
        </w:tc>
        <w:tc>
          <w:tcPr>
            <w:tcW w:w="546" w:type="dxa"/>
            <w:tcBorders>
              <w:right w:val="single" w:sz="12" w:space="0" w:color="auto"/>
            </w:tcBorders>
            <w:vAlign w:val="center"/>
          </w:tcPr>
          <w:p w14:paraId="5C753565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129308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585002CE" w14:textId="77777777" w:rsidTr="005946DB">
        <w:tc>
          <w:tcPr>
            <w:tcW w:w="1778" w:type="dxa"/>
            <w:vMerge/>
            <w:tcBorders>
              <w:top w:val="single" w:sz="8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464BA28B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</w:p>
        </w:tc>
        <w:tc>
          <w:tcPr>
            <w:tcW w:w="3030" w:type="dxa"/>
            <w:gridSpan w:val="2"/>
            <w:tcBorders>
              <w:left w:val="single" w:sz="4" w:space="0" w:color="000000"/>
            </w:tcBorders>
            <w:vAlign w:val="center"/>
          </w:tcPr>
          <w:p w14:paraId="5EA7961F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Can the code be loaded into an IDE?</w:t>
            </w:r>
          </w:p>
        </w:tc>
        <w:tc>
          <w:tcPr>
            <w:tcW w:w="3718" w:type="dxa"/>
            <w:vAlign w:val="center"/>
          </w:tcPr>
          <w:p w14:paraId="5E37051E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 xml:space="preserve">    </w:t>
            </w:r>
          </w:p>
          <w:p w14:paraId="7FCC3247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e.g. Eclipse, Xcode or Visual Studio, please specify</w:t>
            </w:r>
          </w:p>
        </w:tc>
        <w:tc>
          <w:tcPr>
            <w:tcW w:w="546" w:type="dxa"/>
            <w:tcBorders>
              <w:right w:val="single" w:sz="12" w:space="0" w:color="auto"/>
            </w:tcBorders>
            <w:vAlign w:val="center"/>
          </w:tcPr>
          <w:p w14:paraId="57B1BA96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201202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4FBBD13D" w14:textId="77777777" w:rsidTr="005946DB">
        <w:tc>
          <w:tcPr>
            <w:tcW w:w="1778" w:type="dxa"/>
            <w:vMerge/>
            <w:tcBorders>
              <w:top w:val="single" w:sz="8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10886B69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</w:p>
        </w:tc>
        <w:tc>
          <w:tcPr>
            <w:tcW w:w="3030" w:type="dxa"/>
            <w:gridSpan w:val="2"/>
            <w:tcBorders>
              <w:left w:val="single" w:sz="4" w:space="0" w:color="000000"/>
            </w:tcBorders>
            <w:vAlign w:val="center"/>
          </w:tcPr>
          <w:p w14:paraId="5C8D5510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Any part out of scope</w:t>
            </w:r>
          </w:p>
        </w:tc>
        <w:tc>
          <w:tcPr>
            <w:tcW w:w="3718" w:type="dxa"/>
            <w:vAlign w:val="center"/>
          </w:tcPr>
          <w:p w14:paraId="35053050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 xml:space="preserve">    </w:t>
            </w:r>
          </w:p>
          <w:p w14:paraId="231B3D50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Please specify .......</w:t>
            </w:r>
          </w:p>
        </w:tc>
        <w:tc>
          <w:tcPr>
            <w:tcW w:w="546" w:type="dxa"/>
            <w:tcBorders>
              <w:right w:val="single" w:sz="12" w:space="0" w:color="auto"/>
            </w:tcBorders>
            <w:vAlign w:val="center"/>
          </w:tcPr>
          <w:p w14:paraId="670BEE24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837809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687417AC" w14:textId="77777777" w:rsidTr="005946DB">
        <w:tc>
          <w:tcPr>
            <w:tcW w:w="1778" w:type="dxa"/>
            <w:vMerge/>
            <w:tcBorders>
              <w:top w:val="single" w:sz="8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7356FC28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</w:p>
        </w:tc>
        <w:tc>
          <w:tcPr>
            <w:tcW w:w="303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B14730E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Any areas of priority</w:t>
            </w:r>
          </w:p>
        </w:tc>
        <w:tc>
          <w:tcPr>
            <w:tcW w:w="3718" w:type="dxa"/>
            <w:tcBorders>
              <w:bottom w:val="single" w:sz="4" w:space="0" w:color="000000"/>
            </w:tcBorders>
          </w:tcPr>
          <w:p w14:paraId="0A8EC8EA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 xml:space="preserve">    </w:t>
            </w:r>
          </w:p>
          <w:p w14:paraId="22BE70FB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Please specify .......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12" w:space="0" w:color="auto"/>
            </w:tcBorders>
            <w:vAlign w:val="center"/>
          </w:tcPr>
          <w:p w14:paraId="7F011AF5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663499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2CA37CED" w14:textId="77777777" w:rsidTr="005946DB">
        <w:tc>
          <w:tcPr>
            <w:tcW w:w="1778" w:type="dxa"/>
            <w:vMerge/>
            <w:tcBorders>
              <w:top w:val="single" w:sz="8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48BD0643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</w:p>
        </w:tc>
        <w:tc>
          <w:tcPr>
            <w:tcW w:w="3030" w:type="dxa"/>
            <w:gridSpan w:val="2"/>
            <w:tcBorders>
              <w:left w:val="single" w:sz="4" w:space="0" w:color="000000"/>
              <w:bottom w:val="single" w:sz="12" w:space="0" w:color="auto"/>
            </w:tcBorders>
            <w:vAlign w:val="center"/>
          </w:tcPr>
          <w:p w14:paraId="16A61DF2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Cryptographic methods used</w:t>
            </w:r>
          </w:p>
        </w:tc>
        <w:tc>
          <w:tcPr>
            <w:tcW w:w="3718" w:type="dxa"/>
            <w:tcBorders>
              <w:bottom w:val="single" w:sz="12" w:space="0" w:color="auto"/>
            </w:tcBorders>
            <w:vAlign w:val="center"/>
          </w:tcPr>
          <w:p w14:paraId="7DD78C13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 xml:space="preserve">    </w:t>
            </w:r>
          </w:p>
          <w:p w14:paraId="5125B9D3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Please specify .......</w:t>
            </w:r>
          </w:p>
        </w:tc>
        <w:tc>
          <w:tcPr>
            <w:tcW w:w="54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F56B67C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733586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0635D10C" w14:textId="77777777" w:rsidTr="005946DB">
        <w:tc>
          <w:tcPr>
            <w:tcW w:w="177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</w:tcBorders>
            <w:vAlign w:val="center"/>
          </w:tcPr>
          <w:p w14:paraId="16FC6DB0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Mobile App Specific Detail</w:t>
            </w:r>
          </w:p>
        </w:tc>
        <w:tc>
          <w:tcPr>
            <w:tcW w:w="3030" w:type="dxa"/>
            <w:gridSpan w:val="2"/>
            <w:tcBorders>
              <w:top w:val="single" w:sz="12" w:space="0" w:color="auto"/>
            </w:tcBorders>
          </w:tcPr>
          <w:p w14:paraId="6D08A764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Android</w:t>
            </w:r>
          </w:p>
        </w:tc>
        <w:tc>
          <w:tcPr>
            <w:tcW w:w="3718" w:type="dxa"/>
            <w:tcBorders>
              <w:top w:val="single" w:sz="12" w:space="0" w:color="auto"/>
            </w:tcBorders>
            <w:vAlign w:val="center"/>
          </w:tcPr>
          <w:p w14:paraId="000A98D9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 xml:space="preserve">    </w:t>
            </w:r>
          </w:p>
          <w:p w14:paraId="31967781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Please specify version .......</w:t>
            </w:r>
          </w:p>
        </w:tc>
        <w:tc>
          <w:tcPr>
            <w:tcW w:w="54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4734BF4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989974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14DE19CC" w14:textId="77777777" w:rsidTr="005946DB">
        <w:tc>
          <w:tcPr>
            <w:tcW w:w="1778" w:type="dxa"/>
            <w:vMerge/>
            <w:tcBorders>
              <w:top w:val="single" w:sz="8" w:space="0" w:color="000000"/>
              <w:left w:val="single" w:sz="12" w:space="0" w:color="auto"/>
              <w:bottom w:val="single" w:sz="8" w:space="0" w:color="000000"/>
            </w:tcBorders>
            <w:vAlign w:val="center"/>
          </w:tcPr>
          <w:p w14:paraId="59A16125" w14:textId="77777777" w:rsidR="00F454AB" w:rsidRPr="00F454AB" w:rsidRDefault="00F454AB" w:rsidP="005946DB">
            <w:pPr>
              <w:spacing w:before="60" w:after="6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3030" w:type="dxa"/>
            <w:gridSpan w:val="2"/>
          </w:tcPr>
          <w:p w14:paraId="1F18B397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iOS</w:t>
            </w:r>
          </w:p>
        </w:tc>
        <w:tc>
          <w:tcPr>
            <w:tcW w:w="3718" w:type="dxa"/>
            <w:vAlign w:val="center"/>
          </w:tcPr>
          <w:p w14:paraId="11AE77F5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 xml:space="preserve">    </w:t>
            </w:r>
          </w:p>
          <w:p w14:paraId="6D3CAC25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Please specify version .......</w:t>
            </w:r>
          </w:p>
        </w:tc>
        <w:tc>
          <w:tcPr>
            <w:tcW w:w="546" w:type="dxa"/>
            <w:tcBorders>
              <w:right w:val="single" w:sz="12" w:space="0" w:color="auto"/>
            </w:tcBorders>
            <w:vAlign w:val="center"/>
          </w:tcPr>
          <w:p w14:paraId="4BA505D8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161239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2CF522E3" w14:textId="77777777" w:rsidTr="005946DB">
        <w:tc>
          <w:tcPr>
            <w:tcW w:w="1778" w:type="dxa"/>
            <w:vMerge/>
            <w:tcBorders>
              <w:top w:val="single" w:sz="8" w:space="0" w:color="000000"/>
              <w:left w:val="single" w:sz="12" w:space="0" w:color="auto"/>
              <w:bottom w:val="single" w:sz="8" w:space="0" w:color="000000"/>
            </w:tcBorders>
            <w:vAlign w:val="center"/>
          </w:tcPr>
          <w:p w14:paraId="279050EC" w14:textId="77777777" w:rsidR="00F454AB" w:rsidRPr="00F454AB" w:rsidRDefault="00F454AB" w:rsidP="005946DB">
            <w:pPr>
              <w:spacing w:before="60" w:after="6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3030" w:type="dxa"/>
            <w:gridSpan w:val="2"/>
          </w:tcPr>
          <w:p w14:paraId="667D2ED8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Other</w:t>
            </w:r>
          </w:p>
        </w:tc>
        <w:tc>
          <w:tcPr>
            <w:tcW w:w="3718" w:type="dxa"/>
            <w:vAlign w:val="center"/>
          </w:tcPr>
          <w:p w14:paraId="6B7B0EC0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 xml:space="preserve">    </w:t>
            </w:r>
          </w:p>
          <w:p w14:paraId="6AF1C65F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Please specify .......</w:t>
            </w:r>
          </w:p>
        </w:tc>
        <w:tc>
          <w:tcPr>
            <w:tcW w:w="546" w:type="dxa"/>
            <w:tcBorders>
              <w:right w:val="single" w:sz="12" w:space="0" w:color="auto"/>
            </w:tcBorders>
            <w:vAlign w:val="center"/>
          </w:tcPr>
          <w:p w14:paraId="585416A2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322513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2331E02F" w14:textId="77777777" w:rsidTr="005946DB">
        <w:tc>
          <w:tcPr>
            <w:tcW w:w="1778" w:type="dxa"/>
            <w:vMerge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4" w:space="0" w:color="000000"/>
            </w:tcBorders>
            <w:vAlign w:val="center"/>
          </w:tcPr>
          <w:p w14:paraId="534836BB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</w:p>
        </w:tc>
        <w:tc>
          <w:tcPr>
            <w:tcW w:w="3030" w:type="dxa"/>
            <w:gridSpan w:val="2"/>
            <w:tcBorders>
              <w:left w:val="single" w:sz="4" w:space="0" w:color="000000"/>
            </w:tcBorders>
            <w:vAlign w:val="center"/>
          </w:tcPr>
          <w:p w14:paraId="14687CBA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Does the app use Middleware?</w:t>
            </w:r>
          </w:p>
        </w:tc>
        <w:tc>
          <w:tcPr>
            <w:tcW w:w="3718" w:type="dxa"/>
            <w:vAlign w:val="center"/>
          </w:tcPr>
          <w:p w14:paraId="0785A86A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 xml:space="preserve">    </w:t>
            </w:r>
          </w:p>
          <w:p w14:paraId="2D9AB0DE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Please specify .......</w:t>
            </w:r>
          </w:p>
        </w:tc>
        <w:tc>
          <w:tcPr>
            <w:tcW w:w="546" w:type="dxa"/>
            <w:tcBorders>
              <w:right w:val="single" w:sz="12" w:space="0" w:color="auto"/>
            </w:tcBorders>
            <w:vAlign w:val="center"/>
          </w:tcPr>
          <w:p w14:paraId="227FFDA1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796801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4CA25CED" w14:textId="77777777" w:rsidTr="005946DB">
        <w:tc>
          <w:tcPr>
            <w:tcW w:w="1778" w:type="dxa"/>
            <w:vMerge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4" w:space="0" w:color="000000"/>
            </w:tcBorders>
            <w:vAlign w:val="center"/>
          </w:tcPr>
          <w:p w14:paraId="4B72249E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</w:p>
        </w:tc>
        <w:tc>
          <w:tcPr>
            <w:tcW w:w="6748" w:type="dxa"/>
            <w:gridSpan w:val="3"/>
            <w:tcBorders>
              <w:left w:val="single" w:sz="4" w:space="0" w:color="000000"/>
            </w:tcBorders>
            <w:vAlign w:val="center"/>
          </w:tcPr>
          <w:p w14:paraId="74F3AE6B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Does the app use WebView?</w:t>
            </w:r>
          </w:p>
        </w:tc>
        <w:tc>
          <w:tcPr>
            <w:tcW w:w="546" w:type="dxa"/>
            <w:tcBorders>
              <w:right w:val="single" w:sz="12" w:space="0" w:color="auto"/>
            </w:tcBorders>
            <w:vAlign w:val="center"/>
          </w:tcPr>
          <w:p w14:paraId="437723BA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957229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763500EE" w14:textId="77777777" w:rsidTr="005946DB">
        <w:tc>
          <w:tcPr>
            <w:tcW w:w="2395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4" w:space="0" w:color="auto"/>
            </w:tcBorders>
            <w:vAlign w:val="center"/>
          </w:tcPr>
          <w:p w14:paraId="0BD3DF72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Additional Information</w:t>
            </w:r>
          </w:p>
        </w:tc>
        <w:tc>
          <w:tcPr>
            <w:tcW w:w="6677" w:type="dxa"/>
            <w:gridSpan w:val="3"/>
            <w:tcBorders>
              <w:left w:val="single" w:sz="4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14:paraId="5A2FC8BE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</w:p>
        </w:tc>
      </w:tr>
      <w:bookmarkEnd w:id="46"/>
    </w:tbl>
    <w:p w14:paraId="6A71977B" w14:textId="77777777" w:rsidR="00F454AB" w:rsidRPr="00F454AB" w:rsidRDefault="00F454AB" w:rsidP="00F454AB">
      <w:pPr>
        <w:rPr>
          <w:rFonts w:asciiTheme="majorHAnsi" w:eastAsia="Calibri" w:hAnsiTheme="majorHAnsi" w:cstheme="majorHAnsi"/>
          <w:lang w:val="en-IE"/>
        </w:rPr>
      </w:pPr>
    </w:p>
    <w:p w14:paraId="22CD2E9D" w14:textId="77777777" w:rsidR="009F3C99" w:rsidRDefault="009F3C99">
      <w:pPr>
        <w:rPr>
          <w:rFonts w:asciiTheme="majorHAnsi" w:eastAsia="Calibri" w:hAnsiTheme="majorHAnsi" w:cstheme="majorHAnsi"/>
          <w:b/>
          <w:bCs/>
          <w:sz w:val="28"/>
          <w:szCs w:val="20"/>
          <w:lang w:val="en-IE"/>
        </w:rPr>
      </w:pPr>
      <w:bookmarkStart w:id="47" w:name="_Toc99702127"/>
      <w:r>
        <w:rPr>
          <w:rFonts w:eastAsia="Calibri" w:cstheme="majorHAnsi"/>
          <w:szCs w:val="20"/>
          <w:lang w:val="en-IE"/>
        </w:rPr>
        <w:br w:type="page"/>
      </w:r>
    </w:p>
    <w:p w14:paraId="34820A36" w14:textId="77777777" w:rsidR="00F454AB" w:rsidRPr="00F454AB" w:rsidRDefault="00F454AB" w:rsidP="00F454AB">
      <w:pPr>
        <w:pStyle w:val="Heading2"/>
        <w:spacing w:before="240"/>
        <w:rPr>
          <w:rFonts w:eastAsia="Calibri" w:cstheme="majorHAnsi"/>
          <w:color w:val="auto"/>
          <w:szCs w:val="20"/>
          <w:lang w:val="en-IE"/>
        </w:rPr>
      </w:pPr>
      <w:bookmarkStart w:id="48" w:name="_Toc216248338"/>
      <w:r w:rsidRPr="00F454AB">
        <w:rPr>
          <w:rFonts w:eastAsia="Calibri" w:cstheme="majorHAnsi"/>
          <w:color w:val="auto"/>
          <w:szCs w:val="20"/>
          <w:lang w:val="en-IE"/>
        </w:rPr>
        <w:t>RED TEAM ASSESSMENT</w:t>
      </w:r>
      <w:bookmarkEnd w:id="47"/>
      <w:bookmarkEnd w:id="48"/>
    </w:p>
    <w:tbl>
      <w:tblPr>
        <w:tblW w:w="9072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5"/>
        <w:gridCol w:w="81"/>
        <w:gridCol w:w="4116"/>
        <w:gridCol w:w="1921"/>
        <w:gridCol w:w="559"/>
      </w:tblGrid>
      <w:tr w:rsidR="00F454AB" w:rsidRPr="00F454AB" w14:paraId="418EEE36" w14:textId="77777777" w:rsidTr="005946DB">
        <w:tc>
          <w:tcPr>
            <w:tcW w:w="247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000000"/>
            </w:tcBorders>
            <w:vAlign w:val="center"/>
          </w:tcPr>
          <w:p w14:paraId="7BCE96E6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  <w:szCs w:val="20"/>
                <w:lang w:eastAsia="en-GB"/>
              </w:rPr>
              <w:t>Target Company / Site Size</w:t>
            </w:r>
          </w:p>
        </w:tc>
        <w:tc>
          <w:tcPr>
            <w:tcW w:w="6037" w:type="dxa"/>
            <w:gridSpan w:val="2"/>
            <w:tcBorders>
              <w:top w:val="single" w:sz="12" w:space="0" w:color="auto"/>
              <w:left w:val="single" w:sz="2" w:space="0" w:color="000000"/>
              <w:right w:val="single" w:sz="2" w:space="0" w:color="000000"/>
            </w:tcBorders>
          </w:tcPr>
          <w:p w14:paraId="3F7FFB3A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International</w:t>
            </w:r>
          </w:p>
        </w:tc>
        <w:tc>
          <w:tcPr>
            <w:tcW w:w="559" w:type="dxa"/>
            <w:tcBorders>
              <w:top w:val="single" w:sz="12" w:space="0" w:color="auto"/>
              <w:left w:val="single" w:sz="2" w:space="0" w:color="000000"/>
              <w:right w:val="single" w:sz="12" w:space="0" w:color="auto"/>
            </w:tcBorders>
          </w:tcPr>
          <w:p w14:paraId="2BD5BBB6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266453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35B47378" w14:textId="77777777" w:rsidTr="005946DB">
        <w:tc>
          <w:tcPr>
            <w:tcW w:w="2476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2" w:space="0" w:color="000000"/>
            </w:tcBorders>
            <w:vAlign w:val="center"/>
          </w:tcPr>
          <w:p w14:paraId="23557731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6037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14:paraId="20CA6A05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National</w:t>
            </w:r>
          </w:p>
        </w:tc>
        <w:tc>
          <w:tcPr>
            <w:tcW w:w="559" w:type="dxa"/>
            <w:tcBorders>
              <w:left w:val="single" w:sz="2" w:space="0" w:color="000000"/>
              <w:right w:val="single" w:sz="12" w:space="0" w:color="auto"/>
            </w:tcBorders>
          </w:tcPr>
          <w:p w14:paraId="105205C8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361862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253A9EDB" w14:textId="77777777" w:rsidTr="005946DB">
        <w:tc>
          <w:tcPr>
            <w:tcW w:w="2476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2" w:space="0" w:color="000000"/>
            </w:tcBorders>
            <w:vAlign w:val="center"/>
          </w:tcPr>
          <w:p w14:paraId="66BE83B4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6037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CF8AAD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Local / Subsidiary / New Acquisition</w:t>
            </w:r>
          </w:p>
        </w:tc>
        <w:tc>
          <w:tcPr>
            <w:tcW w:w="559" w:type="dxa"/>
            <w:tcBorders>
              <w:left w:val="single" w:sz="2" w:space="0" w:color="000000"/>
              <w:right w:val="single" w:sz="12" w:space="0" w:color="auto"/>
            </w:tcBorders>
          </w:tcPr>
          <w:p w14:paraId="7607D31B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483578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5CBCFB4B" w14:textId="77777777" w:rsidTr="005946DB">
        <w:tc>
          <w:tcPr>
            <w:tcW w:w="2476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2" w:space="0" w:color="000000"/>
            </w:tcBorders>
            <w:vAlign w:val="center"/>
          </w:tcPr>
          <w:p w14:paraId="54ED0EB3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60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59CC62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Number of Sites</w:t>
            </w:r>
          </w:p>
        </w:tc>
        <w:tc>
          <w:tcPr>
            <w:tcW w:w="55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12" w:space="0" w:color="auto"/>
            </w:tcBorders>
          </w:tcPr>
          <w:p w14:paraId="01029FE6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5CA20CD0" w14:textId="77777777" w:rsidTr="005946DB">
        <w:tc>
          <w:tcPr>
            <w:tcW w:w="2476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2" w:space="0" w:color="000000"/>
            </w:tcBorders>
            <w:vAlign w:val="center"/>
          </w:tcPr>
          <w:p w14:paraId="590143B0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6037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single" w:sz="2" w:space="0" w:color="000000"/>
            </w:tcBorders>
            <w:vAlign w:val="center"/>
          </w:tcPr>
          <w:p w14:paraId="208E9B45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Number of Employees</w:t>
            </w:r>
          </w:p>
        </w:tc>
        <w:tc>
          <w:tcPr>
            <w:tcW w:w="559" w:type="dxa"/>
            <w:tcBorders>
              <w:left w:val="single" w:sz="2" w:space="0" w:color="000000"/>
              <w:bottom w:val="single" w:sz="12" w:space="0" w:color="auto"/>
              <w:right w:val="single" w:sz="12" w:space="0" w:color="auto"/>
            </w:tcBorders>
          </w:tcPr>
          <w:p w14:paraId="19E761DD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72D86545" w14:textId="77777777" w:rsidTr="005946DB">
        <w:tc>
          <w:tcPr>
            <w:tcW w:w="247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</w:tcBorders>
            <w:vAlign w:val="center"/>
          </w:tcPr>
          <w:p w14:paraId="4FD263E0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Site Locations</w:t>
            </w:r>
          </w:p>
        </w:tc>
        <w:tc>
          <w:tcPr>
            <w:tcW w:w="4116" w:type="dxa"/>
            <w:vMerge w:val="restart"/>
            <w:tcBorders>
              <w:top w:val="single" w:sz="12" w:space="0" w:color="auto"/>
              <w:right w:val="single" w:sz="2" w:space="0" w:color="000000"/>
            </w:tcBorders>
            <w:vAlign w:val="center"/>
          </w:tcPr>
          <w:p w14:paraId="554E59D2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</w:p>
          <w:p w14:paraId="39D8B823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  <w:i/>
              </w:rPr>
              <w:t>Please specify …….</w:t>
            </w:r>
          </w:p>
        </w:tc>
        <w:tc>
          <w:tcPr>
            <w:tcW w:w="1921" w:type="dxa"/>
            <w:tcBorders>
              <w:top w:val="single" w:sz="12" w:space="0" w:color="auto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4A1CF14E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Sole occupancy</w:t>
            </w:r>
          </w:p>
        </w:tc>
        <w:tc>
          <w:tcPr>
            <w:tcW w:w="559" w:type="dxa"/>
            <w:tcBorders>
              <w:top w:val="single" w:sz="12" w:space="0" w:color="auto"/>
              <w:left w:val="single" w:sz="2" w:space="0" w:color="000000"/>
              <w:bottom w:val="single" w:sz="4" w:space="0" w:color="000000"/>
              <w:right w:val="single" w:sz="12" w:space="0" w:color="auto"/>
            </w:tcBorders>
          </w:tcPr>
          <w:p w14:paraId="536207F7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231818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45078695" w14:textId="77777777" w:rsidTr="005946DB">
        <w:tc>
          <w:tcPr>
            <w:tcW w:w="2476" w:type="dxa"/>
            <w:gridSpan w:val="2"/>
            <w:vMerge/>
            <w:tcBorders>
              <w:top w:val="single" w:sz="8" w:space="0" w:color="000000"/>
              <w:left w:val="single" w:sz="12" w:space="0" w:color="auto"/>
              <w:bottom w:val="single" w:sz="8" w:space="0" w:color="000000"/>
            </w:tcBorders>
            <w:vAlign w:val="center"/>
          </w:tcPr>
          <w:p w14:paraId="72B20066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4116" w:type="dxa"/>
            <w:vMerge/>
            <w:tcBorders>
              <w:right w:val="single" w:sz="2" w:space="0" w:color="000000"/>
            </w:tcBorders>
          </w:tcPr>
          <w:p w14:paraId="31C63E78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rPr>
                <w:rFonts w:asciiTheme="majorHAnsi" w:hAnsiTheme="majorHAnsi" w:cstheme="majorHAnsi"/>
              </w:rPr>
            </w:pPr>
          </w:p>
        </w:tc>
        <w:tc>
          <w:tcPr>
            <w:tcW w:w="192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D574D59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Multi-tenancy</w:t>
            </w:r>
          </w:p>
        </w:tc>
        <w:tc>
          <w:tcPr>
            <w:tcW w:w="559" w:type="dxa"/>
            <w:tcBorders>
              <w:left w:val="single" w:sz="2" w:space="0" w:color="000000"/>
              <w:bottom w:val="single" w:sz="8" w:space="0" w:color="000000"/>
              <w:right w:val="single" w:sz="12" w:space="0" w:color="auto"/>
            </w:tcBorders>
          </w:tcPr>
          <w:p w14:paraId="393F1B4F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2013639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6D7F2B3D" w14:textId="77777777" w:rsidTr="005946DB">
        <w:tc>
          <w:tcPr>
            <w:tcW w:w="2476" w:type="dxa"/>
            <w:gridSpan w:val="2"/>
            <w:vMerge w:val="restart"/>
            <w:tcBorders>
              <w:top w:val="single" w:sz="8" w:space="0" w:color="000000"/>
              <w:left w:val="single" w:sz="12" w:space="0" w:color="auto"/>
              <w:bottom w:val="single" w:sz="8" w:space="0" w:color="000000"/>
            </w:tcBorders>
            <w:vAlign w:val="center"/>
          </w:tcPr>
          <w:p w14:paraId="4CC2D6A6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Site Locations</w:t>
            </w:r>
          </w:p>
        </w:tc>
        <w:tc>
          <w:tcPr>
            <w:tcW w:w="4116" w:type="dxa"/>
            <w:vMerge w:val="restart"/>
            <w:tcBorders>
              <w:right w:val="single" w:sz="2" w:space="0" w:color="000000"/>
            </w:tcBorders>
          </w:tcPr>
          <w:p w14:paraId="69B173F2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</w:p>
          <w:p w14:paraId="57B9FC5B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  <w:i/>
              </w:rPr>
              <w:t>Please specify …….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513090D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Sole occupancy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2" w:space="0" w:color="000000"/>
              <w:bottom w:val="single" w:sz="8" w:space="0" w:color="000000"/>
              <w:right w:val="single" w:sz="12" w:space="0" w:color="auto"/>
            </w:tcBorders>
          </w:tcPr>
          <w:p w14:paraId="164EF0F9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2038504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59F6DC86" w14:textId="77777777" w:rsidTr="005946DB">
        <w:tc>
          <w:tcPr>
            <w:tcW w:w="2476" w:type="dxa"/>
            <w:gridSpan w:val="2"/>
            <w:vMerge/>
            <w:tcBorders>
              <w:top w:val="single" w:sz="8" w:space="0" w:color="000000"/>
              <w:left w:val="single" w:sz="12" w:space="0" w:color="auto"/>
              <w:bottom w:val="single" w:sz="8" w:space="0" w:color="000000"/>
            </w:tcBorders>
            <w:vAlign w:val="center"/>
          </w:tcPr>
          <w:p w14:paraId="42AAB87F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4116" w:type="dxa"/>
            <w:vMerge/>
            <w:tcBorders>
              <w:right w:val="single" w:sz="2" w:space="0" w:color="000000"/>
            </w:tcBorders>
          </w:tcPr>
          <w:p w14:paraId="2A74CB5C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5DAA5F7D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Multi-tenancy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12" w:space="0" w:color="auto"/>
            </w:tcBorders>
          </w:tcPr>
          <w:p w14:paraId="6C1E1ACB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595361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0A0475A6" w14:textId="77777777" w:rsidTr="005946DB">
        <w:tc>
          <w:tcPr>
            <w:tcW w:w="2395" w:type="dxa"/>
            <w:tcBorders>
              <w:left w:val="single" w:sz="12" w:space="0" w:color="000000"/>
              <w:bottom w:val="single" w:sz="12" w:space="0" w:color="000000"/>
              <w:right w:val="single" w:sz="4" w:space="0" w:color="auto"/>
            </w:tcBorders>
            <w:vAlign w:val="center"/>
          </w:tcPr>
          <w:p w14:paraId="6E76E767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Additional Information</w:t>
            </w:r>
          </w:p>
        </w:tc>
        <w:tc>
          <w:tcPr>
            <w:tcW w:w="6677" w:type="dxa"/>
            <w:gridSpan w:val="4"/>
            <w:tcBorders>
              <w:left w:val="single" w:sz="4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14:paraId="62985BBE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68220AD0" w14:textId="77777777" w:rsidR="00F454AB" w:rsidRPr="00F454AB" w:rsidRDefault="00F454AB" w:rsidP="00F454AB">
      <w:pPr>
        <w:rPr>
          <w:rFonts w:asciiTheme="majorHAnsi" w:eastAsia="Calibri" w:hAnsiTheme="majorHAnsi" w:cstheme="majorHAnsi"/>
          <w:lang w:val="en-IE"/>
        </w:rPr>
      </w:pPr>
      <w:bookmarkStart w:id="49" w:name="definitions"/>
      <w:bookmarkStart w:id="50" w:name="_Hlk51065807"/>
    </w:p>
    <w:p w14:paraId="7D05BF86" w14:textId="77777777" w:rsidR="009F3C99" w:rsidRDefault="009F3C99">
      <w:pPr>
        <w:rPr>
          <w:rFonts w:asciiTheme="majorHAnsi" w:eastAsia="Calibri" w:hAnsiTheme="majorHAnsi" w:cstheme="majorHAnsi"/>
          <w:b/>
          <w:bCs/>
          <w:sz w:val="28"/>
          <w:szCs w:val="20"/>
          <w:lang w:val="en-IE"/>
        </w:rPr>
      </w:pPr>
      <w:bookmarkStart w:id="51" w:name="_Toc99702128"/>
      <w:r>
        <w:rPr>
          <w:rFonts w:eastAsia="Calibri" w:cstheme="majorHAnsi"/>
          <w:szCs w:val="20"/>
          <w:lang w:val="en-IE"/>
        </w:rPr>
        <w:br w:type="page"/>
      </w:r>
    </w:p>
    <w:p w14:paraId="60918272" w14:textId="77777777" w:rsidR="00F454AB" w:rsidRPr="00F454AB" w:rsidRDefault="00F454AB" w:rsidP="00F454AB">
      <w:pPr>
        <w:pStyle w:val="Heading2"/>
        <w:spacing w:before="240"/>
        <w:rPr>
          <w:rFonts w:eastAsia="Calibri" w:cstheme="majorHAnsi"/>
          <w:color w:val="auto"/>
          <w:szCs w:val="20"/>
          <w:lang w:val="en-IE"/>
        </w:rPr>
      </w:pPr>
      <w:bookmarkStart w:id="52" w:name="_Toc216248339"/>
      <w:r w:rsidRPr="00F454AB">
        <w:rPr>
          <w:rFonts w:eastAsia="Calibri" w:cstheme="majorHAnsi"/>
          <w:color w:val="auto"/>
          <w:szCs w:val="20"/>
          <w:lang w:val="en-IE"/>
        </w:rPr>
        <w:t>IOT PENETRATION TEST</w:t>
      </w:r>
      <w:bookmarkEnd w:id="51"/>
      <w:bookmarkEnd w:id="52"/>
    </w:p>
    <w:tbl>
      <w:tblPr>
        <w:tblW w:w="905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02"/>
        <w:gridCol w:w="1076"/>
        <w:gridCol w:w="429"/>
        <w:gridCol w:w="4634"/>
        <w:gridCol w:w="1315"/>
      </w:tblGrid>
      <w:tr w:rsidR="00F454AB" w:rsidRPr="00F454AB" w14:paraId="16FB4F9B" w14:textId="77777777" w:rsidTr="005946DB">
        <w:trPr>
          <w:trHeight w:val="348"/>
        </w:trPr>
        <w:tc>
          <w:tcPr>
            <w:tcW w:w="16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000000"/>
            </w:tcBorders>
            <w:vAlign w:val="center"/>
          </w:tcPr>
          <w:p w14:paraId="4946388A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  <w:r w:rsidRPr="00F454AB">
              <w:rPr>
                <w:rFonts w:asciiTheme="majorHAnsi" w:hAnsiTheme="majorHAnsi" w:cstheme="majorHAnsi"/>
                <w:b/>
                <w:szCs w:val="20"/>
                <w:lang w:eastAsia="en-GB"/>
              </w:rPr>
              <w:t>Product Name</w:t>
            </w:r>
          </w:p>
        </w:tc>
        <w:tc>
          <w:tcPr>
            <w:tcW w:w="7454" w:type="dxa"/>
            <w:gridSpan w:val="4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14:paraId="25F3D9E8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247FFF1B" w14:textId="77777777" w:rsidTr="005946DB">
        <w:trPr>
          <w:trHeight w:val="348"/>
        </w:trPr>
        <w:tc>
          <w:tcPr>
            <w:tcW w:w="1602" w:type="dxa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000000"/>
            </w:tcBorders>
            <w:vAlign w:val="center"/>
          </w:tcPr>
          <w:p w14:paraId="4229BB3C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  <w:r w:rsidRPr="00F454AB">
              <w:rPr>
                <w:rFonts w:asciiTheme="majorHAnsi" w:hAnsiTheme="majorHAnsi" w:cstheme="majorHAnsi"/>
                <w:b/>
                <w:szCs w:val="20"/>
                <w:lang w:eastAsia="en-GB"/>
              </w:rPr>
              <w:t>Initial Scope</w:t>
            </w:r>
          </w:p>
        </w:tc>
        <w:tc>
          <w:tcPr>
            <w:tcW w:w="6139" w:type="dxa"/>
            <w:gridSpan w:val="3"/>
            <w:tcBorders>
              <w:top w:val="single" w:sz="12" w:space="0" w:color="auto"/>
              <w:left w:val="single" w:sz="2" w:space="0" w:color="000000"/>
              <w:right w:val="single" w:sz="2" w:space="0" w:color="000000"/>
            </w:tcBorders>
            <w:vAlign w:val="center"/>
          </w:tcPr>
          <w:p w14:paraId="5600C30A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  <w:lang w:eastAsia="en-GB"/>
              </w:rPr>
              <w:t>Field Device</w:t>
            </w:r>
          </w:p>
        </w:tc>
        <w:tc>
          <w:tcPr>
            <w:tcW w:w="1315" w:type="dxa"/>
            <w:tcBorders>
              <w:top w:val="single" w:sz="12" w:space="0" w:color="auto"/>
              <w:left w:val="single" w:sz="2" w:space="0" w:color="000000"/>
              <w:right w:val="single" w:sz="12" w:space="0" w:color="auto"/>
            </w:tcBorders>
          </w:tcPr>
          <w:p w14:paraId="76473317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085725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396226F4" w14:textId="77777777" w:rsidTr="005946DB">
        <w:trPr>
          <w:trHeight w:val="348"/>
        </w:trPr>
        <w:tc>
          <w:tcPr>
            <w:tcW w:w="1602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000000"/>
            </w:tcBorders>
            <w:vAlign w:val="center"/>
          </w:tcPr>
          <w:p w14:paraId="5D6A6B20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6139" w:type="dxa"/>
            <w:gridSpan w:val="3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single" w:sz="2" w:space="0" w:color="000000"/>
            </w:tcBorders>
            <w:vAlign w:val="center"/>
          </w:tcPr>
          <w:p w14:paraId="569C8CEE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  <w:lang w:eastAsia="en-GB"/>
              </w:rPr>
              <w:t>Ecosystem</w:t>
            </w:r>
          </w:p>
        </w:tc>
        <w:tc>
          <w:tcPr>
            <w:tcW w:w="1315" w:type="dxa"/>
            <w:tcBorders>
              <w:left w:val="single" w:sz="2" w:space="0" w:color="000000"/>
              <w:bottom w:val="single" w:sz="12" w:space="0" w:color="auto"/>
              <w:right w:val="single" w:sz="12" w:space="0" w:color="auto"/>
            </w:tcBorders>
          </w:tcPr>
          <w:p w14:paraId="4ED76C4A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585676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46B87952" w14:textId="77777777" w:rsidTr="005946DB">
        <w:trPr>
          <w:trHeight w:val="189"/>
        </w:trPr>
        <w:tc>
          <w:tcPr>
            <w:tcW w:w="16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057D30D7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  <w:lang w:val="en-IE" w:eastAsia="en-IE"/>
              </w:rPr>
            </w:pPr>
            <w:r w:rsidRPr="00F454AB">
              <w:rPr>
                <w:rFonts w:asciiTheme="majorHAnsi" w:hAnsiTheme="majorHAnsi" w:cstheme="majorHAnsi"/>
                <w:b/>
                <w:lang w:val="en-IE" w:eastAsia="en-IE"/>
              </w:rPr>
              <w:t>Brief Description of Function</w:t>
            </w:r>
          </w:p>
        </w:tc>
        <w:tc>
          <w:tcPr>
            <w:tcW w:w="7454" w:type="dxa"/>
            <w:gridSpan w:val="4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2EC7658C" w14:textId="77777777" w:rsidR="00F454AB" w:rsidRPr="00F454AB" w:rsidRDefault="00F454AB" w:rsidP="005946DB">
            <w:pPr>
              <w:rPr>
                <w:rFonts w:asciiTheme="majorHAnsi" w:hAnsiTheme="majorHAnsi" w:cstheme="majorHAnsi"/>
                <w:lang w:val="en-IE" w:eastAsia="en-IE"/>
              </w:rPr>
            </w:pPr>
          </w:p>
          <w:p w14:paraId="328F839A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i/>
                <w:lang w:val="en-IE" w:eastAsia="en-IE"/>
              </w:rPr>
            </w:pPr>
            <w:r w:rsidRPr="00F454AB">
              <w:rPr>
                <w:rFonts w:asciiTheme="majorHAnsi" w:hAnsiTheme="majorHAnsi" w:cstheme="majorHAnsi"/>
                <w:i/>
                <w:lang w:val="en-IE" w:eastAsia="en-IE"/>
              </w:rPr>
              <w:t xml:space="preserve">Please describe the main purposes of the product and what functions it provides </w:t>
            </w:r>
            <w:proofErr w:type="gramStart"/>
            <w:r w:rsidRPr="00F454AB">
              <w:rPr>
                <w:rFonts w:asciiTheme="majorHAnsi" w:hAnsiTheme="majorHAnsi" w:cstheme="majorHAnsi"/>
                <w:i/>
                <w:lang w:val="en-IE" w:eastAsia="en-IE"/>
              </w:rPr>
              <w:t>…..</w:t>
            </w:r>
            <w:proofErr w:type="gramEnd"/>
          </w:p>
        </w:tc>
      </w:tr>
      <w:tr w:rsidR="00F454AB" w:rsidRPr="00F454AB" w14:paraId="79E4DE56" w14:textId="77777777" w:rsidTr="005946DB">
        <w:trPr>
          <w:trHeight w:val="348"/>
        </w:trPr>
        <w:tc>
          <w:tcPr>
            <w:tcW w:w="1602" w:type="dxa"/>
            <w:vMerge w:val="restart"/>
            <w:tcBorders>
              <w:left w:val="single" w:sz="12" w:space="0" w:color="auto"/>
              <w:right w:val="single" w:sz="2" w:space="0" w:color="000000"/>
            </w:tcBorders>
            <w:vAlign w:val="center"/>
          </w:tcPr>
          <w:p w14:paraId="2E13187B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bCs/>
                <w:szCs w:val="20"/>
                <w:lang w:eastAsia="en-GB"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Test Parameters</w:t>
            </w:r>
          </w:p>
        </w:tc>
        <w:tc>
          <w:tcPr>
            <w:tcW w:w="6139" w:type="dxa"/>
            <w:gridSpan w:val="3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2D9EEA6C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</w:rPr>
              <w:t xml:space="preserve">Can the IoT devices be shipped to Integrity360 offices? </w:t>
            </w:r>
          </w:p>
        </w:tc>
        <w:tc>
          <w:tcPr>
            <w:tcW w:w="1315" w:type="dxa"/>
            <w:tcBorders>
              <w:left w:val="single" w:sz="2" w:space="0" w:color="000000"/>
              <w:right w:val="single" w:sz="12" w:space="0" w:color="auto"/>
            </w:tcBorders>
            <w:vAlign w:val="center"/>
          </w:tcPr>
          <w:p w14:paraId="4493EC81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496303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77C1F1A7" w14:textId="77777777" w:rsidTr="005946DB">
        <w:trPr>
          <w:trHeight w:val="348"/>
        </w:trPr>
        <w:tc>
          <w:tcPr>
            <w:tcW w:w="1602" w:type="dxa"/>
            <w:vMerge/>
            <w:tcBorders>
              <w:left w:val="single" w:sz="12" w:space="0" w:color="auto"/>
              <w:right w:val="single" w:sz="2" w:space="0" w:color="000000"/>
            </w:tcBorders>
            <w:vAlign w:val="center"/>
          </w:tcPr>
          <w:p w14:paraId="5C328266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</w:rPr>
            </w:pPr>
          </w:p>
        </w:tc>
        <w:tc>
          <w:tcPr>
            <w:tcW w:w="6139" w:type="dxa"/>
            <w:gridSpan w:val="3"/>
            <w:tcBorders>
              <w:top w:val="nil"/>
              <w:left w:val="single" w:sz="2" w:space="0" w:color="000000"/>
              <w:right w:val="single" w:sz="2" w:space="0" w:color="000000"/>
            </w:tcBorders>
            <w:vAlign w:val="center"/>
          </w:tcPr>
          <w:p w14:paraId="18C17852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Will support be provided for setup?</w:t>
            </w:r>
          </w:p>
        </w:tc>
        <w:tc>
          <w:tcPr>
            <w:tcW w:w="1315" w:type="dxa"/>
            <w:tcBorders>
              <w:left w:val="single" w:sz="2" w:space="0" w:color="000000"/>
              <w:right w:val="single" w:sz="12" w:space="0" w:color="auto"/>
            </w:tcBorders>
            <w:vAlign w:val="center"/>
          </w:tcPr>
          <w:p w14:paraId="51319F87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091125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03F95175" w14:textId="77777777" w:rsidTr="005946DB">
        <w:trPr>
          <w:trHeight w:val="348"/>
        </w:trPr>
        <w:tc>
          <w:tcPr>
            <w:tcW w:w="1602" w:type="dxa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000000"/>
            </w:tcBorders>
            <w:vAlign w:val="center"/>
          </w:tcPr>
          <w:p w14:paraId="66609E49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bCs/>
                <w:szCs w:val="20"/>
                <w:lang w:eastAsia="en-GB"/>
              </w:rPr>
            </w:pPr>
            <w:r w:rsidRPr="00F454AB">
              <w:rPr>
                <w:rFonts w:asciiTheme="majorHAnsi" w:hAnsiTheme="majorHAnsi" w:cstheme="majorHAnsi"/>
                <w:b/>
                <w:bCs/>
                <w:lang w:eastAsia="en-GB"/>
              </w:rPr>
              <w:t>Field Device</w:t>
            </w:r>
          </w:p>
        </w:tc>
        <w:tc>
          <w:tcPr>
            <w:tcW w:w="6139" w:type="dxa"/>
            <w:gridSpan w:val="3"/>
            <w:tcBorders>
              <w:top w:val="single" w:sz="12" w:space="0" w:color="auto"/>
              <w:left w:val="single" w:sz="2" w:space="0" w:color="000000"/>
              <w:right w:val="single" w:sz="2" w:space="0" w:color="000000"/>
            </w:tcBorders>
            <w:vAlign w:val="center"/>
          </w:tcPr>
          <w:p w14:paraId="23A531DC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  <w:lang w:eastAsia="en-GB"/>
              </w:rPr>
              <w:t>Sensors, Actuators/Valves, Motors, Lights etc.. (On-prem)</w:t>
            </w:r>
          </w:p>
          <w:p w14:paraId="13768883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  <w:i/>
              </w:rPr>
              <w:t>Please specify .......</w:t>
            </w:r>
          </w:p>
        </w:tc>
        <w:tc>
          <w:tcPr>
            <w:tcW w:w="1315" w:type="dxa"/>
            <w:tcBorders>
              <w:top w:val="single" w:sz="12" w:space="0" w:color="auto"/>
              <w:left w:val="single" w:sz="2" w:space="0" w:color="000000"/>
              <w:right w:val="single" w:sz="12" w:space="0" w:color="auto"/>
            </w:tcBorders>
            <w:vAlign w:val="center"/>
          </w:tcPr>
          <w:p w14:paraId="455FB6EC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748117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07A30B6B" w14:textId="77777777" w:rsidTr="005946DB">
        <w:trPr>
          <w:trHeight w:val="348"/>
        </w:trPr>
        <w:tc>
          <w:tcPr>
            <w:tcW w:w="1602" w:type="dxa"/>
            <w:vMerge/>
            <w:tcBorders>
              <w:left w:val="single" w:sz="12" w:space="0" w:color="auto"/>
              <w:right w:val="single" w:sz="2" w:space="0" w:color="000000"/>
            </w:tcBorders>
            <w:vAlign w:val="center"/>
          </w:tcPr>
          <w:p w14:paraId="0EB6A131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6139" w:type="dxa"/>
            <w:gridSpan w:val="3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0F52844F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  <w:lang w:eastAsia="en-GB"/>
              </w:rPr>
              <w:t xml:space="preserve">Web application    </w:t>
            </w:r>
            <w:r w:rsidRPr="00F454AB">
              <w:rPr>
                <w:rFonts w:asciiTheme="majorHAnsi" w:hAnsiTheme="majorHAnsi" w:cstheme="majorHAnsi"/>
                <w:i/>
              </w:rPr>
              <w:t>Please complete an application table</w:t>
            </w:r>
          </w:p>
        </w:tc>
        <w:tc>
          <w:tcPr>
            <w:tcW w:w="1315" w:type="dxa"/>
            <w:tcBorders>
              <w:left w:val="single" w:sz="2" w:space="0" w:color="000000"/>
              <w:right w:val="single" w:sz="12" w:space="0" w:color="auto"/>
            </w:tcBorders>
            <w:vAlign w:val="center"/>
          </w:tcPr>
          <w:p w14:paraId="6BAA8451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482454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1F333EFF" w14:textId="77777777" w:rsidTr="005946DB">
        <w:trPr>
          <w:trHeight w:val="348"/>
        </w:trPr>
        <w:tc>
          <w:tcPr>
            <w:tcW w:w="1602" w:type="dxa"/>
            <w:vMerge/>
            <w:tcBorders>
              <w:left w:val="single" w:sz="12" w:space="0" w:color="auto"/>
              <w:right w:val="single" w:sz="2" w:space="0" w:color="000000"/>
            </w:tcBorders>
            <w:vAlign w:val="center"/>
          </w:tcPr>
          <w:p w14:paraId="14F9C23E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6139" w:type="dxa"/>
            <w:gridSpan w:val="3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4C9D8B1B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  <w:lang w:eastAsia="en-GB"/>
              </w:rPr>
              <w:t xml:space="preserve">Mobile app    </w:t>
            </w:r>
            <w:r w:rsidRPr="00F454AB">
              <w:rPr>
                <w:rFonts w:asciiTheme="majorHAnsi" w:hAnsiTheme="majorHAnsi" w:cstheme="majorHAnsi"/>
                <w:i/>
              </w:rPr>
              <w:t>Please complete a mobile app table</w:t>
            </w:r>
          </w:p>
        </w:tc>
        <w:tc>
          <w:tcPr>
            <w:tcW w:w="1315" w:type="dxa"/>
            <w:tcBorders>
              <w:left w:val="single" w:sz="2" w:space="0" w:color="000000"/>
              <w:right w:val="single" w:sz="12" w:space="0" w:color="auto"/>
            </w:tcBorders>
            <w:vAlign w:val="center"/>
          </w:tcPr>
          <w:p w14:paraId="52EE68B1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94127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76DC22DE" w14:textId="77777777" w:rsidTr="005946DB">
        <w:trPr>
          <w:trHeight w:val="156"/>
        </w:trPr>
        <w:tc>
          <w:tcPr>
            <w:tcW w:w="1602" w:type="dxa"/>
            <w:vMerge/>
            <w:tcBorders>
              <w:left w:val="single" w:sz="12" w:space="0" w:color="auto"/>
              <w:right w:val="single" w:sz="2" w:space="0" w:color="000000"/>
            </w:tcBorders>
            <w:vAlign w:val="center"/>
          </w:tcPr>
          <w:p w14:paraId="0C04774F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1505" w:type="dxa"/>
            <w:gridSpan w:val="2"/>
            <w:vMerge w:val="restart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2261CDCB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  <w:lang w:eastAsia="en-GB"/>
              </w:rPr>
              <w:t>Interfaces</w:t>
            </w:r>
          </w:p>
        </w:tc>
        <w:tc>
          <w:tcPr>
            <w:tcW w:w="4634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1D20B226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lang w:eastAsia="en-GB"/>
              </w:rPr>
              <w:t>Local</w:t>
            </w:r>
            <w:r w:rsidRPr="00F454AB">
              <w:rPr>
                <w:rFonts w:asciiTheme="majorHAnsi" w:hAnsiTheme="majorHAnsi" w:cstheme="majorHAnsi"/>
                <w:i/>
              </w:rPr>
              <w:t xml:space="preserve"> </w:t>
            </w:r>
          </w:p>
          <w:p w14:paraId="0A5F27A3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  <w:i/>
              </w:rPr>
              <w:t>Please specify .......</w:t>
            </w:r>
          </w:p>
        </w:tc>
        <w:tc>
          <w:tcPr>
            <w:tcW w:w="1315" w:type="dxa"/>
            <w:tcBorders>
              <w:left w:val="single" w:sz="2" w:space="0" w:color="000000"/>
              <w:right w:val="single" w:sz="12" w:space="0" w:color="auto"/>
            </w:tcBorders>
            <w:vAlign w:val="center"/>
          </w:tcPr>
          <w:p w14:paraId="7F8044CB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822359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39698A76" w14:textId="77777777" w:rsidTr="005946DB">
        <w:trPr>
          <w:trHeight w:val="155"/>
        </w:trPr>
        <w:tc>
          <w:tcPr>
            <w:tcW w:w="1602" w:type="dxa"/>
            <w:vMerge/>
            <w:tcBorders>
              <w:left w:val="single" w:sz="12" w:space="0" w:color="auto"/>
              <w:right w:val="single" w:sz="2" w:space="0" w:color="000000"/>
            </w:tcBorders>
            <w:vAlign w:val="center"/>
          </w:tcPr>
          <w:p w14:paraId="76329A0D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1505" w:type="dxa"/>
            <w:gridSpan w:val="2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0E4CEB39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</w:p>
        </w:tc>
        <w:tc>
          <w:tcPr>
            <w:tcW w:w="4634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37E89EFB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</w:rPr>
              <w:t>Wireless/RF</w:t>
            </w:r>
            <w:r w:rsidRPr="00F454AB">
              <w:rPr>
                <w:rFonts w:asciiTheme="majorHAnsi" w:hAnsiTheme="majorHAnsi" w:cstheme="majorHAnsi"/>
                <w:i/>
              </w:rPr>
              <w:t xml:space="preserve"> </w:t>
            </w:r>
          </w:p>
          <w:p w14:paraId="7227E2A4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  <w:i/>
              </w:rPr>
              <w:t>Please specify .......</w:t>
            </w:r>
          </w:p>
        </w:tc>
        <w:tc>
          <w:tcPr>
            <w:tcW w:w="1315" w:type="dxa"/>
            <w:tcBorders>
              <w:left w:val="single" w:sz="2" w:space="0" w:color="000000"/>
              <w:right w:val="single" w:sz="12" w:space="0" w:color="auto"/>
            </w:tcBorders>
            <w:vAlign w:val="center"/>
          </w:tcPr>
          <w:p w14:paraId="7F2E9726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274680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41A894FD" w14:textId="77777777" w:rsidTr="005946DB">
        <w:trPr>
          <w:trHeight w:val="150"/>
        </w:trPr>
        <w:tc>
          <w:tcPr>
            <w:tcW w:w="1602" w:type="dxa"/>
            <w:vMerge/>
            <w:tcBorders>
              <w:left w:val="single" w:sz="12" w:space="0" w:color="auto"/>
              <w:right w:val="single" w:sz="2" w:space="0" w:color="000000"/>
            </w:tcBorders>
            <w:vAlign w:val="center"/>
          </w:tcPr>
          <w:p w14:paraId="20F19BDF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1505" w:type="dxa"/>
            <w:gridSpan w:val="2"/>
            <w:vMerge w:val="restart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6FF58D08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</w:rPr>
              <w:t>Protocols</w:t>
            </w:r>
          </w:p>
        </w:tc>
        <w:tc>
          <w:tcPr>
            <w:tcW w:w="4634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3A304FA3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lang w:eastAsia="en-GB"/>
              </w:rPr>
              <w:t>ICS</w:t>
            </w:r>
            <w:r w:rsidRPr="00F454AB">
              <w:rPr>
                <w:rFonts w:asciiTheme="majorHAnsi" w:hAnsiTheme="majorHAnsi" w:cstheme="majorHAnsi"/>
                <w:i/>
              </w:rPr>
              <w:t xml:space="preserve"> </w:t>
            </w:r>
          </w:p>
          <w:p w14:paraId="6A6BF10F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  <w:i/>
              </w:rPr>
              <w:t>Please specify .......</w:t>
            </w:r>
          </w:p>
        </w:tc>
        <w:tc>
          <w:tcPr>
            <w:tcW w:w="1315" w:type="dxa"/>
            <w:tcBorders>
              <w:left w:val="single" w:sz="2" w:space="0" w:color="000000"/>
              <w:right w:val="single" w:sz="12" w:space="0" w:color="auto"/>
            </w:tcBorders>
            <w:vAlign w:val="center"/>
          </w:tcPr>
          <w:p w14:paraId="4A0BCC47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175692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1DD3D996" w14:textId="77777777" w:rsidTr="005946DB">
        <w:trPr>
          <w:trHeight w:val="150"/>
        </w:trPr>
        <w:tc>
          <w:tcPr>
            <w:tcW w:w="1602" w:type="dxa"/>
            <w:vMerge/>
            <w:tcBorders>
              <w:left w:val="single" w:sz="12" w:space="0" w:color="auto"/>
              <w:right w:val="single" w:sz="2" w:space="0" w:color="000000"/>
            </w:tcBorders>
            <w:vAlign w:val="center"/>
          </w:tcPr>
          <w:p w14:paraId="7B68758A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1505" w:type="dxa"/>
            <w:gridSpan w:val="2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717221D8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</w:p>
        </w:tc>
        <w:tc>
          <w:tcPr>
            <w:tcW w:w="4634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42895F45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lang w:eastAsia="en-GB"/>
              </w:rPr>
              <w:t>IoT</w:t>
            </w:r>
            <w:r w:rsidRPr="00F454AB">
              <w:rPr>
                <w:rFonts w:asciiTheme="majorHAnsi" w:hAnsiTheme="majorHAnsi" w:cstheme="majorHAnsi"/>
                <w:i/>
              </w:rPr>
              <w:t xml:space="preserve"> </w:t>
            </w:r>
          </w:p>
          <w:p w14:paraId="2B18A106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  <w:i/>
              </w:rPr>
              <w:t>Please specify .......</w:t>
            </w:r>
          </w:p>
        </w:tc>
        <w:tc>
          <w:tcPr>
            <w:tcW w:w="1315" w:type="dxa"/>
            <w:tcBorders>
              <w:left w:val="single" w:sz="2" w:space="0" w:color="000000"/>
              <w:right w:val="single" w:sz="12" w:space="0" w:color="auto"/>
            </w:tcBorders>
            <w:vAlign w:val="center"/>
          </w:tcPr>
          <w:p w14:paraId="6AE63D8A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419868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25D0432F" w14:textId="77777777" w:rsidTr="005946DB">
        <w:trPr>
          <w:trHeight w:val="100"/>
        </w:trPr>
        <w:tc>
          <w:tcPr>
            <w:tcW w:w="1602" w:type="dxa"/>
            <w:vMerge/>
            <w:tcBorders>
              <w:left w:val="single" w:sz="12" w:space="0" w:color="auto"/>
              <w:right w:val="single" w:sz="2" w:space="0" w:color="000000"/>
            </w:tcBorders>
            <w:vAlign w:val="center"/>
          </w:tcPr>
          <w:p w14:paraId="634F0C1B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6139" w:type="dxa"/>
            <w:gridSpan w:val="3"/>
            <w:tcBorders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6A9065FC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  <w:lang w:eastAsia="en-GB"/>
              </w:rPr>
              <w:t>Firmware</w:t>
            </w:r>
          </w:p>
        </w:tc>
        <w:tc>
          <w:tcPr>
            <w:tcW w:w="1315" w:type="dxa"/>
            <w:tcBorders>
              <w:left w:val="single" w:sz="2" w:space="0" w:color="000000"/>
              <w:right w:val="single" w:sz="12" w:space="0" w:color="auto"/>
            </w:tcBorders>
            <w:vAlign w:val="center"/>
          </w:tcPr>
          <w:p w14:paraId="40A57041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948272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5ACE5C5E" w14:textId="77777777" w:rsidTr="005946DB">
        <w:trPr>
          <w:trHeight w:val="100"/>
        </w:trPr>
        <w:tc>
          <w:tcPr>
            <w:tcW w:w="1602" w:type="dxa"/>
            <w:vMerge/>
            <w:tcBorders>
              <w:left w:val="single" w:sz="12" w:space="0" w:color="auto"/>
              <w:right w:val="single" w:sz="2" w:space="0" w:color="000000"/>
            </w:tcBorders>
            <w:vAlign w:val="center"/>
          </w:tcPr>
          <w:p w14:paraId="41AE262F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6139" w:type="dxa"/>
            <w:gridSpan w:val="3"/>
            <w:tcBorders>
              <w:top w:val="nil"/>
              <w:left w:val="single" w:sz="2" w:space="0" w:color="000000"/>
              <w:right w:val="single" w:sz="2" w:space="0" w:color="000000"/>
            </w:tcBorders>
            <w:vAlign w:val="center"/>
          </w:tcPr>
          <w:p w14:paraId="50FBB72F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</w:rPr>
              <w:t>Can the unencrypted firmware binary be shared?</w:t>
            </w:r>
          </w:p>
        </w:tc>
        <w:tc>
          <w:tcPr>
            <w:tcW w:w="1315" w:type="dxa"/>
            <w:tcBorders>
              <w:left w:val="single" w:sz="2" w:space="0" w:color="000000"/>
              <w:right w:val="single" w:sz="12" w:space="0" w:color="auto"/>
            </w:tcBorders>
            <w:vAlign w:val="center"/>
          </w:tcPr>
          <w:p w14:paraId="63AF654E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374221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68F669E6" w14:textId="77777777" w:rsidTr="005946DB">
        <w:trPr>
          <w:trHeight w:val="348"/>
        </w:trPr>
        <w:tc>
          <w:tcPr>
            <w:tcW w:w="1602" w:type="dxa"/>
            <w:vMerge/>
            <w:tcBorders>
              <w:left w:val="single" w:sz="12" w:space="0" w:color="auto"/>
              <w:right w:val="single" w:sz="2" w:space="0" w:color="000000"/>
            </w:tcBorders>
            <w:vAlign w:val="center"/>
          </w:tcPr>
          <w:p w14:paraId="39BA65BB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6139" w:type="dxa"/>
            <w:gridSpan w:val="3"/>
            <w:tcBorders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3EDD79C5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  <w:lang w:eastAsia="en-GB"/>
              </w:rPr>
              <w:t>API Endpoints</w:t>
            </w:r>
            <w:r w:rsidRPr="00F454AB">
              <w:rPr>
                <w:rFonts w:asciiTheme="majorHAnsi" w:hAnsiTheme="majorHAnsi" w:cstheme="majorHAnsi"/>
                <w:i/>
              </w:rPr>
              <w:t xml:space="preserve">    Please complete a web API table</w:t>
            </w:r>
          </w:p>
        </w:tc>
        <w:tc>
          <w:tcPr>
            <w:tcW w:w="1315" w:type="dxa"/>
            <w:tcBorders>
              <w:left w:val="single" w:sz="2" w:space="0" w:color="000000"/>
              <w:right w:val="single" w:sz="12" w:space="0" w:color="auto"/>
            </w:tcBorders>
            <w:vAlign w:val="center"/>
          </w:tcPr>
          <w:p w14:paraId="5195554E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630246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3A129C2A" w14:textId="77777777" w:rsidTr="005946DB">
        <w:trPr>
          <w:trHeight w:val="348"/>
        </w:trPr>
        <w:tc>
          <w:tcPr>
            <w:tcW w:w="1602" w:type="dxa"/>
            <w:vMerge/>
            <w:tcBorders>
              <w:left w:val="single" w:sz="12" w:space="0" w:color="auto"/>
              <w:right w:val="single" w:sz="2" w:space="0" w:color="000000"/>
            </w:tcBorders>
            <w:vAlign w:val="center"/>
          </w:tcPr>
          <w:p w14:paraId="50499138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6139" w:type="dxa"/>
            <w:gridSpan w:val="3"/>
            <w:tcBorders>
              <w:top w:val="nil"/>
              <w:left w:val="single" w:sz="2" w:space="0" w:color="000000"/>
              <w:right w:val="single" w:sz="2" w:space="0" w:color="000000"/>
            </w:tcBorders>
            <w:vAlign w:val="center"/>
          </w:tcPr>
          <w:p w14:paraId="3154E411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</w:rPr>
              <w:t>Total number of endpoints</w:t>
            </w:r>
          </w:p>
        </w:tc>
        <w:tc>
          <w:tcPr>
            <w:tcW w:w="1315" w:type="dxa"/>
            <w:tcBorders>
              <w:left w:val="single" w:sz="2" w:space="0" w:color="000000"/>
              <w:right w:val="single" w:sz="12" w:space="0" w:color="auto"/>
            </w:tcBorders>
            <w:vAlign w:val="center"/>
          </w:tcPr>
          <w:p w14:paraId="20BE2809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0677DA8E" w14:textId="77777777" w:rsidTr="005946DB">
        <w:trPr>
          <w:trHeight w:val="348"/>
        </w:trPr>
        <w:tc>
          <w:tcPr>
            <w:tcW w:w="1602" w:type="dxa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000000"/>
            </w:tcBorders>
            <w:vAlign w:val="center"/>
          </w:tcPr>
          <w:p w14:paraId="76FDC841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bCs/>
                <w:szCs w:val="20"/>
                <w:lang w:eastAsia="en-GB"/>
              </w:rPr>
            </w:pPr>
            <w:r w:rsidRPr="00F454AB">
              <w:rPr>
                <w:rFonts w:asciiTheme="majorHAnsi" w:hAnsiTheme="majorHAnsi" w:cstheme="majorHAnsi"/>
                <w:b/>
                <w:bCs/>
                <w:lang w:eastAsia="en-GB"/>
              </w:rPr>
              <w:t>Cloud</w:t>
            </w:r>
          </w:p>
        </w:tc>
        <w:tc>
          <w:tcPr>
            <w:tcW w:w="1505" w:type="dxa"/>
            <w:gridSpan w:val="2"/>
            <w:vMerge w:val="restart"/>
            <w:tcBorders>
              <w:top w:val="single" w:sz="12" w:space="0" w:color="auto"/>
              <w:left w:val="single" w:sz="2" w:space="0" w:color="000000"/>
              <w:right w:val="single" w:sz="2" w:space="0" w:color="000000"/>
            </w:tcBorders>
            <w:vAlign w:val="center"/>
          </w:tcPr>
          <w:p w14:paraId="00F84D05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  <w:lang w:eastAsia="en-GB"/>
              </w:rPr>
              <w:t>Applications</w:t>
            </w:r>
          </w:p>
          <w:p w14:paraId="50AF5F67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  <w:i/>
              </w:rPr>
              <w:t>Please complete an application table per application</w:t>
            </w:r>
          </w:p>
        </w:tc>
        <w:tc>
          <w:tcPr>
            <w:tcW w:w="4634" w:type="dxa"/>
            <w:tcBorders>
              <w:top w:val="single" w:sz="12" w:space="0" w:color="auto"/>
              <w:left w:val="single" w:sz="2" w:space="0" w:color="000000"/>
              <w:right w:val="single" w:sz="2" w:space="0" w:color="000000"/>
            </w:tcBorders>
            <w:vAlign w:val="center"/>
          </w:tcPr>
          <w:p w14:paraId="72EBE129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  <w:lang w:eastAsia="en-GB"/>
              </w:rPr>
              <w:t>Analytics</w:t>
            </w:r>
          </w:p>
        </w:tc>
        <w:tc>
          <w:tcPr>
            <w:tcW w:w="1315" w:type="dxa"/>
            <w:tcBorders>
              <w:top w:val="single" w:sz="12" w:space="0" w:color="auto"/>
              <w:left w:val="single" w:sz="2" w:space="0" w:color="000000"/>
              <w:right w:val="single" w:sz="12" w:space="0" w:color="auto"/>
            </w:tcBorders>
            <w:vAlign w:val="center"/>
          </w:tcPr>
          <w:p w14:paraId="5E29D907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199662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2C991FD0" w14:textId="77777777" w:rsidTr="005946DB">
        <w:trPr>
          <w:trHeight w:val="348"/>
        </w:trPr>
        <w:tc>
          <w:tcPr>
            <w:tcW w:w="1602" w:type="dxa"/>
            <w:vMerge/>
            <w:tcBorders>
              <w:left w:val="single" w:sz="12" w:space="0" w:color="auto"/>
              <w:right w:val="single" w:sz="2" w:space="0" w:color="000000"/>
            </w:tcBorders>
            <w:vAlign w:val="center"/>
          </w:tcPr>
          <w:p w14:paraId="3F083A79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lang w:eastAsia="en-GB"/>
              </w:rPr>
            </w:pPr>
          </w:p>
        </w:tc>
        <w:tc>
          <w:tcPr>
            <w:tcW w:w="1505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39B81956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</w:p>
        </w:tc>
        <w:tc>
          <w:tcPr>
            <w:tcW w:w="463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66B0C8DD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  <w:lang w:eastAsia="en-GB"/>
              </w:rPr>
              <w:t>Control/Device monitoring/Management</w:t>
            </w:r>
          </w:p>
        </w:tc>
        <w:tc>
          <w:tcPr>
            <w:tcW w:w="1315" w:type="dxa"/>
            <w:tcBorders>
              <w:left w:val="single" w:sz="2" w:space="0" w:color="000000"/>
              <w:right w:val="single" w:sz="12" w:space="0" w:color="auto"/>
            </w:tcBorders>
            <w:vAlign w:val="center"/>
          </w:tcPr>
          <w:p w14:paraId="2716B136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20860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2E3DCE97" w14:textId="77777777" w:rsidTr="005946DB">
        <w:trPr>
          <w:trHeight w:val="348"/>
        </w:trPr>
        <w:tc>
          <w:tcPr>
            <w:tcW w:w="1602" w:type="dxa"/>
            <w:vMerge/>
            <w:tcBorders>
              <w:left w:val="single" w:sz="12" w:space="0" w:color="auto"/>
              <w:right w:val="single" w:sz="2" w:space="0" w:color="000000"/>
            </w:tcBorders>
            <w:vAlign w:val="center"/>
          </w:tcPr>
          <w:p w14:paraId="09663513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lang w:eastAsia="en-GB"/>
              </w:rPr>
            </w:pPr>
          </w:p>
        </w:tc>
        <w:tc>
          <w:tcPr>
            <w:tcW w:w="1505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310ECA75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</w:p>
        </w:tc>
        <w:tc>
          <w:tcPr>
            <w:tcW w:w="463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1F79B8F5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  <w:lang w:eastAsia="en-GB"/>
              </w:rPr>
              <w:t>Provision/Project tool application (</w:t>
            </w:r>
            <w:proofErr w:type="spellStart"/>
            <w:r w:rsidRPr="00F454AB">
              <w:rPr>
                <w:rFonts w:asciiTheme="majorHAnsi" w:hAnsiTheme="majorHAnsi" w:cstheme="majorHAnsi"/>
                <w:lang w:eastAsia="en-GB"/>
              </w:rPr>
              <w:t>devbackoffice</w:t>
            </w:r>
            <w:proofErr w:type="spellEnd"/>
            <w:r w:rsidRPr="00F454AB">
              <w:rPr>
                <w:rFonts w:asciiTheme="majorHAnsi" w:hAnsiTheme="majorHAnsi" w:cstheme="majorHAnsi"/>
                <w:lang w:eastAsia="en-GB"/>
              </w:rPr>
              <w:t>)</w:t>
            </w:r>
          </w:p>
        </w:tc>
        <w:tc>
          <w:tcPr>
            <w:tcW w:w="1315" w:type="dxa"/>
            <w:tcBorders>
              <w:left w:val="single" w:sz="2" w:space="0" w:color="000000"/>
              <w:right w:val="single" w:sz="12" w:space="0" w:color="auto"/>
            </w:tcBorders>
            <w:vAlign w:val="center"/>
          </w:tcPr>
          <w:p w14:paraId="1BB9494D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420763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3535C450" w14:textId="77777777" w:rsidTr="005946DB">
        <w:trPr>
          <w:trHeight w:val="348"/>
        </w:trPr>
        <w:tc>
          <w:tcPr>
            <w:tcW w:w="1602" w:type="dxa"/>
            <w:vMerge/>
            <w:tcBorders>
              <w:left w:val="single" w:sz="12" w:space="0" w:color="auto"/>
              <w:right w:val="single" w:sz="2" w:space="0" w:color="000000"/>
            </w:tcBorders>
            <w:vAlign w:val="center"/>
          </w:tcPr>
          <w:p w14:paraId="142B3280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lang w:eastAsia="en-GB"/>
              </w:rPr>
            </w:pPr>
          </w:p>
        </w:tc>
        <w:tc>
          <w:tcPr>
            <w:tcW w:w="1505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583D2274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</w:p>
        </w:tc>
        <w:tc>
          <w:tcPr>
            <w:tcW w:w="463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3C5FA0B2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  <w:lang w:eastAsia="en-GB"/>
              </w:rPr>
              <w:t>OTA</w:t>
            </w:r>
          </w:p>
        </w:tc>
        <w:tc>
          <w:tcPr>
            <w:tcW w:w="1315" w:type="dxa"/>
            <w:tcBorders>
              <w:left w:val="single" w:sz="2" w:space="0" w:color="000000"/>
              <w:right w:val="single" w:sz="12" w:space="0" w:color="auto"/>
            </w:tcBorders>
            <w:vAlign w:val="center"/>
          </w:tcPr>
          <w:p w14:paraId="3BA49D5D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206318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31DB3C72" w14:textId="77777777" w:rsidTr="005946DB">
        <w:trPr>
          <w:trHeight w:val="348"/>
        </w:trPr>
        <w:tc>
          <w:tcPr>
            <w:tcW w:w="1602" w:type="dxa"/>
            <w:vMerge/>
            <w:tcBorders>
              <w:left w:val="single" w:sz="12" w:space="0" w:color="auto"/>
              <w:right w:val="single" w:sz="2" w:space="0" w:color="000000"/>
            </w:tcBorders>
            <w:vAlign w:val="center"/>
          </w:tcPr>
          <w:p w14:paraId="6AB90E7F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1505" w:type="dxa"/>
            <w:gridSpan w:val="2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586E0B62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</w:p>
        </w:tc>
        <w:tc>
          <w:tcPr>
            <w:tcW w:w="4634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10B78200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 xml:space="preserve">Other    </w:t>
            </w:r>
          </w:p>
          <w:p w14:paraId="6B02F3D8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i/>
              </w:rPr>
            </w:pPr>
            <w:r w:rsidRPr="00F454AB">
              <w:rPr>
                <w:rFonts w:asciiTheme="majorHAnsi" w:hAnsiTheme="majorHAnsi" w:cstheme="majorHAnsi"/>
                <w:i/>
              </w:rPr>
              <w:t>Please specify .......</w:t>
            </w:r>
          </w:p>
        </w:tc>
        <w:tc>
          <w:tcPr>
            <w:tcW w:w="1315" w:type="dxa"/>
            <w:tcBorders>
              <w:left w:val="single" w:sz="2" w:space="0" w:color="000000"/>
              <w:right w:val="single" w:sz="12" w:space="0" w:color="auto"/>
            </w:tcBorders>
            <w:vAlign w:val="center"/>
          </w:tcPr>
          <w:p w14:paraId="6B5187FF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886068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00424DDD" w14:textId="77777777" w:rsidTr="005946DB">
        <w:trPr>
          <w:trHeight w:val="348"/>
        </w:trPr>
        <w:tc>
          <w:tcPr>
            <w:tcW w:w="1602" w:type="dxa"/>
            <w:vMerge/>
            <w:tcBorders>
              <w:left w:val="single" w:sz="12" w:space="0" w:color="auto"/>
              <w:right w:val="single" w:sz="2" w:space="0" w:color="000000"/>
            </w:tcBorders>
            <w:vAlign w:val="center"/>
          </w:tcPr>
          <w:p w14:paraId="42AAB02A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6139" w:type="dxa"/>
            <w:gridSpan w:val="3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2935116D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  <w:lang w:eastAsia="en-GB"/>
              </w:rPr>
              <w:t>Mobile app</w:t>
            </w:r>
            <w:r w:rsidRPr="00F454AB">
              <w:rPr>
                <w:rFonts w:asciiTheme="majorHAnsi" w:hAnsiTheme="majorHAnsi" w:cstheme="majorHAnsi"/>
                <w:i/>
              </w:rPr>
              <w:t xml:space="preserve">    Please complete a mobile app table</w:t>
            </w:r>
          </w:p>
        </w:tc>
        <w:tc>
          <w:tcPr>
            <w:tcW w:w="1315" w:type="dxa"/>
            <w:tcBorders>
              <w:left w:val="single" w:sz="2" w:space="0" w:color="000000"/>
              <w:right w:val="single" w:sz="12" w:space="0" w:color="auto"/>
            </w:tcBorders>
            <w:vAlign w:val="center"/>
          </w:tcPr>
          <w:p w14:paraId="73EA5817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822395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28522B47" w14:textId="77777777" w:rsidTr="005946DB">
        <w:trPr>
          <w:trHeight w:val="150"/>
        </w:trPr>
        <w:tc>
          <w:tcPr>
            <w:tcW w:w="1602" w:type="dxa"/>
            <w:vMerge/>
            <w:tcBorders>
              <w:left w:val="single" w:sz="12" w:space="0" w:color="auto"/>
              <w:right w:val="single" w:sz="2" w:space="0" w:color="000000"/>
            </w:tcBorders>
            <w:vAlign w:val="center"/>
          </w:tcPr>
          <w:p w14:paraId="0AB1D328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6139" w:type="dxa"/>
            <w:gridSpan w:val="3"/>
            <w:tcBorders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62FE5E07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  <w:lang w:eastAsia="en-GB"/>
              </w:rPr>
              <w:t xml:space="preserve">API Endpoints    </w:t>
            </w:r>
            <w:r w:rsidRPr="00F454AB">
              <w:rPr>
                <w:rFonts w:asciiTheme="majorHAnsi" w:hAnsiTheme="majorHAnsi" w:cstheme="majorHAnsi"/>
                <w:i/>
              </w:rPr>
              <w:t>Please complete a web API table</w:t>
            </w:r>
          </w:p>
        </w:tc>
        <w:tc>
          <w:tcPr>
            <w:tcW w:w="1315" w:type="dxa"/>
            <w:tcBorders>
              <w:left w:val="single" w:sz="2" w:space="0" w:color="000000"/>
              <w:right w:val="single" w:sz="12" w:space="0" w:color="auto"/>
            </w:tcBorders>
            <w:vAlign w:val="center"/>
          </w:tcPr>
          <w:p w14:paraId="536A191C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233438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0CA27872" w14:textId="77777777" w:rsidTr="005946DB">
        <w:trPr>
          <w:trHeight w:val="150"/>
        </w:trPr>
        <w:tc>
          <w:tcPr>
            <w:tcW w:w="1602" w:type="dxa"/>
            <w:vMerge/>
            <w:tcBorders>
              <w:left w:val="single" w:sz="12" w:space="0" w:color="auto"/>
              <w:right w:val="single" w:sz="2" w:space="0" w:color="000000"/>
            </w:tcBorders>
            <w:vAlign w:val="center"/>
          </w:tcPr>
          <w:p w14:paraId="7353100B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6139" w:type="dxa"/>
            <w:gridSpan w:val="3"/>
            <w:tcBorders>
              <w:top w:val="nil"/>
              <w:left w:val="single" w:sz="2" w:space="0" w:color="000000"/>
              <w:right w:val="single" w:sz="2" w:space="0" w:color="000000"/>
            </w:tcBorders>
            <w:vAlign w:val="center"/>
          </w:tcPr>
          <w:p w14:paraId="549B5A40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</w:rPr>
              <w:t>Total number of endpoints</w:t>
            </w:r>
          </w:p>
        </w:tc>
        <w:tc>
          <w:tcPr>
            <w:tcW w:w="1315" w:type="dxa"/>
            <w:tcBorders>
              <w:left w:val="single" w:sz="2" w:space="0" w:color="000000"/>
              <w:right w:val="single" w:sz="12" w:space="0" w:color="auto"/>
            </w:tcBorders>
            <w:vAlign w:val="center"/>
          </w:tcPr>
          <w:p w14:paraId="66E22496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20FD2895" w14:textId="77777777" w:rsidTr="005946DB">
        <w:trPr>
          <w:trHeight w:val="348"/>
        </w:trPr>
        <w:tc>
          <w:tcPr>
            <w:tcW w:w="1602" w:type="dxa"/>
            <w:vMerge/>
            <w:tcBorders>
              <w:left w:val="single" w:sz="12" w:space="0" w:color="auto"/>
              <w:right w:val="single" w:sz="2" w:space="0" w:color="000000"/>
            </w:tcBorders>
            <w:vAlign w:val="center"/>
          </w:tcPr>
          <w:p w14:paraId="4FF35ABF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1505" w:type="dxa"/>
            <w:gridSpan w:val="2"/>
            <w:vMerge w:val="restart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45ED271B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</w:rPr>
              <w:t>Location</w:t>
            </w:r>
          </w:p>
        </w:tc>
        <w:tc>
          <w:tcPr>
            <w:tcW w:w="4634" w:type="dxa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360208DB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</w:rPr>
              <w:t>AWS</w:t>
            </w:r>
          </w:p>
        </w:tc>
        <w:tc>
          <w:tcPr>
            <w:tcW w:w="1315" w:type="dxa"/>
            <w:tcBorders>
              <w:left w:val="single" w:sz="2" w:space="0" w:color="000000"/>
              <w:right w:val="single" w:sz="12" w:space="0" w:color="auto"/>
            </w:tcBorders>
            <w:vAlign w:val="center"/>
          </w:tcPr>
          <w:p w14:paraId="071A8F6E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262617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55E08518" w14:textId="77777777" w:rsidTr="005946DB">
        <w:trPr>
          <w:trHeight w:val="348"/>
        </w:trPr>
        <w:tc>
          <w:tcPr>
            <w:tcW w:w="1602" w:type="dxa"/>
            <w:vMerge/>
            <w:tcBorders>
              <w:left w:val="single" w:sz="12" w:space="0" w:color="auto"/>
              <w:right w:val="single" w:sz="2" w:space="0" w:color="000000"/>
            </w:tcBorders>
            <w:vAlign w:val="center"/>
          </w:tcPr>
          <w:p w14:paraId="2B0AA9C2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1505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531F31D8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634" w:type="dxa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6EC81869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Azure</w:t>
            </w:r>
          </w:p>
        </w:tc>
        <w:tc>
          <w:tcPr>
            <w:tcW w:w="1315" w:type="dxa"/>
            <w:tcBorders>
              <w:left w:val="single" w:sz="2" w:space="0" w:color="000000"/>
              <w:right w:val="single" w:sz="12" w:space="0" w:color="auto"/>
            </w:tcBorders>
            <w:vAlign w:val="center"/>
          </w:tcPr>
          <w:p w14:paraId="0D5D7865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488676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057F8030" w14:textId="77777777" w:rsidTr="005946DB">
        <w:trPr>
          <w:trHeight w:val="348"/>
        </w:trPr>
        <w:tc>
          <w:tcPr>
            <w:tcW w:w="1602" w:type="dxa"/>
            <w:vMerge/>
            <w:tcBorders>
              <w:left w:val="single" w:sz="12" w:space="0" w:color="auto"/>
              <w:right w:val="single" w:sz="2" w:space="0" w:color="000000"/>
            </w:tcBorders>
            <w:vAlign w:val="center"/>
          </w:tcPr>
          <w:p w14:paraId="215ED1B9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1505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4DA05E2E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634" w:type="dxa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1C49D87D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Oracle</w:t>
            </w:r>
          </w:p>
        </w:tc>
        <w:tc>
          <w:tcPr>
            <w:tcW w:w="1315" w:type="dxa"/>
            <w:tcBorders>
              <w:left w:val="single" w:sz="2" w:space="0" w:color="000000"/>
              <w:right w:val="single" w:sz="12" w:space="0" w:color="auto"/>
            </w:tcBorders>
            <w:vAlign w:val="center"/>
          </w:tcPr>
          <w:p w14:paraId="5802FBB7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109314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202BAF5B" w14:textId="77777777" w:rsidTr="005946DB">
        <w:trPr>
          <w:trHeight w:val="348"/>
        </w:trPr>
        <w:tc>
          <w:tcPr>
            <w:tcW w:w="1602" w:type="dxa"/>
            <w:vMerge/>
            <w:tcBorders>
              <w:left w:val="single" w:sz="12" w:space="0" w:color="auto"/>
              <w:right w:val="single" w:sz="2" w:space="0" w:color="000000"/>
            </w:tcBorders>
            <w:vAlign w:val="center"/>
          </w:tcPr>
          <w:p w14:paraId="076569B6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1505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58952E67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634" w:type="dxa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6E22039A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Alibaba</w:t>
            </w:r>
          </w:p>
        </w:tc>
        <w:tc>
          <w:tcPr>
            <w:tcW w:w="1315" w:type="dxa"/>
            <w:tcBorders>
              <w:left w:val="single" w:sz="2" w:space="0" w:color="000000"/>
              <w:right w:val="single" w:sz="12" w:space="0" w:color="auto"/>
            </w:tcBorders>
            <w:vAlign w:val="center"/>
          </w:tcPr>
          <w:p w14:paraId="29F11126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563525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150CA970" w14:textId="77777777" w:rsidTr="005946DB">
        <w:trPr>
          <w:trHeight w:val="348"/>
        </w:trPr>
        <w:tc>
          <w:tcPr>
            <w:tcW w:w="1602" w:type="dxa"/>
            <w:vMerge/>
            <w:tcBorders>
              <w:left w:val="single" w:sz="12" w:space="0" w:color="auto"/>
              <w:right w:val="single" w:sz="2" w:space="0" w:color="000000"/>
            </w:tcBorders>
            <w:vAlign w:val="center"/>
          </w:tcPr>
          <w:p w14:paraId="46F2F3A6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1505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717A0CFB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634" w:type="dxa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7250E5AD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GCP</w:t>
            </w:r>
          </w:p>
        </w:tc>
        <w:tc>
          <w:tcPr>
            <w:tcW w:w="1315" w:type="dxa"/>
            <w:tcBorders>
              <w:left w:val="single" w:sz="2" w:space="0" w:color="000000"/>
              <w:right w:val="single" w:sz="12" w:space="0" w:color="auto"/>
            </w:tcBorders>
            <w:vAlign w:val="center"/>
          </w:tcPr>
          <w:p w14:paraId="24881EA7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121807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6F55CBBB" w14:textId="77777777" w:rsidTr="005946DB">
        <w:trPr>
          <w:trHeight w:val="348"/>
        </w:trPr>
        <w:tc>
          <w:tcPr>
            <w:tcW w:w="1602" w:type="dxa"/>
            <w:vMerge/>
            <w:tcBorders>
              <w:left w:val="single" w:sz="12" w:space="0" w:color="auto"/>
              <w:right w:val="single" w:sz="2" w:space="0" w:color="000000"/>
            </w:tcBorders>
            <w:vAlign w:val="center"/>
          </w:tcPr>
          <w:p w14:paraId="21CCED14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1505" w:type="dxa"/>
            <w:gridSpan w:val="2"/>
            <w:vMerge w:val="restart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4DAFE55E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szCs w:val="22"/>
              </w:rPr>
            </w:pPr>
            <w:r w:rsidRPr="00F454AB">
              <w:rPr>
                <w:rFonts w:asciiTheme="majorHAnsi" w:hAnsiTheme="majorHAnsi" w:cstheme="majorHAnsi"/>
                <w:szCs w:val="22"/>
              </w:rPr>
              <w:t>Cloud security review</w:t>
            </w:r>
          </w:p>
        </w:tc>
        <w:tc>
          <w:tcPr>
            <w:tcW w:w="4634" w:type="dxa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6FFF1D77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</w:rPr>
              <w:t>Deployment</w:t>
            </w:r>
          </w:p>
        </w:tc>
        <w:tc>
          <w:tcPr>
            <w:tcW w:w="1315" w:type="dxa"/>
            <w:tcBorders>
              <w:left w:val="single" w:sz="2" w:space="0" w:color="000000"/>
              <w:right w:val="single" w:sz="12" w:space="0" w:color="auto"/>
            </w:tcBorders>
            <w:vAlign w:val="center"/>
          </w:tcPr>
          <w:p w14:paraId="291A41A9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676563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4FAA1916" w14:textId="77777777" w:rsidTr="005946DB">
        <w:trPr>
          <w:trHeight w:val="348"/>
        </w:trPr>
        <w:tc>
          <w:tcPr>
            <w:tcW w:w="1602" w:type="dxa"/>
            <w:vMerge/>
            <w:tcBorders>
              <w:left w:val="single" w:sz="12" w:space="0" w:color="auto"/>
              <w:right w:val="single" w:sz="2" w:space="0" w:color="000000"/>
            </w:tcBorders>
            <w:vAlign w:val="center"/>
          </w:tcPr>
          <w:p w14:paraId="4975AEE2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lang w:eastAsia="en-GB"/>
              </w:rPr>
            </w:pPr>
          </w:p>
        </w:tc>
        <w:tc>
          <w:tcPr>
            <w:tcW w:w="1505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42C2E7F2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</w:p>
        </w:tc>
        <w:tc>
          <w:tcPr>
            <w:tcW w:w="463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4A491292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</w:rPr>
              <w:t>CI/CD pipelines</w:t>
            </w:r>
          </w:p>
        </w:tc>
        <w:tc>
          <w:tcPr>
            <w:tcW w:w="1315" w:type="dxa"/>
            <w:tcBorders>
              <w:left w:val="single" w:sz="2" w:space="0" w:color="000000"/>
              <w:right w:val="single" w:sz="12" w:space="0" w:color="auto"/>
            </w:tcBorders>
            <w:vAlign w:val="center"/>
          </w:tcPr>
          <w:p w14:paraId="705A34D7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927696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2E26F12A" w14:textId="77777777" w:rsidTr="005946DB">
        <w:trPr>
          <w:trHeight w:val="348"/>
        </w:trPr>
        <w:tc>
          <w:tcPr>
            <w:tcW w:w="1602" w:type="dxa"/>
            <w:vMerge/>
            <w:tcBorders>
              <w:left w:val="single" w:sz="12" w:space="0" w:color="auto"/>
              <w:right w:val="single" w:sz="2" w:space="0" w:color="000000"/>
            </w:tcBorders>
            <w:vAlign w:val="center"/>
          </w:tcPr>
          <w:p w14:paraId="4B9139EF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lang w:eastAsia="en-GB"/>
              </w:rPr>
            </w:pPr>
          </w:p>
        </w:tc>
        <w:tc>
          <w:tcPr>
            <w:tcW w:w="1505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1D68509B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</w:p>
        </w:tc>
        <w:tc>
          <w:tcPr>
            <w:tcW w:w="463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45E9086D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</w:rPr>
              <w:t xml:space="preserve">FW OTA rollout mechanism </w:t>
            </w:r>
          </w:p>
        </w:tc>
        <w:tc>
          <w:tcPr>
            <w:tcW w:w="1315" w:type="dxa"/>
            <w:tcBorders>
              <w:left w:val="single" w:sz="2" w:space="0" w:color="000000"/>
              <w:right w:val="single" w:sz="12" w:space="0" w:color="auto"/>
            </w:tcBorders>
            <w:vAlign w:val="center"/>
          </w:tcPr>
          <w:p w14:paraId="17F50754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675264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18B6B6CF" w14:textId="77777777" w:rsidTr="005946DB">
        <w:trPr>
          <w:trHeight w:val="348"/>
        </w:trPr>
        <w:tc>
          <w:tcPr>
            <w:tcW w:w="1602" w:type="dxa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000000"/>
            </w:tcBorders>
            <w:vAlign w:val="center"/>
          </w:tcPr>
          <w:p w14:paraId="26FEB552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bCs/>
                <w:szCs w:val="20"/>
                <w:lang w:eastAsia="en-GB"/>
              </w:rPr>
            </w:pPr>
            <w:r w:rsidRPr="00F454AB">
              <w:rPr>
                <w:rFonts w:asciiTheme="majorHAnsi" w:hAnsiTheme="majorHAnsi" w:cstheme="majorHAnsi"/>
                <w:b/>
                <w:bCs/>
                <w:lang w:eastAsia="en-GB"/>
              </w:rPr>
              <w:t>Gateway device</w:t>
            </w:r>
          </w:p>
        </w:tc>
        <w:tc>
          <w:tcPr>
            <w:tcW w:w="6139" w:type="dxa"/>
            <w:gridSpan w:val="3"/>
            <w:tcBorders>
              <w:top w:val="single" w:sz="12" w:space="0" w:color="auto"/>
              <w:left w:val="single" w:sz="2" w:space="0" w:color="000000"/>
              <w:right w:val="single" w:sz="2" w:space="0" w:color="000000"/>
            </w:tcBorders>
            <w:vAlign w:val="center"/>
          </w:tcPr>
          <w:p w14:paraId="147ED532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  <w:lang w:eastAsia="en-GB"/>
              </w:rPr>
              <w:t xml:space="preserve">Management application    </w:t>
            </w:r>
            <w:r w:rsidRPr="00F454AB">
              <w:rPr>
                <w:rFonts w:asciiTheme="majorHAnsi" w:hAnsiTheme="majorHAnsi" w:cstheme="majorHAnsi"/>
                <w:i/>
              </w:rPr>
              <w:t>Please complete an application table</w:t>
            </w:r>
          </w:p>
        </w:tc>
        <w:tc>
          <w:tcPr>
            <w:tcW w:w="1315" w:type="dxa"/>
            <w:tcBorders>
              <w:top w:val="single" w:sz="12" w:space="0" w:color="auto"/>
              <w:left w:val="single" w:sz="2" w:space="0" w:color="000000"/>
              <w:right w:val="single" w:sz="12" w:space="0" w:color="auto"/>
            </w:tcBorders>
            <w:vAlign w:val="center"/>
          </w:tcPr>
          <w:p w14:paraId="60C5A0CD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357010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63C97774" w14:textId="77777777" w:rsidTr="005946DB">
        <w:trPr>
          <w:trHeight w:val="348"/>
        </w:trPr>
        <w:tc>
          <w:tcPr>
            <w:tcW w:w="1602" w:type="dxa"/>
            <w:vMerge/>
            <w:tcBorders>
              <w:left w:val="single" w:sz="12" w:space="0" w:color="auto"/>
              <w:right w:val="single" w:sz="2" w:space="0" w:color="000000"/>
            </w:tcBorders>
            <w:vAlign w:val="center"/>
          </w:tcPr>
          <w:p w14:paraId="348FF0FA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6139" w:type="dxa"/>
            <w:gridSpan w:val="3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111C6F21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  <w:lang w:eastAsia="en-GB"/>
              </w:rPr>
              <w:t>Local interfaces</w:t>
            </w:r>
          </w:p>
          <w:p w14:paraId="0AE00355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  <w:i/>
              </w:rPr>
              <w:t>Please specify .......</w:t>
            </w:r>
          </w:p>
        </w:tc>
        <w:tc>
          <w:tcPr>
            <w:tcW w:w="1315" w:type="dxa"/>
            <w:tcBorders>
              <w:left w:val="single" w:sz="2" w:space="0" w:color="000000"/>
              <w:right w:val="single" w:sz="12" w:space="0" w:color="auto"/>
            </w:tcBorders>
            <w:vAlign w:val="center"/>
          </w:tcPr>
          <w:p w14:paraId="4EEC8C26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356091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2A5D3A06" w14:textId="77777777" w:rsidTr="005946DB">
        <w:trPr>
          <w:trHeight w:val="348"/>
        </w:trPr>
        <w:tc>
          <w:tcPr>
            <w:tcW w:w="1602" w:type="dxa"/>
            <w:vMerge/>
            <w:tcBorders>
              <w:left w:val="single" w:sz="12" w:space="0" w:color="auto"/>
              <w:right w:val="single" w:sz="2" w:space="0" w:color="000000"/>
            </w:tcBorders>
            <w:vAlign w:val="center"/>
          </w:tcPr>
          <w:p w14:paraId="42F87B53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6139" w:type="dxa"/>
            <w:gridSpan w:val="3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51A0055B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  <w:lang w:eastAsia="en-GB"/>
              </w:rPr>
              <w:t>IoT protocols</w:t>
            </w:r>
          </w:p>
          <w:p w14:paraId="02FA449C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  <w:i/>
              </w:rPr>
              <w:t>Please specify .......</w:t>
            </w:r>
          </w:p>
        </w:tc>
        <w:tc>
          <w:tcPr>
            <w:tcW w:w="1315" w:type="dxa"/>
            <w:tcBorders>
              <w:left w:val="single" w:sz="2" w:space="0" w:color="000000"/>
              <w:right w:val="single" w:sz="12" w:space="0" w:color="auto"/>
            </w:tcBorders>
            <w:vAlign w:val="center"/>
          </w:tcPr>
          <w:p w14:paraId="5626D243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312032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6C849ECD" w14:textId="77777777" w:rsidTr="005946DB">
        <w:trPr>
          <w:trHeight w:val="100"/>
        </w:trPr>
        <w:tc>
          <w:tcPr>
            <w:tcW w:w="1602" w:type="dxa"/>
            <w:vMerge/>
            <w:tcBorders>
              <w:left w:val="single" w:sz="12" w:space="0" w:color="auto"/>
              <w:right w:val="single" w:sz="2" w:space="0" w:color="000000"/>
            </w:tcBorders>
            <w:vAlign w:val="center"/>
          </w:tcPr>
          <w:p w14:paraId="5587AEF4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6139" w:type="dxa"/>
            <w:gridSpan w:val="3"/>
            <w:tcBorders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514F9803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  <w:lang w:eastAsia="en-GB"/>
              </w:rPr>
              <w:t>Firmware</w:t>
            </w:r>
          </w:p>
        </w:tc>
        <w:tc>
          <w:tcPr>
            <w:tcW w:w="1315" w:type="dxa"/>
            <w:tcBorders>
              <w:left w:val="single" w:sz="2" w:space="0" w:color="000000"/>
              <w:right w:val="single" w:sz="12" w:space="0" w:color="auto"/>
            </w:tcBorders>
            <w:vAlign w:val="center"/>
          </w:tcPr>
          <w:p w14:paraId="75878EF7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497077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4D023CD8" w14:textId="77777777" w:rsidTr="005946DB">
        <w:trPr>
          <w:trHeight w:val="100"/>
        </w:trPr>
        <w:tc>
          <w:tcPr>
            <w:tcW w:w="1602" w:type="dxa"/>
            <w:vMerge/>
            <w:tcBorders>
              <w:left w:val="single" w:sz="12" w:space="0" w:color="auto"/>
              <w:right w:val="single" w:sz="2" w:space="0" w:color="000000"/>
            </w:tcBorders>
            <w:vAlign w:val="center"/>
          </w:tcPr>
          <w:p w14:paraId="36CD0F17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6139" w:type="dxa"/>
            <w:gridSpan w:val="3"/>
            <w:tcBorders>
              <w:top w:val="nil"/>
              <w:left w:val="single" w:sz="2" w:space="0" w:color="000000"/>
              <w:right w:val="single" w:sz="2" w:space="0" w:color="000000"/>
            </w:tcBorders>
            <w:vAlign w:val="center"/>
          </w:tcPr>
          <w:p w14:paraId="73C8BF7E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</w:rPr>
              <w:t>Share unencrypted firmware binary?</w:t>
            </w:r>
          </w:p>
        </w:tc>
        <w:tc>
          <w:tcPr>
            <w:tcW w:w="1315" w:type="dxa"/>
            <w:tcBorders>
              <w:left w:val="single" w:sz="2" w:space="0" w:color="000000"/>
              <w:right w:val="single" w:sz="12" w:space="0" w:color="auto"/>
            </w:tcBorders>
            <w:vAlign w:val="center"/>
          </w:tcPr>
          <w:p w14:paraId="77673251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2079193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3FA153B0" w14:textId="77777777" w:rsidTr="005946DB">
        <w:trPr>
          <w:trHeight w:val="348"/>
        </w:trPr>
        <w:tc>
          <w:tcPr>
            <w:tcW w:w="1602" w:type="dxa"/>
            <w:vMerge/>
            <w:tcBorders>
              <w:left w:val="single" w:sz="12" w:space="0" w:color="auto"/>
              <w:right w:val="single" w:sz="2" w:space="0" w:color="000000"/>
            </w:tcBorders>
            <w:vAlign w:val="center"/>
          </w:tcPr>
          <w:p w14:paraId="69E50834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lang w:eastAsia="en-GB"/>
              </w:rPr>
            </w:pPr>
          </w:p>
        </w:tc>
        <w:tc>
          <w:tcPr>
            <w:tcW w:w="6139" w:type="dxa"/>
            <w:gridSpan w:val="3"/>
            <w:tcBorders>
              <w:top w:val="single" w:sz="4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14:paraId="127895A6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  <w:lang w:eastAsia="en-GB"/>
              </w:rPr>
              <w:t xml:space="preserve">API Endpoints    </w:t>
            </w:r>
            <w:r w:rsidRPr="00F454AB">
              <w:rPr>
                <w:rFonts w:asciiTheme="majorHAnsi" w:hAnsiTheme="majorHAnsi" w:cstheme="majorHAnsi"/>
                <w:i/>
              </w:rPr>
              <w:t>Please complete a web API table</w:t>
            </w:r>
          </w:p>
        </w:tc>
        <w:tc>
          <w:tcPr>
            <w:tcW w:w="1315" w:type="dxa"/>
            <w:tcBorders>
              <w:left w:val="single" w:sz="2" w:space="0" w:color="000000"/>
              <w:right w:val="single" w:sz="12" w:space="0" w:color="auto"/>
            </w:tcBorders>
            <w:vAlign w:val="center"/>
          </w:tcPr>
          <w:p w14:paraId="3711C437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2135832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43BD08E3" w14:textId="77777777" w:rsidTr="005946DB">
        <w:trPr>
          <w:trHeight w:val="348"/>
        </w:trPr>
        <w:tc>
          <w:tcPr>
            <w:tcW w:w="1602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000000"/>
            </w:tcBorders>
            <w:vAlign w:val="center"/>
          </w:tcPr>
          <w:p w14:paraId="2B145B62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lang w:eastAsia="en-GB"/>
              </w:rPr>
            </w:pPr>
          </w:p>
        </w:tc>
        <w:tc>
          <w:tcPr>
            <w:tcW w:w="6139" w:type="dxa"/>
            <w:gridSpan w:val="3"/>
            <w:tcBorders>
              <w:top w:val="nil"/>
              <w:left w:val="single" w:sz="2" w:space="0" w:color="000000"/>
              <w:bottom w:val="single" w:sz="12" w:space="0" w:color="auto"/>
              <w:right w:val="single" w:sz="2" w:space="0" w:color="000000"/>
            </w:tcBorders>
            <w:vAlign w:val="center"/>
          </w:tcPr>
          <w:p w14:paraId="47028D47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</w:rPr>
              <w:t>Total number of endpoints</w:t>
            </w:r>
          </w:p>
        </w:tc>
        <w:tc>
          <w:tcPr>
            <w:tcW w:w="1315" w:type="dxa"/>
            <w:tcBorders>
              <w:left w:val="single" w:sz="2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14:paraId="47F2ABFE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1B91E823" w14:textId="77777777" w:rsidTr="005946DB">
        <w:trPr>
          <w:trHeight w:val="348"/>
        </w:trPr>
        <w:tc>
          <w:tcPr>
            <w:tcW w:w="160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2" w:space="0" w:color="000000"/>
            </w:tcBorders>
            <w:vAlign w:val="center"/>
          </w:tcPr>
          <w:p w14:paraId="460ACF98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bCs/>
                <w:lang w:eastAsia="en-GB"/>
              </w:rPr>
            </w:pPr>
            <w:r w:rsidRPr="00F454AB">
              <w:rPr>
                <w:rFonts w:asciiTheme="majorHAnsi" w:hAnsiTheme="majorHAnsi" w:cstheme="majorHAnsi"/>
                <w:b/>
                <w:bCs/>
                <w:lang w:eastAsia="en-GB"/>
              </w:rPr>
              <w:t>Controller</w:t>
            </w:r>
          </w:p>
          <w:p w14:paraId="27CADFF9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bCs/>
                <w:szCs w:val="20"/>
                <w:lang w:eastAsia="en-GB"/>
              </w:rPr>
            </w:pPr>
            <w:r w:rsidRPr="00F454AB">
              <w:rPr>
                <w:rFonts w:asciiTheme="majorHAnsi" w:hAnsiTheme="majorHAnsi" w:cstheme="majorHAnsi"/>
                <w:b/>
                <w:bCs/>
                <w:lang w:eastAsia="en-GB"/>
              </w:rPr>
              <w:t>(on-prem)</w:t>
            </w:r>
          </w:p>
        </w:tc>
        <w:tc>
          <w:tcPr>
            <w:tcW w:w="6139" w:type="dxa"/>
            <w:gridSpan w:val="3"/>
            <w:tcBorders>
              <w:top w:val="single" w:sz="12" w:space="0" w:color="auto"/>
              <w:left w:val="single" w:sz="2" w:space="0" w:color="000000"/>
              <w:right w:val="single" w:sz="12" w:space="0" w:color="auto"/>
            </w:tcBorders>
            <w:vAlign w:val="center"/>
          </w:tcPr>
          <w:p w14:paraId="2CFF208F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  <w:lang w:eastAsia="en-GB"/>
              </w:rPr>
              <w:t xml:space="preserve">Web application   </w:t>
            </w:r>
            <w:r w:rsidRPr="00F454AB">
              <w:rPr>
                <w:rFonts w:asciiTheme="majorHAnsi" w:hAnsiTheme="majorHAnsi" w:cstheme="majorHAnsi"/>
                <w:i/>
              </w:rPr>
              <w:t xml:space="preserve"> Please complete an application table</w:t>
            </w:r>
          </w:p>
        </w:tc>
        <w:tc>
          <w:tcPr>
            <w:tcW w:w="131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290E444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2030170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42409A69" w14:textId="77777777" w:rsidTr="005946DB">
        <w:trPr>
          <w:trHeight w:val="150"/>
        </w:trPr>
        <w:tc>
          <w:tcPr>
            <w:tcW w:w="1602" w:type="dxa"/>
            <w:vMerge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2" w:space="0" w:color="000000"/>
            </w:tcBorders>
            <w:vAlign w:val="center"/>
          </w:tcPr>
          <w:p w14:paraId="47833B9D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6139" w:type="dxa"/>
            <w:gridSpan w:val="3"/>
            <w:tcBorders>
              <w:left w:val="single" w:sz="2" w:space="0" w:color="000000"/>
              <w:right w:val="single" w:sz="12" w:space="0" w:color="auto"/>
            </w:tcBorders>
            <w:vAlign w:val="center"/>
          </w:tcPr>
          <w:p w14:paraId="1092D905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  <w:lang w:eastAsia="en-GB"/>
              </w:rPr>
              <w:t>Mobile app</w:t>
            </w:r>
            <w:r w:rsidRPr="00F454AB">
              <w:rPr>
                <w:rFonts w:asciiTheme="majorHAnsi" w:hAnsiTheme="majorHAnsi" w:cstheme="majorHAnsi"/>
                <w:i/>
              </w:rPr>
              <w:t xml:space="preserve">    Please complete a mobile app table</w:t>
            </w:r>
          </w:p>
        </w:tc>
        <w:tc>
          <w:tcPr>
            <w:tcW w:w="13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C9C4644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987247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203A9AC5" w14:textId="77777777" w:rsidTr="005946DB">
        <w:trPr>
          <w:trHeight w:val="150"/>
        </w:trPr>
        <w:tc>
          <w:tcPr>
            <w:tcW w:w="1602" w:type="dxa"/>
            <w:vMerge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2" w:space="0" w:color="000000"/>
            </w:tcBorders>
            <w:vAlign w:val="center"/>
          </w:tcPr>
          <w:p w14:paraId="437083CA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1505" w:type="dxa"/>
            <w:gridSpan w:val="2"/>
            <w:vMerge w:val="restart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4E7CA776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  <w:lang w:eastAsia="en-GB"/>
              </w:rPr>
              <w:t>Interfaces</w:t>
            </w:r>
          </w:p>
        </w:tc>
        <w:tc>
          <w:tcPr>
            <w:tcW w:w="4634" w:type="dxa"/>
            <w:tcBorders>
              <w:left w:val="single" w:sz="2" w:space="0" w:color="000000"/>
              <w:right w:val="single" w:sz="12" w:space="0" w:color="auto"/>
            </w:tcBorders>
            <w:vAlign w:val="center"/>
          </w:tcPr>
          <w:p w14:paraId="1F3133DC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  <w:lang w:eastAsia="en-GB"/>
              </w:rPr>
              <w:t xml:space="preserve">Local </w:t>
            </w:r>
            <w:r w:rsidRPr="00F454AB">
              <w:rPr>
                <w:rFonts w:asciiTheme="majorHAnsi" w:hAnsiTheme="majorHAnsi" w:cstheme="majorHAnsi"/>
                <w:i/>
              </w:rPr>
              <w:t>Please specify .......</w:t>
            </w:r>
          </w:p>
        </w:tc>
        <w:tc>
          <w:tcPr>
            <w:tcW w:w="13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D9F382B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981268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09001866" w14:textId="77777777" w:rsidTr="005946DB">
        <w:trPr>
          <w:trHeight w:val="150"/>
        </w:trPr>
        <w:tc>
          <w:tcPr>
            <w:tcW w:w="1602" w:type="dxa"/>
            <w:vMerge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2" w:space="0" w:color="000000"/>
            </w:tcBorders>
            <w:vAlign w:val="center"/>
          </w:tcPr>
          <w:p w14:paraId="0350468B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1505" w:type="dxa"/>
            <w:gridSpan w:val="2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39AF0735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</w:p>
        </w:tc>
        <w:tc>
          <w:tcPr>
            <w:tcW w:w="4634" w:type="dxa"/>
            <w:tcBorders>
              <w:left w:val="single" w:sz="2" w:space="0" w:color="000000"/>
              <w:right w:val="single" w:sz="12" w:space="0" w:color="auto"/>
            </w:tcBorders>
            <w:vAlign w:val="center"/>
          </w:tcPr>
          <w:p w14:paraId="0AB44564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</w:rPr>
              <w:t xml:space="preserve">Wireless/RF </w:t>
            </w:r>
            <w:r w:rsidRPr="00F454AB">
              <w:rPr>
                <w:rFonts w:asciiTheme="majorHAnsi" w:hAnsiTheme="majorHAnsi" w:cstheme="majorHAnsi"/>
                <w:i/>
              </w:rPr>
              <w:t>Please specify .......</w:t>
            </w:r>
          </w:p>
        </w:tc>
        <w:tc>
          <w:tcPr>
            <w:tcW w:w="13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0D6BC3C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315777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7C8772F0" w14:textId="77777777" w:rsidTr="005946DB">
        <w:trPr>
          <w:trHeight w:val="150"/>
        </w:trPr>
        <w:tc>
          <w:tcPr>
            <w:tcW w:w="1602" w:type="dxa"/>
            <w:vMerge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2" w:space="0" w:color="000000"/>
            </w:tcBorders>
            <w:vAlign w:val="center"/>
          </w:tcPr>
          <w:p w14:paraId="63B4C949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1505" w:type="dxa"/>
            <w:gridSpan w:val="2"/>
            <w:vMerge w:val="restart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299AD342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</w:rPr>
              <w:t>Protocols</w:t>
            </w:r>
          </w:p>
        </w:tc>
        <w:tc>
          <w:tcPr>
            <w:tcW w:w="4634" w:type="dxa"/>
            <w:tcBorders>
              <w:left w:val="single" w:sz="2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14:paraId="33A7475F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</w:rPr>
              <w:t xml:space="preserve">Proprietary </w:t>
            </w:r>
            <w:r w:rsidRPr="00F454AB">
              <w:rPr>
                <w:rFonts w:asciiTheme="majorHAnsi" w:hAnsiTheme="majorHAnsi" w:cstheme="majorHAnsi"/>
                <w:i/>
              </w:rPr>
              <w:t>Please specify .......</w:t>
            </w:r>
          </w:p>
        </w:tc>
        <w:tc>
          <w:tcPr>
            <w:tcW w:w="13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369CA6C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79068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56CA34DD" w14:textId="77777777" w:rsidTr="005946DB">
        <w:trPr>
          <w:trHeight w:val="150"/>
        </w:trPr>
        <w:tc>
          <w:tcPr>
            <w:tcW w:w="1602" w:type="dxa"/>
            <w:vMerge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2" w:space="0" w:color="000000"/>
            </w:tcBorders>
            <w:vAlign w:val="center"/>
          </w:tcPr>
          <w:p w14:paraId="73515BFE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1505" w:type="dxa"/>
            <w:gridSpan w:val="2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13431464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634" w:type="dxa"/>
            <w:tcBorders>
              <w:left w:val="single" w:sz="2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14:paraId="0F71F036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  <w:lang w:eastAsia="en-GB"/>
              </w:rPr>
              <w:t xml:space="preserve">IoT </w:t>
            </w:r>
            <w:r w:rsidRPr="00F454AB">
              <w:rPr>
                <w:rFonts w:asciiTheme="majorHAnsi" w:hAnsiTheme="majorHAnsi" w:cstheme="majorHAnsi"/>
                <w:i/>
              </w:rPr>
              <w:t>Please specify .......</w:t>
            </w:r>
          </w:p>
        </w:tc>
        <w:tc>
          <w:tcPr>
            <w:tcW w:w="13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118FDB8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874147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022D2FF4" w14:textId="77777777" w:rsidTr="005946DB">
        <w:trPr>
          <w:trHeight w:val="100"/>
        </w:trPr>
        <w:tc>
          <w:tcPr>
            <w:tcW w:w="1602" w:type="dxa"/>
            <w:vMerge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2" w:space="0" w:color="000000"/>
            </w:tcBorders>
            <w:vAlign w:val="center"/>
          </w:tcPr>
          <w:p w14:paraId="265AE4E5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6139" w:type="dxa"/>
            <w:gridSpan w:val="3"/>
            <w:tcBorders>
              <w:left w:val="single" w:sz="2" w:space="0" w:color="000000"/>
              <w:bottom w:val="nil"/>
              <w:right w:val="single" w:sz="12" w:space="0" w:color="auto"/>
            </w:tcBorders>
            <w:vAlign w:val="center"/>
          </w:tcPr>
          <w:p w14:paraId="080BDA2B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  <w:lang w:eastAsia="en-GB"/>
              </w:rPr>
              <w:t>Firmware</w:t>
            </w:r>
          </w:p>
        </w:tc>
        <w:tc>
          <w:tcPr>
            <w:tcW w:w="13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9BD6735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994538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0AEE9C69" w14:textId="77777777" w:rsidTr="005946DB">
        <w:trPr>
          <w:trHeight w:val="100"/>
        </w:trPr>
        <w:tc>
          <w:tcPr>
            <w:tcW w:w="1602" w:type="dxa"/>
            <w:vMerge/>
            <w:tcBorders>
              <w:top w:val="single" w:sz="12" w:space="0" w:color="000000"/>
              <w:left w:val="single" w:sz="12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14:paraId="1A9552FF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6139" w:type="dxa"/>
            <w:gridSpan w:val="3"/>
            <w:tcBorders>
              <w:top w:val="nil"/>
              <w:left w:val="single" w:sz="2" w:space="0" w:color="000000"/>
              <w:bottom w:val="single" w:sz="4" w:space="0" w:color="auto"/>
              <w:right w:val="single" w:sz="12" w:space="0" w:color="auto"/>
            </w:tcBorders>
            <w:vAlign w:val="center"/>
          </w:tcPr>
          <w:p w14:paraId="6D9DD2AF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lang w:eastAsia="en-GB"/>
              </w:rPr>
            </w:pPr>
            <w:r w:rsidRPr="00F454AB">
              <w:rPr>
                <w:rFonts w:asciiTheme="majorHAnsi" w:hAnsiTheme="majorHAnsi" w:cstheme="majorHAnsi"/>
              </w:rPr>
              <w:t>Share unencrypted firmware binary?</w:t>
            </w:r>
          </w:p>
        </w:tc>
        <w:tc>
          <w:tcPr>
            <w:tcW w:w="1315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AA87072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997377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4A80383D" w14:textId="77777777" w:rsidTr="005946DB">
        <w:trPr>
          <w:trHeight w:val="100"/>
        </w:trPr>
        <w:tc>
          <w:tcPr>
            <w:tcW w:w="2678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EF31732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r w:rsidRPr="00F454AB">
              <w:rPr>
                <w:rFonts w:asciiTheme="majorHAnsi" w:hAnsiTheme="majorHAnsi" w:cstheme="majorHAnsi"/>
                <w:b/>
                <w:bCs/>
              </w:rPr>
              <w:t>Additional Information</w:t>
            </w:r>
          </w:p>
        </w:tc>
        <w:tc>
          <w:tcPr>
            <w:tcW w:w="637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CDDC10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33FA619D" w14:textId="77777777" w:rsidR="009F3C99" w:rsidRDefault="009F3C99" w:rsidP="009F3C99">
      <w:pPr>
        <w:spacing w:after="0" w:line="240" w:lineRule="auto"/>
        <w:rPr>
          <w:rFonts w:eastAsia="Calibri" w:cstheme="majorHAnsi"/>
          <w:szCs w:val="20"/>
          <w:lang w:val="en-IE"/>
        </w:rPr>
      </w:pPr>
      <w:bookmarkStart w:id="53" w:name="_Toc99702129"/>
      <w:bookmarkEnd w:id="49"/>
      <w:bookmarkEnd w:id="50"/>
    </w:p>
    <w:p w14:paraId="277F9BA1" w14:textId="77777777" w:rsidR="009F3C99" w:rsidRDefault="009F3C99">
      <w:pPr>
        <w:rPr>
          <w:rFonts w:asciiTheme="majorHAnsi" w:eastAsia="Calibri" w:hAnsiTheme="majorHAnsi" w:cstheme="majorHAnsi"/>
          <w:b/>
          <w:bCs/>
          <w:sz w:val="28"/>
          <w:szCs w:val="20"/>
          <w:lang w:val="en-IE"/>
        </w:rPr>
      </w:pPr>
      <w:r>
        <w:rPr>
          <w:rFonts w:eastAsia="Calibri" w:cstheme="majorHAnsi"/>
          <w:szCs w:val="20"/>
          <w:lang w:val="en-IE"/>
        </w:rPr>
        <w:br w:type="page"/>
      </w:r>
    </w:p>
    <w:p w14:paraId="65822FED" w14:textId="77777777" w:rsidR="00F454AB" w:rsidRPr="00F454AB" w:rsidRDefault="00F454AB" w:rsidP="00F454AB">
      <w:pPr>
        <w:pStyle w:val="Heading2"/>
        <w:spacing w:before="240"/>
        <w:rPr>
          <w:rFonts w:eastAsia="Calibri" w:cstheme="majorHAnsi"/>
          <w:color w:val="auto"/>
          <w:szCs w:val="20"/>
          <w:lang w:val="en-IE"/>
        </w:rPr>
      </w:pPr>
      <w:bookmarkStart w:id="54" w:name="_Toc216248340"/>
      <w:r w:rsidRPr="00F454AB">
        <w:rPr>
          <w:rFonts w:eastAsia="Calibri" w:cstheme="majorHAnsi"/>
          <w:color w:val="auto"/>
          <w:szCs w:val="20"/>
          <w:lang w:val="en-IE"/>
        </w:rPr>
        <w:t>CLOUD SECURITY ASSESSMENT</w:t>
      </w:r>
      <w:bookmarkEnd w:id="53"/>
      <w:bookmarkEnd w:id="54"/>
    </w:p>
    <w:tbl>
      <w:tblPr>
        <w:tblW w:w="905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86"/>
        <w:gridCol w:w="6811"/>
        <w:gridCol w:w="559"/>
      </w:tblGrid>
      <w:tr w:rsidR="00F454AB" w:rsidRPr="00F454AB" w14:paraId="1D301581" w14:textId="77777777" w:rsidTr="005946DB">
        <w:trPr>
          <w:trHeight w:val="348"/>
        </w:trPr>
        <w:tc>
          <w:tcPr>
            <w:tcW w:w="1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000000"/>
            </w:tcBorders>
            <w:vAlign w:val="center"/>
          </w:tcPr>
          <w:p w14:paraId="4E757907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  <w:r w:rsidRPr="00F454AB">
              <w:rPr>
                <w:rFonts w:asciiTheme="majorHAnsi" w:hAnsiTheme="majorHAnsi" w:cstheme="majorHAnsi"/>
                <w:b/>
                <w:szCs w:val="20"/>
                <w:lang w:eastAsia="en-GB"/>
              </w:rPr>
              <w:t>Cloud Service Name</w:t>
            </w:r>
          </w:p>
        </w:tc>
        <w:tc>
          <w:tcPr>
            <w:tcW w:w="7370" w:type="dxa"/>
            <w:gridSpan w:val="2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14:paraId="0BB0EAE5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</w:p>
        </w:tc>
      </w:tr>
      <w:tr w:rsidR="00F454AB" w:rsidRPr="00F454AB" w14:paraId="7D49FD16" w14:textId="77777777" w:rsidTr="005946DB">
        <w:trPr>
          <w:trHeight w:val="189"/>
        </w:trPr>
        <w:tc>
          <w:tcPr>
            <w:tcW w:w="16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58B5C62F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  <w:lang w:val="en-IE" w:eastAsia="en-IE"/>
              </w:rPr>
            </w:pPr>
            <w:r w:rsidRPr="00F454AB">
              <w:rPr>
                <w:rFonts w:asciiTheme="majorHAnsi" w:hAnsiTheme="majorHAnsi" w:cstheme="majorHAnsi"/>
                <w:b/>
                <w:lang w:val="en-IE" w:eastAsia="en-IE"/>
              </w:rPr>
              <w:t>Brief Description of Service</w:t>
            </w:r>
          </w:p>
        </w:tc>
        <w:tc>
          <w:tcPr>
            <w:tcW w:w="7370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5080EE7C" w14:textId="77777777" w:rsidR="00F454AB" w:rsidRPr="00F454AB" w:rsidRDefault="00F454AB" w:rsidP="005946DB">
            <w:pPr>
              <w:pStyle w:val="IntegrityPTStandardText"/>
              <w:rPr>
                <w:rFonts w:asciiTheme="majorHAnsi" w:hAnsiTheme="majorHAnsi" w:cstheme="majorHAnsi"/>
                <w:b/>
                <w:i/>
                <w:lang w:val="en-IE" w:eastAsia="en-IE"/>
              </w:rPr>
            </w:pPr>
            <w:r w:rsidRPr="00F454AB">
              <w:rPr>
                <w:rFonts w:asciiTheme="majorHAnsi" w:hAnsiTheme="majorHAnsi" w:cstheme="majorHAnsi"/>
                <w:b/>
                <w:i/>
                <w:lang w:val="en-IE" w:eastAsia="en-IE"/>
              </w:rPr>
              <w:t xml:space="preserve">Please describe the main purposes of the environment and what functions it provides </w:t>
            </w:r>
            <w:proofErr w:type="gramStart"/>
            <w:r w:rsidRPr="00F454AB">
              <w:rPr>
                <w:rFonts w:asciiTheme="majorHAnsi" w:hAnsiTheme="majorHAnsi" w:cstheme="majorHAnsi"/>
                <w:b/>
                <w:i/>
                <w:lang w:val="en-IE" w:eastAsia="en-IE"/>
              </w:rPr>
              <w:t>…..</w:t>
            </w:r>
            <w:proofErr w:type="gramEnd"/>
          </w:p>
        </w:tc>
      </w:tr>
      <w:tr w:rsidR="00F454AB" w:rsidRPr="00F454AB" w14:paraId="45D5A719" w14:textId="77777777" w:rsidTr="00EF48E3">
        <w:trPr>
          <w:trHeight w:val="348"/>
        </w:trPr>
        <w:tc>
          <w:tcPr>
            <w:tcW w:w="1686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2" w:space="0" w:color="000000"/>
            </w:tcBorders>
            <w:vAlign w:val="center"/>
          </w:tcPr>
          <w:p w14:paraId="1A7F205E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  <w:r w:rsidRPr="00F454AB">
              <w:rPr>
                <w:rFonts w:asciiTheme="majorHAnsi" w:hAnsiTheme="majorHAnsi" w:cstheme="majorHAnsi"/>
                <w:b/>
                <w:szCs w:val="20"/>
                <w:lang w:eastAsia="en-GB"/>
              </w:rPr>
              <w:t>Cloud Provider</w:t>
            </w:r>
          </w:p>
        </w:tc>
        <w:tc>
          <w:tcPr>
            <w:tcW w:w="6811" w:type="dxa"/>
            <w:tcBorders>
              <w:top w:val="single" w:sz="12" w:space="0" w:color="auto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1A0974DE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b/>
                <w:lang w:eastAsia="en-GB"/>
              </w:rPr>
            </w:pPr>
            <w:r w:rsidRPr="00F454AB">
              <w:rPr>
                <w:rFonts w:asciiTheme="majorHAnsi" w:hAnsiTheme="majorHAnsi" w:cstheme="majorHAnsi"/>
                <w:b/>
              </w:rPr>
              <w:t>AWS</w:t>
            </w:r>
          </w:p>
        </w:tc>
        <w:tc>
          <w:tcPr>
            <w:tcW w:w="559" w:type="dxa"/>
            <w:tcBorders>
              <w:top w:val="single" w:sz="12" w:space="0" w:color="auto"/>
              <w:left w:val="single" w:sz="2" w:space="0" w:color="000000"/>
              <w:bottom w:val="single" w:sz="4" w:space="0" w:color="000000"/>
              <w:right w:val="single" w:sz="12" w:space="0" w:color="auto"/>
            </w:tcBorders>
          </w:tcPr>
          <w:p w14:paraId="77D51D65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070085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5E25403E" w14:textId="77777777" w:rsidTr="00EF48E3">
        <w:trPr>
          <w:trHeight w:val="348"/>
        </w:trPr>
        <w:tc>
          <w:tcPr>
            <w:tcW w:w="1686" w:type="dxa"/>
            <w:vMerge/>
            <w:tcBorders>
              <w:left w:val="single" w:sz="12" w:space="0" w:color="auto"/>
              <w:right w:val="single" w:sz="2" w:space="0" w:color="000000"/>
            </w:tcBorders>
            <w:vAlign w:val="center"/>
          </w:tcPr>
          <w:p w14:paraId="30784A37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6811" w:type="dxa"/>
            <w:tcBorders>
              <w:top w:val="single" w:sz="4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14:paraId="11C3FB8C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Azure</w:t>
            </w:r>
          </w:p>
        </w:tc>
        <w:tc>
          <w:tcPr>
            <w:tcW w:w="559" w:type="dxa"/>
            <w:tcBorders>
              <w:left w:val="single" w:sz="2" w:space="0" w:color="000000"/>
              <w:bottom w:val="single" w:sz="4" w:space="0" w:color="auto"/>
              <w:right w:val="single" w:sz="12" w:space="0" w:color="auto"/>
            </w:tcBorders>
          </w:tcPr>
          <w:p w14:paraId="2695DBFD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523985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</w:p>
        </w:tc>
      </w:tr>
      <w:tr w:rsidR="00F454AB" w:rsidRPr="00F454AB" w14:paraId="53E8514E" w14:textId="77777777" w:rsidTr="00EF48E3">
        <w:trPr>
          <w:trHeight w:val="348"/>
        </w:trPr>
        <w:tc>
          <w:tcPr>
            <w:tcW w:w="1686" w:type="dxa"/>
            <w:vMerge/>
            <w:tcBorders>
              <w:left w:val="single" w:sz="12" w:space="0" w:color="auto"/>
              <w:right w:val="single" w:sz="2" w:space="0" w:color="000000"/>
            </w:tcBorders>
            <w:vAlign w:val="center"/>
          </w:tcPr>
          <w:p w14:paraId="561E615D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681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14:paraId="668A1AA1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Google Cloud Platform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12" w:space="0" w:color="auto"/>
            </w:tcBorders>
          </w:tcPr>
          <w:p w14:paraId="5B2C7744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967402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24741730" w14:textId="77777777" w:rsidTr="00F454AB">
        <w:trPr>
          <w:trHeight w:val="348"/>
        </w:trPr>
        <w:tc>
          <w:tcPr>
            <w:tcW w:w="1686" w:type="dxa"/>
            <w:vMerge/>
            <w:tcBorders>
              <w:left w:val="single" w:sz="12" w:space="0" w:color="auto"/>
              <w:right w:val="single" w:sz="2" w:space="0" w:color="000000"/>
            </w:tcBorders>
            <w:vAlign w:val="center"/>
          </w:tcPr>
          <w:p w14:paraId="128402DE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681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14:paraId="6D6EB6D8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Oracle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12" w:space="0" w:color="auto"/>
            </w:tcBorders>
          </w:tcPr>
          <w:p w14:paraId="4B695F26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201556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27B88E79" w14:textId="77777777" w:rsidTr="00F454AB">
        <w:trPr>
          <w:trHeight w:val="348"/>
        </w:trPr>
        <w:tc>
          <w:tcPr>
            <w:tcW w:w="1686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4AA52E0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A04F5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Alibaba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D23EF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087380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</w:p>
        </w:tc>
      </w:tr>
      <w:tr w:rsidR="00F454AB" w:rsidRPr="00F454AB" w14:paraId="366AD76D" w14:textId="77777777" w:rsidTr="00F454AB">
        <w:trPr>
          <w:trHeight w:val="348"/>
        </w:trPr>
        <w:tc>
          <w:tcPr>
            <w:tcW w:w="1686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E3E7B2A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7F7D6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Other </w:t>
            </w:r>
            <w:r w:rsidRPr="00F454AB">
              <w:rPr>
                <w:rFonts w:asciiTheme="majorHAnsi" w:hAnsiTheme="majorHAnsi" w:cstheme="majorHAnsi"/>
                <w:i/>
              </w:rPr>
              <w:t>Please specify .......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BB711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321722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</w:p>
        </w:tc>
      </w:tr>
      <w:tr w:rsidR="00F454AB" w:rsidRPr="00F454AB" w14:paraId="4032EFBB" w14:textId="77777777" w:rsidTr="00F454AB">
        <w:trPr>
          <w:trHeight w:val="348"/>
        </w:trPr>
        <w:tc>
          <w:tcPr>
            <w:tcW w:w="1686" w:type="dxa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000000"/>
            </w:tcBorders>
            <w:vAlign w:val="center"/>
          </w:tcPr>
          <w:p w14:paraId="3BD738AE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  <w:r w:rsidRPr="00F454AB">
              <w:rPr>
                <w:rFonts w:asciiTheme="majorHAnsi" w:hAnsiTheme="majorHAnsi" w:cstheme="majorHAnsi"/>
                <w:b/>
                <w:szCs w:val="20"/>
                <w:lang w:eastAsia="en-GB"/>
              </w:rPr>
              <w:t>Scope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2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14:paraId="4AA63B02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b/>
                <w:lang w:eastAsia="en-GB"/>
              </w:rPr>
            </w:pPr>
            <w:r w:rsidRPr="00F454AB">
              <w:rPr>
                <w:rFonts w:asciiTheme="majorHAnsi" w:hAnsiTheme="majorHAnsi" w:cstheme="majorHAnsi"/>
                <w:b/>
                <w:lang w:eastAsia="en-GB"/>
              </w:rPr>
              <w:t>No. of Servers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632A6B9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454AB" w:rsidRPr="00F454AB" w14:paraId="5D11A1B0" w14:textId="77777777" w:rsidTr="005946DB">
        <w:trPr>
          <w:trHeight w:val="150"/>
        </w:trPr>
        <w:tc>
          <w:tcPr>
            <w:tcW w:w="1686" w:type="dxa"/>
            <w:vMerge/>
            <w:tcBorders>
              <w:top w:val="single" w:sz="4" w:space="0" w:color="000000"/>
              <w:left w:val="single" w:sz="12" w:space="0" w:color="auto"/>
              <w:right w:val="single" w:sz="2" w:space="0" w:color="000000"/>
            </w:tcBorders>
            <w:vAlign w:val="center"/>
          </w:tcPr>
          <w:p w14:paraId="7D23C1AE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6811" w:type="dxa"/>
            <w:tcBorders>
              <w:top w:val="single" w:sz="4" w:space="0" w:color="000000"/>
              <w:left w:val="single" w:sz="2" w:space="0" w:color="000000"/>
              <w:right w:val="single" w:sz="12" w:space="0" w:color="auto"/>
            </w:tcBorders>
            <w:vAlign w:val="center"/>
          </w:tcPr>
          <w:p w14:paraId="5FCA2DDD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Azure Active Directory</w:t>
            </w:r>
          </w:p>
        </w:tc>
        <w:tc>
          <w:tcPr>
            <w:tcW w:w="559" w:type="dxa"/>
            <w:tcBorders>
              <w:left w:val="single" w:sz="12" w:space="0" w:color="auto"/>
              <w:right w:val="single" w:sz="12" w:space="0" w:color="auto"/>
            </w:tcBorders>
          </w:tcPr>
          <w:p w14:paraId="6A4E68A6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096440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5C9EA041" w14:textId="77777777" w:rsidTr="005946DB">
        <w:trPr>
          <w:trHeight w:val="150"/>
        </w:trPr>
        <w:tc>
          <w:tcPr>
            <w:tcW w:w="1686" w:type="dxa"/>
            <w:vMerge/>
            <w:tcBorders>
              <w:top w:val="single" w:sz="4" w:space="0" w:color="000000"/>
              <w:left w:val="single" w:sz="12" w:space="0" w:color="auto"/>
              <w:right w:val="single" w:sz="2" w:space="0" w:color="000000"/>
            </w:tcBorders>
            <w:vAlign w:val="center"/>
          </w:tcPr>
          <w:p w14:paraId="0874C0AC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6811" w:type="dxa"/>
            <w:tcBorders>
              <w:top w:val="single" w:sz="4" w:space="0" w:color="000000"/>
              <w:left w:val="single" w:sz="2" w:space="0" w:color="000000"/>
              <w:right w:val="single" w:sz="12" w:space="0" w:color="auto"/>
            </w:tcBorders>
            <w:vAlign w:val="center"/>
          </w:tcPr>
          <w:p w14:paraId="021030E6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Microsoft Intune</w:t>
            </w:r>
          </w:p>
        </w:tc>
        <w:tc>
          <w:tcPr>
            <w:tcW w:w="559" w:type="dxa"/>
            <w:tcBorders>
              <w:left w:val="single" w:sz="12" w:space="0" w:color="auto"/>
              <w:right w:val="single" w:sz="12" w:space="0" w:color="auto"/>
            </w:tcBorders>
          </w:tcPr>
          <w:p w14:paraId="423093B0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666814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7B03ECD4" w14:textId="77777777" w:rsidTr="005946DB">
        <w:trPr>
          <w:trHeight w:val="150"/>
        </w:trPr>
        <w:tc>
          <w:tcPr>
            <w:tcW w:w="1686" w:type="dxa"/>
            <w:vMerge/>
            <w:tcBorders>
              <w:top w:val="single" w:sz="4" w:space="0" w:color="000000"/>
              <w:left w:val="single" w:sz="12" w:space="0" w:color="auto"/>
              <w:right w:val="single" w:sz="2" w:space="0" w:color="000000"/>
            </w:tcBorders>
            <w:vAlign w:val="center"/>
          </w:tcPr>
          <w:p w14:paraId="4C76BBDF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6811" w:type="dxa"/>
            <w:tcBorders>
              <w:top w:val="single" w:sz="4" w:space="0" w:color="000000"/>
              <w:left w:val="single" w:sz="2" w:space="0" w:color="000000"/>
              <w:right w:val="single" w:sz="12" w:space="0" w:color="auto"/>
            </w:tcBorders>
            <w:vAlign w:val="center"/>
          </w:tcPr>
          <w:p w14:paraId="02124730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Microsoft Azure</w:t>
            </w:r>
          </w:p>
        </w:tc>
        <w:tc>
          <w:tcPr>
            <w:tcW w:w="559" w:type="dxa"/>
            <w:tcBorders>
              <w:left w:val="single" w:sz="12" w:space="0" w:color="auto"/>
              <w:right w:val="single" w:sz="12" w:space="0" w:color="auto"/>
            </w:tcBorders>
          </w:tcPr>
          <w:p w14:paraId="1241A281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493647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3FB17886" w14:textId="77777777" w:rsidTr="005946DB">
        <w:trPr>
          <w:trHeight w:val="150"/>
        </w:trPr>
        <w:tc>
          <w:tcPr>
            <w:tcW w:w="1686" w:type="dxa"/>
            <w:vMerge/>
            <w:tcBorders>
              <w:top w:val="single" w:sz="4" w:space="0" w:color="000000"/>
              <w:left w:val="single" w:sz="12" w:space="0" w:color="auto"/>
              <w:right w:val="single" w:sz="2" w:space="0" w:color="000000"/>
            </w:tcBorders>
            <w:vAlign w:val="center"/>
          </w:tcPr>
          <w:p w14:paraId="60A17A2C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6811" w:type="dxa"/>
            <w:tcBorders>
              <w:top w:val="single" w:sz="4" w:space="0" w:color="000000"/>
              <w:left w:val="single" w:sz="2" w:space="0" w:color="000000"/>
              <w:right w:val="single" w:sz="12" w:space="0" w:color="auto"/>
            </w:tcBorders>
            <w:vAlign w:val="center"/>
          </w:tcPr>
          <w:p w14:paraId="2DD8DF40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Microsoft Dynamics 365</w:t>
            </w:r>
          </w:p>
        </w:tc>
        <w:tc>
          <w:tcPr>
            <w:tcW w:w="559" w:type="dxa"/>
            <w:tcBorders>
              <w:left w:val="single" w:sz="12" w:space="0" w:color="auto"/>
              <w:right w:val="single" w:sz="12" w:space="0" w:color="auto"/>
            </w:tcBorders>
          </w:tcPr>
          <w:p w14:paraId="73F957FD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687943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20AFA0AA" w14:textId="77777777" w:rsidTr="005946DB">
        <w:trPr>
          <w:trHeight w:val="150"/>
        </w:trPr>
        <w:tc>
          <w:tcPr>
            <w:tcW w:w="1686" w:type="dxa"/>
            <w:vMerge/>
            <w:tcBorders>
              <w:top w:val="single" w:sz="4" w:space="0" w:color="000000"/>
              <w:left w:val="single" w:sz="12" w:space="0" w:color="auto"/>
              <w:right w:val="single" w:sz="2" w:space="0" w:color="000000"/>
            </w:tcBorders>
            <w:vAlign w:val="center"/>
          </w:tcPr>
          <w:p w14:paraId="16699103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6811" w:type="dxa"/>
            <w:tcBorders>
              <w:top w:val="single" w:sz="4" w:space="0" w:color="000000"/>
              <w:left w:val="single" w:sz="2" w:space="0" w:color="000000"/>
              <w:right w:val="single" w:sz="12" w:space="0" w:color="auto"/>
            </w:tcBorders>
            <w:vAlign w:val="center"/>
          </w:tcPr>
          <w:p w14:paraId="6AECDBE1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Microsoft Power Platform</w:t>
            </w:r>
          </w:p>
        </w:tc>
        <w:tc>
          <w:tcPr>
            <w:tcW w:w="559" w:type="dxa"/>
            <w:tcBorders>
              <w:left w:val="single" w:sz="12" w:space="0" w:color="auto"/>
              <w:right w:val="single" w:sz="12" w:space="0" w:color="auto"/>
            </w:tcBorders>
          </w:tcPr>
          <w:p w14:paraId="1BBC44FF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751227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63CEA9EB" w14:textId="77777777" w:rsidTr="005946DB">
        <w:trPr>
          <w:trHeight w:val="150"/>
        </w:trPr>
        <w:tc>
          <w:tcPr>
            <w:tcW w:w="1686" w:type="dxa"/>
            <w:vMerge/>
            <w:tcBorders>
              <w:top w:val="single" w:sz="4" w:space="0" w:color="000000"/>
              <w:left w:val="single" w:sz="12" w:space="0" w:color="auto"/>
              <w:right w:val="single" w:sz="2" w:space="0" w:color="000000"/>
            </w:tcBorders>
            <w:vAlign w:val="center"/>
          </w:tcPr>
          <w:p w14:paraId="0CB34BD0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6811" w:type="dxa"/>
            <w:tcBorders>
              <w:top w:val="single" w:sz="4" w:space="0" w:color="000000"/>
              <w:left w:val="single" w:sz="2" w:space="0" w:color="000000"/>
              <w:right w:val="single" w:sz="12" w:space="0" w:color="auto"/>
            </w:tcBorders>
            <w:vAlign w:val="center"/>
          </w:tcPr>
          <w:p w14:paraId="55702AED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Microsoft Account</w:t>
            </w:r>
          </w:p>
        </w:tc>
        <w:tc>
          <w:tcPr>
            <w:tcW w:w="559" w:type="dxa"/>
            <w:tcBorders>
              <w:left w:val="single" w:sz="12" w:space="0" w:color="auto"/>
              <w:right w:val="single" w:sz="12" w:space="0" w:color="auto"/>
            </w:tcBorders>
          </w:tcPr>
          <w:p w14:paraId="4B2BA10F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39258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615131C9" w14:textId="77777777" w:rsidTr="005946DB">
        <w:trPr>
          <w:trHeight w:val="150"/>
        </w:trPr>
        <w:tc>
          <w:tcPr>
            <w:tcW w:w="1686" w:type="dxa"/>
            <w:vMerge/>
            <w:tcBorders>
              <w:top w:val="single" w:sz="4" w:space="0" w:color="000000"/>
              <w:left w:val="single" w:sz="12" w:space="0" w:color="auto"/>
              <w:right w:val="single" w:sz="2" w:space="0" w:color="000000"/>
            </w:tcBorders>
            <w:vAlign w:val="center"/>
          </w:tcPr>
          <w:p w14:paraId="0A5984AD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6811" w:type="dxa"/>
            <w:tcBorders>
              <w:top w:val="single" w:sz="4" w:space="0" w:color="000000"/>
              <w:left w:val="single" w:sz="2" w:space="0" w:color="000000"/>
              <w:right w:val="single" w:sz="12" w:space="0" w:color="auto"/>
            </w:tcBorders>
            <w:vAlign w:val="center"/>
          </w:tcPr>
          <w:p w14:paraId="27438E55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Office 365</w:t>
            </w:r>
          </w:p>
        </w:tc>
        <w:tc>
          <w:tcPr>
            <w:tcW w:w="559" w:type="dxa"/>
            <w:tcBorders>
              <w:left w:val="single" w:sz="12" w:space="0" w:color="auto"/>
              <w:right w:val="single" w:sz="12" w:space="0" w:color="auto"/>
            </w:tcBorders>
          </w:tcPr>
          <w:p w14:paraId="65B8102B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753022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2692FF00" w14:textId="77777777" w:rsidTr="005946DB">
        <w:trPr>
          <w:trHeight w:val="150"/>
        </w:trPr>
        <w:tc>
          <w:tcPr>
            <w:tcW w:w="1686" w:type="dxa"/>
            <w:vMerge/>
            <w:tcBorders>
              <w:top w:val="single" w:sz="4" w:space="0" w:color="000000"/>
              <w:left w:val="single" w:sz="12" w:space="0" w:color="auto"/>
              <w:right w:val="single" w:sz="2" w:space="0" w:color="000000"/>
            </w:tcBorders>
            <w:vAlign w:val="center"/>
          </w:tcPr>
          <w:p w14:paraId="02EFE901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6811" w:type="dxa"/>
            <w:tcBorders>
              <w:top w:val="single" w:sz="4" w:space="0" w:color="000000"/>
              <w:left w:val="single" w:sz="2" w:space="0" w:color="000000"/>
              <w:right w:val="single" w:sz="12" w:space="0" w:color="auto"/>
            </w:tcBorders>
            <w:vAlign w:val="center"/>
          </w:tcPr>
          <w:p w14:paraId="48CA7DF1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Azure DevOps</w:t>
            </w:r>
          </w:p>
        </w:tc>
        <w:tc>
          <w:tcPr>
            <w:tcW w:w="559" w:type="dxa"/>
            <w:tcBorders>
              <w:left w:val="single" w:sz="12" w:space="0" w:color="auto"/>
              <w:right w:val="single" w:sz="12" w:space="0" w:color="auto"/>
            </w:tcBorders>
          </w:tcPr>
          <w:p w14:paraId="1B4E5156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442041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364A1F69" w14:textId="77777777" w:rsidTr="005946DB">
        <w:trPr>
          <w:trHeight w:val="150"/>
        </w:trPr>
        <w:tc>
          <w:tcPr>
            <w:tcW w:w="1686" w:type="dxa"/>
            <w:vMerge/>
            <w:tcBorders>
              <w:top w:val="single" w:sz="4" w:space="0" w:color="000000"/>
              <w:left w:val="single" w:sz="12" w:space="0" w:color="auto"/>
              <w:right w:val="single" w:sz="2" w:space="0" w:color="000000"/>
            </w:tcBorders>
            <w:vAlign w:val="center"/>
          </w:tcPr>
          <w:p w14:paraId="704D63A9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6811" w:type="dxa"/>
            <w:tcBorders>
              <w:top w:val="single" w:sz="4" w:space="0" w:color="000000"/>
              <w:left w:val="single" w:sz="2" w:space="0" w:color="000000"/>
              <w:right w:val="single" w:sz="12" w:space="0" w:color="auto"/>
            </w:tcBorders>
            <w:vAlign w:val="center"/>
          </w:tcPr>
          <w:p w14:paraId="63F5413B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Azure Sentinel</w:t>
            </w:r>
          </w:p>
        </w:tc>
        <w:tc>
          <w:tcPr>
            <w:tcW w:w="559" w:type="dxa"/>
            <w:tcBorders>
              <w:left w:val="single" w:sz="12" w:space="0" w:color="auto"/>
              <w:right w:val="single" w:sz="12" w:space="0" w:color="auto"/>
            </w:tcBorders>
          </w:tcPr>
          <w:p w14:paraId="52D45192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278250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F454AB" w:rsidRPr="00F454AB" w14:paraId="608B53B1" w14:textId="77777777" w:rsidTr="005946DB">
        <w:trPr>
          <w:trHeight w:val="150"/>
        </w:trPr>
        <w:tc>
          <w:tcPr>
            <w:tcW w:w="1686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2" w:space="0" w:color="000000"/>
            </w:tcBorders>
            <w:vAlign w:val="center"/>
          </w:tcPr>
          <w:p w14:paraId="54A3E306" w14:textId="77777777" w:rsidR="00F454AB" w:rsidRPr="00F454AB" w:rsidRDefault="00F454AB" w:rsidP="005946DB">
            <w:pPr>
              <w:pStyle w:val="ListParagraph"/>
              <w:spacing w:before="60" w:after="60" w:line="240" w:lineRule="auto"/>
              <w:ind w:left="0"/>
              <w:contextualSpacing w:val="0"/>
              <w:rPr>
                <w:rFonts w:asciiTheme="majorHAnsi" w:hAnsiTheme="majorHAnsi" w:cstheme="majorHAnsi"/>
                <w:b/>
                <w:szCs w:val="20"/>
                <w:lang w:eastAsia="en-GB"/>
              </w:rPr>
            </w:pPr>
          </w:p>
        </w:tc>
        <w:tc>
          <w:tcPr>
            <w:tcW w:w="6811" w:type="dxa"/>
            <w:tcBorders>
              <w:top w:val="single" w:sz="4" w:space="0" w:color="000000"/>
              <w:left w:val="single" w:sz="2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14:paraId="2E493BE4" w14:textId="77777777" w:rsidR="00F454AB" w:rsidRPr="00F454AB" w:rsidRDefault="00F454AB" w:rsidP="005946DB">
            <w:pPr>
              <w:spacing w:after="0" w:line="240" w:lineRule="auto"/>
              <w:rPr>
                <w:rFonts w:asciiTheme="majorHAnsi" w:hAnsiTheme="majorHAnsi" w:cstheme="majorHAnsi"/>
                <w:b/>
              </w:rPr>
            </w:pPr>
            <w:r w:rsidRPr="00F454AB">
              <w:rPr>
                <w:rFonts w:asciiTheme="majorHAnsi" w:hAnsiTheme="majorHAnsi" w:cstheme="majorHAnsi"/>
                <w:b/>
              </w:rPr>
              <w:t>Azure Defender</w:t>
            </w:r>
          </w:p>
        </w:tc>
        <w:tc>
          <w:tcPr>
            <w:tcW w:w="55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A8B6415" w14:textId="77777777" w:rsidR="00F454AB" w:rsidRPr="00F454AB" w:rsidRDefault="00BC4BC8" w:rsidP="005946DB">
            <w:pPr>
              <w:pStyle w:val="ListParagraph"/>
              <w:spacing w:before="60" w:after="60" w:line="240" w:lineRule="auto"/>
              <w:ind w:left="0"/>
              <w:contextualSpacing w:val="0"/>
              <w:jc w:val="center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675795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4AB" w:rsidRPr="00F454AB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</w:tbl>
    <w:p w14:paraId="5C1693E0" w14:textId="77777777" w:rsidR="00B83A9F" w:rsidRPr="00F454AB" w:rsidRDefault="00B83A9F" w:rsidP="00F454AB">
      <w:pPr>
        <w:rPr>
          <w:rFonts w:asciiTheme="majorHAnsi" w:hAnsiTheme="majorHAnsi" w:cstheme="majorHAnsi"/>
          <w:lang w:val="en-GB"/>
        </w:rPr>
      </w:pPr>
    </w:p>
    <w:p w14:paraId="6933EBC3" w14:textId="77777777" w:rsidR="0018760D" w:rsidRPr="00F454AB" w:rsidRDefault="0018760D">
      <w:pPr>
        <w:rPr>
          <w:rFonts w:asciiTheme="majorHAnsi" w:hAnsiTheme="majorHAnsi" w:cstheme="majorHAnsi"/>
        </w:rPr>
      </w:pPr>
    </w:p>
    <w:sectPr w:rsidR="0018760D" w:rsidRPr="00F454AB" w:rsidSect="00B078A6">
      <w:headerReference w:type="first" r:id="rId8"/>
      <w:pgSz w:w="12240" w:h="15840" w:orient="landscape"/>
      <w:pgMar w:top="1440" w:right="1440" w:bottom="1440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2C9E2D" w14:textId="77777777" w:rsidR="00A7776E" w:rsidRDefault="00A7776E">
      <w:pPr>
        <w:spacing w:after="0" w:line="240" w:lineRule="auto"/>
      </w:pPr>
      <w:r>
        <w:separator/>
      </w:r>
    </w:p>
  </w:endnote>
  <w:endnote w:type="continuationSeparator" w:id="0">
    <w:p w14:paraId="097E5199" w14:textId="77777777" w:rsidR="00A7776E" w:rsidRDefault="00A77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8B41C5" w14:textId="77777777" w:rsidR="00A7776E" w:rsidRDefault="00A7776E">
      <w:pPr>
        <w:spacing w:after="0" w:line="240" w:lineRule="auto"/>
      </w:pPr>
      <w:r>
        <w:separator/>
      </w:r>
    </w:p>
  </w:footnote>
  <w:footnote w:type="continuationSeparator" w:id="0">
    <w:p w14:paraId="3BD5EF81" w14:textId="77777777" w:rsidR="00A7776E" w:rsidRDefault="00A77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DDB6C" w14:textId="77777777" w:rsidR="006664D1" w:rsidRDefault="009F3C99">
    <w:pPr>
      <w:pStyle w:val="Header"/>
    </w:pPr>
    <w:r>
      <w:rPr>
        <w:rFonts w:asciiTheme="majorHAnsi" w:hAnsiTheme="majorHAnsi" w:cstheme="majorHAnsi"/>
        <w:noProof/>
      </w:rPr>
      <w:drawing>
        <wp:anchor distT="0" distB="0" distL="114300" distR="114300" simplePos="0" relativeHeight="251658240" behindDoc="1" locked="0" layoutInCell="1" allowOverlap="1" wp14:anchorId="3A60BD03" wp14:editId="2C3FF495">
          <wp:simplePos x="0" y="0"/>
          <wp:positionH relativeFrom="margin">
            <wp:posOffset>-985520</wp:posOffset>
          </wp:positionH>
          <wp:positionV relativeFrom="paragraph">
            <wp:posOffset>0</wp:posOffset>
          </wp:positionV>
          <wp:extent cx="7886065" cy="5257800"/>
          <wp:effectExtent l="0" t="0" r="635" b="0"/>
          <wp:wrapTight wrapText="bothSides">
            <wp:wrapPolygon edited="0">
              <wp:start x="0" y="0"/>
              <wp:lineTo x="0" y="21522"/>
              <wp:lineTo x="21550" y="21522"/>
              <wp:lineTo x="21550" y="0"/>
              <wp:lineTo x="0" y="0"/>
            </wp:wrapPolygon>
          </wp:wrapTight>
          <wp:docPr id="4508787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6065" cy="525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F1C5D6A"/>
    <w:multiLevelType w:val="hybridMultilevel"/>
    <w:tmpl w:val="12AE0156"/>
    <w:lvl w:ilvl="0" w:tplc="97FAD600">
      <w:start w:val="1"/>
      <w:numFmt w:val="bullet"/>
      <w:pStyle w:val="IntegrityPTBullet2"/>
      <w:lvlText w:val="o"/>
      <w:lvlJc w:val="left"/>
      <w:pPr>
        <w:ind w:left="1223" w:hanging="360"/>
      </w:pPr>
      <w:rPr>
        <w:rFonts w:ascii="Courier New" w:hAnsi="Courier New" w:cs="Courier New" w:hint="default"/>
        <w:color w:val="C8102E"/>
        <w:sz w:val="18"/>
        <w:vertAlign w:val="baseline"/>
      </w:rPr>
    </w:lvl>
    <w:lvl w:ilvl="1" w:tplc="1809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7" w15:restartNumberingAfterBreak="0">
    <w:nsid w:val="30625070"/>
    <w:multiLevelType w:val="hybridMultilevel"/>
    <w:tmpl w:val="9A46F3D8"/>
    <w:lvl w:ilvl="0" w:tplc="2C064C22">
      <w:numFmt w:val="bullet"/>
      <w:pStyle w:val="CapitaBullet"/>
      <w:lvlText w:val="•"/>
      <w:lvlJc w:val="left"/>
      <w:pPr>
        <w:ind w:left="1080" w:hanging="720"/>
      </w:pPr>
      <w:rPr>
        <w:rFonts w:ascii="Calibri" w:hAnsi="Calibri" w:cstheme="minorBidi" w:hint="default"/>
        <w:color w:val="365F91" w:themeColor="accent1" w:themeShade="BF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4A3D61"/>
    <w:multiLevelType w:val="hybridMultilevel"/>
    <w:tmpl w:val="38044D32"/>
    <w:lvl w:ilvl="0" w:tplc="F678F8D6">
      <w:start w:val="1"/>
      <w:numFmt w:val="bullet"/>
      <w:pStyle w:val="IntegrityPTBullet1"/>
      <w:lvlText w:val=""/>
      <w:lvlJc w:val="left"/>
      <w:pPr>
        <w:ind w:left="1889" w:hanging="360"/>
      </w:pPr>
      <w:rPr>
        <w:rFonts w:ascii="Symbol" w:hAnsi="Symbol" w:hint="default"/>
        <w:color w:val="C8102E"/>
      </w:rPr>
    </w:lvl>
    <w:lvl w:ilvl="1" w:tplc="E98886D0">
      <w:start w:val="1"/>
      <w:numFmt w:val="bullet"/>
      <w:lvlText w:val="o"/>
      <w:lvlJc w:val="left"/>
      <w:pPr>
        <w:ind w:left="2969" w:hanging="360"/>
      </w:pPr>
      <w:rPr>
        <w:rFonts w:asciiTheme="minorHAnsi" w:hAnsiTheme="minorHAnsi" w:cstheme="minorHAnsi" w:hint="default"/>
        <w:color w:val="C8102E"/>
      </w:rPr>
    </w:lvl>
    <w:lvl w:ilvl="2" w:tplc="08090005" w:tentative="1">
      <w:start w:val="1"/>
      <w:numFmt w:val="bullet"/>
      <w:lvlText w:val=""/>
      <w:lvlJc w:val="left"/>
      <w:pPr>
        <w:ind w:left="36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09" w:hanging="360"/>
      </w:pPr>
      <w:rPr>
        <w:rFonts w:ascii="Wingdings" w:hAnsi="Wingdings" w:hint="default"/>
      </w:rPr>
    </w:lvl>
  </w:abstractNum>
  <w:abstractNum w:abstractNumId="9" w15:restartNumberingAfterBreak="0">
    <w:nsid w:val="71A775FB"/>
    <w:multiLevelType w:val="hybridMultilevel"/>
    <w:tmpl w:val="DA163018"/>
    <w:lvl w:ilvl="0" w:tplc="6170A254">
      <w:start w:val="1"/>
      <w:numFmt w:val="bullet"/>
      <w:pStyle w:val="IntegrityPTBullet3"/>
      <w:lvlText w:val=""/>
      <w:lvlJc w:val="left"/>
      <w:pPr>
        <w:ind w:left="2457" w:hanging="360"/>
      </w:pPr>
      <w:rPr>
        <w:rFonts w:ascii="Wingdings" w:hAnsi="Wingdings" w:hint="default"/>
        <w:color w:val="C8102E"/>
      </w:rPr>
    </w:lvl>
    <w:lvl w:ilvl="1" w:tplc="08090003" w:tentative="1">
      <w:start w:val="1"/>
      <w:numFmt w:val="bullet"/>
      <w:lvlText w:val="o"/>
      <w:lvlJc w:val="left"/>
      <w:pPr>
        <w:ind w:left="31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17" w:hanging="360"/>
      </w:pPr>
      <w:rPr>
        <w:rFonts w:ascii="Wingdings" w:hAnsi="Wingdings" w:hint="default"/>
      </w:rPr>
    </w:lvl>
  </w:abstractNum>
  <w:abstractNum w:abstractNumId="10" w15:restartNumberingAfterBreak="0">
    <w:nsid w:val="784C5FCA"/>
    <w:multiLevelType w:val="hybridMultilevel"/>
    <w:tmpl w:val="DA766EBC"/>
    <w:lvl w:ilvl="0" w:tplc="BED22F5C">
      <w:start w:val="1"/>
      <w:numFmt w:val="decimal"/>
      <w:pStyle w:val="IntegrityPTFigureCaption"/>
      <w:lvlText w:val="Figure %1: "/>
      <w:lvlJc w:val="left"/>
      <w:pPr>
        <w:ind w:left="1069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86598078">
    <w:abstractNumId w:val="5"/>
  </w:num>
  <w:num w:numId="2" w16cid:durableId="2063670419">
    <w:abstractNumId w:val="3"/>
  </w:num>
  <w:num w:numId="3" w16cid:durableId="384110664">
    <w:abstractNumId w:val="2"/>
  </w:num>
  <w:num w:numId="4" w16cid:durableId="1170635747">
    <w:abstractNumId w:val="4"/>
  </w:num>
  <w:num w:numId="5" w16cid:durableId="1222521579">
    <w:abstractNumId w:val="1"/>
  </w:num>
  <w:num w:numId="6" w16cid:durableId="136192562">
    <w:abstractNumId w:val="0"/>
  </w:num>
  <w:num w:numId="7" w16cid:durableId="832645634">
    <w:abstractNumId w:val="8"/>
  </w:num>
  <w:num w:numId="8" w16cid:durableId="2003049079">
    <w:abstractNumId w:val="10"/>
  </w:num>
  <w:num w:numId="9" w16cid:durableId="528494275">
    <w:abstractNumId w:val="6"/>
  </w:num>
  <w:num w:numId="10" w16cid:durableId="2052920258">
    <w:abstractNumId w:val="9"/>
  </w:num>
  <w:num w:numId="11" w16cid:durableId="1396851609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76E"/>
    <w:rsid w:val="00034616"/>
    <w:rsid w:val="00045947"/>
    <w:rsid w:val="0006063C"/>
    <w:rsid w:val="000D043B"/>
    <w:rsid w:val="000D75F1"/>
    <w:rsid w:val="000E4A84"/>
    <w:rsid w:val="0015074B"/>
    <w:rsid w:val="001605B3"/>
    <w:rsid w:val="001711D9"/>
    <w:rsid w:val="00173CBB"/>
    <w:rsid w:val="0018760D"/>
    <w:rsid w:val="00191A96"/>
    <w:rsid w:val="001B1577"/>
    <w:rsid w:val="002157B7"/>
    <w:rsid w:val="00276507"/>
    <w:rsid w:val="002952BF"/>
    <w:rsid w:val="0029639D"/>
    <w:rsid w:val="002A7C50"/>
    <w:rsid w:val="0031227B"/>
    <w:rsid w:val="00326F90"/>
    <w:rsid w:val="00376E49"/>
    <w:rsid w:val="003B1714"/>
    <w:rsid w:val="003C09D1"/>
    <w:rsid w:val="003D6204"/>
    <w:rsid w:val="003F0B5A"/>
    <w:rsid w:val="004362BB"/>
    <w:rsid w:val="00463502"/>
    <w:rsid w:val="00465A8B"/>
    <w:rsid w:val="0049094C"/>
    <w:rsid w:val="0049259C"/>
    <w:rsid w:val="004D4768"/>
    <w:rsid w:val="004F72CE"/>
    <w:rsid w:val="00532F2F"/>
    <w:rsid w:val="00536128"/>
    <w:rsid w:val="00552F1A"/>
    <w:rsid w:val="005B2BBE"/>
    <w:rsid w:val="005D2349"/>
    <w:rsid w:val="00620FED"/>
    <w:rsid w:val="006664D1"/>
    <w:rsid w:val="006B0266"/>
    <w:rsid w:val="006C5B29"/>
    <w:rsid w:val="006D57E5"/>
    <w:rsid w:val="007372C2"/>
    <w:rsid w:val="00744359"/>
    <w:rsid w:val="007837E1"/>
    <w:rsid w:val="0079746F"/>
    <w:rsid w:val="007B6D94"/>
    <w:rsid w:val="00841060"/>
    <w:rsid w:val="008F14AE"/>
    <w:rsid w:val="00936ECF"/>
    <w:rsid w:val="0095745B"/>
    <w:rsid w:val="00963CE4"/>
    <w:rsid w:val="0098101A"/>
    <w:rsid w:val="009F3C99"/>
    <w:rsid w:val="009F5AE8"/>
    <w:rsid w:val="00A00B7C"/>
    <w:rsid w:val="00A23503"/>
    <w:rsid w:val="00A41D4F"/>
    <w:rsid w:val="00A759E4"/>
    <w:rsid w:val="00A7776E"/>
    <w:rsid w:val="00A9481F"/>
    <w:rsid w:val="00AA1D8D"/>
    <w:rsid w:val="00AB3BAB"/>
    <w:rsid w:val="00AC3C6A"/>
    <w:rsid w:val="00AE753E"/>
    <w:rsid w:val="00B078A6"/>
    <w:rsid w:val="00B14DF7"/>
    <w:rsid w:val="00B151E6"/>
    <w:rsid w:val="00B257D0"/>
    <w:rsid w:val="00B47730"/>
    <w:rsid w:val="00B654DB"/>
    <w:rsid w:val="00B74D6F"/>
    <w:rsid w:val="00B83A9F"/>
    <w:rsid w:val="00BC4BC8"/>
    <w:rsid w:val="00BE2F3E"/>
    <w:rsid w:val="00C07D4E"/>
    <w:rsid w:val="00C15044"/>
    <w:rsid w:val="00C15D65"/>
    <w:rsid w:val="00C2769E"/>
    <w:rsid w:val="00C441C3"/>
    <w:rsid w:val="00C61E1A"/>
    <w:rsid w:val="00C72FFA"/>
    <w:rsid w:val="00CA0027"/>
    <w:rsid w:val="00CA3212"/>
    <w:rsid w:val="00CA40F1"/>
    <w:rsid w:val="00CA4FFB"/>
    <w:rsid w:val="00CB0664"/>
    <w:rsid w:val="00CE0547"/>
    <w:rsid w:val="00D23C51"/>
    <w:rsid w:val="00D53C0E"/>
    <w:rsid w:val="00D85884"/>
    <w:rsid w:val="00D9283F"/>
    <w:rsid w:val="00DF6753"/>
    <w:rsid w:val="00E36D65"/>
    <w:rsid w:val="00E47E4E"/>
    <w:rsid w:val="00E94056"/>
    <w:rsid w:val="00EB35BF"/>
    <w:rsid w:val="00F13BDD"/>
    <w:rsid w:val="00F17AA5"/>
    <w:rsid w:val="00F454AB"/>
    <w:rsid w:val="00F66F1D"/>
    <w:rsid w:val="00F96448"/>
    <w:rsid w:val="00FC368F"/>
    <w:rsid w:val="00FC693F"/>
    <w:rsid w:val="00FF1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E3BE8B6"/>
  <w14:defaultImageDpi w14:val="300"/>
  <w15:docId w15:val="{FA2BD33D-ABE0-44D9-8B61-A2C3D4BEA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aliases w:val="Integrity H1,Integrity PT H1,New,Arial 14 Fett,Arial 14 Fett1,Arial 14 Fett2,Heading1,Kapitel,stydde,Titre 11,t1.T1.Titre 1,t1,t1.T1,H1,Fonction d'Optivity,1titre,1titre1,1titre2,1titre3,1titre4,1titre5,1titre6,h1,l1,level 1,level1,1,Level a,I"/>
    <w:basedOn w:val="Normal"/>
    <w:next w:val="Normal"/>
    <w:link w:val="Heading1Char"/>
    <w:rsid w:val="006D57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aliases w:val="Integrity H2,Integrity PT H2,section header,section header1,section header2,section header3,section header11,section header21,section header4,section header12,section header22,section header5,section header13,section header23,section header6"/>
    <w:basedOn w:val="Normal"/>
    <w:next w:val="Normal"/>
    <w:link w:val="Heading2Char"/>
    <w:unhideWhenUsed/>
    <w:rsid w:val="00C72F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8"/>
      <w:szCs w:val="26"/>
    </w:rPr>
  </w:style>
  <w:style w:type="paragraph" w:styleId="Heading3">
    <w:name w:val="heading 3"/>
    <w:aliases w:val="Integrity H3,Integrity PT H3,H3,Arial 12 Fett,Unterabschnitt,Map,Titre 31,t3.T3,h3,l3,level3,3,heading 3,Times New Roman 11 Fett,Unter,prop3,h31,h32,h33,h34,h35,h36,h37,h38,h39,h310,h311,h321,h331,h341,h351,h361,h371,h381,h312,h322,h332,h342"/>
    <w:basedOn w:val="Normal"/>
    <w:next w:val="Normal"/>
    <w:link w:val="Heading3Char"/>
    <w:unhideWhenUsed/>
    <w:rsid w:val="00C72F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6"/>
    </w:rPr>
  </w:style>
  <w:style w:type="paragraph" w:styleId="Heading4">
    <w:name w:val="heading 4"/>
    <w:aliases w:val="Integrity H4,Integrity PT H4,Mission Heading 4,Paragraph Title, Paragraph Title "/>
    <w:basedOn w:val="Normal"/>
    <w:next w:val="Normal"/>
    <w:link w:val="Heading4Char"/>
    <w:unhideWhenUsed/>
    <w:rsid w:val="006D57E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618BF"/>
  </w:style>
  <w:style w:type="paragraph" w:styleId="Footer">
    <w:name w:val="footer"/>
    <w:aliases w:val="Footer Char Char Char,Footer Char Char,Footer Char1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Footer Char Char Char Char,Footer Char Char Char1,Footer Char1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aliases w:val="Integrity H1 Char,Integrity PT H1 Char,New Char,Arial 14 Fett Char,Arial 14 Fett1 Char,Arial 14 Fett2 Char,Heading1 Char,Kapitel Char,stydde Char,Titre 11 Char,t1.T1.Titre 1 Char,t1 Char,t1.T1 Char,H1 Char,Fonction d'Optivity Char,h1 Char"/>
    <w:basedOn w:val="DefaultParagraphFont"/>
    <w:link w:val="Heading1"/>
    <w:rsid w:val="006D57E5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aliases w:val="Integrity H2 Char,Integrity PT H2 Char,section header Char,section header1 Char,section header2 Char,section header3 Char,section header11 Char,section header21 Char,section header4 Char,section header12 Char,section header22 Char"/>
    <w:basedOn w:val="DefaultParagraphFont"/>
    <w:link w:val="Heading2"/>
    <w:rsid w:val="00C72FFA"/>
    <w:rPr>
      <w:rFonts w:asciiTheme="majorHAnsi" w:eastAsiaTheme="majorEastAsia" w:hAnsiTheme="majorHAnsi" w:cstheme="majorBidi"/>
      <w:b/>
      <w:bCs/>
      <w:color w:val="000000" w:themeColor="text1"/>
      <w:sz w:val="28"/>
      <w:szCs w:val="26"/>
    </w:rPr>
  </w:style>
  <w:style w:type="character" w:customStyle="1" w:styleId="Heading3Char">
    <w:name w:val="Heading 3 Char"/>
    <w:aliases w:val="Integrity H3 Char,Integrity PT H3 Char,H3 Char,Arial 12 Fett Char,Unterabschnitt Char,Map Char,Titre 31 Char,t3.T3 Char,h3 Char,l3 Char,level3 Char,3 Char,heading 3 Char,Times New Roman 11 Fett Char,Unter Char,prop3 Char,h31 Char,h32 Char"/>
    <w:basedOn w:val="DefaultParagraphFont"/>
    <w:link w:val="Heading3"/>
    <w:rsid w:val="00C72FFA"/>
    <w:rPr>
      <w:rFonts w:asciiTheme="majorHAnsi" w:eastAsiaTheme="majorEastAsia" w:hAnsiTheme="majorHAnsi" w:cstheme="majorBidi"/>
      <w:b/>
      <w:bCs/>
      <w:color w:val="000000" w:themeColor="text1"/>
      <w:sz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D57E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D57E5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57E5"/>
    <w:pPr>
      <w:numPr>
        <w:ilvl w:val="1"/>
      </w:numPr>
    </w:pPr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D57E5"/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paragraph" w:styleId="ListParagraph">
    <w:name w:val="List Paragraph"/>
    <w:aliases w:val="igunore,Subtitle Cover Page,cS List Paragraph,List Paragraph1,Paragraph 1,Equipment,Figure_name,Numbered Indented Text,List Paragraph Char Char Char,List Paragraph Char Char,RFP SUB Points,Use Case List Paragraph,b1,Bullet for no #'s,lp1"/>
    <w:basedOn w:val="Normal"/>
    <w:link w:val="ListParagraphChar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4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5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aliases w:val="Integrity H4 Char,Integrity PT H4 Char,Mission Heading 4 Char,Paragraph Title Char, Paragraph Title  Char"/>
    <w:basedOn w:val="DefaultParagraphFont"/>
    <w:link w:val="Heading4"/>
    <w:rsid w:val="006D57E5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aliases w:val="Integrity PT Issue Closed"/>
    <w:basedOn w:val="DefaultParagraphFont"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57E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57E5"/>
    <w:rPr>
      <w:b/>
      <w:bCs/>
      <w:i/>
      <w:iCs/>
    </w:rPr>
  </w:style>
  <w:style w:type="character" w:styleId="SubtleEmphasis">
    <w:name w:val="Subtle Emphasis"/>
    <w:basedOn w:val="DefaultParagraphFont"/>
    <w:uiPriority w:val="19"/>
    <w:qFormat/>
    <w:rsid w:val="006D57E5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rsid w:val="006D57E5"/>
    <w:rPr>
      <w:b/>
      <w:bCs/>
      <w:i/>
      <w:iCs/>
      <w:color w:val="000000" w:themeColor="text1"/>
    </w:rPr>
  </w:style>
  <w:style w:type="character" w:styleId="SubtleReference">
    <w:name w:val="Subtle Reference"/>
    <w:basedOn w:val="DefaultParagraphFont"/>
    <w:uiPriority w:val="31"/>
    <w:qFormat/>
    <w:rsid w:val="006D57E5"/>
    <w:rPr>
      <w:smallCaps/>
      <w:color w:val="000000" w:themeColor="text1"/>
      <w:u w:val="single"/>
    </w:rPr>
  </w:style>
  <w:style w:type="character" w:styleId="IntenseReference">
    <w:name w:val="Intense Reference"/>
    <w:basedOn w:val="DefaultParagraphFont"/>
    <w:uiPriority w:val="32"/>
    <w:qFormat/>
    <w:rsid w:val="006D57E5"/>
    <w:rPr>
      <w:b/>
      <w:bCs/>
      <w:smallCaps/>
      <w:color w:val="000000" w:themeColor="tex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aliases w:val="Integrity - Table 1,Integrity T1,Capita T3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IntegrityPTStandardText">
    <w:name w:val="Integrity PT Standard Text"/>
    <w:basedOn w:val="Normal"/>
    <w:link w:val="IntegrityPTStandardTextChar"/>
    <w:rsid w:val="00B83A9F"/>
    <w:pPr>
      <w:spacing w:before="60" w:after="60" w:line="240" w:lineRule="auto"/>
    </w:pPr>
    <w:rPr>
      <w:rFonts w:eastAsia="Times New Roman" w:cs="Arial"/>
      <w:szCs w:val="24"/>
      <w:lang w:val="en-GB" w:eastAsia="en-GB"/>
    </w:rPr>
  </w:style>
  <w:style w:type="character" w:customStyle="1" w:styleId="IntegrityPTStandardTextChar">
    <w:name w:val="Integrity PT Standard Text Char"/>
    <w:basedOn w:val="DefaultParagraphFont"/>
    <w:link w:val="IntegrityPTStandardText"/>
    <w:rsid w:val="00B83A9F"/>
    <w:rPr>
      <w:rFonts w:eastAsia="Times New Roman" w:cs="Arial"/>
      <w:szCs w:val="24"/>
      <w:lang w:val="en-GB"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7837E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837E1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7837E1"/>
    <w:rPr>
      <w:color w:val="0000FF" w:themeColor="hyperlink"/>
      <w:u w:val="single"/>
    </w:rPr>
  </w:style>
  <w:style w:type="paragraph" w:customStyle="1" w:styleId="IntegrityPTBullet1">
    <w:name w:val="Integrity PT Bullet 1"/>
    <w:basedOn w:val="IntegrityPTStandardText"/>
    <w:link w:val="IntegrityPTBullet1Char"/>
    <w:rsid w:val="00B078A6"/>
    <w:pPr>
      <w:numPr>
        <w:numId w:val="7"/>
      </w:numPr>
      <w:tabs>
        <w:tab w:val="left" w:pos="426"/>
      </w:tabs>
      <w:spacing w:before="120" w:after="120" w:line="240" w:lineRule="exact"/>
    </w:pPr>
    <w:rPr>
      <w:lang w:val="en-US"/>
    </w:rPr>
  </w:style>
  <w:style w:type="character" w:customStyle="1" w:styleId="IntegrityPTBullet1Char">
    <w:name w:val="Integrity PT Bullet 1 Char"/>
    <w:basedOn w:val="DefaultParagraphFont"/>
    <w:link w:val="IntegrityPTBullet1"/>
    <w:locked/>
    <w:rsid w:val="00B078A6"/>
    <w:rPr>
      <w:rFonts w:eastAsia="Times New Roman" w:cs="Arial"/>
      <w:szCs w:val="24"/>
      <w:lang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6664D1"/>
    <w:pPr>
      <w:spacing w:after="100"/>
    </w:pPr>
  </w:style>
  <w:style w:type="paragraph" w:styleId="NormalIndent">
    <w:name w:val="Normal Indent"/>
    <w:basedOn w:val="Normal"/>
    <w:rsid w:val="0079746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746F"/>
    <w:pPr>
      <w:spacing w:after="240"/>
    </w:pPr>
    <w:rPr>
      <w:rFonts w:ascii="Tahoma" w:eastAsia="Times New Roman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46F"/>
    <w:rPr>
      <w:rFonts w:ascii="Tahoma" w:eastAsia="Times New Roman" w:hAnsi="Tahoma" w:cs="Tahoma"/>
      <w:sz w:val="16"/>
      <w:szCs w:val="16"/>
      <w:lang w:val="en-GB"/>
    </w:rPr>
  </w:style>
  <w:style w:type="character" w:styleId="FollowedHyperlink">
    <w:name w:val="FollowedHyperlink"/>
    <w:uiPriority w:val="99"/>
    <w:semiHidden/>
    <w:unhideWhenUsed/>
    <w:rsid w:val="0079746F"/>
    <w:rPr>
      <w:color w:val="800080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79746F"/>
    <w:pPr>
      <w:spacing w:after="100"/>
      <w:ind w:left="660"/>
    </w:pPr>
    <w:rPr>
      <w:rFonts w:ascii="Calibri" w:eastAsia="Times New Roman" w:hAnsi="Calibri" w:cs="Times New Roman"/>
      <w:lang w:val="en-IE" w:eastAsia="en-IE"/>
    </w:rPr>
  </w:style>
  <w:style w:type="paragraph" w:styleId="TOC5">
    <w:name w:val="toc 5"/>
    <w:basedOn w:val="Normal"/>
    <w:next w:val="Normal"/>
    <w:autoRedefine/>
    <w:uiPriority w:val="39"/>
    <w:unhideWhenUsed/>
    <w:rsid w:val="0079746F"/>
    <w:pPr>
      <w:spacing w:after="100"/>
      <w:ind w:left="880"/>
    </w:pPr>
    <w:rPr>
      <w:rFonts w:ascii="Calibri" w:eastAsia="Times New Roman" w:hAnsi="Calibri" w:cs="Times New Roman"/>
      <w:lang w:val="en-IE" w:eastAsia="en-IE"/>
    </w:rPr>
  </w:style>
  <w:style w:type="paragraph" w:styleId="TOC6">
    <w:name w:val="toc 6"/>
    <w:basedOn w:val="Normal"/>
    <w:next w:val="Normal"/>
    <w:autoRedefine/>
    <w:uiPriority w:val="39"/>
    <w:unhideWhenUsed/>
    <w:rsid w:val="0079746F"/>
    <w:pPr>
      <w:spacing w:after="100"/>
      <w:ind w:left="1100"/>
    </w:pPr>
    <w:rPr>
      <w:rFonts w:ascii="Calibri" w:eastAsia="Times New Roman" w:hAnsi="Calibri" w:cs="Times New Roman"/>
      <w:lang w:val="en-IE" w:eastAsia="en-IE"/>
    </w:rPr>
  </w:style>
  <w:style w:type="paragraph" w:styleId="TOC7">
    <w:name w:val="toc 7"/>
    <w:basedOn w:val="Normal"/>
    <w:next w:val="Normal"/>
    <w:autoRedefine/>
    <w:uiPriority w:val="39"/>
    <w:unhideWhenUsed/>
    <w:rsid w:val="0079746F"/>
    <w:pPr>
      <w:spacing w:after="100"/>
      <w:ind w:left="1320"/>
    </w:pPr>
    <w:rPr>
      <w:rFonts w:ascii="Calibri" w:eastAsia="Times New Roman" w:hAnsi="Calibri" w:cs="Times New Roman"/>
      <w:lang w:val="en-IE" w:eastAsia="en-IE"/>
    </w:rPr>
  </w:style>
  <w:style w:type="paragraph" w:styleId="TOC8">
    <w:name w:val="toc 8"/>
    <w:basedOn w:val="Normal"/>
    <w:next w:val="Normal"/>
    <w:autoRedefine/>
    <w:uiPriority w:val="39"/>
    <w:unhideWhenUsed/>
    <w:rsid w:val="0079746F"/>
    <w:pPr>
      <w:spacing w:after="100"/>
      <w:ind w:left="1540"/>
    </w:pPr>
    <w:rPr>
      <w:rFonts w:ascii="Calibri" w:eastAsia="Times New Roman" w:hAnsi="Calibri" w:cs="Times New Roman"/>
      <w:lang w:val="en-IE" w:eastAsia="en-IE"/>
    </w:rPr>
  </w:style>
  <w:style w:type="paragraph" w:styleId="TOC9">
    <w:name w:val="toc 9"/>
    <w:basedOn w:val="Normal"/>
    <w:next w:val="Normal"/>
    <w:autoRedefine/>
    <w:uiPriority w:val="39"/>
    <w:unhideWhenUsed/>
    <w:rsid w:val="0079746F"/>
    <w:pPr>
      <w:spacing w:after="100"/>
      <w:ind w:left="1760"/>
    </w:pPr>
    <w:rPr>
      <w:rFonts w:ascii="Calibri" w:eastAsia="Times New Roman" w:hAnsi="Calibri" w:cs="Times New Roman"/>
      <w:lang w:val="en-IE" w:eastAsia="en-IE"/>
    </w:rPr>
  </w:style>
  <w:style w:type="paragraph" w:styleId="NormalWeb">
    <w:name w:val="Normal (Web)"/>
    <w:basedOn w:val="Normal"/>
    <w:uiPriority w:val="99"/>
    <w:unhideWhenUsed/>
    <w:rsid w:val="007974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styleId="UnresolvedMention">
    <w:name w:val="Unresolved Mention"/>
    <w:basedOn w:val="DefaultParagraphFont"/>
    <w:uiPriority w:val="99"/>
    <w:semiHidden/>
    <w:unhideWhenUsed/>
    <w:rsid w:val="0079746F"/>
    <w:rPr>
      <w:color w:val="808080"/>
      <w:shd w:val="clear" w:color="auto" w:fill="E6E6E6"/>
    </w:rPr>
  </w:style>
  <w:style w:type="paragraph" w:customStyle="1" w:styleId="IntegrityPTFirstSection1">
    <w:name w:val="Integrity PT First Section 1"/>
    <w:basedOn w:val="IntegrityPTFirstSection2"/>
    <w:rsid w:val="0079746F"/>
    <w:rPr>
      <w:sz w:val="24"/>
    </w:rPr>
  </w:style>
  <w:style w:type="paragraph" w:customStyle="1" w:styleId="IntegrityPTFirstSection2">
    <w:name w:val="Integrity PT First Section 2"/>
    <w:basedOn w:val="BodyText"/>
    <w:next w:val="IntegrityPTStandardText"/>
    <w:rsid w:val="0079746F"/>
    <w:pPr>
      <w:spacing w:before="360"/>
    </w:pPr>
    <w:rPr>
      <w:rFonts w:eastAsia="Times New Roman" w:cs="Times New Roman"/>
      <w:b/>
      <w:bCs/>
      <w:color w:val="C8102E"/>
      <w:lang w:val="en-GB"/>
    </w:rPr>
  </w:style>
  <w:style w:type="character" w:customStyle="1" w:styleId="BoldBlack">
    <w:name w:val="Bold Black"/>
    <w:uiPriority w:val="1"/>
    <w:qFormat/>
    <w:rsid w:val="0079746F"/>
    <w:rPr>
      <w:rFonts w:ascii="Lucida Sans" w:hAnsi="Lucida Sans"/>
      <w:b/>
      <w:bCs/>
      <w:color w:val="000000"/>
      <w:sz w:val="20"/>
      <w:lang w:val="en-GB"/>
    </w:rPr>
  </w:style>
  <w:style w:type="paragraph" w:customStyle="1" w:styleId="IntegrityPTIssueSectionNotUnderlined">
    <w:name w:val="Integrity PT Issue Section Not Underlined"/>
    <w:basedOn w:val="IntegrityPTStandardText"/>
    <w:next w:val="IntegrityPTStandardText"/>
    <w:rsid w:val="0079746F"/>
    <w:pPr>
      <w:tabs>
        <w:tab w:val="left" w:pos="2730"/>
      </w:tabs>
      <w:spacing w:before="240" w:after="30"/>
    </w:pPr>
    <w:rPr>
      <w:b/>
      <w:i/>
      <w:color w:val="C8102E"/>
    </w:rPr>
  </w:style>
  <w:style w:type="paragraph" w:customStyle="1" w:styleId="IntegrityPTRisk-1High">
    <w:name w:val="Integrity PT Risk-1.High"/>
    <w:basedOn w:val="Normal"/>
    <w:link w:val="IntegrityPTRisk-1HighChar"/>
    <w:uiPriority w:val="5"/>
    <w:rsid w:val="0079746F"/>
    <w:pPr>
      <w:spacing w:before="60" w:after="60"/>
      <w:ind w:left="227" w:hanging="227"/>
    </w:pPr>
    <w:rPr>
      <w:rFonts w:ascii="Calibri" w:eastAsia="Times New Roman" w:hAnsi="Calibri"/>
      <w:b/>
      <w:color w:val="FF0000"/>
      <w:sz w:val="26"/>
      <w:szCs w:val="26"/>
      <w:lang w:val="en-GB"/>
    </w:rPr>
  </w:style>
  <w:style w:type="character" w:customStyle="1" w:styleId="IntegrityPTRisk-1HighChar">
    <w:name w:val="Integrity PT Risk-1.High Char"/>
    <w:basedOn w:val="DefaultParagraphFont"/>
    <w:link w:val="IntegrityPTRisk-1High"/>
    <w:uiPriority w:val="5"/>
    <w:rsid w:val="0079746F"/>
    <w:rPr>
      <w:rFonts w:ascii="Calibri" w:eastAsia="Times New Roman" w:hAnsi="Calibri"/>
      <w:b/>
      <w:color w:val="FF0000"/>
      <w:sz w:val="26"/>
      <w:szCs w:val="26"/>
      <w:lang w:val="en-GB"/>
    </w:rPr>
  </w:style>
  <w:style w:type="paragraph" w:customStyle="1" w:styleId="IntegrityPTRisk-2Medium">
    <w:name w:val="Integrity PT Risk-2.Medium"/>
    <w:basedOn w:val="Normal"/>
    <w:uiPriority w:val="5"/>
    <w:rsid w:val="0079746F"/>
    <w:pPr>
      <w:spacing w:before="60" w:after="60"/>
      <w:ind w:left="227" w:hanging="227"/>
    </w:pPr>
    <w:rPr>
      <w:rFonts w:eastAsia="Times New Roman" w:cstheme="minorHAnsi"/>
      <w:b/>
      <w:color w:val="FFC000"/>
      <w:sz w:val="26"/>
      <w:szCs w:val="26"/>
      <w:lang w:val="en-GB"/>
    </w:rPr>
  </w:style>
  <w:style w:type="paragraph" w:customStyle="1" w:styleId="IntegrityPTRisk-3Low">
    <w:name w:val="Integrity PT Risk-3.Low"/>
    <w:basedOn w:val="Normal"/>
    <w:uiPriority w:val="5"/>
    <w:rsid w:val="0079746F"/>
    <w:pPr>
      <w:spacing w:before="60" w:after="60"/>
      <w:ind w:left="227" w:hanging="227"/>
    </w:pPr>
    <w:rPr>
      <w:rFonts w:eastAsia="Times New Roman" w:cstheme="minorHAnsi"/>
      <w:b/>
      <w:color w:val="00B050"/>
      <w:sz w:val="26"/>
      <w:szCs w:val="26"/>
      <w:lang w:val="en-GB"/>
    </w:rPr>
  </w:style>
  <w:style w:type="paragraph" w:customStyle="1" w:styleId="IntegrityPTRisk-4Info">
    <w:name w:val="Integrity PT Risk-4.Info"/>
    <w:basedOn w:val="Normal"/>
    <w:uiPriority w:val="5"/>
    <w:rsid w:val="0079746F"/>
    <w:pPr>
      <w:spacing w:before="60" w:after="60"/>
      <w:ind w:left="227" w:hanging="227"/>
    </w:pPr>
    <w:rPr>
      <w:rFonts w:eastAsia="Times New Roman" w:cstheme="minorHAnsi"/>
      <w:b/>
      <w:color w:val="0070C0"/>
      <w:sz w:val="26"/>
      <w:szCs w:val="26"/>
      <w:lang w:val="en-GB"/>
    </w:rPr>
  </w:style>
  <w:style w:type="paragraph" w:customStyle="1" w:styleId="IntegrityPTRisk-5Closed">
    <w:name w:val="Integrity PT Risk-5.Closed"/>
    <w:basedOn w:val="Normal"/>
    <w:uiPriority w:val="5"/>
    <w:rsid w:val="0079746F"/>
    <w:pPr>
      <w:spacing w:before="60" w:after="60"/>
      <w:ind w:left="227" w:hanging="227"/>
    </w:pPr>
    <w:rPr>
      <w:rFonts w:eastAsia="Times New Roman" w:cstheme="minorHAnsi"/>
      <w:b/>
      <w:color w:val="A6A6A6" w:themeColor="background1" w:themeShade="A6"/>
      <w:sz w:val="26"/>
      <w:szCs w:val="26"/>
      <w:lang w:val="en-IE"/>
    </w:rPr>
  </w:style>
  <w:style w:type="paragraph" w:customStyle="1" w:styleId="IntegrityPTIssueClosed-GreyText">
    <w:name w:val="Integrity PT Issue Closed - Grey Text"/>
    <w:basedOn w:val="BodyText"/>
    <w:next w:val="IntegrityPTStandardText"/>
    <w:rsid w:val="0079746F"/>
    <w:pPr>
      <w:spacing w:after="0"/>
    </w:pPr>
    <w:rPr>
      <w:rFonts w:ascii="Calibri" w:eastAsia="Times New Roman" w:hAnsi="Calibri" w:cs="Calibri"/>
      <w:color w:val="808080" w:themeColor="background1" w:themeShade="80"/>
      <w:lang w:val="en-IE"/>
    </w:rPr>
  </w:style>
  <w:style w:type="paragraph" w:customStyle="1" w:styleId="Body">
    <w:name w:val="Body"/>
    <w:basedOn w:val="Normal"/>
    <w:qFormat/>
    <w:rsid w:val="0079746F"/>
    <w:pPr>
      <w:jc w:val="both"/>
    </w:pPr>
    <w:rPr>
      <w:rFonts w:eastAsiaTheme="minorHAnsi"/>
      <w:lang w:val="en-GB"/>
    </w:rPr>
  </w:style>
  <w:style w:type="paragraph" w:customStyle="1" w:styleId="IntegrityPTIssue-1HighRisk">
    <w:name w:val="Integrity PT Issue - 1. High Risk"/>
    <w:basedOn w:val="Heading3"/>
    <w:next w:val="IntegrityPTStandardText"/>
    <w:link w:val="IntegrityPTIssue-1HighRiskChar"/>
    <w:rsid w:val="0079746F"/>
    <w:pPr>
      <w:keepNext w:val="0"/>
      <w:keepLines w:val="0"/>
      <w:pBdr>
        <w:top w:val="single" w:sz="8" w:space="1" w:color="FF0000"/>
        <w:bottom w:val="single" w:sz="8" w:space="1" w:color="FF0000"/>
      </w:pBdr>
      <w:shd w:val="clear" w:color="auto" w:fill="FF0000"/>
      <w:tabs>
        <w:tab w:val="right" w:pos="8931"/>
      </w:tabs>
      <w:spacing w:before="240" w:after="120" w:line="259" w:lineRule="auto"/>
      <w:ind w:left="142" w:hanging="357"/>
    </w:pPr>
    <w:rPr>
      <w:rFonts w:asciiTheme="minorHAnsi" w:eastAsiaTheme="minorHAnsi" w:hAnsiTheme="minorHAnsi" w:cs="Arial"/>
      <w:bCs w:val="0"/>
      <w:color w:val="FFFFFF" w:themeColor="background1"/>
      <w:sz w:val="24"/>
      <w:szCs w:val="26"/>
      <w:lang w:val="en-GB"/>
    </w:rPr>
  </w:style>
  <w:style w:type="character" w:customStyle="1" w:styleId="IntegrityPTIssue-1HighRiskChar">
    <w:name w:val="Integrity PT Issue - 1. High Risk Char"/>
    <w:basedOn w:val="DefaultParagraphFont"/>
    <w:link w:val="IntegrityPTIssue-1HighRisk"/>
    <w:rsid w:val="0079746F"/>
    <w:rPr>
      <w:rFonts w:eastAsiaTheme="minorHAnsi" w:cs="Arial"/>
      <w:b/>
      <w:color w:val="FFFFFF" w:themeColor="background1"/>
      <w:sz w:val="24"/>
      <w:szCs w:val="26"/>
      <w:shd w:val="clear" w:color="auto" w:fill="FF0000"/>
      <w:lang w:val="en-GB"/>
    </w:rPr>
  </w:style>
  <w:style w:type="paragraph" w:customStyle="1" w:styleId="IntegrityPTFigureCaption">
    <w:name w:val="Integrity PT Figure Caption"/>
    <w:basedOn w:val="IntegrityPTStandardText"/>
    <w:next w:val="IntegrityPTStandardText"/>
    <w:link w:val="IntegrityPTFigureCaptionChar"/>
    <w:rsid w:val="0079746F"/>
    <w:pPr>
      <w:keepNext/>
      <w:numPr>
        <w:numId w:val="8"/>
      </w:numPr>
      <w:tabs>
        <w:tab w:val="left" w:pos="993"/>
      </w:tabs>
      <w:spacing w:before="120" w:after="240"/>
      <w:ind w:left="357" w:hanging="357"/>
    </w:pPr>
    <w:rPr>
      <w:b/>
      <w:i/>
      <w:color w:val="C8102E"/>
    </w:rPr>
  </w:style>
  <w:style w:type="character" w:customStyle="1" w:styleId="IntegrityPTFigureCaptionChar">
    <w:name w:val="Integrity PT Figure Caption Char"/>
    <w:basedOn w:val="IntegrityPTStandardTextChar"/>
    <w:link w:val="IntegrityPTFigureCaption"/>
    <w:rsid w:val="0079746F"/>
    <w:rPr>
      <w:rFonts w:eastAsia="Times New Roman" w:cs="Arial"/>
      <w:b/>
      <w:i/>
      <w:color w:val="C8102E"/>
      <w:szCs w:val="24"/>
      <w:lang w:val="en-GB" w:eastAsia="en-GB"/>
    </w:rPr>
  </w:style>
  <w:style w:type="paragraph" w:customStyle="1" w:styleId="IntegrityPTLabel">
    <w:name w:val="Integrity PT Label"/>
    <w:basedOn w:val="IntegrityPTFigureCaption"/>
    <w:next w:val="IntegrityPTStandardText"/>
    <w:link w:val="IntegrityPTLabelChar"/>
    <w:rsid w:val="0079746F"/>
    <w:pPr>
      <w:keepNext w:val="0"/>
      <w:numPr>
        <w:numId w:val="0"/>
      </w:numPr>
    </w:pPr>
  </w:style>
  <w:style w:type="character" w:customStyle="1" w:styleId="IntegrityPTLabelChar">
    <w:name w:val="Integrity PT Label Char"/>
    <w:basedOn w:val="IntegrityPTFigureCaptionChar"/>
    <w:link w:val="IntegrityPTLabel"/>
    <w:rsid w:val="0079746F"/>
    <w:rPr>
      <w:rFonts w:eastAsia="Times New Roman" w:cs="Arial"/>
      <w:b/>
      <w:i/>
      <w:color w:val="C8102E"/>
      <w:szCs w:val="24"/>
      <w:lang w:val="en-GB" w:eastAsia="en-GB"/>
    </w:rPr>
  </w:style>
  <w:style w:type="character" w:customStyle="1" w:styleId="IntegrityPTCodeChar">
    <w:name w:val="Integrity PT Code Char"/>
    <w:link w:val="IntegrityPTCode"/>
    <w:locked/>
    <w:rsid w:val="0079746F"/>
    <w:rPr>
      <w:rFonts w:ascii="Consolas" w:eastAsia="Times New Roman" w:hAnsi="Consolas" w:cs="Courier New"/>
      <w:noProof/>
      <w:color w:val="000000"/>
      <w:szCs w:val="24"/>
      <w:shd w:val="clear" w:color="auto" w:fill="FDEDEF"/>
    </w:rPr>
  </w:style>
  <w:style w:type="paragraph" w:customStyle="1" w:styleId="IntegrityPTCode">
    <w:name w:val="Integrity PT Code"/>
    <w:link w:val="IntegrityPTCodeChar"/>
    <w:rsid w:val="0079746F"/>
    <w:pPr>
      <w:pBdr>
        <w:top w:val="single" w:sz="2" w:space="1" w:color="auto"/>
        <w:left w:val="single" w:sz="2" w:space="4" w:color="auto"/>
        <w:bottom w:val="single" w:sz="2" w:space="1" w:color="auto"/>
        <w:right w:val="single" w:sz="2" w:space="1" w:color="auto"/>
      </w:pBdr>
      <w:shd w:val="clear" w:color="auto" w:fill="FDEDEF"/>
      <w:spacing w:after="0" w:line="240" w:lineRule="auto"/>
      <w:ind w:left="142" w:right="146"/>
      <w:contextualSpacing/>
    </w:pPr>
    <w:rPr>
      <w:rFonts w:ascii="Consolas" w:eastAsia="Times New Roman" w:hAnsi="Consolas" w:cs="Courier New"/>
      <w:noProof/>
      <w:color w:val="000000"/>
      <w:szCs w:val="24"/>
    </w:rPr>
  </w:style>
  <w:style w:type="paragraph" w:customStyle="1" w:styleId="IntegrityPTIssueSectionUnderlined">
    <w:name w:val="Integrity PT Issue Section Underlined"/>
    <w:basedOn w:val="IntegrityPTLabel"/>
    <w:next w:val="IntegrityPTStandardText"/>
    <w:rsid w:val="0079746F"/>
    <w:pPr>
      <w:pBdr>
        <w:bottom w:val="single" w:sz="6" w:space="1" w:color="auto"/>
      </w:pBdr>
      <w:spacing w:before="240"/>
    </w:pPr>
  </w:style>
  <w:style w:type="paragraph" w:customStyle="1" w:styleId="IntegrityPTBullet2">
    <w:name w:val="Integrity PT Bullet 2"/>
    <w:basedOn w:val="IntegrityPTBullet1"/>
    <w:rsid w:val="0079746F"/>
    <w:pPr>
      <w:numPr>
        <w:numId w:val="9"/>
      </w:numPr>
      <w:spacing w:line="240" w:lineRule="auto"/>
    </w:pPr>
    <w:rPr>
      <w:lang w:val="en-GB"/>
    </w:rPr>
  </w:style>
  <w:style w:type="paragraph" w:customStyle="1" w:styleId="IntegrityPTIssue-2MediumRisk">
    <w:name w:val="Integrity PT Issue - 2. Medium Risk"/>
    <w:basedOn w:val="Heading3"/>
    <w:next w:val="IntegrityPTStandardText"/>
    <w:link w:val="IntegrityPTIssue-2MediumRiskChar"/>
    <w:rsid w:val="0079746F"/>
    <w:pPr>
      <w:keepNext w:val="0"/>
      <w:keepLines w:val="0"/>
      <w:pBdr>
        <w:top w:val="single" w:sz="8" w:space="1" w:color="EA8C1C"/>
        <w:bottom w:val="single" w:sz="8" w:space="1" w:color="EA8C1C"/>
      </w:pBdr>
      <w:shd w:val="clear" w:color="auto" w:fill="EA8C1C"/>
      <w:tabs>
        <w:tab w:val="right" w:pos="8931"/>
      </w:tabs>
      <w:spacing w:before="240" w:after="120" w:line="259" w:lineRule="auto"/>
      <w:ind w:left="142" w:hanging="357"/>
    </w:pPr>
    <w:rPr>
      <w:rFonts w:asciiTheme="minorHAnsi" w:eastAsiaTheme="minorHAnsi" w:hAnsiTheme="minorHAnsi" w:cstheme="minorHAnsi"/>
      <w:bCs w:val="0"/>
      <w:color w:val="FFFFFF" w:themeColor="background1"/>
      <w:sz w:val="24"/>
      <w:szCs w:val="26"/>
      <w:lang w:val="en-GB"/>
    </w:rPr>
  </w:style>
  <w:style w:type="character" w:customStyle="1" w:styleId="IntegrityPTIssue-2MediumRiskChar">
    <w:name w:val="Integrity PT Issue - 2. Medium Risk Char"/>
    <w:basedOn w:val="DefaultParagraphFont"/>
    <w:link w:val="IntegrityPTIssue-2MediumRisk"/>
    <w:rsid w:val="0079746F"/>
    <w:rPr>
      <w:rFonts w:eastAsiaTheme="minorHAnsi" w:cstheme="minorHAnsi"/>
      <w:b/>
      <w:color w:val="FFFFFF" w:themeColor="background1"/>
      <w:sz w:val="24"/>
      <w:szCs w:val="26"/>
      <w:shd w:val="clear" w:color="auto" w:fill="EA8C1C"/>
      <w:lang w:val="en-GB"/>
    </w:rPr>
  </w:style>
  <w:style w:type="paragraph" w:customStyle="1" w:styleId="IntegrityPTIssue-4InformationalFinding">
    <w:name w:val="Integrity PT Issue - 4. Informational Finding"/>
    <w:basedOn w:val="Heading3"/>
    <w:next w:val="IntegrityPTStandardText"/>
    <w:link w:val="IntegrityPTIssue-4InformationalFindingChar"/>
    <w:rsid w:val="0079746F"/>
    <w:pPr>
      <w:keepNext w:val="0"/>
      <w:keepLines w:val="0"/>
      <w:pBdr>
        <w:top w:val="single" w:sz="8" w:space="1" w:color="4472C4"/>
        <w:bottom w:val="single" w:sz="8" w:space="1" w:color="4472C4"/>
      </w:pBdr>
      <w:shd w:val="clear" w:color="auto" w:fill="4472C4"/>
      <w:tabs>
        <w:tab w:val="right" w:pos="8931"/>
      </w:tabs>
      <w:spacing w:before="240" w:after="120" w:line="259" w:lineRule="auto"/>
      <w:ind w:left="142" w:hanging="357"/>
    </w:pPr>
    <w:rPr>
      <w:rFonts w:asciiTheme="minorHAnsi" w:eastAsiaTheme="minorHAnsi" w:hAnsiTheme="minorHAnsi" w:cstheme="minorHAnsi"/>
      <w:bCs w:val="0"/>
      <w:color w:val="FFFFFF" w:themeColor="background1"/>
      <w:sz w:val="24"/>
      <w:szCs w:val="26"/>
      <w:lang w:val="en-GB"/>
    </w:rPr>
  </w:style>
  <w:style w:type="character" w:customStyle="1" w:styleId="IntegrityPTIssue-4InformationalFindingChar">
    <w:name w:val="Integrity PT Issue - 4. Informational Finding Char"/>
    <w:basedOn w:val="DefaultParagraphFont"/>
    <w:link w:val="IntegrityPTIssue-4InformationalFinding"/>
    <w:rsid w:val="0079746F"/>
    <w:rPr>
      <w:rFonts w:eastAsiaTheme="minorHAnsi" w:cstheme="minorHAnsi"/>
      <w:b/>
      <w:color w:val="FFFFFF" w:themeColor="background1"/>
      <w:sz w:val="24"/>
      <w:szCs w:val="26"/>
      <w:shd w:val="clear" w:color="auto" w:fill="4472C4"/>
      <w:lang w:val="en-GB"/>
    </w:rPr>
  </w:style>
  <w:style w:type="paragraph" w:customStyle="1" w:styleId="IntegrityPTIssue-3LowRisk">
    <w:name w:val="Integrity PT Issue - 3. Low Risk"/>
    <w:basedOn w:val="Heading3"/>
    <w:next w:val="IntegrityPTStandardText"/>
    <w:link w:val="IntegrityPTIssue-3LowRiskChar"/>
    <w:rsid w:val="0079746F"/>
    <w:pPr>
      <w:keepNext w:val="0"/>
      <w:keepLines w:val="0"/>
      <w:pBdr>
        <w:top w:val="single" w:sz="4" w:space="1" w:color="00B050"/>
        <w:bottom w:val="single" w:sz="4" w:space="1" w:color="00B050"/>
      </w:pBdr>
      <w:shd w:val="clear" w:color="auto" w:fill="00B050"/>
      <w:tabs>
        <w:tab w:val="right" w:pos="8931"/>
      </w:tabs>
      <w:spacing w:before="240" w:after="120" w:line="259" w:lineRule="auto"/>
      <w:ind w:left="142" w:hanging="357"/>
    </w:pPr>
    <w:rPr>
      <w:rFonts w:asciiTheme="minorHAnsi" w:eastAsiaTheme="minorHAnsi" w:hAnsiTheme="minorHAnsi" w:cstheme="minorHAnsi"/>
      <w:bCs w:val="0"/>
      <w:color w:val="FFFFFF" w:themeColor="background1"/>
      <w:sz w:val="24"/>
      <w:szCs w:val="26"/>
      <w:lang w:val="en-GB"/>
    </w:rPr>
  </w:style>
  <w:style w:type="character" w:customStyle="1" w:styleId="IntegrityPTIssue-3LowRiskChar">
    <w:name w:val="Integrity PT Issue - 3. Low Risk Char"/>
    <w:basedOn w:val="IntegrityPTIssue-2MediumRiskChar"/>
    <w:link w:val="IntegrityPTIssue-3LowRisk"/>
    <w:rsid w:val="0079746F"/>
    <w:rPr>
      <w:rFonts w:eastAsiaTheme="minorHAnsi" w:cstheme="minorHAnsi"/>
      <w:b/>
      <w:color w:val="FFFFFF" w:themeColor="background1"/>
      <w:sz w:val="24"/>
      <w:szCs w:val="26"/>
      <w:shd w:val="clear" w:color="auto" w:fill="00B050"/>
      <w:lang w:val="en-GB"/>
    </w:rPr>
  </w:style>
  <w:style w:type="character" w:customStyle="1" w:styleId="IntegrityPTRetestOutcomeChar">
    <w:name w:val="Integrity PT Retest Outcome Char"/>
    <w:link w:val="IntegrityPTRetestOutcome"/>
    <w:locked/>
    <w:rsid w:val="0079746F"/>
    <w:rPr>
      <w:rFonts w:eastAsia="Times New Roman" w:cs="Arial"/>
      <w:b/>
      <w:i/>
      <w:color w:val="C8102E"/>
      <w:szCs w:val="24"/>
      <w:lang w:val="en-GB" w:eastAsia="en-GB"/>
    </w:rPr>
  </w:style>
  <w:style w:type="paragraph" w:customStyle="1" w:styleId="IntegrityPTRetestOutcome">
    <w:name w:val="Integrity PT Retest Outcome"/>
    <w:basedOn w:val="IntegrityPTIssueSectionUnderlined"/>
    <w:link w:val="IntegrityPTRetestOutcomeChar"/>
    <w:rsid w:val="0079746F"/>
    <w:pPr>
      <w:ind w:left="720"/>
    </w:pPr>
  </w:style>
  <w:style w:type="paragraph" w:customStyle="1" w:styleId="IntegrityPTFrontPageTitle">
    <w:name w:val="Integrity PT Front Page Title"/>
    <w:basedOn w:val="IntegrityPTStandardText"/>
    <w:next w:val="IntegrityPTStandardText"/>
    <w:link w:val="IntegrityPTFrontPageTitleChar"/>
    <w:rsid w:val="0079746F"/>
    <w:pPr>
      <w:spacing w:after="0"/>
    </w:pPr>
    <w:rPr>
      <w:b/>
      <w:sz w:val="44"/>
    </w:rPr>
  </w:style>
  <w:style w:type="character" w:customStyle="1" w:styleId="IntegrityPTFrontPageTitleChar">
    <w:name w:val="Integrity PT Front Page Title Char"/>
    <w:basedOn w:val="DefaultParagraphFont"/>
    <w:link w:val="IntegrityPTFrontPageTitle"/>
    <w:rsid w:val="0079746F"/>
    <w:rPr>
      <w:rFonts w:eastAsia="Times New Roman" w:cs="Arial"/>
      <w:b/>
      <w:sz w:val="44"/>
      <w:szCs w:val="24"/>
      <w:lang w:val="en-GB"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46F"/>
    <w:rPr>
      <w:rFonts w:eastAsia="Times New Roman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46F"/>
    <w:pPr>
      <w:spacing w:after="240" w:line="240" w:lineRule="auto"/>
    </w:pPr>
    <w:rPr>
      <w:rFonts w:eastAsia="Times New Roman"/>
    </w:rPr>
  </w:style>
  <w:style w:type="character" w:customStyle="1" w:styleId="CommentTextChar1">
    <w:name w:val="Comment Text Char1"/>
    <w:basedOn w:val="DefaultParagraphFont"/>
    <w:uiPriority w:val="99"/>
    <w:semiHidden/>
    <w:rsid w:val="0079746F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46F"/>
    <w:rPr>
      <w:rFonts w:eastAsia="Times New Roman"/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46F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79746F"/>
    <w:rPr>
      <w:b/>
      <w:bCs/>
      <w:sz w:val="20"/>
      <w:szCs w:val="20"/>
    </w:rPr>
  </w:style>
  <w:style w:type="character" w:customStyle="1" w:styleId="CodeHighlightChar">
    <w:name w:val="CodeHighlight Char"/>
    <w:link w:val="CodeHighlight"/>
    <w:locked/>
    <w:rsid w:val="0079746F"/>
    <w:rPr>
      <w:rFonts w:ascii="Consolas" w:eastAsia="Times New Roman" w:hAnsi="Consolas" w:cs="Courier New"/>
      <w:b/>
      <w:noProof/>
      <w:color w:val="C41230"/>
      <w:szCs w:val="24"/>
      <w:shd w:val="clear" w:color="auto" w:fill="FDEDEF"/>
    </w:rPr>
  </w:style>
  <w:style w:type="paragraph" w:customStyle="1" w:styleId="CodeHighlight">
    <w:name w:val="CodeHighlight"/>
    <w:basedOn w:val="IntegrityPTCode"/>
    <w:link w:val="CodeHighlightChar"/>
    <w:rsid w:val="0079746F"/>
    <w:rPr>
      <w:b/>
      <w:color w:val="C41230"/>
    </w:rPr>
  </w:style>
  <w:style w:type="paragraph" w:customStyle="1" w:styleId="IntegrityPTRisk-6Closed">
    <w:name w:val="Integrity PT Risk-6.Closed"/>
    <w:basedOn w:val="Normal"/>
    <w:uiPriority w:val="5"/>
    <w:rsid w:val="0079746F"/>
    <w:pPr>
      <w:spacing w:before="60" w:after="60"/>
      <w:ind w:left="227" w:hanging="227"/>
    </w:pPr>
    <w:rPr>
      <w:rFonts w:eastAsia="Times New Roman" w:cstheme="minorHAnsi"/>
      <w:b/>
      <w:color w:val="A6A6A6" w:themeColor="background1" w:themeShade="A6"/>
      <w:sz w:val="26"/>
      <w:szCs w:val="26"/>
      <w:lang w:val="en-IE"/>
    </w:rPr>
  </w:style>
  <w:style w:type="paragraph" w:customStyle="1" w:styleId="Bulletlevel1">
    <w:name w:val="Bullet level 1"/>
    <w:basedOn w:val="IntegrityPTFirstSection1"/>
    <w:link w:val="Bulletlevel1Char"/>
    <w:uiPriority w:val="1"/>
    <w:rsid w:val="0079746F"/>
    <w:pPr>
      <w:spacing w:before="120"/>
    </w:pPr>
  </w:style>
  <w:style w:type="character" w:customStyle="1" w:styleId="Bulletlevel1Char">
    <w:name w:val="Bullet level 1 Char"/>
    <w:basedOn w:val="DefaultParagraphFont"/>
    <w:link w:val="Bulletlevel1"/>
    <w:uiPriority w:val="1"/>
    <w:rsid w:val="0079746F"/>
    <w:rPr>
      <w:rFonts w:eastAsia="Times New Roman" w:cs="Times New Roman"/>
      <w:b/>
      <w:bCs/>
      <w:color w:val="C8102E"/>
      <w:sz w:val="24"/>
      <w:lang w:val="en-GB"/>
    </w:rPr>
  </w:style>
  <w:style w:type="paragraph" w:customStyle="1" w:styleId="Default">
    <w:name w:val="Default"/>
    <w:rsid w:val="0079746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GB" w:eastAsia="en-GB"/>
    </w:rPr>
  </w:style>
  <w:style w:type="paragraph" w:customStyle="1" w:styleId="IntegrityPTFigureCaption1">
    <w:name w:val="Integrity PT Figure Caption1"/>
    <w:basedOn w:val="IntegrityPTStandardText"/>
    <w:next w:val="IntegrityPTStandardText"/>
    <w:rsid w:val="0079746F"/>
    <w:pPr>
      <w:keepNext/>
      <w:tabs>
        <w:tab w:val="left" w:pos="993"/>
      </w:tabs>
      <w:spacing w:before="120" w:after="240"/>
      <w:ind w:left="357" w:hanging="357"/>
    </w:pPr>
    <w:rPr>
      <w:b/>
      <w:i/>
      <w:color w:val="C8102E"/>
    </w:rPr>
  </w:style>
  <w:style w:type="paragraph" w:customStyle="1" w:styleId="BodyText11">
    <w:name w:val="Body Text11"/>
    <w:basedOn w:val="NoSpacing"/>
    <w:qFormat/>
    <w:rsid w:val="0079746F"/>
    <w:pPr>
      <w:ind w:left="709"/>
      <w:jc w:val="both"/>
    </w:pPr>
    <w:rPr>
      <w:rFonts w:eastAsia="Times New Roman" w:cs="Times New Roman"/>
      <w:szCs w:val="24"/>
      <w:lang w:val="en-GB"/>
    </w:rPr>
  </w:style>
  <w:style w:type="paragraph" w:customStyle="1" w:styleId="IntegrityPTOpportunityNumber">
    <w:name w:val="Integrity PT Opportunity Number"/>
    <w:basedOn w:val="IntegrityPTStandardText"/>
    <w:rsid w:val="0079746F"/>
    <w:pPr>
      <w:spacing w:before="0" w:after="0"/>
    </w:pPr>
  </w:style>
  <w:style w:type="paragraph" w:customStyle="1" w:styleId="IntegrityPTTableHeaders">
    <w:name w:val="Integrity PT Table Headers"/>
    <w:basedOn w:val="BodyText"/>
    <w:rsid w:val="0079746F"/>
    <w:pPr>
      <w:spacing w:after="0"/>
    </w:pPr>
    <w:rPr>
      <w:rFonts w:eastAsia="Times New Roman"/>
      <w:b/>
      <w:bCs/>
      <w:color w:val="FFFFFF"/>
      <w:lang w:val="en-GB"/>
    </w:rPr>
  </w:style>
  <w:style w:type="paragraph" w:customStyle="1" w:styleId="IntegrityPTFrontPageCustomer">
    <w:name w:val="Integrity PT Front Page Customer"/>
    <w:basedOn w:val="Normal"/>
    <w:next w:val="IntegrityPTStandardText"/>
    <w:rsid w:val="0079746F"/>
    <w:pPr>
      <w:spacing w:after="0" w:line="240" w:lineRule="auto"/>
    </w:pPr>
    <w:rPr>
      <w:rFonts w:ascii="Calibri" w:eastAsia="Times New Roman" w:hAnsi="Calibri" w:cs="Times New Roman"/>
      <w:sz w:val="36"/>
      <w:szCs w:val="24"/>
      <w:lang w:val="en-GB"/>
    </w:rPr>
  </w:style>
  <w:style w:type="paragraph" w:customStyle="1" w:styleId="p1">
    <w:name w:val="p1"/>
    <w:basedOn w:val="Normal"/>
    <w:rsid w:val="007974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paragraph" w:customStyle="1" w:styleId="IntegrityPTTableText">
    <w:name w:val="Integrity PT Table Text"/>
    <w:basedOn w:val="IntegrityPTStandardText"/>
    <w:rsid w:val="0079746F"/>
    <w:rPr>
      <w:szCs w:val="22"/>
    </w:rPr>
  </w:style>
  <w:style w:type="paragraph" w:customStyle="1" w:styleId="IntegrityPTBullet3">
    <w:name w:val="Integrity PT Bullet 3"/>
    <w:basedOn w:val="IntegrityPTBullet1"/>
    <w:rsid w:val="0079746F"/>
    <w:pPr>
      <w:numPr>
        <w:numId w:val="10"/>
      </w:numPr>
    </w:pPr>
    <w:rPr>
      <w:rFonts w:eastAsia="Calibri"/>
    </w:rPr>
  </w:style>
  <w:style w:type="paragraph" w:customStyle="1" w:styleId="SELEXHeading3excludedfromTOC">
    <w:name w:val="+SELEX Heading 3 (excluded from TOC)"/>
    <w:basedOn w:val="Normal"/>
    <w:next w:val="Normal"/>
    <w:rsid w:val="0079746F"/>
    <w:pPr>
      <w:keepNext/>
      <w:keepLines/>
      <w:spacing w:before="240" w:after="120" w:line="240" w:lineRule="auto"/>
      <w:ind w:left="737"/>
    </w:pPr>
    <w:rPr>
      <w:rFonts w:ascii="Arial Bold" w:eastAsia="Times New Roman" w:hAnsi="Arial Bold" w:cs="Arial"/>
      <w:b/>
      <w:bCs/>
      <w:iCs/>
      <w:color w:val="E61E0F"/>
      <w:sz w:val="24"/>
      <w:szCs w:val="28"/>
      <w:lang w:val="en-GB" w:eastAsia="fr-FR"/>
    </w:rPr>
  </w:style>
  <w:style w:type="paragraph" w:customStyle="1" w:styleId="CapitaBullet">
    <w:name w:val="+Capita Bullet"/>
    <w:basedOn w:val="ListParagraph"/>
    <w:link w:val="CapitaBulletChar"/>
    <w:qFormat/>
    <w:rsid w:val="0079746F"/>
    <w:pPr>
      <w:numPr>
        <w:numId w:val="11"/>
      </w:numPr>
    </w:pPr>
    <w:rPr>
      <w:lang w:val="en-GB"/>
    </w:rPr>
  </w:style>
  <w:style w:type="character" w:customStyle="1" w:styleId="CapitaBulletChar">
    <w:name w:val="+Capita Bullet Char"/>
    <w:basedOn w:val="DefaultParagraphFont"/>
    <w:link w:val="CapitaBullet"/>
    <w:rsid w:val="0079746F"/>
    <w:rPr>
      <w:lang w:val="en-GB"/>
    </w:rPr>
  </w:style>
  <w:style w:type="character" w:customStyle="1" w:styleId="ListParagraphChar">
    <w:name w:val="List Paragraph Char"/>
    <w:aliases w:val="igunore Char,Subtitle Cover Page Char,cS List Paragraph Char,List Paragraph1 Char,Paragraph 1 Char,Equipment Char,Figure_name Char,Numbered Indented Text Char,List Paragraph Char Char Char Char,List Paragraph Char Char Char1,b1 Char"/>
    <w:basedOn w:val="DefaultParagraphFont"/>
    <w:link w:val="ListParagraph"/>
    <w:uiPriority w:val="34"/>
    <w:qFormat/>
    <w:locked/>
    <w:rsid w:val="00F454AB"/>
  </w:style>
  <w:style w:type="character" w:styleId="PlaceholderText">
    <w:name w:val="Placeholder Text"/>
    <w:basedOn w:val="DefaultParagraphFont"/>
    <w:uiPriority w:val="99"/>
    <w:semiHidden/>
    <w:rsid w:val="00F454AB"/>
    <w:rPr>
      <w:color w:val="808080"/>
    </w:rPr>
  </w:style>
  <w:style w:type="paragraph" w:customStyle="1" w:styleId="TextIntegrity">
    <w:name w:val="Text Integrity"/>
    <w:basedOn w:val="Normal"/>
    <w:rsid w:val="00F454AB"/>
    <w:pPr>
      <w:spacing w:after="0"/>
    </w:pPr>
    <w:rPr>
      <w:rFonts w:ascii="Calibri" w:hAnsi="Calibri"/>
      <w:sz w:val="20"/>
      <w:szCs w:val="20"/>
      <w:lang w:val="en-IE" w:eastAsia="en-IE"/>
    </w:rPr>
  </w:style>
  <w:style w:type="table" w:customStyle="1" w:styleId="Integrity360">
    <w:name w:val="Integrity360"/>
    <w:basedOn w:val="TableNormal"/>
    <w:uiPriority w:val="99"/>
    <w:rsid w:val="00F454AB"/>
    <w:pPr>
      <w:spacing w:after="0" w:line="240" w:lineRule="auto"/>
    </w:pPr>
    <w:rPr>
      <w:rFonts w:ascii="Calibri" w:eastAsia="Calibri" w:hAnsi="Calibri" w:cs="Times New Roman"/>
      <w:color w:val="000000" w:themeColor="text1"/>
      <w:sz w:val="20"/>
      <w:szCs w:val="20"/>
      <w:lang w:val="en-IE" w:eastAsia="en-IE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color w:val="FFFFFF" w:themeColor="background1"/>
      </w:rPr>
      <w:tblPr/>
      <w:tcPr>
        <w:shd w:val="clear" w:color="auto" w:fill="C8102E"/>
      </w:tcPr>
    </w:tblStylePr>
    <w:tblStylePr w:type="firstCol">
      <w:rPr>
        <w:b w:val="0"/>
        <w:color w:val="auto"/>
      </w:rPr>
    </w:tblStylePr>
    <w:tblStylePr w:type="band1Horz">
      <w:tblPr/>
      <w:tcPr>
        <w:shd w:val="clear" w:color="auto" w:fill="EEECE1" w:themeFill="background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454AB"/>
    <w:rPr>
      <w:sz w:val="16"/>
      <w:szCs w:val="16"/>
    </w:rPr>
  </w:style>
  <w:style w:type="paragraph" w:customStyle="1" w:styleId="TableHeading">
    <w:name w:val="Table Heading"/>
    <w:basedOn w:val="Normal"/>
    <w:rsid w:val="00F454AB"/>
    <w:pPr>
      <w:spacing w:before="120" w:after="0" w:line="240" w:lineRule="auto"/>
    </w:pPr>
    <w:rPr>
      <w:rFonts w:ascii="Arial" w:eastAsia="Times New Roman" w:hAnsi="Arial" w:cs="Times New Roman"/>
      <w:b/>
      <w:color w:val="FFFFFF"/>
      <w:sz w:val="20"/>
      <w:szCs w:val="24"/>
      <w:lang w:val="en-GB" w:eastAsia="en-GB"/>
    </w:rPr>
  </w:style>
  <w:style w:type="paragraph" w:customStyle="1" w:styleId="SubHeading1">
    <w:name w:val="Sub Heading 1"/>
    <w:basedOn w:val="Normal"/>
    <w:rsid w:val="00F454AB"/>
    <w:pPr>
      <w:spacing w:before="120" w:after="120" w:line="240" w:lineRule="auto"/>
      <w:jc w:val="both"/>
    </w:pPr>
    <w:rPr>
      <w:rFonts w:ascii="Arial Bold" w:eastAsia="Times New Roman" w:hAnsi="Arial Bold" w:cs="Times New Roman"/>
      <w:sz w:val="20"/>
      <w:szCs w:val="24"/>
      <w:lang w:val="en-GB" w:eastAsia="en-GB"/>
    </w:rPr>
  </w:style>
  <w:style w:type="paragraph" w:customStyle="1" w:styleId="APPX">
    <w:name w:val="APPX"/>
    <w:basedOn w:val="Heading1"/>
    <w:rsid w:val="00F454AB"/>
    <w:pPr>
      <w:spacing w:before="360" w:after="120" w:line="240" w:lineRule="auto"/>
      <w:jc w:val="both"/>
    </w:pPr>
    <w:rPr>
      <w:rFonts w:ascii="Arial Bold" w:eastAsia="Times New Roman" w:hAnsi="Arial Bold" w:cs="Arial"/>
      <w:b w:val="0"/>
      <w:caps/>
      <w:color w:val="004E73"/>
      <w:kern w:val="32"/>
      <w:sz w:val="20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ilg\OneDrive%20-%20Black%20Box%20Pentesters%20Ltd\Blackbox%20PT\Templates\Questionnair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Questionnaire_Template</Template>
  <TotalTime>77</TotalTime>
  <Pages>5</Pages>
  <Words>2436</Words>
  <Characters>13450</Characters>
  <Application>Microsoft Office Word</Application>
  <DocSecurity>0</DocSecurity>
  <Lines>1345</Lines>
  <Paragraphs>1134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14752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gibb</dc:creator>
  <cp:keywords/>
  <dc:description>generated by python-docx</dc:description>
  <cp:lastModifiedBy>Neil Gibb</cp:lastModifiedBy>
  <cp:revision>1</cp:revision>
  <dcterms:created xsi:type="dcterms:W3CDTF">2025-12-10T08:36:00Z</dcterms:created>
  <dcterms:modified xsi:type="dcterms:W3CDTF">2025-12-10T15:07:00Z</dcterms:modified>
  <cp:category/>
</cp:coreProperties>
</file>