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32B39" w14:textId="77777777" w:rsidR="00DA5E07" w:rsidRDefault="00D53894">
      <w:pPr>
        <w:jc w:val="center"/>
      </w:pPr>
      <w:r>
        <w:rPr>
          <w:b/>
          <w:color w:val="1F5B3A"/>
          <w:sz w:val="32"/>
        </w:rPr>
        <w:t>GREENSVILLE COUNTY SHERIFF'S OFFICE</w:t>
      </w:r>
    </w:p>
    <w:p w14:paraId="4C2E2FE7" w14:textId="77777777" w:rsidR="00DA5E07" w:rsidRDefault="00D53894">
      <w:pPr>
        <w:jc w:val="center"/>
      </w:pPr>
      <w:r>
        <w:rPr>
          <w:b/>
          <w:sz w:val="26"/>
        </w:rPr>
        <w:t>EMPLOYMENT APPLICATION</w:t>
      </w:r>
    </w:p>
    <w:p w14:paraId="22F0970C" w14:textId="77777777" w:rsidR="00DA5E07" w:rsidRDefault="00D53894">
      <w:pPr>
        <w:jc w:val="center"/>
      </w:pPr>
      <w:r>
        <w:rPr>
          <w:i/>
          <w:sz w:val="17"/>
        </w:rPr>
        <w:t>The Greensville County Sheriff's Office is an Equal Opportunity Employer and does not discriminate on the basis of race, color, religion, political affiliation, disability, gender, age, marital status, or national origin.</w:t>
      </w:r>
    </w:p>
    <w:tbl>
      <w:tblPr>
        <w:tblW w:w="0" w:type="auto"/>
        <w:tblLayout w:type="fixed"/>
        <w:tblLook w:val="04A0" w:firstRow="1" w:lastRow="0" w:firstColumn="1" w:lastColumn="0" w:noHBand="0" w:noVBand="1"/>
      </w:tblPr>
      <w:tblGrid>
        <w:gridCol w:w="10656"/>
      </w:tblGrid>
      <w:tr w:rsidR="00DA5E07" w14:paraId="50FC8F43" w14:textId="77777777">
        <w:tc>
          <w:tcPr>
            <w:tcW w:w="10656" w:type="dxa"/>
            <w:shd w:val="clear" w:color="auto" w:fill="1F5B3A"/>
            <w:tcMar>
              <w:top w:w="70" w:type="dxa"/>
              <w:left w:w="80" w:type="dxa"/>
              <w:bottom w:w="70" w:type="dxa"/>
              <w:right w:w="80" w:type="dxa"/>
            </w:tcMar>
          </w:tcPr>
          <w:p w14:paraId="02DF70F1" w14:textId="77777777" w:rsidR="00DA5E07" w:rsidRDefault="00D53894">
            <w:pPr>
              <w:jc w:val="center"/>
            </w:pPr>
            <w:r>
              <w:rPr>
                <w:b/>
                <w:color w:val="FFFFFF"/>
                <w:sz w:val="21"/>
              </w:rPr>
              <w:t>POSITION AND APPLICANT INFORMATION</w:t>
            </w:r>
          </w:p>
        </w:tc>
      </w:tr>
    </w:tbl>
    <w:p w14:paraId="0410E2A6" w14:textId="77777777" w:rsidR="00DA5E07" w:rsidRDefault="00DA5E07">
      <w:pPr>
        <w:spacing w:after="0"/>
      </w:pPr>
    </w:p>
    <w:p w14:paraId="16D3B49A" w14:textId="0CC9FAD1" w:rsidR="00DA5E07" w:rsidRDefault="00D53894" w:rsidP="00A7021C">
      <w:pPr>
        <w:spacing w:after="160" w:line="360" w:lineRule="auto"/>
      </w:pPr>
      <w:r>
        <w:rPr>
          <w:b/>
        </w:rPr>
        <w:t xml:space="preserve">Position Applied For: </w:t>
      </w:r>
      <w:r>
        <w:t>_________________________________</w:t>
      </w:r>
      <w:r w:rsidR="003D4B06">
        <w:t xml:space="preserve">   </w:t>
      </w:r>
      <w:r w:rsidR="003D4B06" w:rsidRPr="00BA79FC">
        <w:rPr>
          <w:b/>
          <w:bCs/>
        </w:rPr>
        <w:t>Email Address:</w:t>
      </w:r>
      <w:r w:rsidR="003D4B06">
        <w:t xml:space="preserve"> __________________________________</w:t>
      </w:r>
    </w:p>
    <w:p w14:paraId="588CC10F" w14:textId="0F5751FC" w:rsidR="002324D8" w:rsidRDefault="00D53894" w:rsidP="00A7021C">
      <w:pPr>
        <w:spacing w:after="160" w:line="360" w:lineRule="auto"/>
      </w:pPr>
      <w:r>
        <w:rPr>
          <w:b/>
        </w:rPr>
        <w:t xml:space="preserve">Full Legal Name: </w:t>
      </w:r>
      <w:r>
        <w:t>______________________________________________</w:t>
      </w:r>
      <w:r w:rsidR="002324D8">
        <w:t>_______________________________________</w:t>
      </w:r>
    </w:p>
    <w:p w14:paraId="1D6A2522" w14:textId="347A0A2B" w:rsidR="002324D8" w:rsidRDefault="002324D8" w:rsidP="00A7021C">
      <w:pPr>
        <w:spacing w:after="160" w:line="360" w:lineRule="auto"/>
      </w:pPr>
      <w:r w:rsidRPr="002324D8">
        <w:rPr>
          <w:b/>
          <w:bCs/>
        </w:rPr>
        <w:t>Address:</w:t>
      </w:r>
      <w:r>
        <w:t xml:space="preserve"> ____________________________________________________________________________________________</w:t>
      </w:r>
    </w:p>
    <w:p w14:paraId="52C4378F" w14:textId="30B9F633" w:rsidR="00DA5E07" w:rsidRDefault="003D4B06" w:rsidP="00A7021C">
      <w:pPr>
        <w:spacing w:after="160" w:line="360" w:lineRule="auto"/>
      </w:pPr>
      <w:r w:rsidRPr="00204823">
        <w:rPr>
          <w:b/>
          <w:bCs/>
        </w:rPr>
        <w:t>Date of Birth:</w:t>
      </w:r>
      <w:r>
        <w:t xml:space="preserve"> __________________________</w:t>
      </w:r>
      <w:r w:rsidR="00204823">
        <w:tab/>
      </w:r>
      <w:r w:rsidR="00204823">
        <w:tab/>
      </w:r>
      <w:r w:rsidR="00204823" w:rsidRPr="00204823">
        <w:rPr>
          <w:b/>
          <w:bCs/>
        </w:rPr>
        <w:t>Social Security Number:</w:t>
      </w:r>
      <w:r w:rsidR="00204823">
        <w:t xml:space="preserve"> _______________________________</w:t>
      </w:r>
    </w:p>
    <w:p w14:paraId="13ED7C8B" w14:textId="5725D258" w:rsidR="00DA5E07" w:rsidRDefault="0062119E" w:rsidP="00A7021C">
      <w:pPr>
        <w:spacing w:after="0" w:line="360" w:lineRule="auto"/>
      </w:pPr>
      <w:r w:rsidRPr="00BA79FC">
        <w:rPr>
          <w:b/>
          <w:bCs/>
        </w:rPr>
        <w:t>Mobile Phone Number:</w:t>
      </w:r>
      <w:r>
        <w:t xml:space="preserve"> _________________________</w:t>
      </w:r>
      <w:r>
        <w:tab/>
      </w:r>
      <w:r w:rsidRPr="00BA79FC">
        <w:rPr>
          <w:b/>
          <w:bCs/>
        </w:rPr>
        <w:t>Alternate Phone Number:</w:t>
      </w:r>
      <w:r>
        <w:t xml:space="preserve"> ______________________________</w:t>
      </w:r>
    </w:p>
    <w:p w14:paraId="1F81A941" w14:textId="77777777" w:rsidR="0062119E" w:rsidRDefault="0062119E">
      <w:pPr>
        <w:spacing w:after="0"/>
      </w:pPr>
    </w:p>
    <w:tbl>
      <w:tblPr>
        <w:tblW w:w="0" w:type="auto"/>
        <w:tblLayout w:type="fixed"/>
        <w:tblLook w:val="04A0" w:firstRow="1" w:lastRow="0" w:firstColumn="1" w:lastColumn="0" w:noHBand="0" w:noVBand="1"/>
      </w:tblPr>
      <w:tblGrid>
        <w:gridCol w:w="10656"/>
      </w:tblGrid>
      <w:tr w:rsidR="00DA5E07" w14:paraId="1DA6CD6A" w14:textId="77777777">
        <w:tc>
          <w:tcPr>
            <w:tcW w:w="10656" w:type="dxa"/>
            <w:shd w:val="clear" w:color="auto" w:fill="1F5B3A"/>
            <w:tcMar>
              <w:top w:w="70" w:type="dxa"/>
              <w:left w:w="80" w:type="dxa"/>
              <w:bottom w:w="70" w:type="dxa"/>
              <w:right w:w="80" w:type="dxa"/>
            </w:tcMar>
          </w:tcPr>
          <w:p w14:paraId="6173418E" w14:textId="77777777" w:rsidR="00DA5E07" w:rsidRDefault="00D53894">
            <w:pPr>
              <w:jc w:val="center"/>
            </w:pPr>
            <w:r>
              <w:rPr>
                <w:b/>
                <w:color w:val="FFFFFF"/>
                <w:sz w:val="21"/>
              </w:rPr>
              <w:t>EDUCATION</w:t>
            </w:r>
          </w:p>
        </w:tc>
      </w:tr>
    </w:tbl>
    <w:p w14:paraId="23231368" w14:textId="77777777" w:rsidR="00DA5E07" w:rsidRDefault="00DA5E07">
      <w:pPr>
        <w:spacing w:after="0"/>
      </w:pPr>
    </w:p>
    <w:p w14:paraId="13AC4397" w14:textId="77777777" w:rsidR="00DA5E07" w:rsidRDefault="00D53894" w:rsidP="00A7021C">
      <w:pPr>
        <w:spacing w:after="140" w:line="360" w:lineRule="auto"/>
      </w:pPr>
      <w:r>
        <w:t>Highest grade completed (check one):   ☐ 1   ☐ 2   ☐ 3   ☐ 4   ☐ 5   ☐ 6   ☐ 7   ☐ 8   ☐ 9   ☐ 10   ☐ 11   ☐ 12</w:t>
      </w:r>
    </w:p>
    <w:p w14:paraId="52A9C448" w14:textId="77777777" w:rsidR="00DA5E07" w:rsidRDefault="00D53894" w:rsidP="00A7021C">
      <w:pPr>
        <w:spacing w:after="140" w:line="360" w:lineRule="auto"/>
      </w:pPr>
      <w:r>
        <w:t>If you did not complete high school, do you have a high school equivalency diploma?     ☐ Yes     ☐ No</w:t>
      </w:r>
    </w:p>
    <w:p w14:paraId="610A10BD" w14:textId="2C0356C2" w:rsidR="00DA5E07" w:rsidRDefault="00D53894" w:rsidP="00A7021C">
      <w:pPr>
        <w:spacing w:after="140" w:line="360" w:lineRule="auto"/>
      </w:pPr>
      <w:r>
        <w:t>Years of post-high-school education (check one):   ☐ 1   ☐ 2   ☐ 3   ☐ 4   ☐ 5   ☐ 6   ☐ 7</w:t>
      </w:r>
    </w:p>
    <w:p w14:paraId="5A311FDD" w14:textId="3C32E299" w:rsidR="00DA5E07" w:rsidRDefault="00D53894" w:rsidP="00A7021C">
      <w:pPr>
        <w:spacing w:after="160" w:line="360" w:lineRule="auto"/>
      </w:pPr>
      <w:r>
        <w:rPr>
          <w:b/>
        </w:rPr>
        <w:t xml:space="preserve">Typing Speed (Words Per Minute): </w:t>
      </w:r>
      <w:r>
        <w:t>_______________</w:t>
      </w:r>
    </w:p>
    <w:tbl>
      <w:tblPr>
        <w:tblStyle w:val="TableGrid"/>
        <w:tblW w:w="0" w:type="auto"/>
        <w:tblLook w:val="04A0" w:firstRow="1" w:lastRow="0" w:firstColumn="1" w:lastColumn="0" w:noHBand="0" w:noVBand="1"/>
      </w:tblPr>
      <w:tblGrid>
        <w:gridCol w:w="3552"/>
        <w:gridCol w:w="3552"/>
        <w:gridCol w:w="3552"/>
      </w:tblGrid>
      <w:tr w:rsidR="00DA5E07" w14:paraId="0077095E" w14:textId="77777777">
        <w:tc>
          <w:tcPr>
            <w:tcW w:w="3552" w:type="dxa"/>
            <w:shd w:val="clear" w:color="auto" w:fill="1F5B3A"/>
            <w:tcMar>
              <w:top w:w="130" w:type="dxa"/>
              <w:left w:w="70" w:type="dxa"/>
              <w:bottom w:w="130" w:type="dxa"/>
              <w:right w:w="70" w:type="dxa"/>
            </w:tcMar>
          </w:tcPr>
          <w:p w14:paraId="29A04F22" w14:textId="77777777" w:rsidR="00DA5E07" w:rsidRDefault="00D53894">
            <w:pPr>
              <w:jc w:val="center"/>
            </w:pPr>
            <w:r>
              <w:rPr>
                <w:b/>
                <w:color w:val="FFFFFF"/>
              </w:rPr>
              <w:t>License / Certification Type</w:t>
            </w:r>
          </w:p>
        </w:tc>
        <w:tc>
          <w:tcPr>
            <w:tcW w:w="3552" w:type="dxa"/>
            <w:shd w:val="clear" w:color="auto" w:fill="1F5B3A"/>
            <w:tcMar>
              <w:top w:w="130" w:type="dxa"/>
              <w:left w:w="70" w:type="dxa"/>
              <w:bottom w:w="130" w:type="dxa"/>
              <w:right w:w="70" w:type="dxa"/>
            </w:tcMar>
          </w:tcPr>
          <w:p w14:paraId="060889C5" w14:textId="77777777" w:rsidR="00DA5E07" w:rsidRDefault="00D53894">
            <w:pPr>
              <w:jc w:val="center"/>
            </w:pPr>
            <w:r>
              <w:rPr>
                <w:b/>
                <w:color w:val="FFFFFF"/>
              </w:rPr>
              <w:t>License / Certification Number</w:t>
            </w:r>
          </w:p>
        </w:tc>
        <w:tc>
          <w:tcPr>
            <w:tcW w:w="3552" w:type="dxa"/>
            <w:shd w:val="clear" w:color="auto" w:fill="1F5B3A"/>
            <w:tcMar>
              <w:top w:w="130" w:type="dxa"/>
              <w:left w:w="70" w:type="dxa"/>
              <w:bottom w:w="130" w:type="dxa"/>
              <w:right w:w="70" w:type="dxa"/>
            </w:tcMar>
          </w:tcPr>
          <w:p w14:paraId="109A09CF" w14:textId="77777777" w:rsidR="00DA5E07" w:rsidRDefault="00D53894">
            <w:pPr>
              <w:jc w:val="center"/>
            </w:pPr>
            <w:r>
              <w:rPr>
                <w:b/>
                <w:color w:val="FFFFFF"/>
              </w:rPr>
              <w:t>Granted / Issued By</w:t>
            </w:r>
          </w:p>
        </w:tc>
      </w:tr>
      <w:tr w:rsidR="00DA5E07" w14:paraId="316ACD75" w14:textId="77777777">
        <w:tc>
          <w:tcPr>
            <w:tcW w:w="3552" w:type="dxa"/>
            <w:tcMar>
              <w:top w:w="130" w:type="dxa"/>
              <w:left w:w="70" w:type="dxa"/>
              <w:bottom w:w="130" w:type="dxa"/>
              <w:right w:w="70" w:type="dxa"/>
            </w:tcMar>
          </w:tcPr>
          <w:p w14:paraId="71AF1358" w14:textId="77777777" w:rsidR="00DA5E07" w:rsidRDefault="00DA5E07"/>
        </w:tc>
        <w:tc>
          <w:tcPr>
            <w:tcW w:w="3552" w:type="dxa"/>
            <w:tcMar>
              <w:top w:w="130" w:type="dxa"/>
              <w:left w:w="70" w:type="dxa"/>
              <w:bottom w:w="130" w:type="dxa"/>
              <w:right w:w="70" w:type="dxa"/>
            </w:tcMar>
          </w:tcPr>
          <w:p w14:paraId="6485F9A6" w14:textId="77777777" w:rsidR="00DA5E07" w:rsidRDefault="00DA5E07"/>
        </w:tc>
        <w:tc>
          <w:tcPr>
            <w:tcW w:w="3552" w:type="dxa"/>
            <w:tcMar>
              <w:top w:w="130" w:type="dxa"/>
              <w:left w:w="70" w:type="dxa"/>
              <w:bottom w:w="130" w:type="dxa"/>
              <w:right w:w="70" w:type="dxa"/>
            </w:tcMar>
          </w:tcPr>
          <w:p w14:paraId="02C7433B" w14:textId="77777777" w:rsidR="00DA5E07" w:rsidRDefault="00DA5E07"/>
        </w:tc>
      </w:tr>
      <w:tr w:rsidR="00DA5E07" w14:paraId="3006CD9F" w14:textId="77777777">
        <w:tc>
          <w:tcPr>
            <w:tcW w:w="3552" w:type="dxa"/>
            <w:tcMar>
              <w:top w:w="130" w:type="dxa"/>
              <w:left w:w="70" w:type="dxa"/>
              <w:bottom w:w="130" w:type="dxa"/>
              <w:right w:w="70" w:type="dxa"/>
            </w:tcMar>
          </w:tcPr>
          <w:p w14:paraId="6958BC9F" w14:textId="77777777" w:rsidR="00DA5E07" w:rsidRDefault="00DA5E07"/>
        </w:tc>
        <w:tc>
          <w:tcPr>
            <w:tcW w:w="3552" w:type="dxa"/>
            <w:tcMar>
              <w:top w:w="130" w:type="dxa"/>
              <w:left w:w="70" w:type="dxa"/>
              <w:bottom w:w="130" w:type="dxa"/>
              <w:right w:w="70" w:type="dxa"/>
            </w:tcMar>
          </w:tcPr>
          <w:p w14:paraId="0C491CAC" w14:textId="77777777" w:rsidR="00DA5E07" w:rsidRDefault="00DA5E07"/>
        </w:tc>
        <w:tc>
          <w:tcPr>
            <w:tcW w:w="3552" w:type="dxa"/>
            <w:tcMar>
              <w:top w:w="130" w:type="dxa"/>
              <w:left w:w="70" w:type="dxa"/>
              <w:bottom w:w="130" w:type="dxa"/>
              <w:right w:w="70" w:type="dxa"/>
            </w:tcMar>
          </w:tcPr>
          <w:p w14:paraId="6BDD9E17" w14:textId="77777777" w:rsidR="00DA5E07" w:rsidRDefault="00DA5E07"/>
        </w:tc>
      </w:tr>
      <w:tr w:rsidR="00DA5E07" w14:paraId="13FE20C7" w14:textId="77777777">
        <w:tc>
          <w:tcPr>
            <w:tcW w:w="3552" w:type="dxa"/>
            <w:tcMar>
              <w:top w:w="130" w:type="dxa"/>
              <w:left w:w="70" w:type="dxa"/>
              <w:bottom w:w="130" w:type="dxa"/>
              <w:right w:w="70" w:type="dxa"/>
            </w:tcMar>
          </w:tcPr>
          <w:p w14:paraId="100B0A95" w14:textId="77777777" w:rsidR="00DA5E07" w:rsidRDefault="00DA5E07"/>
        </w:tc>
        <w:tc>
          <w:tcPr>
            <w:tcW w:w="3552" w:type="dxa"/>
            <w:tcMar>
              <w:top w:w="130" w:type="dxa"/>
              <w:left w:w="70" w:type="dxa"/>
              <w:bottom w:w="130" w:type="dxa"/>
              <w:right w:w="70" w:type="dxa"/>
            </w:tcMar>
          </w:tcPr>
          <w:p w14:paraId="12A1A3FD" w14:textId="77777777" w:rsidR="00DA5E07" w:rsidRDefault="00DA5E07"/>
        </w:tc>
        <w:tc>
          <w:tcPr>
            <w:tcW w:w="3552" w:type="dxa"/>
            <w:tcMar>
              <w:top w:w="130" w:type="dxa"/>
              <w:left w:w="70" w:type="dxa"/>
              <w:bottom w:w="130" w:type="dxa"/>
              <w:right w:w="70" w:type="dxa"/>
            </w:tcMar>
          </w:tcPr>
          <w:p w14:paraId="5E1CDAAE" w14:textId="77777777" w:rsidR="00DA5E07" w:rsidRDefault="00DA5E07"/>
        </w:tc>
      </w:tr>
      <w:tr w:rsidR="0070163B" w14:paraId="64FE5A4F" w14:textId="77777777">
        <w:tc>
          <w:tcPr>
            <w:tcW w:w="3552" w:type="dxa"/>
            <w:tcMar>
              <w:top w:w="130" w:type="dxa"/>
              <w:left w:w="70" w:type="dxa"/>
              <w:bottom w:w="130" w:type="dxa"/>
              <w:right w:w="70" w:type="dxa"/>
            </w:tcMar>
          </w:tcPr>
          <w:p w14:paraId="542E75C5" w14:textId="77777777" w:rsidR="0070163B" w:rsidRDefault="0070163B"/>
        </w:tc>
        <w:tc>
          <w:tcPr>
            <w:tcW w:w="3552" w:type="dxa"/>
            <w:tcMar>
              <w:top w:w="130" w:type="dxa"/>
              <w:left w:w="70" w:type="dxa"/>
              <w:bottom w:w="130" w:type="dxa"/>
              <w:right w:w="70" w:type="dxa"/>
            </w:tcMar>
          </w:tcPr>
          <w:p w14:paraId="1568E08F" w14:textId="77777777" w:rsidR="0070163B" w:rsidRDefault="0070163B"/>
        </w:tc>
        <w:tc>
          <w:tcPr>
            <w:tcW w:w="3552" w:type="dxa"/>
            <w:tcMar>
              <w:top w:w="130" w:type="dxa"/>
              <w:left w:w="70" w:type="dxa"/>
              <w:bottom w:w="130" w:type="dxa"/>
              <w:right w:w="70" w:type="dxa"/>
            </w:tcMar>
          </w:tcPr>
          <w:p w14:paraId="737B8731" w14:textId="77777777" w:rsidR="0070163B" w:rsidRDefault="0070163B"/>
        </w:tc>
      </w:tr>
    </w:tbl>
    <w:p w14:paraId="5AF13EFD" w14:textId="77777777" w:rsidR="00A7577F" w:rsidRDefault="00A7577F">
      <w:r>
        <w:br w:type="page"/>
      </w:r>
    </w:p>
    <w:tbl>
      <w:tblPr>
        <w:tblW w:w="0" w:type="auto"/>
        <w:tblLayout w:type="fixed"/>
        <w:tblLook w:val="04A0" w:firstRow="1" w:lastRow="0" w:firstColumn="1" w:lastColumn="0" w:noHBand="0" w:noVBand="1"/>
      </w:tblPr>
      <w:tblGrid>
        <w:gridCol w:w="10656"/>
      </w:tblGrid>
      <w:tr w:rsidR="00DA5E07" w14:paraId="794E0A90" w14:textId="77777777">
        <w:tc>
          <w:tcPr>
            <w:tcW w:w="10656" w:type="dxa"/>
            <w:shd w:val="clear" w:color="auto" w:fill="1F5B3A"/>
            <w:tcMar>
              <w:top w:w="70" w:type="dxa"/>
              <w:left w:w="80" w:type="dxa"/>
              <w:bottom w:w="70" w:type="dxa"/>
              <w:right w:w="80" w:type="dxa"/>
            </w:tcMar>
          </w:tcPr>
          <w:p w14:paraId="173C246C" w14:textId="06508B00" w:rsidR="00DA5E07" w:rsidRDefault="00D53894">
            <w:pPr>
              <w:jc w:val="center"/>
            </w:pPr>
            <w:r>
              <w:rPr>
                <w:b/>
                <w:color w:val="FFFFFF"/>
                <w:sz w:val="21"/>
              </w:rPr>
              <w:lastRenderedPageBreak/>
              <w:t>EMPLOYMENT EXPERIENCE</w:t>
            </w:r>
          </w:p>
        </w:tc>
      </w:tr>
    </w:tbl>
    <w:p w14:paraId="41F83385" w14:textId="77777777" w:rsidR="00DA5E07" w:rsidRDefault="00DA5E07">
      <w:pPr>
        <w:spacing w:after="0"/>
      </w:pPr>
    </w:p>
    <w:p w14:paraId="69DD3CDF" w14:textId="77777777" w:rsidR="00DA5E07" w:rsidRDefault="00D53894">
      <w:r>
        <w:rPr>
          <w:i/>
        </w:rPr>
        <w:t>List at least four previous employers, beginning with the most recent. Complete all requested information.</w:t>
      </w:r>
    </w:p>
    <w:p w14:paraId="677522C2" w14:textId="77777777" w:rsidR="00DA5E07" w:rsidRDefault="00D53894">
      <w:r>
        <w:rPr>
          <w:b/>
          <w:color w:val="1F5B3A"/>
        </w:rPr>
        <w:t>Employer 1</w:t>
      </w:r>
    </w:p>
    <w:tbl>
      <w:tblPr>
        <w:tblStyle w:val="TableGrid"/>
        <w:tblW w:w="0" w:type="auto"/>
        <w:tblLook w:val="04A0" w:firstRow="1" w:lastRow="0" w:firstColumn="1" w:lastColumn="0" w:noHBand="0" w:noVBand="1"/>
      </w:tblPr>
      <w:tblGrid>
        <w:gridCol w:w="5328"/>
        <w:gridCol w:w="5328"/>
      </w:tblGrid>
      <w:tr w:rsidR="00DA5E07" w14:paraId="008DC053" w14:textId="77777777" w:rsidTr="00151E46">
        <w:trPr>
          <w:trHeight w:val="572"/>
        </w:trPr>
        <w:tc>
          <w:tcPr>
            <w:tcW w:w="5328" w:type="dxa"/>
            <w:tcMar>
              <w:top w:w="70" w:type="dxa"/>
              <w:left w:w="70" w:type="dxa"/>
              <w:bottom w:w="70" w:type="dxa"/>
              <w:right w:w="70" w:type="dxa"/>
            </w:tcMar>
          </w:tcPr>
          <w:p w14:paraId="13C34DF6" w14:textId="4C648FC2" w:rsidR="00DA5E07" w:rsidRDefault="00D53894">
            <w:r>
              <w:t>Employer Name:</w:t>
            </w:r>
            <w:r>
              <w:br/>
            </w:r>
          </w:p>
        </w:tc>
        <w:tc>
          <w:tcPr>
            <w:tcW w:w="5328" w:type="dxa"/>
            <w:tcMar>
              <w:top w:w="70" w:type="dxa"/>
              <w:left w:w="70" w:type="dxa"/>
              <w:bottom w:w="70" w:type="dxa"/>
              <w:right w:w="70" w:type="dxa"/>
            </w:tcMar>
          </w:tcPr>
          <w:p w14:paraId="469295E8" w14:textId="48EBDE0B" w:rsidR="00DA5E07" w:rsidRDefault="00D53894">
            <w:r>
              <w:t>Job Title:</w:t>
            </w:r>
            <w:r>
              <w:br/>
            </w:r>
          </w:p>
        </w:tc>
      </w:tr>
      <w:tr w:rsidR="00DA5E07" w14:paraId="45943DEA" w14:textId="77777777" w:rsidTr="00151E46">
        <w:trPr>
          <w:trHeight w:val="572"/>
        </w:trPr>
        <w:tc>
          <w:tcPr>
            <w:tcW w:w="5328" w:type="dxa"/>
            <w:tcMar>
              <w:top w:w="70" w:type="dxa"/>
              <w:left w:w="70" w:type="dxa"/>
              <w:bottom w:w="70" w:type="dxa"/>
              <w:right w:w="70" w:type="dxa"/>
            </w:tcMar>
          </w:tcPr>
          <w:p w14:paraId="5917D7DD" w14:textId="1AA7A855" w:rsidR="00DA5E07" w:rsidRDefault="00D53894">
            <w:r>
              <w:t>Supervisor Name:</w:t>
            </w:r>
            <w:r>
              <w:br/>
            </w:r>
          </w:p>
        </w:tc>
        <w:tc>
          <w:tcPr>
            <w:tcW w:w="5328" w:type="dxa"/>
            <w:tcMar>
              <w:top w:w="70" w:type="dxa"/>
              <w:left w:w="70" w:type="dxa"/>
              <w:bottom w:w="70" w:type="dxa"/>
              <w:right w:w="70" w:type="dxa"/>
            </w:tcMar>
          </w:tcPr>
          <w:p w14:paraId="02C11D78" w14:textId="1BB21A4C" w:rsidR="00DA5E07" w:rsidRDefault="00D53894">
            <w:r>
              <w:t>Supervisor Title:</w:t>
            </w:r>
            <w:r>
              <w:br/>
            </w:r>
          </w:p>
        </w:tc>
      </w:tr>
      <w:tr w:rsidR="00DA5E07" w14:paraId="11694C11" w14:textId="77777777" w:rsidTr="00151E46">
        <w:trPr>
          <w:trHeight w:val="572"/>
        </w:trPr>
        <w:tc>
          <w:tcPr>
            <w:tcW w:w="5328" w:type="dxa"/>
            <w:tcMar>
              <w:top w:w="70" w:type="dxa"/>
              <w:left w:w="70" w:type="dxa"/>
              <w:bottom w:w="70" w:type="dxa"/>
              <w:right w:w="70" w:type="dxa"/>
            </w:tcMar>
          </w:tcPr>
          <w:p w14:paraId="63181220" w14:textId="2CF18CBD" w:rsidR="00DA5E07" w:rsidRDefault="00D53894">
            <w:r>
              <w:t>Address:</w:t>
            </w:r>
            <w:r>
              <w:br/>
            </w:r>
          </w:p>
        </w:tc>
        <w:tc>
          <w:tcPr>
            <w:tcW w:w="5328" w:type="dxa"/>
            <w:tcMar>
              <w:top w:w="70" w:type="dxa"/>
              <w:left w:w="70" w:type="dxa"/>
              <w:bottom w:w="70" w:type="dxa"/>
              <w:right w:w="70" w:type="dxa"/>
            </w:tcMar>
          </w:tcPr>
          <w:p w14:paraId="2D7C377C" w14:textId="3FDE400E" w:rsidR="00DA5E07" w:rsidRDefault="00D53894">
            <w:r>
              <w:t>Phone Number:</w:t>
            </w:r>
            <w:r>
              <w:br/>
            </w:r>
          </w:p>
        </w:tc>
      </w:tr>
      <w:tr w:rsidR="00DA5E07" w14:paraId="5169F455" w14:textId="77777777" w:rsidTr="00151E46">
        <w:trPr>
          <w:trHeight w:val="572"/>
        </w:trPr>
        <w:tc>
          <w:tcPr>
            <w:tcW w:w="5328" w:type="dxa"/>
            <w:tcMar>
              <w:top w:w="70" w:type="dxa"/>
              <w:left w:w="70" w:type="dxa"/>
              <w:bottom w:w="70" w:type="dxa"/>
              <w:right w:w="70" w:type="dxa"/>
            </w:tcMar>
          </w:tcPr>
          <w:p w14:paraId="0F97EE9D" w14:textId="57DD34B7" w:rsidR="00DA5E07" w:rsidRDefault="00D53894">
            <w:r>
              <w:t>Start Date:</w:t>
            </w:r>
            <w:r>
              <w:br/>
            </w:r>
          </w:p>
        </w:tc>
        <w:tc>
          <w:tcPr>
            <w:tcW w:w="5328" w:type="dxa"/>
            <w:tcMar>
              <w:top w:w="70" w:type="dxa"/>
              <w:left w:w="70" w:type="dxa"/>
              <w:bottom w:w="70" w:type="dxa"/>
              <w:right w:w="70" w:type="dxa"/>
            </w:tcMar>
          </w:tcPr>
          <w:p w14:paraId="52A9A69F" w14:textId="214D8B27" w:rsidR="00DA5E07" w:rsidRDefault="00D53894">
            <w:r>
              <w:t>End Date:</w:t>
            </w:r>
            <w:r>
              <w:br/>
            </w:r>
          </w:p>
        </w:tc>
      </w:tr>
      <w:tr w:rsidR="00DA5E07" w14:paraId="11D311F1" w14:textId="77777777" w:rsidTr="00151E46">
        <w:trPr>
          <w:trHeight w:val="572"/>
        </w:trPr>
        <w:tc>
          <w:tcPr>
            <w:tcW w:w="5328" w:type="dxa"/>
            <w:tcMar>
              <w:top w:w="70" w:type="dxa"/>
              <w:left w:w="70" w:type="dxa"/>
              <w:bottom w:w="70" w:type="dxa"/>
              <w:right w:w="70" w:type="dxa"/>
            </w:tcMar>
          </w:tcPr>
          <w:p w14:paraId="68CF4129" w14:textId="5C3C26A6" w:rsidR="00DA5E07" w:rsidRDefault="00D53894">
            <w:r>
              <w:t>Starting Salary:</w:t>
            </w:r>
            <w:r>
              <w:br/>
            </w:r>
          </w:p>
        </w:tc>
        <w:tc>
          <w:tcPr>
            <w:tcW w:w="5328" w:type="dxa"/>
            <w:tcMar>
              <w:top w:w="70" w:type="dxa"/>
              <w:left w:w="70" w:type="dxa"/>
              <w:bottom w:w="70" w:type="dxa"/>
              <w:right w:w="70" w:type="dxa"/>
            </w:tcMar>
          </w:tcPr>
          <w:p w14:paraId="7203AB64" w14:textId="0AA383CD" w:rsidR="00DA5E07" w:rsidRDefault="00D53894">
            <w:r>
              <w:t>Ending Salary:</w:t>
            </w:r>
            <w:r>
              <w:br/>
            </w:r>
          </w:p>
        </w:tc>
      </w:tr>
    </w:tbl>
    <w:p w14:paraId="3F2E8085" w14:textId="6784F51E" w:rsidR="00DA5E07" w:rsidRDefault="00D53894" w:rsidP="00D536E0">
      <w:pPr>
        <w:spacing w:after="140"/>
        <w:jc w:val="center"/>
      </w:pPr>
      <w:r>
        <w:t>Employment Status:     ☐ Full-Time     ☐ Part-Time</w:t>
      </w:r>
      <w:r w:rsidR="002117F3">
        <w:t xml:space="preserve">   </w:t>
      </w:r>
      <w:r>
        <w:t>May we contact your present supervisor?     ☐ Yes     ☐ No</w:t>
      </w:r>
    </w:p>
    <w:p w14:paraId="76055531" w14:textId="6EAE8BBA" w:rsidR="00DA5E07" w:rsidRDefault="00D53894">
      <w:r>
        <w:rPr>
          <w:b/>
        </w:rPr>
        <w:t>Specific Duties and Responsibilities:</w:t>
      </w:r>
      <w:r w:rsidR="002117F3">
        <w:rPr>
          <w:b/>
        </w:rPr>
        <w:t xml:space="preserve"> ____________________________________________________________________</w:t>
      </w:r>
    </w:p>
    <w:p w14:paraId="77F3B541" w14:textId="009B6538" w:rsidR="00DA5E07" w:rsidRDefault="0057289A" w:rsidP="0057289A">
      <w:pPr>
        <w:spacing w:after="280" w:line="480" w:lineRule="auto"/>
      </w:pPr>
      <w:r>
        <w:t>________________________________________________________________________________________________________________________________________________________________________________________________________</w:t>
      </w:r>
    </w:p>
    <w:p w14:paraId="19AB1915" w14:textId="74AB2D6D" w:rsidR="00385D48" w:rsidRDefault="00D53894">
      <w:pPr>
        <w:rPr>
          <w:b/>
        </w:rPr>
      </w:pPr>
      <w:r>
        <w:rPr>
          <w:b/>
        </w:rPr>
        <w:t>Reason for Leaving:</w:t>
      </w:r>
      <w:r w:rsidR="00385D48">
        <w:rPr>
          <w:b/>
        </w:rPr>
        <w:t xml:space="preserve"> __________________________________________________________________________________</w:t>
      </w:r>
    </w:p>
    <w:p w14:paraId="6C6C559B" w14:textId="77777777" w:rsidR="00385D48" w:rsidRDefault="00385D48">
      <w:pPr>
        <w:rPr>
          <w:b/>
          <w:color w:val="1F5B3A"/>
        </w:rPr>
      </w:pPr>
    </w:p>
    <w:p w14:paraId="5E6702F5" w14:textId="53EDFF6A" w:rsidR="00DA5E07" w:rsidRDefault="00D53894">
      <w:r>
        <w:rPr>
          <w:b/>
          <w:color w:val="1F5B3A"/>
        </w:rPr>
        <w:t>Employer 2</w:t>
      </w:r>
    </w:p>
    <w:tbl>
      <w:tblPr>
        <w:tblStyle w:val="TableGrid"/>
        <w:tblW w:w="0" w:type="auto"/>
        <w:tblLook w:val="04A0" w:firstRow="1" w:lastRow="0" w:firstColumn="1" w:lastColumn="0" w:noHBand="0" w:noVBand="1"/>
      </w:tblPr>
      <w:tblGrid>
        <w:gridCol w:w="5328"/>
        <w:gridCol w:w="5328"/>
      </w:tblGrid>
      <w:tr w:rsidR="00DA5E07" w14:paraId="080C7127" w14:textId="77777777">
        <w:tc>
          <w:tcPr>
            <w:tcW w:w="5328" w:type="dxa"/>
            <w:tcMar>
              <w:top w:w="70" w:type="dxa"/>
              <w:left w:w="70" w:type="dxa"/>
              <w:bottom w:w="70" w:type="dxa"/>
              <w:right w:w="70" w:type="dxa"/>
            </w:tcMar>
          </w:tcPr>
          <w:p w14:paraId="30E95975" w14:textId="65FAAD00" w:rsidR="00DA5E07" w:rsidRDefault="00D53894">
            <w:r>
              <w:t>Employer Name:</w:t>
            </w:r>
            <w:r>
              <w:br/>
            </w:r>
          </w:p>
        </w:tc>
        <w:tc>
          <w:tcPr>
            <w:tcW w:w="5328" w:type="dxa"/>
            <w:tcMar>
              <w:top w:w="70" w:type="dxa"/>
              <w:left w:w="70" w:type="dxa"/>
              <w:bottom w:w="70" w:type="dxa"/>
              <w:right w:w="70" w:type="dxa"/>
            </w:tcMar>
          </w:tcPr>
          <w:p w14:paraId="031998ED" w14:textId="7AB8B2A0" w:rsidR="00DA5E07" w:rsidRDefault="00D53894">
            <w:r>
              <w:t>Job Title:</w:t>
            </w:r>
            <w:r>
              <w:br/>
            </w:r>
          </w:p>
        </w:tc>
      </w:tr>
      <w:tr w:rsidR="00DA5E07" w14:paraId="5873F203" w14:textId="77777777">
        <w:tc>
          <w:tcPr>
            <w:tcW w:w="5328" w:type="dxa"/>
            <w:tcMar>
              <w:top w:w="70" w:type="dxa"/>
              <w:left w:w="70" w:type="dxa"/>
              <w:bottom w:w="70" w:type="dxa"/>
              <w:right w:w="70" w:type="dxa"/>
            </w:tcMar>
          </w:tcPr>
          <w:p w14:paraId="605D895C" w14:textId="10111754" w:rsidR="00DA5E07" w:rsidRDefault="00D53894">
            <w:r>
              <w:t>Supervisor Name:</w:t>
            </w:r>
            <w:r>
              <w:br/>
            </w:r>
          </w:p>
        </w:tc>
        <w:tc>
          <w:tcPr>
            <w:tcW w:w="5328" w:type="dxa"/>
            <w:tcMar>
              <w:top w:w="70" w:type="dxa"/>
              <w:left w:w="70" w:type="dxa"/>
              <w:bottom w:w="70" w:type="dxa"/>
              <w:right w:w="70" w:type="dxa"/>
            </w:tcMar>
          </w:tcPr>
          <w:p w14:paraId="7F6B74FC" w14:textId="1AA99E69" w:rsidR="00DA5E07" w:rsidRDefault="00D53894">
            <w:r>
              <w:t>Supervisor Title:</w:t>
            </w:r>
            <w:r>
              <w:br/>
            </w:r>
          </w:p>
        </w:tc>
      </w:tr>
      <w:tr w:rsidR="00DA5E07" w14:paraId="6495AE47" w14:textId="77777777">
        <w:tc>
          <w:tcPr>
            <w:tcW w:w="5328" w:type="dxa"/>
            <w:tcMar>
              <w:top w:w="70" w:type="dxa"/>
              <w:left w:w="70" w:type="dxa"/>
              <w:bottom w:w="70" w:type="dxa"/>
              <w:right w:w="70" w:type="dxa"/>
            </w:tcMar>
          </w:tcPr>
          <w:p w14:paraId="731850B4" w14:textId="5CA0B98A" w:rsidR="00DA5E07" w:rsidRDefault="00D53894">
            <w:r>
              <w:t>Address:</w:t>
            </w:r>
            <w:r>
              <w:br/>
            </w:r>
          </w:p>
        </w:tc>
        <w:tc>
          <w:tcPr>
            <w:tcW w:w="5328" w:type="dxa"/>
            <w:tcMar>
              <w:top w:w="70" w:type="dxa"/>
              <w:left w:w="70" w:type="dxa"/>
              <w:bottom w:w="70" w:type="dxa"/>
              <w:right w:w="70" w:type="dxa"/>
            </w:tcMar>
          </w:tcPr>
          <w:p w14:paraId="06DCEDA6" w14:textId="782EE667" w:rsidR="00DA5E07" w:rsidRDefault="00D53894">
            <w:r>
              <w:t>Phone Number:</w:t>
            </w:r>
            <w:r>
              <w:br/>
            </w:r>
          </w:p>
        </w:tc>
      </w:tr>
      <w:tr w:rsidR="00DA5E07" w14:paraId="46E41F90" w14:textId="77777777">
        <w:tc>
          <w:tcPr>
            <w:tcW w:w="5328" w:type="dxa"/>
            <w:tcMar>
              <w:top w:w="70" w:type="dxa"/>
              <w:left w:w="70" w:type="dxa"/>
              <w:bottom w:w="70" w:type="dxa"/>
              <w:right w:w="70" w:type="dxa"/>
            </w:tcMar>
          </w:tcPr>
          <w:p w14:paraId="5D4BC3BD" w14:textId="1CFAD33A" w:rsidR="00DA5E07" w:rsidRDefault="00D53894">
            <w:r>
              <w:t>Start Date:</w:t>
            </w:r>
            <w:r>
              <w:br/>
            </w:r>
          </w:p>
        </w:tc>
        <w:tc>
          <w:tcPr>
            <w:tcW w:w="5328" w:type="dxa"/>
            <w:tcMar>
              <w:top w:w="70" w:type="dxa"/>
              <w:left w:w="70" w:type="dxa"/>
              <w:bottom w:w="70" w:type="dxa"/>
              <w:right w:w="70" w:type="dxa"/>
            </w:tcMar>
          </w:tcPr>
          <w:p w14:paraId="3EA123B8" w14:textId="3A49E977" w:rsidR="00DA5E07" w:rsidRDefault="00D53894">
            <w:r>
              <w:t>End Date:</w:t>
            </w:r>
            <w:r>
              <w:br/>
            </w:r>
          </w:p>
        </w:tc>
      </w:tr>
      <w:tr w:rsidR="00DA5E07" w14:paraId="5C5A6ADD" w14:textId="77777777">
        <w:tc>
          <w:tcPr>
            <w:tcW w:w="5328" w:type="dxa"/>
            <w:tcMar>
              <w:top w:w="70" w:type="dxa"/>
              <w:left w:w="70" w:type="dxa"/>
              <w:bottom w:w="70" w:type="dxa"/>
              <w:right w:w="70" w:type="dxa"/>
            </w:tcMar>
          </w:tcPr>
          <w:p w14:paraId="389BA95C" w14:textId="5479B850" w:rsidR="00DA5E07" w:rsidRDefault="00D53894">
            <w:r>
              <w:t>Starting Salary:</w:t>
            </w:r>
            <w:r>
              <w:br/>
            </w:r>
          </w:p>
        </w:tc>
        <w:tc>
          <w:tcPr>
            <w:tcW w:w="5328" w:type="dxa"/>
            <w:tcMar>
              <w:top w:w="70" w:type="dxa"/>
              <w:left w:w="70" w:type="dxa"/>
              <w:bottom w:w="70" w:type="dxa"/>
              <w:right w:w="70" w:type="dxa"/>
            </w:tcMar>
          </w:tcPr>
          <w:p w14:paraId="46BD044A" w14:textId="2EB7991D" w:rsidR="00DA5E07" w:rsidRDefault="00D53894">
            <w:r>
              <w:t>Ending Salary:</w:t>
            </w:r>
            <w:r>
              <w:br/>
            </w:r>
          </w:p>
        </w:tc>
      </w:tr>
    </w:tbl>
    <w:p w14:paraId="2ABF222A" w14:textId="03F1266D" w:rsidR="00DA5E07" w:rsidRDefault="00D53894" w:rsidP="00D536E0">
      <w:pPr>
        <w:spacing w:after="140"/>
        <w:jc w:val="center"/>
      </w:pPr>
      <w:r>
        <w:t>Employment Status:     ☐ Full-Time     ☐ Part-Time</w:t>
      </w:r>
    </w:p>
    <w:p w14:paraId="2DD48C09" w14:textId="77777777" w:rsidR="00A7577F" w:rsidRDefault="00A7577F" w:rsidP="00A7577F">
      <w:r>
        <w:rPr>
          <w:b/>
        </w:rPr>
        <w:t>Specific Duties and Responsibilities: ____________________________________________________________________</w:t>
      </w:r>
    </w:p>
    <w:p w14:paraId="4E0CFF86" w14:textId="77777777" w:rsidR="00A7577F" w:rsidRDefault="00A7577F" w:rsidP="00A7577F">
      <w:pPr>
        <w:spacing w:after="280" w:line="480" w:lineRule="auto"/>
      </w:pPr>
      <w:r>
        <w:t>________________________________________________________________________________________________________________________________________________________________________________________________________</w:t>
      </w:r>
    </w:p>
    <w:p w14:paraId="63B391BE" w14:textId="77777777" w:rsidR="00A7577F" w:rsidRDefault="00A7577F" w:rsidP="00A7577F">
      <w:pPr>
        <w:rPr>
          <w:b/>
        </w:rPr>
      </w:pPr>
      <w:r>
        <w:rPr>
          <w:b/>
        </w:rPr>
        <w:t>Reason for Leaving: __________________________________________________________________________________</w:t>
      </w:r>
    </w:p>
    <w:p w14:paraId="62422F15" w14:textId="77777777" w:rsidR="00A7577F" w:rsidRDefault="00A7577F">
      <w:pPr>
        <w:rPr>
          <w:b/>
          <w:color w:val="1F5B3A"/>
        </w:rPr>
      </w:pPr>
    </w:p>
    <w:p w14:paraId="683DC00B" w14:textId="77777777" w:rsidR="00A7577F" w:rsidRDefault="00A7577F">
      <w:pPr>
        <w:rPr>
          <w:b/>
          <w:color w:val="1F5B3A"/>
        </w:rPr>
      </w:pPr>
    </w:p>
    <w:p w14:paraId="76C5C903" w14:textId="798BEDA3" w:rsidR="00DA5E07" w:rsidRDefault="00D53894">
      <w:r>
        <w:rPr>
          <w:b/>
          <w:color w:val="1F5B3A"/>
        </w:rPr>
        <w:t>Employer 3</w:t>
      </w:r>
    </w:p>
    <w:tbl>
      <w:tblPr>
        <w:tblStyle w:val="TableGrid"/>
        <w:tblW w:w="0" w:type="auto"/>
        <w:tblLook w:val="04A0" w:firstRow="1" w:lastRow="0" w:firstColumn="1" w:lastColumn="0" w:noHBand="0" w:noVBand="1"/>
      </w:tblPr>
      <w:tblGrid>
        <w:gridCol w:w="5328"/>
        <w:gridCol w:w="5328"/>
      </w:tblGrid>
      <w:tr w:rsidR="00A7577F" w14:paraId="710C2DA5" w14:textId="77777777" w:rsidTr="00AE3C5F">
        <w:tc>
          <w:tcPr>
            <w:tcW w:w="5328" w:type="dxa"/>
            <w:tcMar>
              <w:top w:w="70" w:type="dxa"/>
              <w:left w:w="70" w:type="dxa"/>
              <w:bottom w:w="70" w:type="dxa"/>
              <w:right w:w="70" w:type="dxa"/>
            </w:tcMar>
          </w:tcPr>
          <w:p w14:paraId="14B9D5E9" w14:textId="77777777" w:rsidR="00A7577F" w:rsidRDefault="00A7577F" w:rsidP="00AE3C5F">
            <w:r>
              <w:t>Employer Name:</w:t>
            </w:r>
            <w:r>
              <w:br/>
            </w:r>
          </w:p>
        </w:tc>
        <w:tc>
          <w:tcPr>
            <w:tcW w:w="5328" w:type="dxa"/>
            <w:tcMar>
              <w:top w:w="70" w:type="dxa"/>
              <w:left w:w="70" w:type="dxa"/>
              <w:bottom w:w="70" w:type="dxa"/>
              <w:right w:w="70" w:type="dxa"/>
            </w:tcMar>
          </w:tcPr>
          <w:p w14:paraId="3850063D" w14:textId="77777777" w:rsidR="00A7577F" w:rsidRDefault="00A7577F" w:rsidP="00AE3C5F">
            <w:r>
              <w:t>Job Title:</w:t>
            </w:r>
            <w:r>
              <w:br/>
            </w:r>
          </w:p>
        </w:tc>
      </w:tr>
      <w:tr w:rsidR="00A7577F" w14:paraId="1A58FC23" w14:textId="77777777" w:rsidTr="00AE3C5F">
        <w:tc>
          <w:tcPr>
            <w:tcW w:w="5328" w:type="dxa"/>
            <w:tcMar>
              <w:top w:w="70" w:type="dxa"/>
              <w:left w:w="70" w:type="dxa"/>
              <w:bottom w:w="70" w:type="dxa"/>
              <w:right w:w="70" w:type="dxa"/>
            </w:tcMar>
          </w:tcPr>
          <w:p w14:paraId="7B400AD3" w14:textId="77777777" w:rsidR="00A7577F" w:rsidRDefault="00A7577F" w:rsidP="00AE3C5F">
            <w:r>
              <w:t>Supervisor Name:</w:t>
            </w:r>
            <w:r>
              <w:br/>
            </w:r>
          </w:p>
        </w:tc>
        <w:tc>
          <w:tcPr>
            <w:tcW w:w="5328" w:type="dxa"/>
            <w:tcMar>
              <w:top w:w="70" w:type="dxa"/>
              <w:left w:w="70" w:type="dxa"/>
              <w:bottom w:w="70" w:type="dxa"/>
              <w:right w:w="70" w:type="dxa"/>
            </w:tcMar>
          </w:tcPr>
          <w:p w14:paraId="62EC3277" w14:textId="77777777" w:rsidR="00A7577F" w:rsidRDefault="00A7577F" w:rsidP="00AE3C5F">
            <w:r>
              <w:t>Supervisor Title:</w:t>
            </w:r>
            <w:r>
              <w:br/>
            </w:r>
          </w:p>
        </w:tc>
      </w:tr>
      <w:tr w:rsidR="00A7577F" w14:paraId="0CD827DA" w14:textId="77777777" w:rsidTr="00AE3C5F">
        <w:tc>
          <w:tcPr>
            <w:tcW w:w="5328" w:type="dxa"/>
            <w:tcMar>
              <w:top w:w="70" w:type="dxa"/>
              <w:left w:w="70" w:type="dxa"/>
              <w:bottom w:w="70" w:type="dxa"/>
              <w:right w:w="70" w:type="dxa"/>
            </w:tcMar>
          </w:tcPr>
          <w:p w14:paraId="62CD9CAF" w14:textId="77777777" w:rsidR="00A7577F" w:rsidRDefault="00A7577F" w:rsidP="00AE3C5F">
            <w:r>
              <w:t>Address:</w:t>
            </w:r>
            <w:r>
              <w:br/>
            </w:r>
          </w:p>
        </w:tc>
        <w:tc>
          <w:tcPr>
            <w:tcW w:w="5328" w:type="dxa"/>
            <w:tcMar>
              <w:top w:w="70" w:type="dxa"/>
              <w:left w:w="70" w:type="dxa"/>
              <w:bottom w:w="70" w:type="dxa"/>
              <w:right w:w="70" w:type="dxa"/>
            </w:tcMar>
          </w:tcPr>
          <w:p w14:paraId="0500DAD7" w14:textId="77777777" w:rsidR="00A7577F" w:rsidRDefault="00A7577F" w:rsidP="00AE3C5F">
            <w:r>
              <w:t>Phone Number:</w:t>
            </w:r>
            <w:r>
              <w:br/>
            </w:r>
          </w:p>
        </w:tc>
      </w:tr>
      <w:tr w:rsidR="00A7577F" w14:paraId="0F28234B" w14:textId="77777777" w:rsidTr="00AE3C5F">
        <w:tc>
          <w:tcPr>
            <w:tcW w:w="5328" w:type="dxa"/>
            <w:tcMar>
              <w:top w:w="70" w:type="dxa"/>
              <w:left w:w="70" w:type="dxa"/>
              <w:bottom w:w="70" w:type="dxa"/>
              <w:right w:w="70" w:type="dxa"/>
            </w:tcMar>
          </w:tcPr>
          <w:p w14:paraId="5B7D7D15" w14:textId="77777777" w:rsidR="00A7577F" w:rsidRDefault="00A7577F" w:rsidP="00AE3C5F">
            <w:r>
              <w:t>Start Date:</w:t>
            </w:r>
            <w:r>
              <w:br/>
            </w:r>
          </w:p>
        </w:tc>
        <w:tc>
          <w:tcPr>
            <w:tcW w:w="5328" w:type="dxa"/>
            <w:tcMar>
              <w:top w:w="70" w:type="dxa"/>
              <w:left w:w="70" w:type="dxa"/>
              <w:bottom w:w="70" w:type="dxa"/>
              <w:right w:w="70" w:type="dxa"/>
            </w:tcMar>
          </w:tcPr>
          <w:p w14:paraId="783472E1" w14:textId="77777777" w:rsidR="00A7577F" w:rsidRDefault="00A7577F" w:rsidP="00AE3C5F">
            <w:r>
              <w:t>End Date:</w:t>
            </w:r>
            <w:r>
              <w:br/>
            </w:r>
          </w:p>
        </w:tc>
      </w:tr>
      <w:tr w:rsidR="00A7577F" w14:paraId="6BC13AD8" w14:textId="77777777" w:rsidTr="00AE3C5F">
        <w:tc>
          <w:tcPr>
            <w:tcW w:w="5328" w:type="dxa"/>
            <w:tcMar>
              <w:top w:w="70" w:type="dxa"/>
              <w:left w:w="70" w:type="dxa"/>
              <w:bottom w:w="70" w:type="dxa"/>
              <w:right w:w="70" w:type="dxa"/>
            </w:tcMar>
          </w:tcPr>
          <w:p w14:paraId="11DEA9F9" w14:textId="77777777" w:rsidR="00A7577F" w:rsidRDefault="00A7577F" w:rsidP="00AE3C5F">
            <w:r>
              <w:t>Starting Salary:</w:t>
            </w:r>
            <w:r>
              <w:br/>
            </w:r>
          </w:p>
        </w:tc>
        <w:tc>
          <w:tcPr>
            <w:tcW w:w="5328" w:type="dxa"/>
            <w:tcMar>
              <w:top w:w="70" w:type="dxa"/>
              <w:left w:w="70" w:type="dxa"/>
              <w:bottom w:w="70" w:type="dxa"/>
              <w:right w:w="70" w:type="dxa"/>
            </w:tcMar>
          </w:tcPr>
          <w:p w14:paraId="262B7200" w14:textId="77777777" w:rsidR="00A7577F" w:rsidRDefault="00A7577F" w:rsidP="00AE3C5F">
            <w:r>
              <w:t>Ending Salary:</w:t>
            </w:r>
            <w:r>
              <w:br/>
            </w:r>
          </w:p>
        </w:tc>
      </w:tr>
    </w:tbl>
    <w:p w14:paraId="6EFB704B" w14:textId="00241974" w:rsidR="00A7577F" w:rsidRDefault="00A7577F" w:rsidP="00D536E0">
      <w:pPr>
        <w:spacing w:after="140"/>
        <w:jc w:val="center"/>
      </w:pPr>
      <w:r>
        <w:t>Employment Status:     ☐ Full-Time     ☐ Part-Time</w:t>
      </w:r>
    </w:p>
    <w:p w14:paraId="3F0FE8F4" w14:textId="77777777" w:rsidR="00A7577F" w:rsidRDefault="00A7577F" w:rsidP="00A7577F">
      <w:r>
        <w:rPr>
          <w:b/>
        </w:rPr>
        <w:t>Specific Duties and Responsibilities: ____________________________________________________________________</w:t>
      </w:r>
    </w:p>
    <w:p w14:paraId="6068AE48" w14:textId="77777777" w:rsidR="00A7577F" w:rsidRDefault="00A7577F" w:rsidP="00A7577F">
      <w:pPr>
        <w:spacing w:after="280" w:line="480" w:lineRule="auto"/>
      </w:pPr>
      <w:r>
        <w:t>________________________________________________________________________________________________________________________________________________________________________________________________________</w:t>
      </w:r>
    </w:p>
    <w:p w14:paraId="2AF2F199" w14:textId="77777777" w:rsidR="00A7577F" w:rsidRDefault="00A7577F" w:rsidP="00A7577F">
      <w:pPr>
        <w:rPr>
          <w:b/>
        </w:rPr>
      </w:pPr>
      <w:r>
        <w:rPr>
          <w:b/>
        </w:rPr>
        <w:t>Reason for Leaving: __________________________________________________________________________________</w:t>
      </w:r>
    </w:p>
    <w:p w14:paraId="0309949E" w14:textId="77777777" w:rsidR="005B0201" w:rsidRDefault="005B0201">
      <w:pPr>
        <w:rPr>
          <w:b/>
          <w:color w:val="1F5B3A"/>
        </w:rPr>
      </w:pPr>
    </w:p>
    <w:p w14:paraId="1E2561B7" w14:textId="02474408" w:rsidR="00DA5E07" w:rsidRDefault="00D53894">
      <w:r>
        <w:rPr>
          <w:b/>
          <w:color w:val="1F5B3A"/>
        </w:rPr>
        <w:t>Employer 4</w:t>
      </w:r>
    </w:p>
    <w:tbl>
      <w:tblPr>
        <w:tblStyle w:val="TableGrid"/>
        <w:tblW w:w="0" w:type="auto"/>
        <w:tblLook w:val="04A0" w:firstRow="1" w:lastRow="0" w:firstColumn="1" w:lastColumn="0" w:noHBand="0" w:noVBand="1"/>
      </w:tblPr>
      <w:tblGrid>
        <w:gridCol w:w="5328"/>
        <w:gridCol w:w="5328"/>
      </w:tblGrid>
      <w:tr w:rsidR="00A7577F" w14:paraId="07DC41B7" w14:textId="77777777" w:rsidTr="00AE3C5F">
        <w:tc>
          <w:tcPr>
            <w:tcW w:w="5328" w:type="dxa"/>
            <w:tcMar>
              <w:top w:w="70" w:type="dxa"/>
              <w:left w:w="70" w:type="dxa"/>
              <w:bottom w:w="70" w:type="dxa"/>
              <w:right w:w="70" w:type="dxa"/>
            </w:tcMar>
          </w:tcPr>
          <w:p w14:paraId="165CF09B" w14:textId="77777777" w:rsidR="00A7577F" w:rsidRDefault="00A7577F" w:rsidP="00AE3C5F">
            <w:r>
              <w:t>Employer Name:</w:t>
            </w:r>
            <w:r>
              <w:br/>
            </w:r>
          </w:p>
        </w:tc>
        <w:tc>
          <w:tcPr>
            <w:tcW w:w="5328" w:type="dxa"/>
            <w:tcMar>
              <w:top w:w="70" w:type="dxa"/>
              <w:left w:w="70" w:type="dxa"/>
              <w:bottom w:w="70" w:type="dxa"/>
              <w:right w:w="70" w:type="dxa"/>
            </w:tcMar>
          </w:tcPr>
          <w:p w14:paraId="06871925" w14:textId="77777777" w:rsidR="00A7577F" w:rsidRDefault="00A7577F" w:rsidP="00AE3C5F">
            <w:r>
              <w:t>Job Title:</w:t>
            </w:r>
            <w:r>
              <w:br/>
            </w:r>
          </w:p>
        </w:tc>
      </w:tr>
      <w:tr w:rsidR="00A7577F" w14:paraId="2C4B55EB" w14:textId="77777777" w:rsidTr="00AE3C5F">
        <w:tc>
          <w:tcPr>
            <w:tcW w:w="5328" w:type="dxa"/>
            <w:tcMar>
              <w:top w:w="70" w:type="dxa"/>
              <w:left w:w="70" w:type="dxa"/>
              <w:bottom w:w="70" w:type="dxa"/>
              <w:right w:w="70" w:type="dxa"/>
            </w:tcMar>
          </w:tcPr>
          <w:p w14:paraId="27D1AF79" w14:textId="77777777" w:rsidR="00A7577F" w:rsidRDefault="00A7577F" w:rsidP="00AE3C5F">
            <w:r>
              <w:t>Supervisor Name:</w:t>
            </w:r>
            <w:r>
              <w:br/>
            </w:r>
          </w:p>
        </w:tc>
        <w:tc>
          <w:tcPr>
            <w:tcW w:w="5328" w:type="dxa"/>
            <w:tcMar>
              <w:top w:w="70" w:type="dxa"/>
              <w:left w:w="70" w:type="dxa"/>
              <w:bottom w:w="70" w:type="dxa"/>
              <w:right w:w="70" w:type="dxa"/>
            </w:tcMar>
          </w:tcPr>
          <w:p w14:paraId="32456BF5" w14:textId="77777777" w:rsidR="00A7577F" w:rsidRDefault="00A7577F" w:rsidP="00AE3C5F">
            <w:r>
              <w:t>Supervisor Title:</w:t>
            </w:r>
            <w:r>
              <w:br/>
            </w:r>
          </w:p>
        </w:tc>
      </w:tr>
      <w:tr w:rsidR="00A7577F" w14:paraId="7CEAC4A9" w14:textId="77777777" w:rsidTr="00AE3C5F">
        <w:tc>
          <w:tcPr>
            <w:tcW w:w="5328" w:type="dxa"/>
            <w:tcMar>
              <w:top w:w="70" w:type="dxa"/>
              <w:left w:w="70" w:type="dxa"/>
              <w:bottom w:w="70" w:type="dxa"/>
              <w:right w:w="70" w:type="dxa"/>
            </w:tcMar>
          </w:tcPr>
          <w:p w14:paraId="612BEFE3" w14:textId="77777777" w:rsidR="00A7577F" w:rsidRDefault="00A7577F" w:rsidP="00AE3C5F">
            <w:r>
              <w:t>Address:</w:t>
            </w:r>
            <w:r>
              <w:br/>
            </w:r>
          </w:p>
        </w:tc>
        <w:tc>
          <w:tcPr>
            <w:tcW w:w="5328" w:type="dxa"/>
            <w:tcMar>
              <w:top w:w="70" w:type="dxa"/>
              <w:left w:w="70" w:type="dxa"/>
              <w:bottom w:w="70" w:type="dxa"/>
              <w:right w:w="70" w:type="dxa"/>
            </w:tcMar>
          </w:tcPr>
          <w:p w14:paraId="6D9EB74C" w14:textId="77777777" w:rsidR="00A7577F" w:rsidRDefault="00A7577F" w:rsidP="00AE3C5F">
            <w:r>
              <w:t>Phone Number:</w:t>
            </w:r>
            <w:r>
              <w:br/>
            </w:r>
          </w:p>
        </w:tc>
      </w:tr>
      <w:tr w:rsidR="00A7577F" w14:paraId="07CC728E" w14:textId="77777777" w:rsidTr="00AE3C5F">
        <w:tc>
          <w:tcPr>
            <w:tcW w:w="5328" w:type="dxa"/>
            <w:tcMar>
              <w:top w:w="70" w:type="dxa"/>
              <w:left w:w="70" w:type="dxa"/>
              <w:bottom w:w="70" w:type="dxa"/>
              <w:right w:w="70" w:type="dxa"/>
            </w:tcMar>
          </w:tcPr>
          <w:p w14:paraId="55877085" w14:textId="77777777" w:rsidR="00A7577F" w:rsidRDefault="00A7577F" w:rsidP="00AE3C5F">
            <w:r>
              <w:t>Start Date:</w:t>
            </w:r>
            <w:r>
              <w:br/>
            </w:r>
          </w:p>
        </w:tc>
        <w:tc>
          <w:tcPr>
            <w:tcW w:w="5328" w:type="dxa"/>
            <w:tcMar>
              <w:top w:w="70" w:type="dxa"/>
              <w:left w:w="70" w:type="dxa"/>
              <w:bottom w:w="70" w:type="dxa"/>
              <w:right w:w="70" w:type="dxa"/>
            </w:tcMar>
          </w:tcPr>
          <w:p w14:paraId="47F47229" w14:textId="77777777" w:rsidR="00A7577F" w:rsidRDefault="00A7577F" w:rsidP="00AE3C5F">
            <w:r>
              <w:t>End Date:</w:t>
            </w:r>
            <w:r>
              <w:br/>
            </w:r>
          </w:p>
        </w:tc>
      </w:tr>
      <w:tr w:rsidR="00A7577F" w14:paraId="01FF31D7" w14:textId="77777777" w:rsidTr="00AE3C5F">
        <w:tc>
          <w:tcPr>
            <w:tcW w:w="5328" w:type="dxa"/>
            <w:tcMar>
              <w:top w:w="70" w:type="dxa"/>
              <w:left w:w="70" w:type="dxa"/>
              <w:bottom w:w="70" w:type="dxa"/>
              <w:right w:w="70" w:type="dxa"/>
            </w:tcMar>
          </w:tcPr>
          <w:p w14:paraId="49535507" w14:textId="77777777" w:rsidR="00A7577F" w:rsidRDefault="00A7577F" w:rsidP="00AE3C5F">
            <w:r>
              <w:t>Starting Salary:</w:t>
            </w:r>
            <w:r>
              <w:br/>
            </w:r>
          </w:p>
        </w:tc>
        <w:tc>
          <w:tcPr>
            <w:tcW w:w="5328" w:type="dxa"/>
            <w:tcMar>
              <w:top w:w="70" w:type="dxa"/>
              <w:left w:w="70" w:type="dxa"/>
              <w:bottom w:w="70" w:type="dxa"/>
              <w:right w:w="70" w:type="dxa"/>
            </w:tcMar>
          </w:tcPr>
          <w:p w14:paraId="1CF1C42A" w14:textId="77777777" w:rsidR="00A7577F" w:rsidRDefault="00A7577F" w:rsidP="00AE3C5F">
            <w:r>
              <w:t>Ending Salary:</w:t>
            </w:r>
            <w:r>
              <w:br/>
            </w:r>
          </w:p>
        </w:tc>
      </w:tr>
    </w:tbl>
    <w:p w14:paraId="3627A986" w14:textId="71CA7CD6" w:rsidR="00A7577F" w:rsidRDefault="00A7577F" w:rsidP="00D536E0">
      <w:pPr>
        <w:spacing w:after="140"/>
        <w:jc w:val="center"/>
      </w:pPr>
      <w:r>
        <w:t>Employment Status:     ☐ Full-Time     ☐ Part-Time</w:t>
      </w:r>
    </w:p>
    <w:p w14:paraId="2A9F37CD" w14:textId="77777777" w:rsidR="00A7577F" w:rsidRDefault="00A7577F" w:rsidP="00A7577F">
      <w:r>
        <w:rPr>
          <w:b/>
        </w:rPr>
        <w:t>Specific Duties and Responsibilities: ____________________________________________________________________</w:t>
      </w:r>
    </w:p>
    <w:p w14:paraId="392C6DD8" w14:textId="77777777" w:rsidR="00A7577F" w:rsidRDefault="00A7577F" w:rsidP="00A7577F">
      <w:pPr>
        <w:spacing w:after="280" w:line="480" w:lineRule="auto"/>
      </w:pPr>
      <w:r>
        <w:t>________________________________________________________________________________________________________________________________________________________________________________________________________</w:t>
      </w:r>
    </w:p>
    <w:p w14:paraId="787EBE0C" w14:textId="77777777" w:rsidR="00A7577F" w:rsidRDefault="00A7577F" w:rsidP="00A7577F">
      <w:pPr>
        <w:rPr>
          <w:b/>
        </w:rPr>
      </w:pPr>
      <w:r>
        <w:rPr>
          <w:b/>
        </w:rPr>
        <w:t>Reason for Leaving: __________________________________________________________________________________</w:t>
      </w:r>
    </w:p>
    <w:p w14:paraId="11CDB46E" w14:textId="77777777" w:rsidR="00DF24A7" w:rsidRDefault="00DF24A7">
      <w:pPr>
        <w:spacing w:after="280"/>
        <w:rPr>
          <w:b/>
          <w:color w:val="FFFFFF"/>
          <w:sz w:val="21"/>
        </w:rPr>
      </w:pPr>
    </w:p>
    <w:p w14:paraId="662525BA" w14:textId="77777777" w:rsidR="00DF24A7" w:rsidRDefault="00DF24A7">
      <w:pPr>
        <w:spacing w:after="280"/>
        <w:rPr>
          <w:b/>
          <w:color w:val="FFFFFF"/>
          <w:sz w:val="21"/>
        </w:rPr>
      </w:pPr>
    </w:p>
    <w:p w14:paraId="40CFD92F" w14:textId="77777777" w:rsidR="00DF24A7" w:rsidRDefault="00DF24A7">
      <w:pPr>
        <w:spacing w:after="280"/>
      </w:pPr>
    </w:p>
    <w:tbl>
      <w:tblPr>
        <w:tblW w:w="0" w:type="auto"/>
        <w:tblLayout w:type="fixed"/>
        <w:tblLook w:val="04A0" w:firstRow="1" w:lastRow="0" w:firstColumn="1" w:lastColumn="0" w:noHBand="0" w:noVBand="1"/>
      </w:tblPr>
      <w:tblGrid>
        <w:gridCol w:w="10656"/>
      </w:tblGrid>
      <w:tr w:rsidR="00DA5E07" w14:paraId="4C7FD4BE" w14:textId="77777777">
        <w:tc>
          <w:tcPr>
            <w:tcW w:w="10656" w:type="dxa"/>
            <w:shd w:val="clear" w:color="auto" w:fill="1F5B3A"/>
            <w:tcMar>
              <w:top w:w="70" w:type="dxa"/>
              <w:left w:w="80" w:type="dxa"/>
              <w:bottom w:w="70" w:type="dxa"/>
              <w:right w:w="80" w:type="dxa"/>
            </w:tcMar>
          </w:tcPr>
          <w:p w14:paraId="58583F43" w14:textId="77777777" w:rsidR="00DA5E07" w:rsidRDefault="00D53894">
            <w:pPr>
              <w:jc w:val="center"/>
            </w:pPr>
            <w:r>
              <w:rPr>
                <w:b/>
                <w:color w:val="FFFFFF"/>
                <w:sz w:val="21"/>
              </w:rPr>
              <w:t>REFERENCES</w:t>
            </w:r>
          </w:p>
        </w:tc>
      </w:tr>
    </w:tbl>
    <w:tbl>
      <w:tblPr>
        <w:tblStyle w:val="TableGrid"/>
        <w:tblW w:w="0" w:type="auto"/>
        <w:tblLook w:val="04A0" w:firstRow="1" w:lastRow="0" w:firstColumn="1" w:lastColumn="0" w:noHBand="0" w:noVBand="1"/>
      </w:tblPr>
      <w:tblGrid>
        <w:gridCol w:w="2664"/>
        <w:gridCol w:w="2664"/>
        <w:gridCol w:w="2664"/>
        <w:gridCol w:w="2664"/>
      </w:tblGrid>
      <w:tr w:rsidR="00DA5E07" w14:paraId="1EB4B7C6" w14:textId="77777777">
        <w:tc>
          <w:tcPr>
            <w:tcW w:w="2664" w:type="dxa"/>
            <w:shd w:val="clear" w:color="auto" w:fill="1F5B3A"/>
            <w:tcMar>
              <w:top w:w="150" w:type="dxa"/>
              <w:left w:w="60" w:type="dxa"/>
              <w:bottom w:w="150" w:type="dxa"/>
              <w:right w:w="60" w:type="dxa"/>
            </w:tcMar>
          </w:tcPr>
          <w:p w14:paraId="354FC434" w14:textId="77777777" w:rsidR="00DA5E07" w:rsidRDefault="00D53894">
            <w:pPr>
              <w:jc w:val="center"/>
            </w:pPr>
            <w:r>
              <w:rPr>
                <w:b/>
                <w:color w:val="FFFFFF"/>
              </w:rPr>
              <w:t>Name</w:t>
            </w:r>
          </w:p>
        </w:tc>
        <w:tc>
          <w:tcPr>
            <w:tcW w:w="2664" w:type="dxa"/>
            <w:shd w:val="clear" w:color="auto" w:fill="1F5B3A"/>
            <w:tcMar>
              <w:top w:w="150" w:type="dxa"/>
              <w:left w:w="60" w:type="dxa"/>
              <w:bottom w:w="150" w:type="dxa"/>
              <w:right w:w="60" w:type="dxa"/>
            </w:tcMar>
          </w:tcPr>
          <w:p w14:paraId="5026C433" w14:textId="77777777" w:rsidR="00DA5E07" w:rsidRDefault="00D53894">
            <w:pPr>
              <w:jc w:val="center"/>
            </w:pPr>
            <w:r>
              <w:rPr>
                <w:b/>
                <w:color w:val="FFFFFF"/>
              </w:rPr>
              <w:t>Address</w:t>
            </w:r>
          </w:p>
        </w:tc>
        <w:tc>
          <w:tcPr>
            <w:tcW w:w="2664" w:type="dxa"/>
            <w:shd w:val="clear" w:color="auto" w:fill="1F5B3A"/>
            <w:tcMar>
              <w:top w:w="150" w:type="dxa"/>
              <w:left w:w="60" w:type="dxa"/>
              <w:bottom w:w="150" w:type="dxa"/>
              <w:right w:w="60" w:type="dxa"/>
            </w:tcMar>
          </w:tcPr>
          <w:p w14:paraId="7A41B30A" w14:textId="77777777" w:rsidR="00DA5E07" w:rsidRDefault="00D53894">
            <w:pPr>
              <w:jc w:val="center"/>
            </w:pPr>
            <w:r>
              <w:rPr>
                <w:b/>
                <w:color w:val="FFFFFF"/>
              </w:rPr>
              <w:t>Phone Number</w:t>
            </w:r>
          </w:p>
        </w:tc>
        <w:tc>
          <w:tcPr>
            <w:tcW w:w="2664" w:type="dxa"/>
            <w:shd w:val="clear" w:color="auto" w:fill="1F5B3A"/>
            <w:tcMar>
              <w:top w:w="150" w:type="dxa"/>
              <w:left w:w="60" w:type="dxa"/>
              <w:bottom w:w="150" w:type="dxa"/>
              <w:right w:w="60" w:type="dxa"/>
            </w:tcMar>
          </w:tcPr>
          <w:p w14:paraId="457E70A8" w14:textId="77777777" w:rsidR="00DA5E07" w:rsidRDefault="00D53894">
            <w:pPr>
              <w:jc w:val="center"/>
            </w:pPr>
            <w:r>
              <w:rPr>
                <w:b/>
                <w:color w:val="FFFFFF"/>
              </w:rPr>
              <w:t>Relationship</w:t>
            </w:r>
          </w:p>
        </w:tc>
      </w:tr>
      <w:tr w:rsidR="00DA5E07" w14:paraId="50522868" w14:textId="77777777">
        <w:tc>
          <w:tcPr>
            <w:tcW w:w="2664" w:type="dxa"/>
            <w:tcMar>
              <w:top w:w="150" w:type="dxa"/>
              <w:left w:w="60" w:type="dxa"/>
              <w:bottom w:w="150" w:type="dxa"/>
              <w:right w:w="60" w:type="dxa"/>
            </w:tcMar>
          </w:tcPr>
          <w:p w14:paraId="15FAD922" w14:textId="77777777" w:rsidR="00DA5E07" w:rsidRDefault="00DA5E07"/>
        </w:tc>
        <w:tc>
          <w:tcPr>
            <w:tcW w:w="2664" w:type="dxa"/>
            <w:tcMar>
              <w:top w:w="150" w:type="dxa"/>
              <w:left w:w="60" w:type="dxa"/>
              <w:bottom w:w="150" w:type="dxa"/>
              <w:right w:w="60" w:type="dxa"/>
            </w:tcMar>
          </w:tcPr>
          <w:p w14:paraId="5368BBA7" w14:textId="77777777" w:rsidR="00DA5E07" w:rsidRDefault="00DA5E07"/>
        </w:tc>
        <w:tc>
          <w:tcPr>
            <w:tcW w:w="2664" w:type="dxa"/>
            <w:tcMar>
              <w:top w:w="150" w:type="dxa"/>
              <w:left w:w="60" w:type="dxa"/>
              <w:bottom w:w="150" w:type="dxa"/>
              <w:right w:w="60" w:type="dxa"/>
            </w:tcMar>
          </w:tcPr>
          <w:p w14:paraId="73F3C863" w14:textId="77777777" w:rsidR="00DA5E07" w:rsidRDefault="00DA5E07"/>
        </w:tc>
        <w:tc>
          <w:tcPr>
            <w:tcW w:w="2664" w:type="dxa"/>
            <w:tcMar>
              <w:top w:w="150" w:type="dxa"/>
              <w:left w:w="60" w:type="dxa"/>
              <w:bottom w:w="150" w:type="dxa"/>
              <w:right w:w="60" w:type="dxa"/>
            </w:tcMar>
          </w:tcPr>
          <w:p w14:paraId="6A5B6C2F" w14:textId="77777777" w:rsidR="00DA5E07" w:rsidRDefault="00DA5E07"/>
        </w:tc>
      </w:tr>
      <w:tr w:rsidR="00DA5E07" w14:paraId="08D4D22D" w14:textId="77777777">
        <w:tc>
          <w:tcPr>
            <w:tcW w:w="2664" w:type="dxa"/>
            <w:tcMar>
              <w:top w:w="150" w:type="dxa"/>
              <w:left w:w="60" w:type="dxa"/>
              <w:bottom w:w="150" w:type="dxa"/>
              <w:right w:w="60" w:type="dxa"/>
            </w:tcMar>
          </w:tcPr>
          <w:p w14:paraId="7AE4F5BE" w14:textId="77777777" w:rsidR="00DA5E07" w:rsidRDefault="00DA5E07"/>
        </w:tc>
        <w:tc>
          <w:tcPr>
            <w:tcW w:w="2664" w:type="dxa"/>
            <w:tcMar>
              <w:top w:w="150" w:type="dxa"/>
              <w:left w:w="60" w:type="dxa"/>
              <w:bottom w:w="150" w:type="dxa"/>
              <w:right w:w="60" w:type="dxa"/>
            </w:tcMar>
          </w:tcPr>
          <w:p w14:paraId="3CB483AB" w14:textId="77777777" w:rsidR="00DA5E07" w:rsidRDefault="00DA5E07"/>
        </w:tc>
        <w:tc>
          <w:tcPr>
            <w:tcW w:w="2664" w:type="dxa"/>
            <w:tcMar>
              <w:top w:w="150" w:type="dxa"/>
              <w:left w:w="60" w:type="dxa"/>
              <w:bottom w:w="150" w:type="dxa"/>
              <w:right w:w="60" w:type="dxa"/>
            </w:tcMar>
          </w:tcPr>
          <w:p w14:paraId="742C0485" w14:textId="77777777" w:rsidR="00DA5E07" w:rsidRDefault="00DA5E07"/>
        </w:tc>
        <w:tc>
          <w:tcPr>
            <w:tcW w:w="2664" w:type="dxa"/>
            <w:tcMar>
              <w:top w:w="150" w:type="dxa"/>
              <w:left w:w="60" w:type="dxa"/>
              <w:bottom w:w="150" w:type="dxa"/>
              <w:right w:w="60" w:type="dxa"/>
            </w:tcMar>
          </w:tcPr>
          <w:p w14:paraId="57B65482" w14:textId="77777777" w:rsidR="00DA5E07" w:rsidRDefault="00DA5E07"/>
        </w:tc>
      </w:tr>
      <w:tr w:rsidR="00DA5E07" w14:paraId="2F9F5A5A" w14:textId="77777777">
        <w:tc>
          <w:tcPr>
            <w:tcW w:w="2664" w:type="dxa"/>
            <w:tcMar>
              <w:top w:w="150" w:type="dxa"/>
              <w:left w:w="60" w:type="dxa"/>
              <w:bottom w:w="150" w:type="dxa"/>
              <w:right w:w="60" w:type="dxa"/>
            </w:tcMar>
          </w:tcPr>
          <w:p w14:paraId="678FBEBE" w14:textId="77777777" w:rsidR="00DA5E07" w:rsidRDefault="00DA5E07"/>
        </w:tc>
        <w:tc>
          <w:tcPr>
            <w:tcW w:w="2664" w:type="dxa"/>
            <w:tcMar>
              <w:top w:w="150" w:type="dxa"/>
              <w:left w:w="60" w:type="dxa"/>
              <w:bottom w:w="150" w:type="dxa"/>
              <w:right w:w="60" w:type="dxa"/>
            </w:tcMar>
          </w:tcPr>
          <w:p w14:paraId="10957A49" w14:textId="77777777" w:rsidR="00DA5E07" w:rsidRDefault="00DA5E07"/>
        </w:tc>
        <w:tc>
          <w:tcPr>
            <w:tcW w:w="2664" w:type="dxa"/>
            <w:tcMar>
              <w:top w:w="150" w:type="dxa"/>
              <w:left w:w="60" w:type="dxa"/>
              <w:bottom w:w="150" w:type="dxa"/>
              <w:right w:w="60" w:type="dxa"/>
            </w:tcMar>
          </w:tcPr>
          <w:p w14:paraId="5180EE47" w14:textId="77777777" w:rsidR="00DA5E07" w:rsidRDefault="00DA5E07"/>
        </w:tc>
        <w:tc>
          <w:tcPr>
            <w:tcW w:w="2664" w:type="dxa"/>
            <w:tcMar>
              <w:top w:w="150" w:type="dxa"/>
              <w:left w:w="60" w:type="dxa"/>
              <w:bottom w:w="150" w:type="dxa"/>
              <w:right w:w="60" w:type="dxa"/>
            </w:tcMar>
          </w:tcPr>
          <w:p w14:paraId="5A41F6A1" w14:textId="77777777" w:rsidR="00DA5E07" w:rsidRDefault="00DA5E07"/>
        </w:tc>
      </w:tr>
      <w:tr w:rsidR="00DA5E07" w14:paraId="789F793E" w14:textId="77777777">
        <w:tc>
          <w:tcPr>
            <w:tcW w:w="2664" w:type="dxa"/>
            <w:tcMar>
              <w:top w:w="150" w:type="dxa"/>
              <w:left w:w="60" w:type="dxa"/>
              <w:bottom w:w="150" w:type="dxa"/>
              <w:right w:w="60" w:type="dxa"/>
            </w:tcMar>
          </w:tcPr>
          <w:p w14:paraId="0F59FCB3" w14:textId="77777777" w:rsidR="00DA5E07" w:rsidRDefault="00DA5E07"/>
        </w:tc>
        <w:tc>
          <w:tcPr>
            <w:tcW w:w="2664" w:type="dxa"/>
            <w:tcMar>
              <w:top w:w="150" w:type="dxa"/>
              <w:left w:w="60" w:type="dxa"/>
              <w:bottom w:w="150" w:type="dxa"/>
              <w:right w:w="60" w:type="dxa"/>
            </w:tcMar>
          </w:tcPr>
          <w:p w14:paraId="0A4015E1" w14:textId="77777777" w:rsidR="00DA5E07" w:rsidRDefault="00DA5E07"/>
        </w:tc>
        <w:tc>
          <w:tcPr>
            <w:tcW w:w="2664" w:type="dxa"/>
            <w:tcMar>
              <w:top w:w="150" w:type="dxa"/>
              <w:left w:w="60" w:type="dxa"/>
              <w:bottom w:w="150" w:type="dxa"/>
              <w:right w:w="60" w:type="dxa"/>
            </w:tcMar>
          </w:tcPr>
          <w:p w14:paraId="57940AB7" w14:textId="77777777" w:rsidR="00DA5E07" w:rsidRDefault="00DA5E07"/>
        </w:tc>
        <w:tc>
          <w:tcPr>
            <w:tcW w:w="2664" w:type="dxa"/>
            <w:tcMar>
              <w:top w:w="150" w:type="dxa"/>
              <w:left w:w="60" w:type="dxa"/>
              <w:bottom w:w="150" w:type="dxa"/>
              <w:right w:w="60" w:type="dxa"/>
            </w:tcMar>
          </w:tcPr>
          <w:p w14:paraId="656BEE3D" w14:textId="77777777" w:rsidR="00DA5E07" w:rsidRDefault="00DA5E07"/>
        </w:tc>
      </w:tr>
    </w:tbl>
    <w:tbl>
      <w:tblPr>
        <w:tblW w:w="0" w:type="auto"/>
        <w:tblLayout w:type="fixed"/>
        <w:tblLook w:val="04A0" w:firstRow="1" w:lastRow="0" w:firstColumn="1" w:lastColumn="0" w:noHBand="0" w:noVBand="1"/>
      </w:tblPr>
      <w:tblGrid>
        <w:gridCol w:w="10656"/>
      </w:tblGrid>
      <w:tr w:rsidR="00DA5E07" w14:paraId="76EB9538" w14:textId="77777777">
        <w:tc>
          <w:tcPr>
            <w:tcW w:w="10656" w:type="dxa"/>
            <w:shd w:val="clear" w:color="auto" w:fill="1F5B3A"/>
            <w:tcMar>
              <w:top w:w="70" w:type="dxa"/>
              <w:left w:w="80" w:type="dxa"/>
              <w:bottom w:w="70" w:type="dxa"/>
              <w:right w:w="80" w:type="dxa"/>
            </w:tcMar>
          </w:tcPr>
          <w:p w14:paraId="18FB2C9F" w14:textId="77777777" w:rsidR="00DA5E07" w:rsidRDefault="00D53894">
            <w:pPr>
              <w:jc w:val="center"/>
            </w:pPr>
            <w:r>
              <w:rPr>
                <w:b/>
                <w:color w:val="FFFFFF"/>
                <w:sz w:val="21"/>
              </w:rPr>
              <w:t>BACKGROUND INFORMATION</w:t>
            </w:r>
          </w:p>
        </w:tc>
      </w:tr>
    </w:tbl>
    <w:p w14:paraId="46C86DCB" w14:textId="77777777" w:rsidR="00DA5E07" w:rsidRDefault="00DA5E07">
      <w:pPr>
        <w:spacing w:after="0"/>
      </w:pPr>
    </w:p>
    <w:p w14:paraId="44DE2E90" w14:textId="77777777" w:rsidR="00E74606" w:rsidRDefault="00D53894">
      <w:pPr>
        <w:spacing w:after="140"/>
      </w:pPr>
      <w:r>
        <w:t xml:space="preserve">Have you ever been convicted of, pled guilty or no contest to, or otherwise been found guilty of a criminal offense?    </w:t>
      </w:r>
    </w:p>
    <w:p w14:paraId="46266432" w14:textId="5C9B6658" w:rsidR="00DA5E07" w:rsidRDefault="00D53894" w:rsidP="00151E46">
      <w:pPr>
        <w:spacing w:after="140"/>
      </w:pPr>
      <w:r>
        <w:t xml:space="preserve"> ☐ Yes     ☐ No</w:t>
      </w:r>
      <w:r w:rsidR="00151E46">
        <w:t xml:space="preserve">      </w:t>
      </w:r>
      <w:r>
        <w:rPr>
          <w:b/>
        </w:rPr>
        <w:t>If yes, explain:</w:t>
      </w:r>
    </w:p>
    <w:p w14:paraId="49DEBAD7" w14:textId="730E8598" w:rsidR="00DA5E07" w:rsidRDefault="00E74606" w:rsidP="00151E46">
      <w:pPr>
        <w:spacing w:after="280"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83CE5" w14:textId="77777777" w:rsidR="006C2D9A" w:rsidRDefault="00D53894">
      <w:pPr>
        <w:spacing w:after="140"/>
      </w:pPr>
      <w:r>
        <w:t xml:space="preserve">Have you ever received any traffic citations or been involved in any traffic-related offenses?     </w:t>
      </w:r>
    </w:p>
    <w:p w14:paraId="3F59C10A" w14:textId="7EF6E2D3" w:rsidR="00DA5E07" w:rsidRDefault="00D53894" w:rsidP="00151E46">
      <w:pPr>
        <w:spacing w:after="140"/>
      </w:pPr>
      <w:r>
        <w:t>☐ Yes     ☐ No</w:t>
      </w:r>
      <w:r w:rsidR="00151E46">
        <w:t xml:space="preserve">       </w:t>
      </w:r>
      <w:r>
        <w:rPr>
          <w:b/>
        </w:rPr>
        <w:t>If yes, explain:</w:t>
      </w:r>
    </w:p>
    <w:p w14:paraId="7A34E5A5" w14:textId="77777777" w:rsidR="006C2D9A" w:rsidRDefault="006C2D9A" w:rsidP="006C2D9A">
      <w:pPr>
        <w:spacing w:after="280"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F3D799" w14:textId="77777777" w:rsidR="006C2D9A" w:rsidRDefault="00D53894">
      <w:pPr>
        <w:spacing w:after="140"/>
      </w:pPr>
      <w:r>
        <w:t xml:space="preserve">Have you ever been terminated, discharged, or asked to resign from employment?     </w:t>
      </w:r>
    </w:p>
    <w:p w14:paraId="14E20BFC" w14:textId="7580BB3D" w:rsidR="00DA5E07" w:rsidRDefault="00D53894" w:rsidP="00151E46">
      <w:pPr>
        <w:spacing w:after="140"/>
      </w:pPr>
      <w:r>
        <w:t>☐ Yes     ☐ No</w:t>
      </w:r>
      <w:r w:rsidR="00151E46">
        <w:t xml:space="preserve">      </w:t>
      </w:r>
      <w:r>
        <w:rPr>
          <w:b/>
        </w:rPr>
        <w:t>If yes, explain:</w:t>
      </w:r>
    </w:p>
    <w:p w14:paraId="70A2E0B2" w14:textId="77777777" w:rsidR="006C2D9A" w:rsidRDefault="006C2D9A" w:rsidP="006C2D9A">
      <w:pPr>
        <w:spacing w:after="280"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05E243" w14:textId="14B6A67C" w:rsidR="003B779B" w:rsidRDefault="003B779B" w:rsidP="00BC2667">
      <w:pPr>
        <w:spacing w:after="140" w:line="360" w:lineRule="auto"/>
      </w:pPr>
      <w:r>
        <w:t>Are you legally eligible for employment in the United States?     ☐ Yes     ☐ No</w:t>
      </w:r>
    </w:p>
    <w:p w14:paraId="6E0E6F64" w14:textId="09B9E92C" w:rsidR="003B779B" w:rsidRDefault="003B779B" w:rsidP="00BC2667">
      <w:pPr>
        <w:spacing w:after="160" w:line="360" w:lineRule="auto"/>
        <w:rPr>
          <w:b/>
        </w:rPr>
      </w:pPr>
      <w:r>
        <w:rPr>
          <w:b/>
        </w:rPr>
        <w:t xml:space="preserve">When will you be available to begin work? Month ____ Day ____ Year ______ </w:t>
      </w:r>
    </w:p>
    <w:p w14:paraId="381B19BE" w14:textId="77777777" w:rsidR="00151E46" w:rsidRDefault="00151E46" w:rsidP="0070163B">
      <w:pPr>
        <w:spacing w:after="160" w:line="240" w:lineRule="auto"/>
        <w:rPr>
          <w:b/>
        </w:rPr>
      </w:pPr>
    </w:p>
    <w:p w14:paraId="21E11D4A" w14:textId="77777777" w:rsidR="00BC2667" w:rsidRDefault="00BC2667" w:rsidP="0070163B">
      <w:pPr>
        <w:spacing w:after="160" w:line="240" w:lineRule="auto"/>
        <w:rPr>
          <w:b/>
        </w:rPr>
      </w:pPr>
    </w:p>
    <w:p w14:paraId="500FF251" w14:textId="77777777" w:rsidR="00151E46" w:rsidRDefault="00151E46" w:rsidP="004F3EF1">
      <w:pPr>
        <w:spacing w:after="160" w:line="240" w:lineRule="auto"/>
        <w:jc w:val="center"/>
        <w:rPr>
          <w:b/>
        </w:rPr>
      </w:pPr>
    </w:p>
    <w:p w14:paraId="5CB67889" w14:textId="77777777" w:rsidR="00151E46" w:rsidRDefault="00151E46" w:rsidP="0070163B">
      <w:pPr>
        <w:spacing w:after="160" w:line="240" w:lineRule="auto"/>
      </w:pPr>
    </w:p>
    <w:tbl>
      <w:tblPr>
        <w:tblW w:w="0" w:type="auto"/>
        <w:tblLayout w:type="fixed"/>
        <w:tblLook w:val="04A0" w:firstRow="1" w:lastRow="0" w:firstColumn="1" w:lastColumn="0" w:noHBand="0" w:noVBand="1"/>
      </w:tblPr>
      <w:tblGrid>
        <w:gridCol w:w="10656"/>
      </w:tblGrid>
      <w:tr w:rsidR="00DA5E07" w14:paraId="1B80074A" w14:textId="77777777">
        <w:tc>
          <w:tcPr>
            <w:tcW w:w="10656" w:type="dxa"/>
            <w:shd w:val="clear" w:color="auto" w:fill="1F5B3A"/>
            <w:tcMar>
              <w:top w:w="70" w:type="dxa"/>
              <w:left w:w="80" w:type="dxa"/>
              <w:bottom w:w="70" w:type="dxa"/>
              <w:right w:w="80" w:type="dxa"/>
            </w:tcMar>
          </w:tcPr>
          <w:p w14:paraId="7B6CE452" w14:textId="77777777" w:rsidR="00DA5E07" w:rsidRDefault="00D53894">
            <w:pPr>
              <w:jc w:val="center"/>
            </w:pPr>
            <w:r>
              <w:rPr>
                <w:b/>
                <w:color w:val="FFFFFF"/>
                <w:sz w:val="21"/>
              </w:rPr>
              <w:t>APPLICANT CERTIFICATION</w:t>
            </w:r>
          </w:p>
        </w:tc>
      </w:tr>
    </w:tbl>
    <w:p w14:paraId="19A47222" w14:textId="77777777" w:rsidR="00DA5E07" w:rsidRDefault="00DA5E07">
      <w:pPr>
        <w:spacing w:after="0"/>
      </w:pPr>
    </w:p>
    <w:tbl>
      <w:tblPr>
        <w:tblStyle w:val="TableGrid"/>
        <w:tblW w:w="0" w:type="auto"/>
        <w:tblLook w:val="04A0" w:firstRow="1" w:lastRow="0" w:firstColumn="1" w:lastColumn="0" w:noHBand="0" w:noVBand="1"/>
      </w:tblPr>
      <w:tblGrid>
        <w:gridCol w:w="10656"/>
      </w:tblGrid>
      <w:tr w:rsidR="00DA5E07" w14:paraId="30235420" w14:textId="77777777">
        <w:tc>
          <w:tcPr>
            <w:tcW w:w="10656" w:type="dxa"/>
            <w:tcMar>
              <w:top w:w="150" w:type="dxa"/>
              <w:left w:w="150" w:type="dxa"/>
              <w:bottom w:w="150" w:type="dxa"/>
              <w:right w:w="150" w:type="dxa"/>
            </w:tcMar>
          </w:tcPr>
          <w:p w14:paraId="54BB4A6F" w14:textId="77777777" w:rsidR="00DA5E07" w:rsidRDefault="00D53894" w:rsidP="00D536E0">
            <w:pPr>
              <w:jc w:val="center"/>
            </w:pPr>
            <w:r>
              <w:rPr>
                <w:sz w:val="18"/>
              </w:rPr>
              <w:t>I certify that all information provided in this employment application is correct, complete, and truthful to the best of my knowledge. I understand that any false statement, omission, or misrepresentation may result in disqualification from consideration for employment or, if employed, may result in termination of employment.</w:t>
            </w:r>
          </w:p>
        </w:tc>
      </w:tr>
    </w:tbl>
    <w:p w14:paraId="565F1442" w14:textId="77777777" w:rsidR="00DA5E07" w:rsidRDefault="00DA5E07"/>
    <w:p w14:paraId="431AE740" w14:textId="70E73ADF" w:rsidR="00DA5E07" w:rsidRDefault="00D53894">
      <w:pPr>
        <w:spacing w:after="160"/>
      </w:pPr>
      <w:r>
        <w:rPr>
          <w:b/>
        </w:rPr>
        <w:t xml:space="preserve">Applicant Signature: </w:t>
      </w:r>
      <w:r>
        <w:t>__________________________</w:t>
      </w:r>
      <w:r w:rsidR="00D536E0">
        <w:t>______</w:t>
      </w:r>
      <w:r>
        <w:t>____________</w:t>
      </w:r>
      <w:r w:rsidR="00D536E0">
        <w:t xml:space="preserve">        </w:t>
      </w:r>
      <w:r>
        <w:rPr>
          <w:b/>
        </w:rPr>
        <w:t xml:space="preserve">Date: </w:t>
      </w:r>
      <w:r>
        <w:t>_________________</w:t>
      </w:r>
      <w:r w:rsidR="00D536E0">
        <w:t>______</w:t>
      </w:r>
      <w:r>
        <w:t>__</w:t>
      </w:r>
    </w:p>
    <w:sectPr w:rsidR="00DA5E07"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23020" w14:textId="77777777" w:rsidR="0049435D" w:rsidRDefault="0049435D">
      <w:pPr>
        <w:spacing w:after="0" w:line="240" w:lineRule="auto"/>
      </w:pPr>
      <w:r>
        <w:separator/>
      </w:r>
    </w:p>
  </w:endnote>
  <w:endnote w:type="continuationSeparator" w:id="0">
    <w:p w14:paraId="0EADAF7B" w14:textId="77777777" w:rsidR="0049435D" w:rsidRDefault="00494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18152"/>
      <w:docPartObj>
        <w:docPartGallery w:val="Page Numbers (Bottom of Page)"/>
        <w:docPartUnique/>
      </w:docPartObj>
    </w:sdtPr>
    <w:sdtContent>
      <w:p w14:paraId="392101A5" w14:textId="0294E27B" w:rsidR="006B79DE" w:rsidRDefault="006B79DE">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C00D6D1" w14:textId="7CF98B27" w:rsidR="00DA5E07" w:rsidRPr="004F3EF1" w:rsidRDefault="00DA5E07" w:rsidP="004F3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AE794" w14:textId="77777777" w:rsidR="0049435D" w:rsidRDefault="0049435D">
      <w:pPr>
        <w:spacing w:after="0" w:line="240" w:lineRule="auto"/>
      </w:pPr>
      <w:r>
        <w:separator/>
      </w:r>
    </w:p>
  </w:footnote>
  <w:footnote w:type="continuationSeparator" w:id="0">
    <w:p w14:paraId="1C652B0D" w14:textId="77777777" w:rsidR="0049435D" w:rsidRDefault="00494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F81"/>
    <w:rsid w:val="0015074B"/>
    <w:rsid w:val="00151E46"/>
    <w:rsid w:val="00204823"/>
    <w:rsid w:val="002117F3"/>
    <w:rsid w:val="002324D8"/>
    <w:rsid w:val="0029639D"/>
    <w:rsid w:val="0031022C"/>
    <w:rsid w:val="00326F90"/>
    <w:rsid w:val="00385D48"/>
    <w:rsid w:val="003B779B"/>
    <w:rsid w:val="003D4B06"/>
    <w:rsid w:val="003D5ED5"/>
    <w:rsid w:val="0049435D"/>
    <w:rsid w:val="004F3EF1"/>
    <w:rsid w:val="0057289A"/>
    <w:rsid w:val="005B0201"/>
    <w:rsid w:val="0062119E"/>
    <w:rsid w:val="006B79DE"/>
    <w:rsid w:val="006C2D9A"/>
    <w:rsid w:val="0070163B"/>
    <w:rsid w:val="00985D93"/>
    <w:rsid w:val="00A7021C"/>
    <w:rsid w:val="00A7577F"/>
    <w:rsid w:val="00AA1D8D"/>
    <w:rsid w:val="00B47730"/>
    <w:rsid w:val="00BA79FC"/>
    <w:rsid w:val="00BC2667"/>
    <w:rsid w:val="00C569D2"/>
    <w:rsid w:val="00CB0664"/>
    <w:rsid w:val="00CB7B57"/>
    <w:rsid w:val="00D536E0"/>
    <w:rsid w:val="00D53894"/>
    <w:rsid w:val="00DA5E07"/>
    <w:rsid w:val="00DF24A7"/>
    <w:rsid w:val="00E746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1C2F38-C074-4A68-92F2-F1AB74B4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Jimmy L. Pair, Administrative Captain</cp:lastModifiedBy>
  <cp:revision>28</cp:revision>
  <dcterms:created xsi:type="dcterms:W3CDTF">2013-12-23T23:15:00Z</dcterms:created>
  <dcterms:modified xsi:type="dcterms:W3CDTF">2026-09-24T22:03:00Z</dcterms:modified>
  <cp:category/>
</cp:coreProperties>
</file>