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08B22" w14:textId="77777777" w:rsidR="00272EEF" w:rsidRPr="00272EEF" w:rsidRDefault="00272EEF" w:rsidP="00272EEF">
      <w:pPr>
        <w:widowControl w:val="0"/>
        <w:autoSpaceDE w:val="0"/>
        <w:autoSpaceDN w:val="0"/>
        <w:spacing w:before="590" w:after="0" w:line="240" w:lineRule="auto"/>
        <w:ind w:right="53"/>
        <w:jc w:val="center"/>
        <w:outlineLvl w:val="0"/>
        <w:rPr>
          <w:rFonts w:ascii="Arial" w:eastAsia="Arial" w:hAnsi="Arial" w:cs="Arial"/>
          <w:b/>
          <w:bCs/>
          <w:kern w:val="0"/>
          <w:sz w:val="96"/>
          <w:szCs w:val="96"/>
          <w:lang w:val="en-US"/>
          <w14:ligatures w14:val="none"/>
        </w:rPr>
      </w:pPr>
      <w:r w:rsidRPr="00272EEF">
        <w:rPr>
          <w:rFonts w:ascii="Arial" w:eastAsia="Arial" w:hAnsi="Arial" w:cs="Arial"/>
          <w:b/>
          <w:bCs/>
          <w:kern w:val="0"/>
          <w:sz w:val="96"/>
          <w:szCs w:val="96"/>
          <w:lang w:val="en-US"/>
          <w14:ligatures w14:val="none"/>
        </w:rPr>
        <w:t>Chapter 1</w:t>
      </w:r>
    </w:p>
    <w:p w14:paraId="45A64702" w14:textId="77777777" w:rsidR="00272EEF" w:rsidRPr="00272EEF" w:rsidRDefault="00272EEF" w:rsidP="00272EEF">
      <w:pPr>
        <w:widowControl w:val="0"/>
        <w:autoSpaceDE w:val="0"/>
        <w:autoSpaceDN w:val="0"/>
        <w:spacing w:before="96" w:after="0" w:line="240" w:lineRule="auto"/>
        <w:jc w:val="center"/>
        <w:rPr>
          <w:rFonts w:ascii="Arial" w:eastAsia="Arial" w:hAnsi="Arial" w:cs="Arial"/>
          <w:b/>
          <w:kern w:val="0"/>
          <w:sz w:val="96"/>
          <w:lang w:val="en-US"/>
          <w14:ligatures w14:val="none"/>
        </w:rPr>
      </w:pPr>
    </w:p>
    <w:p w14:paraId="16FEDF49" w14:textId="77777777" w:rsidR="00272EEF" w:rsidRPr="00272EEF" w:rsidRDefault="00272EEF" w:rsidP="00272EEF">
      <w:pPr>
        <w:widowControl w:val="0"/>
        <w:autoSpaceDE w:val="0"/>
        <w:autoSpaceDN w:val="0"/>
        <w:spacing w:after="0" w:line="240" w:lineRule="auto"/>
        <w:ind w:left="663" w:right="481"/>
        <w:jc w:val="center"/>
        <w:outlineLvl w:val="1"/>
        <w:rPr>
          <w:rFonts w:ascii="Arial" w:eastAsia="Arial" w:hAnsi="Arial" w:cs="Arial"/>
          <w:kern w:val="0"/>
          <w:sz w:val="96"/>
          <w:szCs w:val="96"/>
          <w:lang w:val="en-US"/>
          <w14:ligatures w14:val="none"/>
        </w:rPr>
      </w:pPr>
      <w:r w:rsidRPr="00272EEF">
        <w:rPr>
          <w:rFonts w:ascii="Arial" w:eastAsia="Arial" w:hAnsi="Arial" w:cs="Arial"/>
          <w:spacing w:val="-2"/>
          <w:kern w:val="0"/>
          <w:sz w:val="96"/>
          <w:szCs w:val="96"/>
          <w:lang w:val="en-US"/>
          <w14:ligatures w14:val="none"/>
        </w:rPr>
        <w:t>Innovation</w:t>
      </w:r>
    </w:p>
    <w:p w14:paraId="4AC8B8E7"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sectPr w:rsidR="00272EEF" w:rsidRPr="00272EEF" w:rsidSect="00272EEF">
          <w:pgSz w:w="11910" w:h="16840"/>
          <w:pgMar w:top="1920" w:right="1680" w:bottom="1000" w:left="1680" w:header="0" w:footer="811" w:gutter="0"/>
          <w:cols w:space="720"/>
        </w:sectPr>
      </w:pPr>
    </w:p>
    <w:p w14:paraId="116A5767" w14:textId="77777777" w:rsidR="00272EEF" w:rsidRPr="00272EEF" w:rsidRDefault="00272EEF" w:rsidP="00272EEF">
      <w:pPr>
        <w:widowControl w:val="0"/>
        <w:autoSpaceDE w:val="0"/>
        <w:autoSpaceDN w:val="0"/>
        <w:spacing w:before="80" w:after="0" w:line="240" w:lineRule="auto"/>
        <w:ind w:left="100"/>
        <w:jc w:val="both"/>
        <w:outlineLvl w:val="2"/>
        <w:rPr>
          <w:rFonts w:ascii="Arial" w:eastAsia="Arial" w:hAnsi="Arial" w:cs="Arial"/>
          <w:b/>
          <w:bCs/>
          <w:kern w:val="0"/>
          <w:sz w:val="28"/>
          <w:szCs w:val="28"/>
          <w:lang w:val="en-US"/>
          <w14:ligatures w14:val="none"/>
        </w:rPr>
      </w:pPr>
      <w:r w:rsidRPr="00272EEF">
        <w:rPr>
          <w:rFonts w:ascii="Arial" w:eastAsia="Arial" w:hAnsi="Arial" w:cs="Arial"/>
          <w:b/>
          <w:bCs/>
          <w:kern w:val="0"/>
          <w:sz w:val="28"/>
          <w:szCs w:val="28"/>
          <w:lang w:val="en-US"/>
          <w14:ligatures w14:val="none"/>
        </w:rPr>
        <w:lastRenderedPageBreak/>
        <w:t>Chapter</w:t>
      </w:r>
      <w:r w:rsidRPr="00272EEF">
        <w:rPr>
          <w:rFonts w:ascii="Arial" w:eastAsia="Arial" w:hAnsi="Arial" w:cs="Arial"/>
          <w:b/>
          <w:bCs/>
          <w:spacing w:val="-2"/>
          <w:kern w:val="0"/>
          <w:sz w:val="28"/>
          <w:szCs w:val="28"/>
          <w:lang w:val="en-US"/>
          <w14:ligatures w14:val="none"/>
        </w:rPr>
        <w:t xml:space="preserve"> </w:t>
      </w:r>
      <w:r w:rsidRPr="00272EEF">
        <w:rPr>
          <w:rFonts w:ascii="Arial" w:eastAsia="Arial" w:hAnsi="Arial" w:cs="Arial"/>
          <w:b/>
          <w:bCs/>
          <w:kern w:val="0"/>
          <w:sz w:val="28"/>
          <w:szCs w:val="28"/>
          <w:lang w:val="en-US"/>
          <w14:ligatures w14:val="none"/>
        </w:rPr>
        <w:t>1:</w:t>
      </w:r>
      <w:r w:rsidRPr="00272EEF">
        <w:rPr>
          <w:rFonts w:ascii="Arial" w:eastAsia="Arial" w:hAnsi="Arial" w:cs="Arial"/>
          <w:b/>
          <w:bCs/>
          <w:spacing w:val="73"/>
          <w:kern w:val="0"/>
          <w:sz w:val="28"/>
          <w:szCs w:val="28"/>
          <w:lang w:val="en-US"/>
          <w14:ligatures w14:val="none"/>
        </w:rPr>
        <w:t xml:space="preserve"> </w:t>
      </w:r>
      <w:r w:rsidRPr="00272EEF">
        <w:rPr>
          <w:rFonts w:ascii="Arial" w:eastAsia="Arial" w:hAnsi="Arial" w:cs="Arial"/>
          <w:b/>
          <w:bCs/>
          <w:spacing w:val="-2"/>
          <w:kern w:val="0"/>
          <w:sz w:val="28"/>
          <w:szCs w:val="28"/>
          <w:lang w:val="en-US"/>
          <w14:ligatures w14:val="none"/>
        </w:rPr>
        <w:t>Innovation</w:t>
      </w:r>
    </w:p>
    <w:p w14:paraId="37A7C9F5" w14:textId="77777777" w:rsidR="00272EEF" w:rsidRPr="00272EEF" w:rsidRDefault="00272EEF" w:rsidP="00272EEF">
      <w:pPr>
        <w:widowControl w:val="0"/>
        <w:autoSpaceDE w:val="0"/>
        <w:autoSpaceDN w:val="0"/>
        <w:spacing w:before="17" w:after="0" w:line="240" w:lineRule="auto"/>
        <w:jc w:val="both"/>
        <w:rPr>
          <w:rFonts w:ascii="Arial" w:eastAsia="Arial" w:hAnsi="Arial" w:cs="Arial"/>
          <w:b/>
          <w:kern w:val="0"/>
          <w:sz w:val="28"/>
          <w:lang w:val="en-US"/>
          <w14:ligatures w14:val="none"/>
        </w:rPr>
      </w:pPr>
    </w:p>
    <w:p w14:paraId="3AFB970B" w14:textId="77777777" w:rsidR="00272EEF" w:rsidRPr="00272EEF" w:rsidRDefault="00272EEF" w:rsidP="00272EEF">
      <w:pPr>
        <w:widowControl w:val="0"/>
        <w:autoSpaceDE w:val="0"/>
        <w:autoSpaceDN w:val="0"/>
        <w:spacing w:before="76" w:after="0" w:line="240" w:lineRule="auto"/>
        <w:jc w:val="both"/>
        <w:rPr>
          <w:rFonts w:ascii="Arial" w:eastAsia="Arial" w:hAnsi="Arial" w:cs="Arial"/>
          <w:color w:val="0D0D0D"/>
          <w:spacing w:val="-2"/>
          <w:kern w:val="0"/>
          <w:lang w:val="en-US"/>
          <w14:ligatures w14:val="none"/>
        </w:rPr>
      </w:pPr>
      <w:r w:rsidRPr="00272EEF">
        <w:rPr>
          <w:rFonts w:ascii="Arial" w:eastAsia="Arial" w:hAnsi="Arial" w:cs="Arial"/>
          <w:kern w:val="0"/>
          <w:lang w:val="en-US"/>
          <w14:ligatures w14:val="none"/>
        </w:rPr>
        <w:t>“</w:t>
      </w:r>
      <w:r w:rsidRPr="00272EEF">
        <w:rPr>
          <w:rFonts w:ascii="Arial" w:eastAsia="Arial" w:hAnsi="Arial" w:cs="Arial"/>
          <w:i/>
          <w:iCs/>
          <w:kern w:val="0"/>
          <w:lang w:val="en-US"/>
          <w14:ligatures w14:val="none"/>
        </w:rPr>
        <w:t>Innovation</w:t>
      </w:r>
      <w:r w:rsidRPr="00272EEF">
        <w:rPr>
          <w:rFonts w:ascii="Arial" w:eastAsia="Arial" w:hAnsi="Arial" w:cs="Arial"/>
          <w:i/>
          <w:iCs/>
          <w:spacing w:val="-5"/>
          <w:kern w:val="0"/>
          <w:lang w:val="en-US"/>
          <w14:ligatures w14:val="none"/>
        </w:rPr>
        <w:t xml:space="preserve"> </w:t>
      </w:r>
      <w:r w:rsidRPr="00272EEF">
        <w:rPr>
          <w:rFonts w:ascii="Arial" w:eastAsia="Arial" w:hAnsi="Arial" w:cs="Arial"/>
          <w:i/>
          <w:iCs/>
          <w:kern w:val="0"/>
          <w:lang w:val="en-US"/>
          <w14:ligatures w14:val="none"/>
        </w:rPr>
        <w:t>is</w:t>
      </w:r>
      <w:r w:rsidRPr="00272EEF">
        <w:rPr>
          <w:rFonts w:ascii="Arial" w:eastAsia="Arial" w:hAnsi="Arial" w:cs="Arial"/>
          <w:i/>
          <w:iCs/>
          <w:spacing w:val="-2"/>
          <w:kern w:val="0"/>
          <w:lang w:val="en-US"/>
          <w14:ligatures w14:val="none"/>
        </w:rPr>
        <w:t xml:space="preserve"> </w:t>
      </w:r>
      <w:r w:rsidRPr="00272EEF">
        <w:rPr>
          <w:rFonts w:ascii="Arial" w:eastAsia="Arial" w:hAnsi="Arial" w:cs="Arial"/>
          <w:i/>
          <w:iCs/>
          <w:kern w:val="0"/>
          <w:lang w:val="en-US"/>
          <w14:ligatures w14:val="none"/>
        </w:rPr>
        <w:t>change</w:t>
      </w:r>
      <w:r w:rsidRPr="00272EEF">
        <w:rPr>
          <w:rFonts w:ascii="Arial" w:eastAsia="Arial" w:hAnsi="Arial" w:cs="Arial"/>
          <w:i/>
          <w:iCs/>
          <w:spacing w:val="-2"/>
          <w:kern w:val="0"/>
          <w:lang w:val="en-US"/>
          <w14:ligatures w14:val="none"/>
        </w:rPr>
        <w:t xml:space="preserve"> </w:t>
      </w:r>
      <w:r w:rsidRPr="00272EEF">
        <w:rPr>
          <w:rFonts w:ascii="Arial" w:eastAsia="Arial" w:hAnsi="Arial" w:cs="Arial"/>
          <w:i/>
          <w:iCs/>
          <w:kern w:val="0"/>
          <w:lang w:val="en-US"/>
          <w14:ligatures w14:val="none"/>
        </w:rPr>
        <w:t>that</w:t>
      </w:r>
      <w:r w:rsidRPr="00272EEF">
        <w:rPr>
          <w:rFonts w:ascii="Arial" w:eastAsia="Arial" w:hAnsi="Arial" w:cs="Arial"/>
          <w:i/>
          <w:iCs/>
          <w:spacing w:val="-2"/>
          <w:kern w:val="0"/>
          <w:lang w:val="en-US"/>
          <w14:ligatures w14:val="none"/>
        </w:rPr>
        <w:t xml:space="preserve"> </w:t>
      </w:r>
      <w:r w:rsidRPr="00272EEF">
        <w:rPr>
          <w:rFonts w:ascii="Arial" w:eastAsia="Arial" w:hAnsi="Arial" w:cs="Arial"/>
          <w:i/>
          <w:iCs/>
          <w:kern w:val="0"/>
          <w:lang w:val="en-US"/>
          <w14:ligatures w14:val="none"/>
        </w:rPr>
        <w:t>unlocks</w:t>
      </w:r>
      <w:r w:rsidRPr="00272EEF">
        <w:rPr>
          <w:rFonts w:ascii="Arial" w:eastAsia="Arial" w:hAnsi="Arial" w:cs="Arial"/>
          <w:i/>
          <w:iCs/>
          <w:spacing w:val="-2"/>
          <w:kern w:val="0"/>
          <w:lang w:val="en-US"/>
          <w14:ligatures w14:val="none"/>
        </w:rPr>
        <w:t xml:space="preserve"> </w:t>
      </w:r>
      <w:r w:rsidRPr="00272EEF">
        <w:rPr>
          <w:rFonts w:ascii="Arial" w:eastAsia="Arial" w:hAnsi="Arial" w:cs="Arial"/>
          <w:i/>
          <w:iCs/>
          <w:kern w:val="0"/>
          <w:lang w:val="en-US"/>
          <w14:ligatures w14:val="none"/>
        </w:rPr>
        <w:t>new</w:t>
      </w:r>
      <w:r w:rsidRPr="00272EEF">
        <w:rPr>
          <w:rFonts w:ascii="Arial" w:eastAsia="Arial" w:hAnsi="Arial" w:cs="Arial"/>
          <w:i/>
          <w:iCs/>
          <w:spacing w:val="-2"/>
          <w:kern w:val="0"/>
          <w:lang w:val="en-US"/>
          <w14:ligatures w14:val="none"/>
        </w:rPr>
        <w:t xml:space="preserve"> </w:t>
      </w:r>
      <w:r w:rsidRPr="00272EEF">
        <w:rPr>
          <w:rFonts w:ascii="Arial" w:eastAsia="Arial" w:hAnsi="Arial" w:cs="Arial"/>
          <w:i/>
          <w:iCs/>
          <w:kern w:val="0"/>
          <w:lang w:val="en-US"/>
          <w14:ligatures w14:val="none"/>
        </w:rPr>
        <w:t>value</w:t>
      </w:r>
      <w:r w:rsidRPr="00272EEF">
        <w:rPr>
          <w:rFonts w:ascii="Arial" w:eastAsia="Arial" w:hAnsi="Arial" w:cs="Arial"/>
          <w:kern w:val="0"/>
          <w:lang w:val="en-US"/>
          <w14:ligatures w14:val="none"/>
        </w:rPr>
        <w:t>.”</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Jamie</w:t>
      </w:r>
      <w:r w:rsidRPr="00272EEF">
        <w:rPr>
          <w:rFonts w:ascii="Arial" w:eastAsia="Arial" w:hAnsi="Arial" w:cs="Arial"/>
          <w:spacing w:val="-2"/>
          <w:kern w:val="0"/>
          <w:lang w:val="en-US"/>
          <w14:ligatures w14:val="none"/>
        </w:rPr>
        <w:t xml:space="preserve"> Notter</w:t>
      </w:r>
      <w:r w:rsidRPr="00272EEF">
        <w:rPr>
          <w:rFonts w:ascii="ZWAdobeF" w:eastAsia="Arial" w:hAnsi="ZWAdobeF" w:cs="ZWAdobeF"/>
          <w:kern w:val="0"/>
          <w:sz w:val="2"/>
          <w:szCs w:val="2"/>
          <w:lang w:val="en-US"/>
          <w14:ligatures w14:val="none"/>
        </w:rPr>
        <w:t>0F</w:t>
      </w:r>
      <w:r w:rsidRPr="00272EEF">
        <w:rPr>
          <w:rFonts w:ascii="Arial" w:eastAsia="Arial" w:hAnsi="Arial" w:cs="Arial"/>
          <w:spacing w:val="-2"/>
          <w:kern w:val="0"/>
          <w:vertAlign w:val="superscript"/>
          <w:lang w:val="en-US"/>
          <w14:ligatures w14:val="none"/>
        </w:rPr>
        <w:footnoteReference w:id="1"/>
      </w:r>
      <w:r w:rsidRPr="00272EEF">
        <w:rPr>
          <w:rFonts w:ascii="Arial" w:eastAsia="Arial" w:hAnsi="Arial" w:cs="Arial"/>
          <w:color w:val="0D0D0D"/>
          <w:spacing w:val="-2"/>
          <w:kern w:val="0"/>
          <w:lang w:val="en-US"/>
          <w14:ligatures w14:val="none"/>
        </w:rPr>
        <w:t>.</w:t>
      </w:r>
    </w:p>
    <w:p w14:paraId="60DE4F12" w14:textId="77777777" w:rsidR="00272EEF" w:rsidRPr="00272EEF" w:rsidRDefault="00272EEF" w:rsidP="00272EEF">
      <w:pPr>
        <w:widowControl w:val="0"/>
        <w:autoSpaceDE w:val="0"/>
        <w:autoSpaceDN w:val="0"/>
        <w:spacing w:before="76" w:after="0" w:line="240" w:lineRule="auto"/>
        <w:jc w:val="both"/>
        <w:rPr>
          <w:rFonts w:ascii="Arial" w:eastAsia="Arial" w:hAnsi="Arial" w:cs="Arial"/>
          <w:i/>
          <w:kern w:val="0"/>
          <w:lang w:val="en-US"/>
          <w14:ligatures w14:val="none"/>
        </w:rPr>
      </w:pPr>
    </w:p>
    <w:p w14:paraId="4B8C49B8"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Learning</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spacing w:val="-2"/>
          <w:kern w:val="0"/>
          <w:lang w:val="en-US"/>
          <w14:ligatures w14:val="none"/>
        </w:rPr>
        <w:t>Objectives</w:t>
      </w:r>
    </w:p>
    <w:p w14:paraId="5FF4EC10" w14:textId="77777777" w:rsidR="00272EEF" w:rsidRPr="00272EEF" w:rsidRDefault="00272EEF" w:rsidP="00272EEF">
      <w:pPr>
        <w:widowControl w:val="0"/>
        <w:autoSpaceDE w:val="0"/>
        <w:autoSpaceDN w:val="0"/>
        <w:spacing w:before="38" w:after="0" w:line="240" w:lineRule="auto"/>
        <w:ind w:left="100"/>
        <w:jc w:val="both"/>
        <w:rPr>
          <w:rFonts w:ascii="Arial" w:eastAsia="Arial" w:hAnsi="Arial" w:cs="Arial"/>
          <w:kern w:val="0"/>
          <w:lang w:val="en-US"/>
          <w14:ligatures w14:val="none"/>
        </w:rPr>
      </w:pPr>
      <w:r w:rsidRPr="00272EEF">
        <w:rPr>
          <w:rFonts w:ascii="Arial" w:eastAsia="Arial" w:hAnsi="Arial" w:cs="Arial"/>
          <w:kern w:val="0"/>
          <w:lang w:val="en-US"/>
          <w14:ligatures w14:val="none"/>
        </w:rPr>
        <w:t>Upon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completing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chapter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innovation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you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will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able</w:t>
      </w:r>
      <w:r w:rsidRPr="00272EEF">
        <w:rPr>
          <w:rFonts w:ascii="Arial" w:eastAsia="Arial" w:hAnsi="Arial" w:cs="Arial"/>
          <w:spacing w:val="-2"/>
          <w:kern w:val="0"/>
          <w:lang w:val="en-US"/>
          <w14:ligatures w14:val="none"/>
        </w:rPr>
        <w:t xml:space="preserve"> </w:t>
      </w:r>
      <w:r w:rsidRPr="00272EEF">
        <w:rPr>
          <w:rFonts w:ascii="Arial" w:eastAsia="Arial" w:hAnsi="Arial" w:cs="Arial"/>
          <w:spacing w:val="-5"/>
          <w:kern w:val="0"/>
          <w:lang w:val="en-US"/>
          <w14:ligatures w14:val="none"/>
        </w:rPr>
        <w:t>to:</w:t>
      </w:r>
    </w:p>
    <w:p w14:paraId="521101F2" w14:textId="77777777" w:rsidR="00272EEF" w:rsidRPr="00272EEF" w:rsidRDefault="00272EEF" w:rsidP="00272EEF">
      <w:pPr>
        <w:widowControl w:val="0"/>
        <w:autoSpaceDE w:val="0"/>
        <w:autoSpaceDN w:val="0"/>
        <w:spacing w:before="75" w:after="0" w:line="240" w:lineRule="auto"/>
        <w:jc w:val="both"/>
        <w:rPr>
          <w:rFonts w:ascii="Arial" w:eastAsia="Arial" w:hAnsi="Arial" w:cs="Arial"/>
          <w:kern w:val="0"/>
          <w:lang w:val="en-US"/>
          <w14:ligatures w14:val="none"/>
        </w:rPr>
      </w:pPr>
    </w:p>
    <w:p w14:paraId="71847C79" w14:textId="77777777" w:rsidR="00272EEF" w:rsidRPr="00272EEF" w:rsidRDefault="00272EEF" w:rsidP="00272EEF">
      <w:pPr>
        <w:widowControl w:val="0"/>
        <w:numPr>
          <w:ilvl w:val="0"/>
          <w:numId w:val="7"/>
        </w:numPr>
        <w:tabs>
          <w:tab w:val="left" w:pos="819"/>
        </w:tabs>
        <w:autoSpaceDE w:val="0"/>
        <w:autoSpaceDN w:val="0"/>
        <w:spacing w:before="1" w:after="0" w:line="240" w:lineRule="auto"/>
        <w:ind w:left="819" w:hanging="359"/>
        <w:jc w:val="both"/>
        <w:rPr>
          <w:rFonts w:ascii="Arial" w:eastAsia="Arial" w:hAnsi="Arial" w:cs="Arial"/>
          <w:kern w:val="0"/>
          <w:lang w:val="en-US"/>
          <w14:ligatures w14:val="none"/>
        </w:rPr>
      </w:pPr>
      <w:r w:rsidRPr="00272EEF">
        <w:rPr>
          <w:rFonts w:ascii="Arial" w:eastAsia="Arial" w:hAnsi="Arial" w:cs="Arial"/>
          <w:kern w:val="0"/>
          <w:lang w:val="en-US"/>
          <w14:ligatures w14:val="none"/>
        </w:rPr>
        <w:t>Explain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Kaizen,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Kaikaku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spacing w:val="-2"/>
          <w:kern w:val="0"/>
          <w:lang w:val="en-US"/>
          <w14:ligatures w14:val="none"/>
        </w:rPr>
        <w:t>Kakushin.</w:t>
      </w:r>
    </w:p>
    <w:p w14:paraId="02A82CD1" w14:textId="77777777" w:rsidR="00272EEF" w:rsidRPr="00272EEF" w:rsidRDefault="00272EEF" w:rsidP="00272EEF">
      <w:pPr>
        <w:widowControl w:val="0"/>
        <w:numPr>
          <w:ilvl w:val="0"/>
          <w:numId w:val="7"/>
        </w:numPr>
        <w:tabs>
          <w:tab w:val="left" w:pos="820"/>
        </w:tabs>
        <w:autoSpaceDE w:val="0"/>
        <w:autoSpaceDN w:val="0"/>
        <w:spacing w:before="38" w:after="0" w:line="276" w:lineRule="auto"/>
        <w:ind w:right="1428"/>
        <w:jc w:val="both"/>
        <w:rPr>
          <w:rFonts w:ascii="Arial" w:eastAsia="Arial" w:hAnsi="Arial" w:cs="Arial"/>
          <w:kern w:val="0"/>
          <w:lang w:val="en-US"/>
          <w14:ligatures w14:val="none"/>
        </w:rPr>
      </w:pPr>
      <w:r w:rsidRPr="00272EEF">
        <w:rPr>
          <w:rFonts w:ascii="Arial" w:eastAsia="Arial" w:hAnsi="Arial" w:cs="Arial"/>
          <w:kern w:val="0"/>
          <w:lang w:val="en-US"/>
          <w14:ligatures w14:val="none"/>
        </w:rPr>
        <w:t>Recognize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parallels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between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rise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emergence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 xml:space="preserve">of </w:t>
      </w:r>
      <w:r w:rsidRPr="00272EEF">
        <w:rPr>
          <w:rFonts w:ascii="Arial" w:eastAsia="Arial" w:hAnsi="Arial" w:cs="Arial"/>
          <w:spacing w:val="-2"/>
          <w:kern w:val="0"/>
          <w:lang w:val="en-US"/>
          <w14:ligatures w14:val="none"/>
        </w:rPr>
        <w:t>Web3.0.</w:t>
      </w:r>
    </w:p>
    <w:p w14:paraId="08CBEEF9" w14:textId="77777777" w:rsidR="00272EEF" w:rsidRPr="00272EEF" w:rsidRDefault="00272EEF" w:rsidP="00272EEF">
      <w:pPr>
        <w:widowControl w:val="0"/>
        <w:numPr>
          <w:ilvl w:val="0"/>
          <w:numId w:val="7"/>
        </w:numPr>
        <w:tabs>
          <w:tab w:val="left" w:pos="819"/>
        </w:tabs>
        <w:autoSpaceDE w:val="0"/>
        <w:autoSpaceDN w:val="0"/>
        <w:spacing w:after="0" w:line="240" w:lineRule="auto"/>
        <w:ind w:left="819" w:hanging="359"/>
        <w:jc w:val="both"/>
        <w:rPr>
          <w:rFonts w:ascii="Arial" w:eastAsia="Arial" w:hAnsi="Arial" w:cs="Arial"/>
          <w:kern w:val="0"/>
          <w:lang w:val="en-US"/>
          <w14:ligatures w14:val="none"/>
        </w:rPr>
      </w:pPr>
      <w:r w:rsidRPr="00272EEF">
        <w:rPr>
          <w:rFonts w:ascii="Arial" w:eastAsia="Arial" w:hAnsi="Arial" w:cs="Arial"/>
          <w:kern w:val="0"/>
          <w:lang w:val="en-US"/>
          <w14:ligatures w14:val="none"/>
        </w:rPr>
        <w:t>Understand</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concepts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‘Transformative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‘Radical</w:t>
      </w:r>
      <w:r w:rsidRPr="00272EEF">
        <w:rPr>
          <w:rFonts w:ascii="Arial" w:eastAsia="Arial" w:hAnsi="Arial" w:cs="Arial"/>
          <w:spacing w:val="-5"/>
          <w:kern w:val="0"/>
          <w:lang w:val="en-US"/>
          <w14:ligatures w14:val="none"/>
        </w:rPr>
        <w:t xml:space="preserve"> </w:t>
      </w:r>
      <w:r w:rsidRPr="00272EEF">
        <w:rPr>
          <w:rFonts w:ascii="Arial" w:eastAsia="Arial" w:hAnsi="Arial" w:cs="Arial"/>
          <w:spacing w:val="-2"/>
          <w:kern w:val="0"/>
          <w:lang w:val="en-US"/>
          <w14:ligatures w14:val="none"/>
        </w:rPr>
        <w:t>change.’’</w:t>
      </w:r>
    </w:p>
    <w:p w14:paraId="129B7DE9" w14:textId="77777777" w:rsidR="00272EEF" w:rsidRPr="00272EEF" w:rsidRDefault="00272EEF" w:rsidP="00272EEF">
      <w:pPr>
        <w:widowControl w:val="0"/>
        <w:numPr>
          <w:ilvl w:val="0"/>
          <w:numId w:val="7"/>
        </w:numPr>
        <w:tabs>
          <w:tab w:val="left" w:pos="819"/>
        </w:tabs>
        <w:autoSpaceDE w:val="0"/>
        <w:autoSpaceDN w:val="0"/>
        <w:spacing w:before="38" w:after="0" w:line="240" w:lineRule="auto"/>
        <w:ind w:left="819" w:hanging="359"/>
        <w:jc w:val="both"/>
        <w:rPr>
          <w:rFonts w:ascii="Arial" w:eastAsia="Arial" w:hAnsi="Arial" w:cs="Arial"/>
          <w:kern w:val="0"/>
          <w:lang w:val="en-US"/>
          <w14:ligatures w14:val="none"/>
        </w:rPr>
      </w:pPr>
      <w:r w:rsidRPr="00272EEF">
        <w:rPr>
          <w:rFonts w:ascii="Arial" w:eastAsia="Arial" w:hAnsi="Arial" w:cs="Arial"/>
          <w:kern w:val="0"/>
          <w:lang w:val="en-US"/>
          <w14:ligatures w14:val="none"/>
        </w:rPr>
        <w:t>Be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clear</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on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why</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requires</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system</w:t>
      </w:r>
      <w:r w:rsidRPr="00272EEF">
        <w:rPr>
          <w:rFonts w:ascii="Arial" w:eastAsia="Arial" w:hAnsi="Arial" w:cs="Arial"/>
          <w:spacing w:val="-5"/>
          <w:kern w:val="0"/>
          <w:lang w:val="en-US"/>
          <w14:ligatures w14:val="none"/>
        </w:rPr>
        <w:t xml:space="preserve"> </w:t>
      </w:r>
      <w:r w:rsidRPr="00272EEF">
        <w:rPr>
          <w:rFonts w:ascii="Arial" w:eastAsia="Arial" w:hAnsi="Arial" w:cs="Arial"/>
          <w:i/>
          <w:kern w:val="0"/>
          <w:lang w:val="en-US"/>
          <w14:ligatures w14:val="none"/>
        </w:rPr>
        <w:t>thinking</w:t>
      </w:r>
      <w:r w:rsidRPr="00272EEF">
        <w:rPr>
          <w:rFonts w:ascii="Arial" w:eastAsia="Arial" w:hAnsi="Arial" w:cs="Arial"/>
          <w:i/>
          <w:spacing w:val="-1"/>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1"/>
          <w:kern w:val="0"/>
          <w:lang w:val="en-US"/>
          <w14:ligatures w14:val="none"/>
        </w:rPr>
        <w:t xml:space="preserve"> </w:t>
      </w:r>
      <w:r w:rsidRPr="00272EEF">
        <w:rPr>
          <w:rFonts w:ascii="Arial" w:eastAsia="Arial" w:hAnsi="Arial" w:cs="Arial"/>
          <w:i/>
          <w:kern w:val="0"/>
          <w:lang w:val="en-US"/>
          <w14:ligatures w14:val="none"/>
        </w:rPr>
        <w:t>design</w:t>
      </w:r>
      <w:r w:rsidRPr="00272EEF">
        <w:rPr>
          <w:rFonts w:ascii="Arial" w:eastAsia="Arial" w:hAnsi="Arial" w:cs="Arial"/>
          <w:i/>
          <w:spacing w:val="-1"/>
          <w:kern w:val="0"/>
          <w:lang w:val="en-US"/>
          <w14:ligatures w14:val="none"/>
        </w:rPr>
        <w:t xml:space="preserve"> </w:t>
      </w:r>
      <w:r w:rsidRPr="00272EEF">
        <w:rPr>
          <w:rFonts w:ascii="Arial" w:eastAsia="Arial" w:hAnsi="Arial" w:cs="Arial"/>
          <w:i/>
          <w:spacing w:val="-2"/>
          <w:kern w:val="0"/>
          <w:lang w:val="en-US"/>
          <w14:ligatures w14:val="none"/>
        </w:rPr>
        <w:t>thinking</w:t>
      </w:r>
      <w:r w:rsidRPr="00272EEF">
        <w:rPr>
          <w:rFonts w:ascii="Arial" w:eastAsia="Arial" w:hAnsi="Arial" w:cs="Arial"/>
          <w:spacing w:val="-2"/>
          <w:kern w:val="0"/>
          <w:lang w:val="en-US"/>
          <w14:ligatures w14:val="none"/>
        </w:rPr>
        <w:t>.</w:t>
      </w:r>
    </w:p>
    <w:p w14:paraId="723A07A2" w14:textId="77777777" w:rsidR="00272EEF" w:rsidRPr="00272EEF" w:rsidRDefault="00272EEF" w:rsidP="00272EEF">
      <w:pPr>
        <w:widowControl w:val="0"/>
        <w:numPr>
          <w:ilvl w:val="0"/>
          <w:numId w:val="7"/>
        </w:numPr>
        <w:tabs>
          <w:tab w:val="left" w:pos="819"/>
        </w:tabs>
        <w:autoSpaceDE w:val="0"/>
        <w:autoSpaceDN w:val="0"/>
        <w:spacing w:before="38" w:after="0" w:line="240" w:lineRule="auto"/>
        <w:ind w:left="819" w:hanging="359"/>
        <w:jc w:val="both"/>
        <w:rPr>
          <w:rFonts w:ascii="Arial" w:eastAsia="Arial" w:hAnsi="Arial" w:cs="Arial"/>
          <w:kern w:val="0"/>
          <w:lang w:val="en-US"/>
          <w14:ligatures w14:val="none"/>
        </w:rPr>
      </w:pPr>
      <w:r w:rsidRPr="00272EEF">
        <w:rPr>
          <w:rFonts w:ascii="Arial" w:eastAsia="Arial" w:hAnsi="Arial" w:cs="Arial"/>
          <w:kern w:val="0"/>
          <w:lang w:val="en-US"/>
          <w14:ligatures w14:val="none"/>
        </w:rPr>
        <w:t>Follow</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evolution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Organisational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Structures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over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past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100</w:t>
      </w:r>
      <w:r w:rsidRPr="00272EEF">
        <w:rPr>
          <w:rFonts w:ascii="Arial" w:eastAsia="Arial" w:hAnsi="Arial" w:cs="Arial"/>
          <w:spacing w:val="-3"/>
          <w:kern w:val="0"/>
          <w:lang w:val="en-US"/>
          <w14:ligatures w14:val="none"/>
        </w:rPr>
        <w:t xml:space="preserve"> </w:t>
      </w:r>
      <w:r w:rsidRPr="00272EEF">
        <w:rPr>
          <w:rFonts w:ascii="Arial" w:eastAsia="Arial" w:hAnsi="Arial" w:cs="Arial"/>
          <w:spacing w:val="-2"/>
          <w:kern w:val="0"/>
          <w:lang w:val="en-US"/>
          <w14:ligatures w14:val="none"/>
        </w:rPr>
        <w:t>years.</w:t>
      </w:r>
    </w:p>
    <w:p w14:paraId="3743C50E" w14:textId="77777777" w:rsidR="00272EEF" w:rsidRPr="00272EEF" w:rsidRDefault="00272EEF" w:rsidP="00272EEF">
      <w:pPr>
        <w:widowControl w:val="0"/>
        <w:autoSpaceDE w:val="0"/>
        <w:autoSpaceDN w:val="0"/>
        <w:spacing w:before="75" w:after="0" w:line="240" w:lineRule="auto"/>
        <w:jc w:val="both"/>
        <w:rPr>
          <w:rFonts w:ascii="Arial" w:eastAsia="Arial" w:hAnsi="Arial" w:cs="Arial"/>
          <w:kern w:val="0"/>
          <w:lang w:val="en-US"/>
          <w14:ligatures w14:val="none"/>
        </w:rPr>
      </w:pPr>
    </w:p>
    <w:p w14:paraId="3DEB7B3C"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spacing w:val="-2"/>
          <w:kern w:val="0"/>
          <w:lang w:val="en-US"/>
          <w14:ligatures w14:val="none"/>
        </w:rPr>
        <w:t>Introduction</w:t>
      </w:r>
    </w:p>
    <w:p w14:paraId="0DE37BC6"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chapter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explore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Kaizen,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Kaikaku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Kakushin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understand their pivotal roles in driving transformative change.</w:t>
      </w:r>
    </w:p>
    <w:p w14:paraId="6B101FA3" w14:textId="77777777" w:rsidR="00272EEF" w:rsidRPr="00272EEF" w:rsidRDefault="00272EEF" w:rsidP="00272EEF">
      <w:pPr>
        <w:widowControl w:val="0"/>
        <w:autoSpaceDE w:val="0"/>
        <w:autoSpaceDN w:val="0"/>
        <w:spacing w:after="0" w:line="240" w:lineRule="auto"/>
        <w:ind w:left="100"/>
        <w:jc w:val="both"/>
        <w:rPr>
          <w:rFonts w:ascii="Arial" w:eastAsia="Arial" w:hAnsi="Arial" w:cs="Arial"/>
          <w:kern w:val="0"/>
          <w:lang w:val="en-US"/>
          <w14:ligatures w14:val="none"/>
        </w:rPr>
      </w:pPr>
      <w:r w:rsidRPr="00272EEF">
        <w:rPr>
          <w:rFonts w:ascii="Arial" w:eastAsia="Arial" w:hAnsi="Arial" w:cs="Arial"/>
          <w:spacing w:val="-10"/>
          <w:kern w:val="0"/>
          <w:lang w:val="en-US"/>
          <w14:ligatures w14:val="none"/>
        </w:rPr>
        <w:t>.</w:t>
      </w:r>
    </w:p>
    <w:p w14:paraId="649A9FB5"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We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will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use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example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transformative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that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occurred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business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society as a result of the ‘World-Wide-Web’ internet during the 1990’s and early 2000’s.</w:t>
      </w:r>
    </w:p>
    <w:p w14:paraId="1AEDC763" w14:textId="77777777" w:rsidR="00272EEF" w:rsidRPr="00272EEF" w:rsidRDefault="00272EEF" w:rsidP="00272EEF">
      <w:pPr>
        <w:widowControl w:val="0"/>
        <w:autoSpaceDE w:val="0"/>
        <w:autoSpaceDN w:val="0"/>
        <w:spacing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similar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transformation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possible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use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Web3</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 2020’s and beyond.</w:t>
      </w:r>
    </w:p>
    <w:p w14:paraId="2F06D245"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33BD6879" w14:textId="77777777" w:rsidR="00272EEF" w:rsidRPr="00272EEF" w:rsidRDefault="00272EEF" w:rsidP="00272EEF">
      <w:pPr>
        <w:widowControl w:val="0"/>
        <w:autoSpaceDE w:val="0"/>
        <w:autoSpaceDN w:val="0"/>
        <w:spacing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Lean Kaizen, Kaikaku and Kakushin strategies are presented as valuable tools for organisations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that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want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embrace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innovative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potential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Web3</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 xml:space="preserve">Blockchain </w:t>
      </w:r>
      <w:r w:rsidRPr="00272EEF">
        <w:rPr>
          <w:rFonts w:ascii="Arial" w:eastAsia="Arial" w:hAnsi="Arial" w:cs="Arial"/>
          <w:spacing w:val="-2"/>
          <w:kern w:val="0"/>
          <w:lang w:val="en-US"/>
          <w14:ligatures w14:val="none"/>
        </w:rPr>
        <w:t>technology.</w:t>
      </w:r>
    </w:p>
    <w:p w14:paraId="045DC7C5"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1CC593EE" w14:textId="77777777" w:rsidR="00272EEF" w:rsidRPr="00272EEF" w:rsidRDefault="00272EEF" w:rsidP="00272EEF">
      <w:pPr>
        <w:widowControl w:val="0"/>
        <w:autoSpaceDE w:val="0"/>
        <w:autoSpaceDN w:val="0"/>
        <w:spacing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benefits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transitioning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integration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thinking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 the role of Lean innovation in the shift from ego-centred to eco-infrastructure organisations are key themes explored in this transformative journey.</w:t>
      </w:r>
    </w:p>
    <w:p w14:paraId="62C8D040"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360" w:right="760" w:bottom="1000" w:left="1340" w:header="0" w:footer="811" w:gutter="0"/>
          <w:cols w:space="720"/>
        </w:sectPr>
      </w:pPr>
    </w:p>
    <w:p w14:paraId="4CEA0955" w14:textId="77777777" w:rsidR="00272EEF" w:rsidRPr="00272EEF" w:rsidRDefault="00272EEF" w:rsidP="00272EEF">
      <w:pPr>
        <w:widowControl w:val="0"/>
        <w:autoSpaceDE w:val="0"/>
        <w:autoSpaceDN w:val="0"/>
        <w:spacing w:before="7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lastRenderedPageBreak/>
        <w:t>Lean</w:t>
      </w:r>
      <w:r w:rsidRPr="00272EEF">
        <w:rPr>
          <w:rFonts w:ascii="Arial" w:eastAsia="Arial" w:hAnsi="Arial" w:cs="Arial"/>
          <w:b/>
          <w:bCs/>
          <w:spacing w:val="-7"/>
          <w:kern w:val="0"/>
          <w:lang w:val="en-US"/>
          <w14:ligatures w14:val="none"/>
        </w:rPr>
        <w:t xml:space="preserve"> </w:t>
      </w:r>
      <w:r w:rsidRPr="00272EEF">
        <w:rPr>
          <w:rFonts w:ascii="Arial" w:eastAsia="Arial" w:hAnsi="Arial" w:cs="Arial"/>
          <w:b/>
          <w:bCs/>
          <w:kern w:val="0"/>
          <w:lang w:val="en-US"/>
          <w14:ligatures w14:val="none"/>
        </w:rPr>
        <w:t>Transformation</w:t>
      </w:r>
      <w:r w:rsidRPr="00272EEF">
        <w:rPr>
          <w:rFonts w:ascii="Arial" w:eastAsia="Arial" w:hAnsi="Arial" w:cs="Arial"/>
          <w:b/>
          <w:bCs/>
          <w:spacing w:val="-4"/>
          <w:kern w:val="0"/>
          <w:lang w:val="en-US"/>
          <w14:ligatures w14:val="none"/>
        </w:rPr>
        <w:t>:</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Kaizen,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Kaikaku,</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spacing w:val="-2"/>
          <w:kern w:val="0"/>
          <w:lang w:val="en-US"/>
          <w14:ligatures w14:val="none"/>
        </w:rPr>
        <w:t>Kakushin</w:t>
      </w:r>
    </w:p>
    <w:p w14:paraId="4974D2CD" w14:textId="77777777" w:rsidR="00272EEF" w:rsidRPr="00272EEF" w:rsidRDefault="00272EEF" w:rsidP="00272EEF">
      <w:pPr>
        <w:widowControl w:val="0"/>
        <w:autoSpaceDE w:val="0"/>
        <w:autoSpaceDN w:val="0"/>
        <w:spacing w:before="75" w:after="0" w:line="240" w:lineRule="auto"/>
        <w:jc w:val="both"/>
        <w:rPr>
          <w:rFonts w:ascii="Arial" w:eastAsia="Arial" w:hAnsi="Arial" w:cs="Arial"/>
          <w:b/>
          <w:kern w:val="0"/>
          <w:lang w:val="en-US"/>
          <w14:ligatures w14:val="none"/>
        </w:rPr>
      </w:pPr>
    </w:p>
    <w:p w14:paraId="21C7E2E8" w14:textId="77777777" w:rsidR="00272EEF" w:rsidRPr="00272EEF" w:rsidRDefault="00272EEF" w:rsidP="00272EEF">
      <w:pPr>
        <w:widowControl w:val="0"/>
        <w:autoSpaceDE w:val="0"/>
        <w:autoSpaceDN w:val="0"/>
        <w:spacing w:before="1"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provides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three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distinct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approaches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improvement</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which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have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been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named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 Japanese as Kaizen, Kaikaku, and Kakushin.</w:t>
      </w:r>
    </w:p>
    <w:p w14:paraId="0C58AF5B"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414BFE11" w14:textId="77777777" w:rsidR="00272EEF" w:rsidRPr="00272EEF" w:rsidRDefault="00272EEF" w:rsidP="00272EEF">
      <w:pPr>
        <w:widowControl w:val="0"/>
        <w:autoSpaceDE w:val="0"/>
        <w:autoSpaceDN w:val="0"/>
        <w:spacing w:after="0" w:line="240" w:lineRule="auto"/>
        <w:ind w:left="100"/>
        <w:jc w:val="both"/>
        <w:rPr>
          <w:rFonts w:ascii="Arial" w:eastAsia="Arial" w:hAnsi="Arial" w:cs="Arial"/>
          <w:kern w:val="0"/>
          <w:lang w:val="en-US"/>
          <w14:ligatures w14:val="none"/>
        </w:rPr>
      </w:pPr>
      <w:r w:rsidRPr="00272EEF">
        <w:rPr>
          <w:rFonts w:ascii="Arial" w:eastAsia="Arial" w:hAnsi="Arial" w:cs="Arial"/>
          <w:kern w:val="0"/>
          <w:lang w:val="en-US"/>
          <w14:ligatures w14:val="none"/>
        </w:rPr>
        <w:t>These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three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Japanese</w:t>
      </w:r>
      <w:r w:rsidRPr="00272EEF">
        <w:rPr>
          <w:rFonts w:ascii="Arial" w:eastAsia="Arial" w:hAnsi="Arial" w:cs="Arial"/>
          <w:spacing w:val="56"/>
          <w:kern w:val="0"/>
          <w:lang w:val="en-US"/>
          <w14:ligatures w14:val="none"/>
        </w:rPr>
        <w:t xml:space="preserve"> </w:t>
      </w:r>
      <w:r w:rsidRPr="00272EEF">
        <w:rPr>
          <w:rFonts w:ascii="Arial" w:eastAsia="Arial" w:hAnsi="Arial" w:cs="Arial"/>
          <w:kern w:val="0"/>
          <w:lang w:val="en-US"/>
          <w14:ligatures w14:val="none"/>
        </w:rPr>
        <w:t>words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represent</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2"/>
          <w:kern w:val="0"/>
          <w:lang w:val="en-US"/>
          <w14:ligatures w14:val="none"/>
        </w:rPr>
        <w:t xml:space="preserve"> following:</w:t>
      </w:r>
    </w:p>
    <w:p w14:paraId="1B5E9B02" w14:textId="77777777" w:rsidR="00272EEF" w:rsidRPr="00272EEF" w:rsidRDefault="00272EEF" w:rsidP="00272EEF">
      <w:pPr>
        <w:widowControl w:val="0"/>
        <w:autoSpaceDE w:val="0"/>
        <w:autoSpaceDN w:val="0"/>
        <w:spacing w:before="76" w:after="0" w:line="240" w:lineRule="auto"/>
        <w:jc w:val="both"/>
        <w:rPr>
          <w:rFonts w:ascii="Arial" w:eastAsia="Arial" w:hAnsi="Arial" w:cs="Arial"/>
          <w:kern w:val="0"/>
          <w:lang w:val="en-US"/>
          <w14:ligatures w14:val="none"/>
        </w:rPr>
      </w:pPr>
    </w:p>
    <w:p w14:paraId="176D647C" w14:textId="77777777" w:rsidR="00272EEF" w:rsidRPr="00272EEF" w:rsidRDefault="00272EEF" w:rsidP="00272EEF">
      <w:pPr>
        <w:widowControl w:val="0"/>
        <w:numPr>
          <w:ilvl w:val="0"/>
          <w:numId w:val="7"/>
        </w:numPr>
        <w:tabs>
          <w:tab w:val="left" w:pos="820"/>
        </w:tabs>
        <w:autoSpaceDE w:val="0"/>
        <w:autoSpaceDN w:val="0"/>
        <w:spacing w:after="0" w:line="276" w:lineRule="auto"/>
        <w:ind w:right="831"/>
        <w:jc w:val="both"/>
        <w:rPr>
          <w:rFonts w:ascii="Arial" w:eastAsia="Arial" w:hAnsi="Arial" w:cs="Arial"/>
          <w:kern w:val="0"/>
          <w:lang w:val="en-US"/>
          <w14:ligatures w14:val="none"/>
        </w:rPr>
      </w:pPr>
      <w:r w:rsidRPr="00272EEF">
        <w:rPr>
          <w:rFonts w:ascii="Arial" w:eastAsia="Arial" w:hAnsi="Arial" w:cs="Arial"/>
          <w:kern w:val="0"/>
          <w:lang w:val="en-US"/>
          <w14:ligatures w14:val="none"/>
        </w:rPr>
        <w:t>Kaizen: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small</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regular</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changes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improvement,</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incremental</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improvement</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often in an iterative way.</w:t>
      </w:r>
    </w:p>
    <w:p w14:paraId="5AB4AAD5" w14:textId="77777777" w:rsidR="00272EEF" w:rsidRPr="00272EEF" w:rsidRDefault="00272EEF" w:rsidP="00272EEF">
      <w:pPr>
        <w:widowControl w:val="0"/>
        <w:numPr>
          <w:ilvl w:val="0"/>
          <w:numId w:val="7"/>
        </w:numPr>
        <w:tabs>
          <w:tab w:val="left" w:pos="820"/>
        </w:tabs>
        <w:autoSpaceDE w:val="0"/>
        <w:autoSpaceDN w:val="0"/>
        <w:spacing w:after="0" w:line="276" w:lineRule="auto"/>
        <w:ind w:right="890"/>
        <w:jc w:val="both"/>
        <w:rPr>
          <w:rFonts w:ascii="Arial" w:eastAsia="Arial" w:hAnsi="Arial" w:cs="Arial"/>
          <w:kern w:val="0"/>
          <w:lang w:val="en-US"/>
          <w14:ligatures w14:val="none"/>
        </w:rPr>
      </w:pPr>
      <w:r w:rsidRPr="00272EEF">
        <w:rPr>
          <w:rFonts w:ascii="Arial" w:eastAsia="Arial" w:hAnsi="Arial" w:cs="Arial"/>
          <w:kern w:val="0"/>
          <w:lang w:val="en-US"/>
          <w14:ligatures w14:val="none"/>
        </w:rPr>
        <w:t>Kaikaku:</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radical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that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replaces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previous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design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process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business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model with a new design / process / business model.</w:t>
      </w:r>
    </w:p>
    <w:p w14:paraId="600A99A6" w14:textId="77777777" w:rsidR="00272EEF" w:rsidRPr="00272EEF" w:rsidRDefault="00272EEF" w:rsidP="00272EEF">
      <w:pPr>
        <w:widowControl w:val="0"/>
        <w:numPr>
          <w:ilvl w:val="0"/>
          <w:numId w:val="7"/>
        </w:numPr>
        <w:tabs>
          <w:tab w:val="left" w:pos="820"/>
        </w:tabs>
        <w:autoSpaceDE w:val="0"/>
        <w:autoSpaceDN w:val="0"/>
        <w:spacing w:after="0" w:line="276" w:lineRule="auto"/>
        <w:ind w:right="1745"/>
        <w:jc w:val="both"/>
        <w:rPr>
          <w:rFonts w:ascii="Arial" w:eastAsia="Arial" w:hAnsi="Arial" w:cs="Arial"/>
          <w:kern w:val="0"/>
          <w:lang w:val="en-US"/>
          <w14:ligatures w14:val="none"/>
        </w:rPr>
      </w:pPr>
      <w:r w:rsidRPr="00272EEF">
        <w:rPr>
          <w:rFonts w:ascii="Arial" w:eastAsia="Arial" w:hAnsi="Arial" w:cs="Arial"/>
          <w:kern w:val="0"/>
          <w:lang w:val="en-US"/>
          <w14:ligatures w14:val="none"/>
        </w:rPr>
        <w:t>Kakushin: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use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innovation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transformational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disruption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 status-quo.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Involves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paradigm</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shift,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new</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way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thinking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behaving.</w:t>
      </w:r>
    </w:p>
    <w:p w14:paraId="11B56134" w14:textId="77777777" w:rsidR="00272EEF" w:rsidRPr="00272EEF" w:rsidRDefault="00272EEF" w:rsidP="00272EEF">
      <w:pPr>
        <w:widowControl w:val="0"/>
        <w:autoSpaceDE w:val="0"/>
        <w:autoSpaceDN w:val="0"/>
        <w:spacing w:before="133"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drawing>
          <wp:anchor distT="0" distB="0" distL="0" distR="0" simplePos="0" relativeHeight="251660288" behindDoc="1" locked="0" layoutInCell="1" allowOverlap="1" wp14:anchorId="5F00E867" wp14:editId="40E0A197">
            <wp:simplePos x="0" y="0"/>
            <wp:positionH relativeFrom="page">
              <wp:posOffset>933450</wp:posOffset>
            </wp:positionH>
            <wp:positionV relativeFrom="paragraph">
              <wp:posOffset>246330</wp:posOffset>
            </wp:positionV>
            <wp:extent cx="5757446" cy="2396490"/>
            <wp:effectExtent l="0" t="0" r="0" b="3810"/>
            <wp:wrapTopAndBottom/>
            <wp:docPr id="21" name="Image 21" descr="P24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243#y1"/>
                    <pic:cNvPicPr/>
                  </pic:nvPicPr>
                  <pic:blipFill>
                    <a:blip r:embed="rId7" cstate="print"/>
                    <a:stretch>
                      <a:fillRect/>
                    </a:stretch>
                  </pic:blipFill>
                  <pic:spPr>
                    <a:xfrm>
                      <a:off x="0" y="0"/>
                      <a:ext cx="5757446" cy="2396490"/>
                    </a:xfrm>
                    <a:prstGeom prst="rect">
                      <a:avLst/>
                    </a:prstGeom>
                  </pic:spPr>
                </pic:pic>
              </a:graphicData>
            </a:graphic>
          </wp:anchor>
        </w:drawing>
      </w:r>
    </w:p>
    <w:p w14:paraId="765ED0F1" w14:textId="77777777" w:rsidR="00272EEF" w:rsidRPr="00272EEF" w:rsidRDefault="00272EEF" w:rsidP="00272EEF">
      <w:pPr>
        <w:widowControl w:val="0"/>
        <w:autoSpaceDE w:val="0"/>
        <w:autoSpaceDN w:val="0"/>
        <w:spacing w:before="107" w:after="0" w:line="240" w:lineRule="auto"/>
        <w:jc w:val="both"/>
        <w:rPr>
          <w:rFonts w:ascii="Arial" w:eastAsia="Arial" w:hAnsi="Arial" w:cs="Arial"/>
          <w:kern w:val="0"/>
          <w:lang w:val="en-US"/>
          <w14:ligatures w14:val="none"/>
        </w:rPr>
      </w:pPr>
    </w:p>
    <w:p w14:paraId="2E82B193"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Lean</w:t>
      </w:r>
      <w:r w:rsidRPr="00272EEF">
        <w:rPr>
          <w:rFonts w:ascii="Arial" w:eastAsia="Arial" w:hAnsi="Arial" w:cs="Arial"/>
          <w:b/>
          <w:bCs/>
          <w:spacing w:val="-2"/>
          <w:kern w:val="0"/>
          <w:lang w:val="en-US"/>
          <w14:ligatures w14:val="none"/>
        </w:rPr>
        <w:t xml:space="preserve"> Kaizen</w:t>
      </w:r>
    </w:p>
    <w:p w14:paraId="66E33056" w14:textId="77777777" w:rsidR="00272EEF" w:rsidRPr="00272EEF" w:rsidRDefault="00272EEF" w:rsidP="00272EEF">
      <w:pPr>
        <w:widowControl w:val="0"/>
        <w:autoSpaceDE w:val="0"/>
        <w:autoSpaceDN w:val="0"/>
        <w:spacing w:before="38" w:after="0" w:line="276" w:lineRule="auto"/>
        <w:ind w:left="100" w:right="744"/>
        <w:jc w:val="both"/>
        <w:rPr>
          <w:rFonts w:ascii="Arial" w:eastAsia="Arial" w:hAnsi="Arial" w:cs="Arial"/>
          <w:kern w:val="0"/>
          <w:lang w:val="en-US"/>
          <w14:ligatures w14:val="none"/>
        </w:rPr>
      </w:pP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term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"Kaizen"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understood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Japanese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Good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small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incremental steps". In the context of Lean manufacturing, Lean Kaizen represents a culture and mindset with organisations for ‘Everybody, Everywhere, Every Day’ to be identifying and making small improvements to the way in which work is being done.</w:t>
      </w:r>
    </w:p>
    <w:p w14:paraId="34C24E93"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1D4D367F"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Lean</w:t>
      </w:r>
      <w:r w:rsidRPr="00272EEF">
        <w:rPr>
          <w:rFonts w:ascii="Arial" w:eastAsia="Arial" w:hAnsi="Arial" w:cs="Arial"/>
          <w:b/>
          <w:bCs/>
          <w:spacing w:val="-2"/>
          <w:kern w:val="0"/>
          <w:lang w:val="en-US"/>
          <w14:ligatures w14:val="none"/>
        </w:rPr>
        <w:t xml:space="preserve"> Kaikaku</w:t>
      </w:r>
    </w:p>
    <w:p w14:paraId="3630587D" w14:textId="77777777" w:rsidR="00272EEF" w:rsidRPr="00272EEF" w:rsidRDefault="00272EEF" w:rsidP="00272EEF">
      <w:pPr>
        <w:widowControl w:val="0"/>
        <w:autoSpaceDE w:val="0"/>
        <w:autoSpaceDN w:val="0"/>
        <w:spacing w:before="38" w:after="0" w:line="276" w:lineRule="auto"/>
        <w:ind w:left="100" w:right="810"/>
        <w:jc w:val="both"/>
        <w:rPr>
          <w:rFonts w:ascii="Arial" w:eastAsia="Arial" w:hAnsi="Arial" w:cs="Arial"/>
          <w:kern w:val="0"/>
          <w:lang w:val="en-US"/>
          <w14:ligatures w14:val="none"/>
        </w:rPr>
      </w:pP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term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"Kaikaku"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translates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"radical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change"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"revolution"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Japanese.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 xml:space="preserve">context of Lean manufacturing, Lean Kaikaku represents a deliberate and strategic effort to bring about substantial and transformative changes within a process, system, or organisation. Its goal is to swiftly enhance efficiency, quality, and overall performance. The methodology behind Lean Kaikaku involves a meticulous process of identifying bottlenecks, eliminating non-value-added activities, and re-engineering processes to achieve breakthrough results. This approach becomes valuable when incremental improvements (Kaizen) prove insufficient to overcome existing challenges, necessitating a more profound and sweeping </w:t>
      </w:r>
      <w:r w:rsidRPr="00272EEF">
        <w:rPr>
          <w:rFonts w:ascii="Arial" w:eastAsia="Arial" w:hAnsi="Arial" w:cs="Arial"/>
          <w:spacing w:val="-2"/>
          <w:kern w:val="0"/>
          <w:lang w:val="en-US"/>
          <w14:ligatures w14:val="none"/>
        </w:rPr>
        <w:t>transformation.</w:t>
      </w:r>
    </w:p>
    <w:p w14:paraId="77BF8FA5"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660" w:right="760" w:bottom="1000" w:left="1340" w:header="0" w:footer="811" w:gutter="0"/>
          <w:cols w:space="720"/>
        </w:sectPr>
      </w:pPr>
    </w:p>
    <w:p w14:paraId="0AF69DC9" w14:textId="77777777" w:rsidR="00272EEF" w:rsidRPr="00272EEF" w:rsidRDefault="00272EEF" w:rsidP="00272EEF">
      <w:pPr>
        <w:widowControl w:val="0"/>
        <w:autoSpaceDE w:val="0"/>
        <w:autoSpaceDN w:val="0"/>
        <w:spacing w:before="7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lastRenderedPageBreak/>
        <w:t>Lean</w:t>
      </w:r>
      <w:r w:rsidRPr="00272EEF">
        <w:rPr>
          <w:rFonts w:ascii="Arial" w:eastAsia="Arial" w:hAnsi="Arial" w:cs="Arial"/>
          <w:b/>
          <w:bCs/>
          <w:spacing w:val="-2"/>
          <w:kern w:val="0"/>
          <w:lang w:val="en-US"/>
          <w14:ligatures w14:val="none"/>
        </w:rPr>
        <w:t xml:space="preserve"> Kakushin</w:t>
      </w:r>
    </w:p>
    <w:p w14:paraId="320FF0C7" w14:textId="77777777" w:rsidR="00272EEF" w:rsidRPr="00272EEF" w:rsidRDefault="00272EEF" w:rsidP="00272EEF">
      <w:pPr>
        <w:widowControl w:val="0"/>
        <w:autoSpaceDE w:val="0"/>
        <w:autoSpaceDN w:val="0"/>
        <w:spacing w:before="38" w:after="0" w:line="276" w:lineRule="auto"/>
        <w:ind w:left="100" w:right="689"/>
        <w:jc w:val="both"/>
        <w:rPr>
          <w:rFonts w:ascii="Arial" w:eastAsia="Arial" w:hAnsi="Arial" w:cs="Arial"/>
          <w:kern w:val="0"/>
          <w:lang w:val="en-US"/>
          <w14:ligatures w14:val="none"/>
        </w:rPr>
      </w:pPr>
      <w:r w:rsidRPr="00272EEF">
        <w:rPr>
          <w:rFonts w:ascii="Arial" w:eastAsia="Arial" w:hAnsi="Arial" w:cs="Arial"/>
          <w:kern w:val="0"/>
          <w:lang w:val="en-US"/>
          <w14:ligatures w14:val="none"/>
        </w:rPr>
        <w:t>"Kakushin"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translates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"innovation"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"reform"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Japanese.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Kakushin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centres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around fostering</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culture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innovation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within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organisation.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It</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encourages</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employees</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at</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all</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levels to cultivate innovative ideas, experiment with diverse approaches, and actively contribute to the evolution of processes and products. Lean Kakushin places a strong emphasis on creating an environment that nurtures creativity, experimentation, and views failures as opportunities for learning. This approach is an organisation's key to adapting to ever-changing market conditions and shifting customer needs while maintaining a competitive edge.</w:t>
      </w:r>
    </w:p>
    <w:p w14:paraId="2894C415"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6E331F89" w14:textId="77777777" w:rsidR="00272EEF" w:rsidRPr="00272EEF" w:rsidRDefault="00272EEF" w:rsidP="00272EEF">
      <w:pPr>
        <w:widowControl w:val="0"/>
        <w:autoSpaceDE w:val="0"/>
        <w:autoSpaceDN w:val="0"/>
        <w:spacing w:before="1" w:after="0" w:line="276" w:lineRule="auto"/>
        <w:ind w:left="100" w:right="630"/>
        <w:jc w:val="both"/>
        <w:rPr>
          <w:rFonts w:ascii="Arial" w:eastAsia="Arial" w:hAnsi="Arial" w:cs="Arial"/>
          <w:kern w:val="0"/>
          <w:lang w:val="en-US"/>
          <w14:ligatures w14:val="none"/>
        </w:rPr>
      </w:pPr>
      <w:r w:rsidRPr="00272EEF">
        <w:rPr>
          <w:rFonts w:ascii="Arial" w:eastAsia="Arial" w:hAnsi="Arial" w:cs="Arial"/>
          <w:kern w:val="0"/>
          <w:lang w:val="en-US"/>
          <w14:ligatures w14:val="none"/>
        </w:rPr>
        <w:t>All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three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approaches,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Kaizen,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Kaikaku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Kakushin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hold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integral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positions within Lean thinking, concepts which have been used to their fullest effect by Toyota in their Toyota</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Production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System</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(TPS).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These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principles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have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gained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universal</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acceptance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across various industries to enhance operational efficiency, reduce waste, improve quality and ultimately create more value for all stakeholders.</w:t>
      </w:r>
    </w:p>
    <w:p w14:paraId="3A4DB6AB"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5265872D" w14:textId="77777777" w:rsidR="00272EEF" w:rsidRPr="00272EEF" w:rsidRDefault="00272EEF" w:rsidP="00272EEF">
      <w:pPr>
        <w:widowControl w:val="0"/>
        <w:autoSpaceDE w:val="0"/>
        <w:autoSpaceDN w:val="0"/>
        <w:spacing w:before="5"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drawing>
          <wp:anchor distT="0" distB="0" distL="0" distR="0" simplePos="0" relativeHeight="251661312" behindDoc="1" locked="0" layoutInCell="1" allowOverlap="1" wp14:anchorId="04A40676" wp14:editId="23987FDC">
            <wp:simplePos x="0" y="0"/>
            <wp:positionH relativeFrom="page">
              <wp:posOffset>2143544</wp:posOffset>
            </wp:positionH>
            <wp:positionV relativeFrom="paragraph">
              <wp:posOffset>164510</wp:posOffset>
            </wp:positionV>
            <wp:extent cx="3221665" cy="1455515"/>
            <wp:effectExtent l="0" t="0" r="0" b="0"/>
            <wp:wrapTopAndBottom/>
            <wp:docPr id="22" name="Image 22" descr="P25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256#y1"/>
                    <pic:cNvPicPr/>
                  </pic:nvPicPr>
                  <pic:blipFill>
                    <a:blip r:embed="rId8" cstate="print"/>
                    <a:stretch>
                      <a:fillRect/>
                    </a:stretch>
                  </pic:blipFill>
                  <pic:spPr>
                    <a:xfrm>
                      <a:off x="0" y="0"/>
                      <a:ext cx="3221665" cy="1455515"/>
                    </a:xfrm>
                    <a:prstGeom prst="rect">
                      <a:avLst/>
                    </a:prstGeom>
                  </pic:spPr>
                </pic:pic>
              </a:graphicData>
            </a:graphic>
          </wp:anchor>
        </w:drawing>
      </w:r>
    </w:p>
    <w:p w14:paraId="1BFFA703" w14:textId="77777777" w:rsidR="00272EEF" w:rsidRPr="00272EEF" w:rsidRDefault="00272EEF" w:rsidP="00272EEF">
      <w:pPr>
        <w:widowControl w:val="0"/>
        <w:autoSpaceDE w:val="0"/>
        <w:autoSpaceDN w:val="0"/>
        <w:spacing w:before="166" w:after="0" w:line="240" w:lineRule="auto"/>
        <w:jc w:val="both"/>
        <w:rPr>
          <w:rFonts w:ascii="Arial" w:eastAsia="Arial" w:hAnsi="Arial" w:cs="Arial"/>
          <w:kern w:val="0"/>
          <w:lang w:val="en-US"/>
          <w14:ligatures w14:val="none"/>
        </w:rPr>
      </w:pPr>
    </w:p>
    <w:p w14:paraId="39B6D384"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Learning</w:t>
      </w:r>
      <w:r w:rsidRPr="00272EEF">
        <w:rPr>
          <w:rFonts w:ascii="Arial" w:eastAsia="Arial" w:hAnsi="Arial" w:cs="Arial"/>
          <w:b/>
          <w:bCs/>
          <w:spacing w:val="-5"/>
          <w:kern w:val="0"/>
          <w:lang w:val="en-US"/>
          <w14:ligatures w14:val="none"/>
        </w:rPr>
        <w:t xml:space="preserve"> </w:t>
      </w:r>
      <w:r w:rsidRPr="00272EEF">
        <w:rPr>
          <w:rFonts w:ascii="Arial" w:eastAsia="Arial" w:hAnsi="Arial" w:cs="Arial"/>
          <w:b/>
          <w:bCs/>
          <w:kern w:val="0"/>
          <w:lang w:val="en-US"/>
          <w14:ligatures w14:val="none"/>
        </w:rPr>
        <w:t>to</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see</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what</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is</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not</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there</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spacing w:val="-5"/>
          <w:kern w:val="0"/>
          <w:lang w:val="en-US"/>
          <w14:ligatures w14:val="none"/>
        </w:rPr>
        <w:t>yet</w:t>
      </w:r>
    </w:p>
    <w:p w14:paraId="35DD35FC" w14:textId="77777777" w:rsidR="00272EEF" w:rsidRPr="00272EEF" w:rsidRDefault="00272EEF" w:rsidP="00272EEF">
      <w:pPr>
        <w:widowControl w:val="0"/>
        <w:autoSpaceDE w:val="0"/>
        <w:autoSpaceDN w:val="0"/>
        <w:spacing w:before="38"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t>Blockchain technology and decentralized systems stand at the forefront of a transformative change,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poised</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revolutionise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how</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structure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organisations</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organise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transfers in processes. To grasp the profound implications of this shift, we think it helps to draw parallels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something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have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experienced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before: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advent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While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these changes may have been challenging to foresee in advance, they appear highly logical when viewed in retrospect.</w:t>
      </w:r>
    </w:p>
    <w:p w14:paraId="026CE5E2"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26BBC0B5"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A</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comparative</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spacing w:val="-2"/>
          <w:kern w:val="0"/>
          <w:lang w:val="en-US"/>
          <w14:ligatures w14:val="none"/>
        </w:rPr>
        <w:t>analysis</w:t>
      </w:r>
    </w:p>
    <w:p w14:paraId="0BDC9CAD" w14:textId="77777777" w:rsidR="00272EEF" w:rsidRPr="00272EEF" w:rsidRDefault="00272EEF" w:rsidP="00272EEF">
      <w:pPr>
        <w:widowControl w:val="0"/>
        <w:autoSpaceDE w:val="0"/>
        <w:autoSpaceDN w:val="0"/>
        <w:spacing w:before="38" w:after="0" w:line="276" w:lineRule="auto"/>
        <w:ind w:left="100" w:right="836"/>
        <w:jc w:val="both"/>
        <w:rPr>
          <w:rFonts w:ascii="Arial" w:eastAsia="Arial" w:hAnsi="Arial" w:cs="Arial"/>
          <w:kern w:val="0"/>
          <w:lang w:val="en-US"/>
          <w14:ligatures w14:val="none"/>
        </w:rPr>
      </w:pPr>
      <w:r w:rsidRPr="00272EEF">
        <w:rPr>
          <w:rFonts w:ascii="Arial" w:eastAsia="Arial" w:hAnsi="Arial" w:cs="Arial"/>
          <w:kern w:val="0"/>
          <w:lang w:val="en-US"/>
          <w14:ligatures w14:val="none"/>
        </w:rPr>
        <w:t>We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compare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contrast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rise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Web3</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rise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 internet and Web2 e-commerce.</w:t>
      </w:r>
    </w:p>
    <w:p w14:paraId="297356D1"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48D64BB8"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Innovation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evolution</w:t>
      </w:r>
    </w:p>
    <w:p w14:paraId="6023A9BC" w14:textId="77777777" w:rsidR="00272EEF" w:rsidRPr="00272EEF" w:rsidRDefault="00272EEF" w:rsidP="00272EEF">
      <w:pPr>
        <w:widowControl w:val="0"/>
        <w:autoSpaceDE w:val="0"/>
        <w:autoSpaceDN w:val="0"/>
        <w:spacing w:before="38"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With the internet we created new ways of communication, entertainment, socialisation and business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transactions.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powered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by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have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created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 decentralized record keeping platform for value transfer and messaging. This innovation facilitates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secure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transfers,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digital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assets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management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application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development.</w:t>
      </w:r>
    </w:p>
    <w:p w14:paraId="53336D9C"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660" w:right="760" w:bottom="1000" w:left="1340" w:header="0" w:footer="811" w:gutter="0"/>
          <w:cols w:space="720"/>
        </w:sectPr>
      </w:pPr>
    </w:p>
    <w:p w14:paraId="7700CB1E" w14:textId="77777777" w:rsidR="00272EEF" w:rsidRPr="00272EEF" w:rsidRDefault="00272EEF" w:rsidP="00272EEF">
      <w:pPr>
        <w:widowControl w:val="0"/>
        <w:autoSpaceDE w:val="0"/>
        <w:autoSpaceDN w:val="0"/>
        <w:spacing w:after="0" w:line="240" w:lineRule="auto"/>
        <w:ind w:left="434"/>
        <w:jc w:val="both"/>
        <w:rPr>
          <w:rFonts w:ascii="Arial" w:eastAsia="Arial" w:hAnsi="Arial" w:cs="Arial"/>
          <w:kern w:val="0"/>
          <w:sz w:val="20"/>
          <w:lang w:val="en-US"/>
          <w14:ligatures w14:val="none"/>
        </w:rPr>
      </w:pPr>
      <w:r w:rsidRPr="00272EEF">
        <w:rPr>
          <w:rFonts w:ascii="Arial" w:eastAsia="Arial" w:hAnsi="Arial" w:cs="Arial"/>
          <w:noProof/>
          <w:kern w:val="0"/>
          <w:sz w:val="20"/>
          <w:lang w:val="en-US"/>
          <w14:ligatures w14:val="none"/>
        </w:rPr>
        <w:lastRenderedPageBreak/>
        <w:drawing>
          <wp:inline distT="0" distB="0" distL="0" distR="0" wp14:anchorId="2C6DEE18" wp14:editId="1053DA06">
            <wp:extent cx="5338687" cy="2134266"/>
            <wp:effectExtent l="0" t="0" r="0" b="0"/>
            <wp:docPr id="23" name="Image 23" descr="P26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P267#yIS1"/>
                    <pic:cNvPicPr/>
                  </pic:nvPicPr>
                  <pic:blipFill>
                    <a:blip r:embed="rId9" cstate="print"/>
                    <a:stretch>
                      <a:fillRect/>
                    </a:stretch>
                  </pic:blipFill>
                  <pic:spPr>
                    <a:xfrm>
                      <a:off x="0" y="0"/>
                      <a:ext cx="5338687" cy="2134266"/>
                    </a:xfrm>
                    <a:prstGeom prst="rect">
                      <a:avLst/>
                    </a:prstGeom>
                  </pic:spPr>
                </pic:pic>
              </a:graphicData>
            </a:graphic>
          </wp:inline>
        </w:drawing>
      </w:r>
    </w:p>
    <w:p w14:paraId="747D28BE"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00910221" w14:textId="77777777" w:rsidR="00272EEF" w:rsidRPr="00272EEF" w:rsidRDefault="00272EEF" w:rsidP="00272EEF">
      <w:pPr>
        <w:widowControl w:val="0"/>
        <w:autoSpaceDE w:val="0"/>
        <w:autoSpaceDN w:val="0"/>
        <w:spacing w:before="54"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mc:AlternateContent>
          <mc:Choice Requires="wps">
            <w:drawing>
              <wp:anchor distT="0" distB="0" distL="0" distR="0" simplePos="0" relativeHeight="251662336" behindDoc="1" locked="0" layoutInCell="1" allowOverlap="1" wp14:anchorId="7BDFE0B5" wp14:editId="56BC795D">
                <wp:simplePos x="0" y="0"/>
                <wp:positionH relativeFrom="page">
                  <wp:posOffset>920750</wp:posOffset>
                </wp:positionH>
                <wp:positionV relativeFrom="paragraph">
                  <wp:posOffset>201951</wp:posOffset>
                </wp:positionV>
                <wp:extent cx="5715000" cy="508000"/>
                <wp:effectExtent l="0" t="0" r="19050" b="25400"/>
                <wp:wrapTopAndBottom/>
                <wp:docPr id="24" name="Textbox 24" descr="P269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508000"/>
                        </a:xfrm>
                        <a:prstGeom prst="rect">
                          <a:avLst/>
                        </a:prstGeom>
                        <a:solidFill>
                          <a:srgbClr val="C8DAF8"/>
                        </a:solidFill>
                        <a:ln w="12696">
                          <a:solidFill>
                            <a:srgbClr val="000000"/>
                          </a:solidFill>
                          <a:prstDash val="solid"/>
                        </a:ln>
                      </wps:spPr>
                      <wps:txbx>
                        <w:txbxContent>
                          <w:p w14:paraId="749D64E7" w14:textId="77777777" w:rsidR="00272EEF" w:rsidRDefault="00272EEF" w:rsidP="00272EEF">
                            <w:pPr>
                              <w:pStyle w:val="BodyText"/>
                              <w:spacing w:before="110" w:line="276" w:lineRule="auto"/>
                              <w:ind w:left="85" w:right="186"/>
                              <w:rPr>
                                <w:color w:val="000000"/>
                              </w:rPr>
                            </w:pPr>
                            <w:r>
                              <w:rPr>
                                <w:color w:val="000000"/>
                              </w:rPr>
                              <w:t>"The</w:t>
                            </w:r>
                            <w:r>
                              <w:rPr>
                                <w:color w:val="000000"/>
                                <w:spacing w:val="-6"/>
                              </w:rPr>
                              <w:t xml:space="preserve"> </w:t>
                            </w:r>
                            <w:r>
                              <w:rPr>
                                <w:color w:val="000000"/>
                              </w:rPr>
                              <w:t>internet</w:t>
                            </w:r>
                            <w:r>
                              <w:rPr>
                                <w:color w:val="000000"/>
                                <w:spacing w:val="-6"/>
                              </w:rPr>
                              <w:t xml:space="preserve"> </w:t>
                            </w:r>
                            <w:r>
                              <w:rPr>
                                <w:color w:val="000000"/>
                              </w:rPr>
                              <w:t>is</w:t>
                            </w:r>
                            <w:r>
                              <w:rPr>
                                <w:color w:val="000000"/>
                                <w:spacing w:val="-6"/>
                              </w:rPr>
                              <w:t xml:space="preserve"> </w:t>
                            </w:r>
                            <w:r>
                              <w:rPr>
                                <w:color w:val="000000"/>
                              </w:rPr>
                              <w:t>programmable</w:t>
                            </w:r>
                            <w:r>
                              <w:rPr>
                                <w:color w:val="000000"/>
                                <w:spacing w:val="-6"/>
                              </w:rPr>
                              <w:t xml:space="preserve"> </w:t>
                            </w:r>
                            <w:r>
                              <w:rPr>
                                <w:color w:val="000000"/>
                              </w:rPr>
                              <w:t>information,</w:t>
                            </w:r>
                            <w:r>
                              <w:rPr>
                                <w:color w:val="000000"/>
                                <w:spacing w:val="-6"/>
                              </w:rPr>
                              <w:t xml:space="preserve"> </w:t>
                            </w:r>
                            <w:r>
                              <w:rPr>
                                <w:color w:val="000000"/>
                              </w:rPr>
                              <w:t>the</w:t>
                            </w:r>
                            <w:r>
                              <w:rPr>
                                <w:color w:val="000000"/>
                                <w:spacing w:val="-6"/>
                              </w:rPr>
                              <w:t xml:space="preserve"> </w:t>
                            </w:r>
                            <w:r>
                              <w:rPr>
                                <w:color w:val="000000"/>
                              </w:rPr>
                              <w:t>blockchain</w:t>
                            </w:r>
                            <w:r>
                              <w:rPr>
                                <w:color w:val="000000"/>
                                <w:spacing w:val="-6"/>
                              </w:rPr>
                              <w:t xml:space="preserve"> </w:t>
                            </w:r>
                            <w:r>
                              <w:rPr>
                                <w:color w:val="000000"/>
                              </w:rPr>
                              <w:t>is</w:t>
                            </w:r>
                            <w:r>
                              <w:rPr>
                                <w:color w:val="000000"/>
                                <w:spacing w:val="-6"/>
                              </w:rPr>
                              <w:t xml:space="preserve"> </w:t>
                            </w:r>
                            <w:r>
                              <w:rPr>
                                <w:color w:val="000000"/>
                              </w:rPr>
                              <w:t>programmable</w:t>
                            </w:r>
                            <w:r>
                              <w:rPr>
                                <w:color w:val="000000"/>
                                <w:spacing w:val="-6"/>
                              </w:rPr>
                              <w:t xml:space="preserve"> </w:t>
                            </w:r>
                            <w:r>
                              <w:rPr>
                                <w:color w:val="000000"/>
                              </w:rPr>
                              <w:t>security."</w:t>
                            </w:r>
                            <w:r>
                              <w:rPr>
                                <w:color w:val="000000"/>
                                <w:spacing w:val="-6"/>
                              </w:rPr>
                              <w:t xml:space="preserve"> </w:t>
                            </w:r>
                            <w:r>
                              <w:rPr>
                                <w:color w:val="000000"/>
                              </w:rPr>
                              <w:t>- Balaji Srinivasan</w:t>
                            </w:r>
                          </w:p>
                        </w:txbxContent>
                      </wps:txbx>
                      <wps:bodyPr wrap="square" lIns="0" tIns="0" rIns="0" bIns="0" rtlCol="0">
                        <a:noAutofit/>
                      </wps:bodyPr>
                    </wps:wsp>
                  </a:graphicData>
                </a:graphic>
              </wp:anchor>
            </w:drawing>
          </mc:Choice>
          <mc:Fallback>
            <w:pict>
              <v:shapetype w14:anchorId="7BDFE0B5" id="_x0000_t202" coordsize="21600,21600" o:spt="202" path="m,l,21600r21600,l21600,xe">
                <v:stroke joinstyle="miter"/>
                <v:path gradientshapeok="t" o:connecttype="rect"/>
              </v:shapetype>
              <v:shape id="Textbox 24" o:spid="_x0000_s1026" type="#_x0000_t202" alt="P269TB60#y1" style="position:absolute;left:0;text-align:left;margin-left:72.5pt;margin-top:15.9pt;width:450pt;height:40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" fillcolor="#c8daf8" strokeweight=".35267mm">
                <v:path arrowok="t"/>
                <v:textbox inset="0,0,0,0">
                  <w:txbxContent>
                    <w:p w14:paraId="749D64E7" w14:textId="77777777" w:rsidR="00272EEF" w:rsidRDefault="00272EEF" w:rsidP="00272EEF">
                      <w:pPr>
                        <w:pStyle w:val="BodyText"/>
                        <w:spacing w:before="110" w:line="276" w:lineRule="auto"/>
                        <w:ind w:left="85" w:right="186"/>
                        <w:rPr>
                          <w:color w:val="000000"/>
                        </w:rPr>
                      </w:pPr>
                      <w:r>
                        <w:rPr>
                          <w:color w:val="000000"/>
                        </w:rPr>
                        <w:t>"The</w:t>
                      </w:r>
                      <w:r>
                        <w:rPr>
                          <w:color w:val="000000"/>
                          <w:spacing w:val="-6"/>
                        </w:rPr>
                        <w:t xml:space="preserve"> </w:t>
                      </w:r>
                      <w:r>
                        <w:rPr>
                          <w:color w:val="000000"/>
                        </w:rPr>
                        <w:t>internet</w:t>
                      </w:r>
                      <w:r>
                        <w:rPr>
                          <w:color w:val="000000"/>
                          <w:spacing w:val="-6"/>
                        </w:rPr>
                        <w:t xml:space="preserve"> </w:t>
                      </w:r>
                      <w:r>
                        <w:rPr>
                          <w:color w:val="000000"/>
                        </w:rPr>
                        <w:t>is</w:t>
                      </w:r>
                      <w:r>
                        <w:rPr>
                          <w:color w:val="000000"/>
                          <w:spacing w:val="-6"/>
                        </w:rPr>
                        <w:t xml:space="preserve"> </w:t>
                      </w:r>
                      <w:r>
                        <w:rPr>
                          <w:color w:val="000000"/>
                        </w:rPr>
                        <w:t>programmable</w:t>
                      </w:r>
                      <w:r>
                        <w:rPr>
                          <w:color w:val="000000"/>
                          <w:spacing w:val="-6"/>
                        </w:rPr>
                        <w:t xml:space="preserve"> </w:t>
                      </w:r>
                      <w:r>
                        <w:rPr>
                          <w:color w:val="000000"/>
                        </w:rPr>
                        <w:t>information,</w:t>
                      </w:r>
                      <w:r>
                        <w:rPr>
                          <w:color w:val="000000"/>
                          <w:spacing w:val="-6"/>
                        </w:rPr>
                        <w:t xml:space="preserve"> </w:t>
                      </w:r>
                      <w:r>
                        <w:rPr>
                          <w:color w:val="000000"/>
                        </w:rPr>
                        <w:t>the</w:t>
                      </w:r>
                      <w:r>
                        <w:rPr>
                          <w:color w:val="000000"/>
                          <w:spacing w:val="-6"/>
                        </w:rPr>
                        <w:t xml:space="preserve"> </w:t>
                      </w:r>
                      <w:r>
                        <w:rPr>
                          <w:color w:val="000000"/>
                        </w:rPr>
                        <w:t>blockchain</w:t>
                      </w:r>
                      <w:r>
                        <w:rPr>
                          <w:color w:val="000000"/>
                          <w:spacing w:val="-6"/>
                        </w:rPr>
                        <w:t xml:space="preserve"> </w:t>
                      </w:r>
                      <w:r>
                        <w:rPr>
                          <w:color w:val="000000"/>
                        </w:rPr>
                        <w:t>is</w:t>
                      </w:r>
                      <w:r>
                        <w:rPr>
                          <w:color w:val="000000"/>
                          <w:spacing w:val="-6"/>
                        </w:rPr>
                        <w:t xml:space="preserve"> </w:t>
                      </w:r>
                      <w:r>
                        <w:rPr>
                          <w:color w:val="000000"/>
                        </w:rPr>
                        <w:t>programmable</w:t>
                      </w:r>
                      <w:r>
                        <w:rPr>
                          <w:color w:val="000000"/>
                          <w:spacing w:val="-6"/>
                        </w:rPr>
                        <w:t xml:space="preserve"> </w:t>
                      </w:r>
                      <w:r>
                        <w:rPr>
                          <w:color w:val="000000"/>
                        </w:rPr>
                        <w:t>security."</w:t>
                      </w:r>
                      <w:r>
                        <w:rPr>
                          <w:color w:val="000000"/>
                          <w:spacing w:val="-6"/>
                        </w:rPr>
                        <w:t xml:space="preserve"> </w:t>
                      </w:r>
                      <w:r>
                        <w:rPr>
                          <w:color w:val="000000"/>
                        </w:rPr>
                        <w:t>- Balaji Srinivasan</w:t>
                      </w:r>
                    </w:p>
                  </w:txbxContent>
                </v:textbox>
                <w10:wrap type="topAndBottom" anchorx="page"/>
              </v:shape>
            </w:pict>
          </mc:Fallback>
        </mc:AlternateContent>
      </w:r>
    </w:p>
    <w:p w14:paraId="560B5E44" w14:textId="77777777" w:rsidR="00272EEF" w:rsidRPr="00272EEF" w:rsidRDefault="00272EEF" w:rsidP="00272EEF">
      <w:pPr>
        <w:widowControl w:val="0"/>
        <w:autoSpaceDE w:val="0"/>
        <w:autoSpaceDN w:val="0"/>
        <w:spacing w:before="60" w:after="0" w:line="240" w:lineRule="auto"/>
        <w:jc w:val="both"/>
        <w:rPr>
          <w:rFonts w:ascii="Arial" w:eastAsia="Arial" w:hAnsi="Arial" w:cs="Arial"/>
          <w:kern w:val="0"/>
          <w:lang w:val="en-US"/>
          <w14:ligatures w14:val="none"/>
        </w:rPr>
      </w:pPr>
    </w:p>
    <w:p w14:paraId="0D2C2BFA"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Decentralisation</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or</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spacing w:val="-2"/>
          <w:kern w:val="0"/>
          <w:lang w:val="en-US"/>
          <w14:ligatures w14:val="none"/>
        </w:rPr>
        <w:t>disintermediation</w:t>
      </w:r>
    </w:p>
    <w:p w14:paraId="729FC985" w14:textId="77777777" w:rsidR="00272EEF" w:rsidRPr="00272EEF" w:rsidRDefault="00272EEF" w:rsidP="00272EEF">
      <w:pPr>
        <w:widowControl w:val="0"/>
        <w:autoSpaceDE w:val="0"/>
        <w:autoSpaceDN w:val="0"/>
        <w:spacing w:before="38" w:after="0" w:line="276" w:lineRule="auto"/>
        <w:ind w:left="100" w:right="810"/>
        <w:jc w:val="both"/>
        <w:rPr>
          <w:rFonts w:ascii="Arial" w:eastAsia="Arial" w:hAnsi="Arial" w:cs="Arial"/>
          <w:kern w:val="0"/>
          <w:lang w:val="en-US"/>
          <w14:ligatures w14:val="none"/>
        </w:rPr>
      </w:pPr>
      <w:r w:rsidRPr="00272EEF">
        <w:rPr>
          <w:rFonts w:ascii="Arial" w:eastAsia="Arial" w:hAnsi="Arial" w:cs="Arial"/>
          <w:kern w:val="0"/>
          <w:lang w:val="en-US"/>
          <w14:ligatures w14:val="none"/>
        </w:rPr>
        <w:t>Initially, the internet was dominated by centralised systems with a few major players. Blockchain and Web3.0 aim to shift this paradigm by leveraging decentralized networks to reduce reliance on central authorities and empower individual users. This move from centralised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control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decentralized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control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often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referred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disintermediation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 xml:space="preserve">because it removes the </w:t>
      </w:r>
      <w:r w:rsidRPr="00272EEF">
        <w:rPr>
          <w:rFonts w:ascii="Arial" w:eastAsia="Arial" w:hAnsi="Arial" w:cs="Arial"/>
          <w:i/>
          <w:kern w:val="0"/>
          <w:lang w:val="en-US"/>
          <w14:ligatures w14:val="none"/>
        </w:rPr>
        <w:t xml:space="preserve">intermediaries </w:t>
      </w:r>
      <w:r w:rsidRPr="00272EEF">
        <w:rPr>
          <w:rFonts w:ascii="Arial" w:eastAsia="Arial" w:hAnsi="Arial" w:cs="Arial"/>
          <w:kern w:val="0"/>
          <w:lang w:val="en-US"/>
          <w14:ligatures w14:val="none"/>
        </w:rPr>
        <w:t>in transactions.</w:t>
      </w:r>
    </w:p>
    <w:p w14:paraId="7702D9E4"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436DF34B"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Value</w:t>
      </w:r>
      <w:r w:rsidRPr="00272EEF">
        <w:rPr>
          <w:rFonts w:ascii="Arial" w:eastAsia="Arial" w:hAnsi="Arial" w:cs="Arial"/>
          <w:b/>
          <w:bCs/>
          <w:spacing w:val="-14"/>
          <w:kern w:val="0"/>
          <w:lang w:val="en-US"/>
          <w14:ligatures w14:val="none"/>
        </w:rPr>
        <w:t xml:space="preserve"> </w:t>
      </w:r>
      <w:r w:rsidRPr="00272EEF">
        <w:rPr>
          <w:rFonts w:ascii="Arial" w:eastAsia="Arial" w:hAnsi="Arial" w:cs="Arial"/>
          <w:b/>
          <w:bCs/>
          <w:spacing w:val="-2"/>
          <w:kern w:val="0"/>
          <w:lang w:val="en-US"/>
          <w14:ligatures w14:val="none"/>
        </w:rPr>
        <w:t>transfer</w:t>
      </w:r>
    </w:p>
    <w:p w14:paraId="6C1B5AA3" w14:textId="77777777" w:rsidR="00272EEF" w:rsidRPr="00272EEF" w:rsidRDefault="00272EEF" w:rsidP="00272EEF">
      <w:pPr>
        <w:widowControl w:val="0"/>
        <w:autoSpaceDE w:val="0"/>
        <w:autoSpaceDN w:val="0"/>
        <w:spacing w:before="38"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 xml:space="preserve">While the internet transformed information communications, digital payments and value transfers continued to rely on traditional </w:t>
      </w:r>
      <w:r w:rsidRPr="00272EEF">
        <w:rPr>
          <w:rFonts w:ascii="Arial" w:eastAsia="Arial" w:hAnsi="Arial" w:cs="Arial"/>
          <w:i/>
          <w:kern w:val="0"/>
          <w:lang w:val="en-US"/>
          <w14:ligatures w14:val="none"/>
        </w:rPr>
        <w:t xml:space="preserve">legacy </w:t>
      </w:r>
      <w:r w:rsidRPr="00272EEF">
        <w:rPr>
          <w:rFonts w:ascii="Arial" w:eastAsia="Arial" w:hAnsi="Arial" w:cs="Arial"/>
          <w:kern w:val="0"/>
          <w:lang w:val="en-US"/>
          <w14:ligatures w14:val="none"/>
        </w:rPr>
        <w:t>financial systems. Web3.0 leverages blockchain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cryptocurrencies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enable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direct</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peer-to-peer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transfer,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facilitating</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fast and cost-effective cross-border transactions.</w:t>
      </w:r>
    </w:p>
    <w:p w14:paraId="7071099C"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3B8AA32D"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Privacy</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spacing w:val="-2"/>
          <w:kern w:val="0"/>
          <w:lang w:val="en-US"/>
          <w14:ligatures w14:val="none"/>
        </w:rPr>
        <w:t>identity</w:t>
      </w:r>
    </w:p>
    <w:p w14:paraId="50A2D8C7" w14:textId="77777777" w:rsidR="00272EEF" w:rsidRPr="00272EEF" w:rsidRDefault="00272EEF" w:rsidP="00272EEF">
      <w:pPr>
        <w:widowControl w:val="0"/>
        <w:autoSpaceDE w:val="0"/>
        <w:autoSpaceDN w:val="0"/>
        <w:spacing w:before="38"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t>Concerns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over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online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privacy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data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security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have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become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prominent.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addresses these concerns through decentralized identity systems and encrypted communication, offering users greater control over their personal information.</w:t>
      </w:r>
    </w:p>
    <w:p w14:paraId="1263258F"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00A49B92"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Innovation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applications</w:t>
      </w:r>
    </w:p>
    <w:p w14:paraId="45F0E17E"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i/>
          <w:kern w:val="0"/>
          <w:lang w:val="en-US"/>
          <w14:ligatures w14:val="none"/>
        </w:rPr>
      </w:pPr>
      <w:r w:rsidRPr="00272EEF">
        <w:rPr>
          <w:rFonts w:ascii="Arial" w:eastAsia="Arial" w:hAnsi="Arial" w:cs="Arial"/>
          <w:kern w:val="0"/>
          <w:lang w:val="en-US"/>
          <w14:ligatures w14:val="none"/>
        </w:rPr>
        <w:t>Just as the internet sparked countless innovations, such as e-commerce and social networks, Web3.0 opens the door to new functionality, including decentralized finance (DeFi),</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non-fungible</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tokens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(NFTs),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decentralized</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apps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(dApps)and</w:t>
      </w:r>
      <w:r w:rsidRPr="00272EEF">
        <w:rPr>
          <w:rFonts w:ascii="Arial" w:eastAsia="Arial" w:hAnsi="Arial" w:cs="Arial"/>
          <w:spacing w:val="-7"/>
          <w:kern w:val="0"/>
          <w:lang w:val="en-US"/>
          <w14:ligatures w14:val="none"/>
        </w:rPr>
        <w:t xml:space="preserve"> </w:t>
      </w:r>
      <w:r w:rsidRPr="00272EEF">
        <w:rPr>
          <w:rFonts w:ascii="Arial" w:eastAsia="Arial" w:hAnsi="Arial" w:cs="Arial"/>
          <w:i/>
          <w:kern w:val="0"/>
          <w:lang w:val="en-US"/>
          <w14:ligatures w14:val="none"/>
        </w:rPr>
        <w:t>smart</w:t>
      </w:r>
      <w:r w:rsidRPr="00272EEF">
        <w:rPr>
          <w:rFonts w:ascii="Arial" w:eastAsia="Arial" w:hAnsi="Arial" w:cs="Arial"/>
          <w:i/>
          <w:spacing w:val="-7"/>
          <w:kern w:val="0"/>
          <w:lang w:val="en-US"/>
          <w14:ligatures w14:val="none"/>
        </w:rPr>
        <w:t xml:space="preserve"> </w:t>
      </w:r>
      <w:r w:rsidRPr="00272EEF">
        <w:rPr>
          <w:rFonts w:ascii="Arial" w:eastAsia="Arial" w:hAnsi="Arial" w:cs="Arial"/>
          <w:i/>
          <w:kern w:val="0"/>
          <w:lang w:val="en-US"/>
          <w14:ligatures w14:val="none"/>
        </w:rPr>
        <w:t>contracts</w:t>
      </w:r>
      <w:r w:rsidRPr="00272EEF">
        <w:rPr>
          <w:rFonts w:ascii="Arial" w:eastAsia="Arial" w:hAnsi="Arial" w:cs="Arial"/>
          <w:i/>
          <w:spacing w:val="-7"/>
          <w:kern w:val="0"/>
          <w:lang w:val="en-US"/>
          <w14:ligatures w14:val="none"/>
        </w:rPr>
        <w:t xml:space="preserve"> </w:t>
      </w:r>
      <w:r w:rsidRPr="00272EEF">
        <w:rPr>
          <w:rFonts w:ascii="Arial" w:eastAsia="Arial" w:hAnsi="Arial" w:cs="Arial"/>
          <w:i/>
          <w:kern w:val="0"/>
          <w:lang w:val="en-US"/>
          <w14:ligatures w14:val="none"/>
        </w:rPr>
        <w:t>(</w:t>
      </w:r>
      <w:r w:rsidRPr="00272EEF">
        <w:rPr>
          <w:rFonts w:ascii="Arial" w:eastAsia="Arial" w:hAnsi="Arial" w:cs="Arial"/>
          <w:i/>
          <w:spacing w:val="-7"/>
          <w:kern w:val="0"/>
          <w:lang w:val="en-US"/>
          <w14:ligatures w14:val="none"/>
        </w:rPr>
        <w:t>more</w:t>
      </w:r>
      <w:r w:rsidRPr="00272EEF">
        <w:rPr>
          <w:rFonts w:ascii="Arial" w:eastAsia="Arial" w:hAnsi="Arial" w:cs="Arial"/>
          <w:i/>
          <w:kern w:val="0"/>
          <w:lang w:val="en-US"/>
          <w14:ligatures w14:val="none"/>
        </w:rPr>
        <w:t xml:space="preserve"> about these new functionalities later in the book )</w:t>
      </w:r>
    </w:p>
    <w:p w14:paraId="4507741E" w14:textId="77777777" w:rsidR="00272EEF" w:rsidRPr="00272EEF" w:rsidRDefault="00272EEF" w:rsidP="00272EEF">
      <w:pPr>
        <w:widowControl w:val="0"/>
        <w:autoSpaceDE w:val="0"/>
        <w:autoSpaceDN w:val="0"/>
        <w:spacing w:before="37" w:after="0" w:line="240" w:lineRule="auto"/>
        <w:jc w:val="both"/>
        <w:rPr>
          <w:rFonts w:ascii="Arial" w:eastAsia="Arial" w:hAnsi="Arial" w:cs="Arial"/>
          <w:i/>
          <w:kern w:val="0"/>
          <w:lang w:val="en-US"/>
          <w14:ligatures w14:val="none"/>
        </w:rPr>
      </w:pPr>
    </w:p>
    <w:p w14:paraId="49FE83EE" w14:textId="77777777" w:rsidR="00272EEF" w:rsidRPr="00272EEF" w:rsidRDefault="00272EEF" w:rsidP="00272EEF">
      <w:pPr>
        <w:widowControl w:val="0"/>
        <w:autoSpaceDE w:val="0"/>
        <w:autoSpaceDN w:val="0"/>
        <w:spacing w:before="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Adoption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challenges</w:t>
      </w:r>
    </w:p>
    <w:p w14:paraId="441823EB" w14:textId="77777777" w:rsidR="00272EEF" w:rsidRPr="00272EEF" w:rsidRDefault="00272EEF" w:rsidP="00272EEF">
      <w:pPr>
        <w:widowControl w:val="0"/>
        <w:autoSpaceDE w:val="0"/>
        <w:autoSpaceDN w:val="0"/>
        <w:spacing w:before="38"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Just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faced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challenges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its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early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days,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grapples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issues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like scalability, user-friendliness, and legal and regulatory hurdles. Web3.0 is expected to evolve gradually, offering both new opportunities and challenges.</w:t>
      </w:r>
    </w:p>
    <w:p w14:paraId="6D26BBC5"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820" w:right="760" w:bottom="1000" w:left="1340" w:header="0" w:footer="811" w:gutter="0"/>
          <w:cols w:space="720"/>
        </w:sectPr>
      </w:pPr>
    </w:p>
    <w:p w14:paraId="01FE66C3" w14:textId="77777777" w:rsidR="00272EEF" w:rsidRPr="00272EEF" w:rsidRDefault="00272EEF" w:rsidP="00272EEF">
      <w:pPr>
        <w:widowControl w:val="0"/>
        <w:autoSpaceDE w:val="0"/>
        <w:autoSpaceDN w:val="0"/>
        <w:spacing w:before="80"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lastRenderedPageBreak/>
        <w:t>In summary, Web3.0 has the potential to revolutionise how we transfer value, conduct transactions, and engage in digital interactions, like how the internet reshaped information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sharing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communication.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gradually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evolved,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poised to follow a similar trajectory, bringing many new opportunities as well as challenges.</w:t>
      </w:r>
    </w:p>
    <w:p w14:paraId="17B8F36D"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2D5F5300" w14:textId="77777777" w:rsidR="00272EEF" w:rsidRPr="00272EEF" w:rsidRDefault="00272EEF" w:rsidP="00272EEF">
      <w:pPr>
        <w:widowControl w:val="0"/>
        <w:autoSpaceDE w:val="0"/>
        <w:autoSpaceDN w:val="0"/>
        <w:spacing w:before="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Transformative</w:t>
      </w:r>
      <w:r w:rsidRPr="00272EEF">
        <w:rPr>
          <w:rFonts w:ascii="Arial" w:eastAsia="Arial" w:hAnsi="Arial" w:cs="Arial"/>
          <w:b/>
          <w:bCs/>
          <w:spacing w:val="-11"/>
          <w:kern w:val="0"/>
          <w:lang w:val="en-US"/>
          <w14:ligatures w14:val="none"/>
        </w:rPr>
        <w:t xml:space="preserve"> </w:t>
      </w:r>
      <w:r w:rsidRPr="00272EEF">
        <w:rPr>
          <w:rFonts w:ascii="Arial" w:eastAsia="Arial" w:hAnsi="Arial" w:cs="Arial"/>
          <w:b/>
          <w:bCs/>
          <w:kern w:val="0"/>
          <w:lang w:val="en-US"/>
          <w14:ligatures w14:val="none"/>
        </w:rPr>
        <w:t>innovation</w:t>
      </w:r>
      <w:r w:rsidRPr="00272EEF">
        <w:rPr>
          <w:rFonts w:ascii="Arial" w:eastAsia="Arial" w:hAnsi="Arial" w:cs="Arial"/>
          <w:b/>
          <w:bCs/>
          <w:spacing w:val="-10"/>
          <w:kern w:val="0"/>
          <w:lang w:val="en-US"/>
          <w14:ligatures w14:val="none"/>
        </w:rPr>
        <w:t xml:space="preserve"> </w:t>
      </w:r>
      <w:r w:rsidRPr="00272EEF">
        <w:rPr>
          <w:rFonts w:ascii="Arial" w:eastAsia="Arial" w:hAnsi="Arial" w:cs="Arial"/>
          <w:b/>
          <w:bCs/>
          <w:kern w:val="0"/>
          <w:lang w:val="en-US"/>
          <w14:ligatures w14:val="none"/>
        </w:rPr>
        <w:t>is</w:t>
      </w:r>
      <w:r w:rsidRPr="00272EEF">
        <w:rPr>
          <w:rFonts w:ascii="Arial" w:eastAsia="Arial" w:hAnsi="Arial" w:cs="Arial"/>
          <w:b/>
          <w:bCs/>
          <w:spacing w:val="-8"/>
          <w:kern w:val="0"/>
          <w:lang w:val="en-US"/>
          <w14:ligatures w14:val="none"/>
        </w:rPr>
        <w:t xml:space="preserve"> </w:t>
      </w:r>
      <w:r w:rsidRPr="00272EEF">
        <w:rPr>
          <w:rFonts w:ascii="Arial" w:eastAsia="Arial" w:hAnsi="Arial" w:cs="Arial"/>
          <w:b/>
          <w:bCs/>
          <w:spacing w:val="-2"/>
          <w:kern w:val="0"/>
          <w:lang w:val="en-US"/>
          <w14:ligatures w14:val="none"/>
        </w:rPr>
        <w:t>here!</w:t>
      </w:r>
    </w:p>
    <w:p w14:paraId="3CFFEC89"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Lean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Kaikaku</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Kakushin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offer</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invaluable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strategies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organisations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seeking transformative improvements. Embracing these lean principles can elevate efficiency, enhance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quality,</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foster</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innovation.</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continue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this</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transformative</w:t>
      </w:r>
      <w:r w:rsidRPr="00272EEF">
        <w:rPr>
          <w:rFonts w:ascii="Arial" w:eastAsia="Arial" w:hAnsi="Arial" w:cs="Arial"/>
          <w:spacing w:val="-2"/>
          <w:kern w:val="0"/>
          <w:lang w:val="en-US"/>
          <w14:ligatures w14:val="none"/>
        </w:rPr>
        <w:t xml:space="preserve"> </w:t>
      </w:r>
      <w:r w:rsidRPr="00272EEF">
        <w:rPr>
          <w:rFonts w:ascii="Arial" w:eastAsia="Arial" w:hAnsi="Arial" w:cs="Arial"/>
          <w:kern w:val="0"/>
          <w:lang w:val="en-US"/>
          <w14:ligatures w14:val="none"/>
        </w:rPr>
        <w:t>journey, staying adaptable and innovative is key to thriving in this dynamic digital age.</w:t>
      </w:r>
    </w:p>
    <w:p w14:paraId="41220CD3" w14:textId="77777777" w:rsidR="00272EEF" w:rsidRPr="00272EEF" w:rsidRDefault="00272EEF" w:rsidP="00272EEF">
      <w:pPr>
        <w:widowControl w:val="0"/>
        <w:autoSpaceDE w:val="0"/>
        <w:autoSpaceDN w:val="0"/>
        <w:spacing w:before="66"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drawing>
          <wp:anchor distT="0" distB="0" distL="0" distR="0" simplePos="0" relativeHeight="251663360" behindDoc="1" locked="0" layoutInCell="1" allowOverlap="1" wp14:anchorId="1788B722" wp14:editId="72E65EBA">
            <wp:simplePos x="0" y="0"/>
            <wp:positionH relativeFrom="page">
              <wp:posOffset>1732127</wp:posOffset>
            </wp:positionH>
            <wp:positionV relativeFrom="paragraph">
              <wp:posOffset>203733</wp:posOffset>
            </wp:positionV>
            <wp:extent cx="4101555" cy="6190488"/>
            <wp:effectExtent l="0" t="0" r="0" b="1270"/>
            <wp:wrapTopAndBottom/>
            <wp:docPr id="25" name="Image 25" descr="P29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290#y1"/>
                    <pic:cNvPicPr/>
                  </pic:nvPicPr>
                  <pic:blipFill>
                    <a:blip r:embed="rId10" cstate="print"/>
                    <a:stretch>
                      <a:fillRect/>
                    </a:stretch>
                  </pic:blipFill>
                  <pic:spPr>
                    <a:xfrm>
                      <a:off x="0" y="0"/>
                      <a:ext cx="4101555" cy="6190488"/>
                    </a:xfrm>
                    <a:prstGeom prst="rect">
                      <a:avLst/>
                    </a:prstGeom>
                  </pic:spPr>
                </pic:pic>
              </a:graphicData>
            </a:graphic>
          </wp:anchor>
        </w:drawing>
      </w:r>
    </w:p>
    <w:p w14:paraId="5252D850"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4F4150D9" w14:textId="77777777" w:rsidR="00272EEF" w:rsidRPr="00272EEF" w:rsidRDefault="00272EEF" w:rsidP="00272EEF">
      <w:pPr>
        <w:widowControl w:val="0"/>
        <w:autoSpaceDE w:val="0"/>
        <w:autoSpaceDN w:val="0"/>
        <w:spacing w:before="44" w:after="0" w:line="240" w:lineRule="auto"/>
        <w:jc w:val="both"/>
        <w:rPr>
          <w:rFonts w:ascii="Arial" w:eastAsia="Arial" w:hAnsi="Arial" w:cs="Arial"/>
          <w:kern w:val="0"/>
          <w:lang w:val="en-US"/>
          <w14:ligatures w14:val="none"/>
        </w:rPr>
      </w:pPr>
    </w:p>
    <w:p w14:paraId="17C7823B" w14:textId="77777777" w:rsidR="00272EEF" w:rsidRPr="00272EEF" w:rsidRDefault="00272EEF" w:rsidP="00272EEF">
      <w:pPr>
        <w:widowControl w:val="0"/>
        <w:autoSpaceDE w:val="0"/>
        <w:autoSpaceDN w:val="0"/>
        <w:spacing w:before="1" w:after="0" w:line="240" w:lineRule="auto"/>
        <w:ind w:left="737"/>
        <w:jc w:val="both"/>
        <w:rPr>
          <w:rFonts w:ascii="Arial" w:eastAsia="Arial" w:hAnsi="Arial" w:cs="Arial"/>
          <w:i/>
          <w:kern w:val="0"/>
          <w:sz w:val="24"/>
          <w:lang w:val="en-US"/>
          <w14:ligatures w14:val="none"/>
        </w:rPr>
      </w:pPr>
      <w:r w:rsidRPr="00272EEF">
        <w:rPr>
          <w:rFonts w:ascii="Arial" w:eastAsia="Arial" w:hAnsi="Arial" w:cs="Arial"/>
          <w:i/>
          <w:kern w:val="0"/>
          <w:sz w:val="24"/>
          <w:lang w:val="en-US"/>
          <w14:ligatures w14:val="none"/>
        </w:rPr>
        <w:t xml:space="preserve">Article clipped from The Signal, Santa Clarita California, Fri, apr 19, </w:t>
      </w:r>
      <w:r w:rsidRPr="00272EEF">
        <w:rPr>
          <w:rFonts w:ascii="Arial" w:eastAsia="Arial" w:hAnsi="Arial" w:cs="Arial"/>
          <w:i/>
          <w:spacing w:val="-4"/>
          <w:kern w:val="0"/>
          <w:sz w:val="24"/>
          <w:lang w:val="en-US"/>
          <w14:ligatures w14:val="none"/>
        </w:rPr>
        <w:t>1996</w:t>
      </w:r>
    </w:p>
    <w:p w14:paraId="5BDBCC67"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4"/>
          <w:lang w:val="en-US"/>
          <w14:ligatures w14:val="none"/>
        </w:rPr>
        <w:sectPr w:rsidR="00272EEF" w:rsidRPr="00272EEF" w:rsidSect="00272EEF">
          <w:pgSz w:w="11920" w:h="16840"/>
          <w:pgMar w:top="1360" w:right="760" w:bottom="1000" w:left="1340" w:header="0" w:footer="811" w:gutter="0"/>
          <w:cols w:space="720"/>
        </w:sectPr>
      </w:pPr>
    </w:p>
    <w:p w14:paraId="1A3D6363" w14:textId="77777777" w:rsidR="00272EEF" w:rsidRPr="00272EEF" w:rsidRDefault="00272EEF" w:rsidP="00272EEF">
      <w:pPr>
        <w:widowControl w:val="0"/>
        <w:autoSpaceDE w:val="0"/>
        <w:autoSpaceDN w:val="0"/>
        <w:spacing w:before="7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lastRenderedPageBreak/>
        <w:t>Key</w:t>
      </w:r>
      <w:r w:rsidRPr="00272EEF">
        <w:rPr>
          <w:rFonts w:ascii="Arial" w:eastAsia="Arial" w:hAnsi="Arial" w:cs="Arial"/>
          <w:b/>
          <w:bCs/>
          <w:spacing w:val="-5"/>
          <w:kern w:val="0"/>
          <w:lang w:val="en-US"/>
          <w14:ligatures w14:val="none"/>
        </w:rPr>
        <w:t xml:space="preserve"> </w:t>
      </w:r>
      <w:r w:rsidRPr="00272EEF">
        <w:rPr>
          <w:rFonts w:ascii="Arial" w:eastAsia="Arial" w:hAnsi="Arial" w:cs="Arial"/>
          <w:b/>
          <w:bCs/>
          <w:kern w:val="0"/>
          <w:lang w:val="en-US"/>
          <w14:ligatures w14:val="none"/>
        </w:rPr>
        <w:t>benefits</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of</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transformation</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for</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Lean</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practitioners</w:t>
      </w:r>
    </w:p>
    <w:p w14:paraId="401A89E2" w14:textId="77777777" w:rsidR="00272EEF" w:rsidRPr="00272EEF" w:rsidRDefault="00272EEF" w:rsidP="00272EEF">
      <w:pPr>
        <w:widowControl w:val="0"/>
        <w:autoSpaceDE w:val="0"/>
        <w:autoSpaceDN w:val="0"/>
        <w:spacing w:before="24" w:after="0" w:line="240" w:lineRule="auto"/>
        <w:jc w:val="both"/>
        <w:rPr>
          <w:rFonts w:ascii="Arial" w:eastAsia="Arial" w:hAnsi="Arial" w:cs="Arial"/>
          <w:b/>
          <w:kern w:val="0"/>
          <w:lang w:val="en-US"/>
          <w14:ligatures w14:val="none"/>
        </w:rPr>
      </w:pPr>
    </w:p>
    <w:p w14:paraId="5528706D" w14:textId="77777777" w:rsidR="00272EEF" w:rsidRPr="00272EEF" w:rsidRDefault="00272EEF" w:rsidP="00272EEF">
      <w:pPr>
        <w:widowControl w:val="0"/>
        <w:autoSpaceDE w:val="0"/>
        <w:autoSpaceDN w:val="0"/>
        <w:spacing w:before="1"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The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transformation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based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transactional</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systems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(Web3.0)</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brings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many benefits compared to traditional internet (Web2.0) based systems.</w:t>
      </w:r>
    </w:p>
    <w:p w14:paraId="0B6DF0D3" w14:textId="77777777" w:rsidR="00272EEF" w:rsidRPr="00272EEF" w:rsidRDefault="00272EEF" w:rsidP="00272EEF">
      <w:pPr>
        <w:widowControl w:val="0"/>
        <w:autoSpaceDE w:val="0"/>
        <w:autoSpaceDN w:val="0"/>
        <w:spacing w:before="121" w:after="0" w:line="240" w:lineRule="auto"/>
        <w:jc w:val="both"/>
        <w:rPr>
          <w:rFonts w:ascii="Arial" w:eastAsia="Arial" w:hAnsi="Arial" w:cs="Arial"/>
          <w:kern w:val="0"/>
          <w:lang w:val="en-US"/>
          <w14:ligatures w14:val="none"/>
        </w:rPr>
      </w:pPr>
    </w:p>
    <w:p w14:paraId="13BC7F5C" w14:textId="77777777" w:rsidR="00272EEF" w:rsidRPr="00272EEF" w:rsidRDefault="00272EEF" w:rsidP="00272EEF">
      <w:pPr>
        <w:widowControl w:val="0"/>
        <w:autoSpaceDE w:val="0"/>
        <w:autoSpaceDN w:val="0"/>
        <w:spacing w:after="0" w:line="307" w:lineRule="auto"/>
        <w:ind w:left="2214" w:right="5296"/>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0ACCFB70" wp14:editId="74D6A085">
            <wp:extent cx="128587" cy="128587"/>
            <wp:effectExtent l="0" t="0" r="5080" b="5080"/>
            <wp:docPr id="26" name="Image 26" descr="P29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299#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 xml:space="preserve">Proof of ownership </w:t>
      </w:r>
      <w:r w:rsidRPr="00272EEF">
        <w:rPr>
          <w:rFonts w:ascii="Arial" w:eastAsia="Arial" w:hAnsi="Arial" w:cs="Arial"/>
          <w:noProof/>
          <w:spacing w:val="-1"/>
          <w:kern w:val="0"/>
          <w:lang w:val="en-US"/>
          <w14:ligatures w14:val="none"/>
        </w:rPr>
        <w:drawing>
          <wp:inline distT="0" distB="0" distL="0" distR="0" wp14:anchorId="68D90E4B" wp14:editId="6A063660">
            <wp:extent cx="128587" cy="128587"/>
            <wp:effectExtent l="0" t="0" r="5080" b="5080"/>
            <wp:docPr id="27" name="Image 27" descr="P299#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299#yIS2"/>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lang w:val="en-US"/>
          <w14:ligatures w14:val="none"/>
        </w:rPr>
        <w:t xml:space="preserve"> </w:t>
      </w:r>
      <w:r w:rsidRPr="00272EEF">
        <w:rPr>
          <w:rFonts w:ascii="Arial" w:eastAsia="Arial" w:hAnsi="Arial" w:cs="Arial"/>
          <w:kern w:val="0"/>
          <w:position w:val="2"/>
          <w:lang w:val="en-US"/>
          <w14:ligatures w14:val="none"/>
        </w:rPr>
        <w:t>Proof</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of</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provenance</w:t>
      </w:r>
    </w:p>
    <w:p w14:paraId="416EA272" w14:textId="77777777" w:rsidR="00272EEF" w:rsidRPr="00272EEF" w:rsidRDefault="00272EEF" w:rsidP="00272EEF">
      <w:pPr>
        <w:widowControl w:val="0"/>
        <w:autoSpaceDE w:val="0"/>
        <w:autoSpaceDN w:val="0"/>
        <w:spacing w:after="0" w:line="307" w:lineRule="auto"/>
        <w:ind w:left="2214" w:right="4892"/>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0B60E6A2" wp14:editId="1F7C7B98">
            <wp:extent cx="128587" cy="128587"/>
            <wp:effectExtent l="0" t="0" r="5080" b="5080"/>
            <wp:docPr id="28" name="Image 28" descr="P30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300#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Trust</w:t>
      </w:r>
      <w:r w:rsidRPr="00272EEF">
        <w:rPr>
          <w:rFonts w:ascii="Arial" w:eastAsia="Arial" w:hAnsi="Arial" w:cs="Arial"/>
          <w:spacing w:val="-12"/>
          <w:kern w:val="0"/>
          <w:position w:val="2"/>
          <w:lang w:val="en-US"/>
          <w14:ligatures w14:val="none"/>
        </w:rPr>
        <w:t xml:space="preserve"> </w:t>
      </w:r>
      <w:r w:rsidRPr="00272EEF">
        <w:rPr>
          <w:rFonts w:ascii="Arial" w:eastAsia="Arial" w:hAnsi="Arial" w:cs="Arial"/>
          <w:kern w:val="0"/>
          <w:position w:val="2"/>
          <w:lang w:val="en-US"/>
          <w14:ligatures w14:val="none"/>
        </w:rPr>
        <w:t>and</w:t>
      </w:r>
      <w:r w:rsidRPr="00272EEF">
        <w:rPr>
          <w:rFonts w:ascii="Arial" w:eastAsia="Arial" w:hAnsi="Arial" w:cs="Arial"/>
          <w:spacing w:val="-12"/>
          <w:kern w:val="0"/>
          <w:position w:val="2"/>
          <w:lang w:val="en-US"/>
          <w14:ligatures w14:val="none"/>
        </w:rPr>
        <w:t xml:space="preserve"> </w:t>
      </w:r>
      <w:r w:rsidRPr="00272EEF">
        <w:rPr>
          <w:rFonts w:ascii="Arial" w:eastAsia="Arial" w:hAnsi="Arial" w:cs="Arial"/>
          <w:kern w:val="0"/>
          <w:position w:val="2"/>
          <w:lang w:val="en-US"/>
          <w14:ligatures w14:val="none"/>
        </w:rPr>
        <w:t xml:space="preserve">transparency </w:t>
      </w:r>
      <w:r w:rsidRPr="00272EEF">
        <w:rPr>
          <w:rFonts w:ascii="Arial" w:eastAsia="Arial" w:hAnsi="Arial" w:cs="Arial"/>
          <w:noProof/>
          <w:kern w:val="0"/>
          <w:lang w:val="en-US"/>
          <w14:ligatures w14:val="none"/>
        </w:rPr>
        <w:drawing>
          <wp:inline distT="0" distB="0" distL="0" distR="0" wp14:anchorId="059E262D" wp14:editId="1F2B496B">
            <wp:extent cx="128587" cy="128587"/>
            <wp:effectExtent l="0" t="0" r="5080" b="5080"/>
            <wp:docPr id="29" name="Image 29" descr="P300#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P300#yIS2"/>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lang w:val="en-US"/>
          <w14:ligatures w14:val="none"/>
        </w:rPr>
        <w:t xml:space="preserve"> </w:t>
      </w:r>
      <w:r w:rsidRPr="00272EEF">
        <w:rPr>
          <w:rFonts w:ascii="Arial" w:eastAsia="Arial" w:hAnsi="Arial" w:cs="Arial"/>
          <w:kern w:val="0"/>
          <w:position w:val="2"/>
          <w:lang w:val="en-US"/>
          <w14:ligatures w14:val="none"/>
        </w:rPr>
        <w:t>Enhanced privacy</w:t>
      </w:r>
    </w:p>
    <w:p w14:paraId="4C5AC7D4" w14:textId="77777777" w:rsidR="00272EEF" w:rsidRPr="00272EEF" w:rsidRDefault="00272EEF" w:rsidP="00272EEF">
      <w:pPr>
        <w:widowControl w:val="0"/>
        <w:autoSpaceDE w:val="0"/>
        <w:autoSpaceDN w:val="0"/>
        <w:spacing w:after="0" w:line="252" w:lineRule="exact"/>
        <w:ind w:left="2214"/>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5AAC42C5" wp14:editId="1D8A628D">
            <wp:extent cx="128587" cy="128587"/>
            <wp:effectExtent l="0" t="0" r="5080" b="5080"/>
            <wp:docPr id="30" name="Image 30" descr="P30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P301#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80"/>
          <w:kern w:val="0"/>
          <w:position w:val="2"/>
          <w:sz w:val="20"/>
          <w:lang w:val="en-US"/>
          <w14:ligatures w14:val="none"/>
        </w:rPr>
        <w:t xml:space="preserve"> </w:t>
      </w:r>
      <w:r w:rsidRPr="00272EEF">
        <w:rPr>
          <w:rFonts w:ascii="Arial" w:eastAsia="Arial" w:hAnsi="Arial" w:cs="Arial"/>
          <w:kern w:val="0"/>
          <w:position w:val="2"/>
          <w:lang w:val="en-US"/>
          <w14:ligatures w14:val="none"/>
        </w:rPr>
        <w:t>New incentive models</w:t>
      </w:r>
    </w:p>
    <w:p w14:paraId="51B0F6BE" w14:textId="77777777" w:rsidR="00272EEF" w:rsidRPr="00272EEF" w:rsidRDefault="00272EEF" w:rsidP="00272EEF">
      <w:pPr>
        <w:widowControl w:val="0"/>
        <w:autoSpaceDE w:val="0"/>
        <w:autoSpaceDN w:val="0"/>
        <w:spacing w:before="69" w:after="0" w:line="307" w:lineRule="auto"/>
        <w:ind w:left="2214" w:right="4729"/>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60F36CAC" wp14:editId="759CFE30">
            <wp:extent cx="128587" cy="128587"/>
            <wp:effectExtent l="0" t="0" r="5080" b="5080"/>
            <wp:docPr id="31" name="Image 31" descr="P30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302#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New</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governance</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 xml:space="preserve">models </w:t>
      </w:r>
      <w:r w:rsidRPr="00272EEF">
        <w:rPr>
          <w:rFonts w:ascii="Arial" w:eastAsia="Arial" w:hAnsi="Arial" w:cs="Arial"/>
          <w:noProof/>
          <w:kern w:val="0"/>
          <w:lang w:val="en-US"/>
          <w14:ligatures w14:val="none"/>
        </w:rPr>
        <w:drawing>
          <wp:inline distT="0" distB="0" distL="0" distR="0" wp14:anchorId="22D0735F" wp14:editId="31E6C7C6">
            <wp:extent cx="128587" cy="128587"/>
            <wp:effectExtent l="0" t="0" r="5080" b="5080"/>
            <wp:docPr id="32" name="Image 32" descr="P302#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302#yIS2"/>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lang w:val="en-US"/>
          <w14:ligatures w14:val="none"/>
        </w:rPr>
        <w:t xml:space="preserve"> </w:t>
      </w:r>
      <w:r w:rsidRPr="00272EEF">
        <w:rPr>
          <w:rFonts w:ascii="Arial" w:eastAsia="Arial" w:hAnsi="Arial" w:cs="Arial"/>
          <w:kern w:val="0"/>
          <w:position w:val="2"/>
          <w:lang w:val="en-US"/>
          <w14:ligatures w14:val="none"/>
        </w:rPr>
        <w:t>Interoperability</w:t>
      </w:r>
    </w:p>
    <w:p w14:paraId="0CF6B1FD" w14:textId="77777777" w:rsidR="00272EEF" w:rsidRPr="00272EEF" w:rsidRDefault="00272EEF" w:rsidP="00272EEF">
      <w:pPr>
        <w:widowControl w:val="0"/>
        <w:autoSpaceDE w:val="0"/>
        <w:autoSpaceDN w:val="0"/>
        <w:spacing w:after="0" w:line="252" w:lineRule="exact"/>
        <w:ind w:left="2214"/>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7D8ABC9C" wp14:editId="4E72AA07">
            <wp:extent cx="128587" cy="128587"/>
            <wp:effectExtent l="0" t="0" r="5080" b="5080"/>
            <wp:docPr id="33" name="Image 33" descr="P30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303#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Censorship resistance</w:t>
      </w:r>
    </w:p>
    <w:p w14:paraId="6F16FE04" w14:textId="77777777" w:rsidR="00272EEF" w:rsidRPr="00272EEF" w:rsidRDefault="00272EEF" w:rsidP="00272EEF">
      <w:pPr>
        <w:widowControl w:val="0"/>
        <w:autoSpaceDE w:val="0"/>
        <w:autoSpaceDN w:val="0"/>
        <w:spacing w:before="71" w:after="0" w:line="307" w:lineRule="auto"/>
        <w:ind w:left="2214" w:right="4134"/>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1FF1A40A" wp14:editId="142ED0C7">
            <wp:extent cx="128587" cy="128587"/>
            <wp:effectExtent l="0" t="0" r="5080" b="5080"/>
            <wp:docPr id="34" name="Image 34" descr="P3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P304#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Reduced</w:t>
      </w:r>
      <w:r w:rsidRPr="00272EEF">
        <w:rPr>
          <w:rFonts w:ascii="Arial" w:eastAsia="Arial" w:hAnsi="Arial" w:cs="Arial"/>
          <w:spacing w:val="-8"/>
          <w:kern w:val="0"/>
          <w:position w:val="2"/>
          <w:lang w:val="en-US"/>
          <w14:ligatures w14:val="none"/>
        </w:rPr>
        <w:t xml:space="preserve"> </w:t>
      </w:r>
      <w:r w:rsidRPr="00272EEF">
        <w:rPr>
          <w:rFonts w:ascii="Arial" w:eastAsia="Arial" w:hAnsi="Arial" w:cs="Arial"/>
          <w:kern w:val="0"/>
          <w:position w:val="2"/>
          <w:lang w:val="en-US"/>
          <w14:ligatures w14:val="none"/>
        </w:rPr>
        <w:t>middlemen</w:t>
      </w:r>
      <w:r w:rsidRPr="00272EEF">
        <w:rPr>
          <w:rFonts w:ascii="Arial" w:eastAsia="Arial" w:hAnsi="Arial" w:cs="Arial"/>
          <w:spacing w:val="-8"/>
          <w:kern w:val="0"/>
          <w:position w:val="2"/>
          <w:lang w:val="en-US"/>
          <w14:ligatures w14:val="none"/>
        </w:rPr>
        <w:t xml:space="preserve"> </w:t>
      </w:r>
      <w:r w:rsidRPr="00272EEF">
        <w:rPr>
          <w:rFonts w:ascii="Arial" w:eastAsia="Arial" w:hAnsi="Arial" w:cs="Arial"/>
          <w:kern w:val="0"/>
          <w:position w:val="2"/>
          <w:lang w:val="en-US"/>
          <w14:ligatures w14:val="none"/>
        </w:rPr>
        <w:t>and</w:t>
      </w:r>
      <w:r w:rsidRPr="00272EEF">
        <w:rPr>
          <w:rFonts w:ascii="Arial" w:eastAsia="Arial" w:hAnsi="Arial" w:cs="Arial"/>
          <w:spacing w:val="-8"/>
          <w:kern w:val="0"/>
          <w:position w:val="2"/>
          <w:lang w:val="en-US"/>
          <w14:ligatures w14:val="none"/>
        </w:rPr>
        <w:t xml:space="preserve"> </w:t>
      </w:r>
      <w:r w:rsidRPr="00272EEF">
        <w:rPr>
          <w:rFonts w:ascii="Arial" w:eastAsia="Arial" w:hAnsi="Arial" w:cs="Arial"/>
          <w:kern w:val="0"/>
          <w:position w:val="2"/>
          <w:lang w:val="en-US"/>
          <w14:ligatures w14:val="none"/>
        </w:rPr>
        <w:t xml:space="preserve">costs </w:t>
      </w:r>
      <w:r w:rsidRPr="00272EEF">
        <w:rPr>
          <w:rFonts w:ascii="Arial" w:eastAsia="Arial" w:hAnsi="Arial" w:cs="Arial"/>
          <w:noProof/>
          <w:kern w:val="0"/>
          <w:lang w:val="en-US"/>
          <w14:ligatures w14:val="none"/>
        </w:rPr>
        <w:drawing>
          <wp:inline distT="0" distB="0" distL="0" distR="0" wp14:anchorId="630C1E29" wp14:editId="62EDE9C0">
            <wp:extent cx="128587" cy="128587"/>
            <wp:effectExtent l="0" t="0" r="5080" b="5080"/>
            <wp:docPr id="35" name="Image 35" descr="P304#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304#yIS2"/>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lang w:val="en-US"/>
          <w14:ligatures w14:val="none"/>
        </w:rPr>
        <w:t xml:space="preserve"> </w:t>
      </w:r>
      <w:r w:rsidRPr="00272EEF">
        <w:rPr>
          <w:rFonts w:ascii="Arial" w:eastAsia="Arial" w:hAnsi="Arial" w:cs="Arial"/>
          <w:kern w:val="0"/>
          <w:position w:val="2"/>
          <w:lang w:val="en-US"/>
          <w14:ligatures w14:val="none"/>
        </w:rPr>
        <w:t>Global accessibility</w:t>
      </w:r>
    </w:p>
    <w:p w14:paraId="601BC7C0" w14:textId="77777777" w:rsidR="00272EEF" w:rsidRPr="00272EEF" w:rsidRDefault="00272EEF" w:rsidP="00272EEF">
      <w:pPr>
        <w:widowControl w:val="0"/>
        <w:autoSpaceDE w:val="0"/>
        <w:autoSpaceDN w:val="0"/>
        <w:spacing w:after="0" w:line="252" w:lineRule="exact"/>
        <w:ind w:left="2214"/>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5C2D694D" wp14:editId="552DA728">
            <wp:extent cx="128587" cy="128587"/>
            <wp:effectExtent l="0" t="0" r="5080" b="5080"/>
            <wp:docPr id="36" name="Image 36" descr="P30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P305#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Immutable content</w:t>
      </w:r>
    </w:p>
    <w:p w14:paraId="24CB0AF6" w14:textId="77777777" w:rsidR="00272EEF" w:rsidRPr="00272EEF" w:rsidRDefault="00272EEF" w:rsidP="00272EEF">
      <w:pPr>
        <w:widowControl w:val="0"/>
        <w:autoSpaceDE w:val="0"/>
        <w:autoSpaceDN w:val="0"/>
        <w:spacing w:before="70" w:after="0" w:line="307" w:lineRule="auto"/>
        <w:ind w:left="2214" w:right="4729"/>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537290DB" wp14:editId="6D2C0DE7">
            <wp:extent cx="128587" cy="128587"/>
            <wp:effectExtent l="0" t="0" r="5080" b="5080"/>
            <wp:docPr id="37" name="Image 37" descr="P30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P306#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sz w:val="20"/>
          <w:lang w:val="en-US"/>
          <w14:ligatures w14:val="none"/>
        </w:rPr>
        <w:t xml:space="preserve"> </w:t>
      </w:r>
      <w:r w:rsidRPr="00272EEF">
        <w:rPr>
          <w:rFonts w:ascii="Arial" w:eastAsia="Arial" w:hAnsi="Arial" w:cs="Arial"/>
          <w:kern w:val="0"/>
          <w:position w:val="2"/>
          <w:lang w:val="en-US"/>
          <w14:ligatures w14:val="none"/>
        </w:rPr>
        <w:t>Reduced</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data</w:t>
      </w:r>
      <w:r w:rsidRPr="00272EEF">
        <w:rPr>
          <w:rFonts w:ascii="Arial" w:eastAsia="Arial" w:hAnsi="Arial" w:cs="Arial"/>
          <w:spacing w:val="-10"/>
          <w:kern w:val="0"/>
          <w:position w:val="2"/>
          <w:lang w:val="en-US"/>
          <w14:ligatures w14:val="none"/>
        </w:rPr>
        <w:t xml:space="preserve"> </w:t>
      </w:r>
      <w:r w:rsidRPr="00272EEF">
        <w:rPr>
          <w:rFonts w:ascii="Arial" w:eastAsia="Arial" w:hAnsi="Arial" w:cs="Arial"/>
          <w:kern w:val="0"/>
          <w:position w:val="2"/>
          <w:lang w:val="en-US"/>
          <w14:ligatures w14:val="none"/>
        </w:rPr>
        <w:t xml:space="preserve">monopolies </w:t>
      </w:r>
      <w:r w:rsidRPr="00272EEF">
        <w:rPr>
          <w:rFonts w:ascii="Arial" w:eastAsia="Arial" w:hAnsi="Arial" w:cs="Arial"/>
          <w:noProof/>
          <w:kern w:val="0"/>
          <w:lang w:val="en-US"/>
          <w14:ligatures w14:val="none"/>
        </w:rPr>
        <w:drawing>
          <wp:inline distT="0" distB="0" distL="0" distR="0" wp14:anchorId="4E1E49C8" wp14:editId="7B016906">
            <wp:extent cx="128587" cy="128587"/>
            <wp:effectExtent l="0" t="0" r="5080" b="5080"/>
            <wp:docPr id="38" name="Image 38" descr="P306#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306#yIS2"/>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40"/>
          <w:kern w:val="0"/>
          <w:position w:val="2"/>
          <w:lang w:val="en-US"/>
          <w14:ligatures w14:val="none"/>
        </w:rPr>
        <w:t xml:space="preserve"> </w:t>
      </w:r>
      <w:r w:rsidRPr="00272EEF">
        <w:rPr>
          <w:rFonts w:ascii="Arial" w:eastAsia="Arial" w:hAnsi="Arial" w:cs="Arial"/>
          <w:kern w:val="0"/>
          <w:position w:val="2"/>
          <w:lang w:val="en-US"/>
          <w14:ligatures w14:val="none"/>
        </w:rPr>
        <w:t>Control by design</w:t>
      </w:r>
    </w:p>
    <w:p w14:paraId="1C703CA9" w14:textId="77777777" w:rsidR="00272EEF" w:rsidRPr="00272EEF" w:rsidRDefault="00272EEF" w:rsidP="00272EEF">
      <w:pPr>
        <w:widowControl w:val="0"/>
        <w:autoSpaceDE w:val="0"/>
        <w:autoSpaceDN w:val="0"/>
        <w:spacing w:after="0" w:line="252" w:lineRule="exact"/>
        <w:ind w:left="2214"/>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inline distT="0" distB="0" distL="0" distR="0" wp14:anchorId="0027168D" wp14:editId="7698CD00">
            <wp:extent cx="128587" cy="128587"/>
            <wp:effectExtent l="0" t="0" r="5080" b="5080"/>
            <wp:docPr id="39" name="Image 39" descr="P30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307#yIS1"/>
                    <pic:cNvPicPr/>
                  </pic:nvPicPr>
                  <pic:blipFill>
                    <a:blip r:embed="rId11" cstate="print"/>
                    <a:stretch>
                      <a:fillRect/>
                    </a:stretch>
                  </pic:blipFill>
                  <pic:spPr>
                    <a:xfrm>
                      <a:off x="0" y="0"/>
                      <a:ext cx="128587" cy="128587"/>
                    </a:xfrm>
                    <a:prstGeom prst="rect">
                      <a:avLst/>
                    </a:prstGeom>
                  </pic:spPr>
                </pic:pic>
              </a:graphicData>
            </a:graphic>
          </wp:inline>
        </w:drawing>
      </w:r>
      <w:r w:rsidRPr="00272EEF">
        <w:rPr>
          <w:rFonts w:ascii="Times New Roman" w:eastAsia="Arial" w:hAnsi="Arial" w:cs="Arial"/>
          <w:spacing w:val="80"/>
          <w:kern w:val="0"/>
          <w:position w:val="2"/>
          <w:sz w:val="20"/>
          <w:lang w:val="en-US"/>
          <w14:ligatures w14:val="none"/>
        </w:rPr>
        <w:t xml:space="preserve"> </w:t>
      </w:r>
      <w:r w:rsidRPr="00272EEF">
        <w:rPr>
          <w:rFonts w:ascii="Arial" w:eastAsia="Arial" w:hAnsi="Arial" w:cs="Arial"/>
          <w:kern w:val="0"/>
          <w:position w:val="2"/>
          <w:lang w:val="en-US"/>
          <w14:ligatures w14:val="none"/>
        </w:rPr>
        <w:t>Security by design</w:t>
      </w:r>
    </w:p>
    <w:p w14:paraId="18D3E934" w14:textId="77777777" w:rsidR="00272EEF" w:rsidRPr="00272EEF" w:rsidRDefault="00272EEF" w:rsidP="00272EEF">
      <w:pPr>
        <w:widowControl w:val="0"/>
        <w:autoSpaceDE w:val="0"/>
        <w:autoSpaceDN w:val="0"/>
        <w:spacing w:before="12"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mc:AlternateContent>
          <mc:Choice Requires="wps">
            <w:drawing>
              <wp:anchor distT="0" distB="0" distL="0" distR="0" simplePos="0" relativeHeight="251664384" behindDoc="1" locked="0" layoutInCell="1" allowOverlap="1" wp14:anchorId="5EFD7887" wp14:editId="3D05C11D">
                <wp:simplePos x="0" y="0"/>
                <wp:positionH relativeFrom="page">
                  <wp:posOffset>920750</wp:posOffset>
                </wp:positionH>
                <wp:positionV relativeFrom="paragraph">
                  <wp:posOffset>175324</wp:posOffset>
                </wp:positionV>
                <wp:extent cx="5715000" cy="889000"/>
                <wp:effectExtent l="0" t="0" r="19050" b="25400"/>
                <wp:wrapTopAndBottom/>
                <wp:docPr id="40" name="Textbox 40" descr="P308TB6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889000"/>
                        </a:xfrm>
                        <a:prstGeom prst="rect">
                          <a:avLst/>
                        </a:prstGeom>
                        <a:solidFill>
                          <a:srgbClr val="C8DAF8"/>
                        </a:solidFill>
                        <a:ln w="12696">
                          <a:solidFill>
                            <a:srgbClr val="000000"/>
                          </a:solidFill>
                          <a:prstDash val="solid"/>
                        </a:ln>
                      </wps:spPr>
                      <wps:txbx>
                        <w:txbxContent>
                          <w:p w14:paraId="67AA2A14" w14:textId="77777777" w:rsidR="00272EEF" w:rsidRDefault="00272EEF" w:rsidP="00272EEF">
                            <w:pPr>
                              <w:pStyle w:val="BodyText"/>
                              <w:spacing w:before="112" w:line="276" w:lineRule="auto"/>
                              <w:ind w:left="85" w:right="186"/>
                              <w:rPr>
                                <w:color w:val="000000"/>
                              </w:rPr>
                            </w:pPr>
                            <w:r>
                              <w:rPr>
                                <w:color w:val="000000"/>
                              </w:rPr>
                              <w:t xml:space="preserve">DYOR is an acronym for </w:t>
                            </w:r>
                            <w:r>
                              <w:rPr>
                                <w:b/>
                                <w:color w:val="000000"/>
                              </w:rPr>
                              <w:t>Do Your Own Research</w:t>
                            </w:r>
                            <w:r>
                              <w:rPr>
                                <w:color w:val="000000"/>
                              </w:rPr>
                              <w:t>. DYOR is advice generally given to anyone</w:t>
                            </w:r>
                            <w:r>
                              <w:rPr>
                                <w:color w:val="000000"/>
                                <w:spacing w:val="-4"/>
                              </w:rPr>
                              <w:t xml:space="preserve"> </w:t>
                            </w:r>
                            <w:r>
                              <w:rPr>
                                <w:color w:val="000000"/>
                              </w:rPr>
                              <w:t>getting</w:t>
                            </w:r>
                            <w:r>
                              <w:rPr>
                                <w:color w:val="000000"/>
                                <w:spacing w:val="-4"/>
                              </w:rPr>
                              <w:t xml:space="preserve"> </w:t>
                            </w:r>
                            <w:r>
                              <w:rPr>
                                <w:color w:val="000000"/>
                              </w:rPr>
                              <w:t>involved</w:t>
                            </w:r>
                            <w:r>
                              <w:rPr>
                                <w:color w:val="000000"/>
                                <w:spacing w:val="-4"/>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cryptocurrency</w:t>
                            </w:r>
                            <w:r>
                              <w:rPr>
                                <w:color w:val="000000"/>
                                <w:spacing w:val="-4"/>
                              </w:rPr>
                              <w:t xml:space="preserve"> </w:t>
                            </w:r>
                            <w:r>
                              <w:rPr>
                                <w:color w:val="000000"/>
                              </w:rPr>
                              <w:t>markets</w:t>
                            </w:r>
                            <w:r>
                              <w:rPr>
                                <w:color w:val="000000"/>
                                <w:spacing w:val="-4"/>
                              </w:rPr>
                              <w:t xml:space="preserve"> </w:t>
                            </w:r>
                            <w:r>
                              <w:rPr>
                                <w:color w:val="000000"/>
                              </w:rPr>
                              <w:t>with</w:t>
                            </w:r>
                            <w:r>
                              <w:rPr>
                                <w:color w:val="000000"/>
                                <w:spacing w:val="-4"/>
                              </w:rPr>
                              <w:t xml:space="preserve"> </w:t>
                            </w:r>
                            <w:r>
                              <w:rPr>
                                <w:color w:val="000000"/>
                              </w:rPr>
                              <w:t>real</w:t>
                            </w:r>
                            <w:r>
                              <w:rPr>
                                <w:color w:val="000000"/>
                                <w:spacing w:val="-4"/>
                              </w:rPr>
                              <w:t xml:space="preserve"> </w:t>
                            </w:r>
                            <w:r>
                              <w:rPr>
                                <w:color w:val="000000"/>
                              </w:rPr>
                              <w:t>money,</w:t>
                            </w:r>
                            <w:r>
                              <w:rPr>
                                <w:color w:val="000000"/>
                                <w:spacing w:val="-4"/>
                              </w:rPr>
                              <w:t xml:space="preserve"> </w:t>
                            </w:r>
                            <w:r>
                              <w:rPr>
                                <w:color w:val="000000"/>
                              </w:rPr>
                              <w:t>advising</w:t>
                            </w:r>
                            <w:r>
                              <w:rPr>
                                <w:color w:val="000000"/>
                                <w:spacing w:val="-4"/>
                              </w:rPr>
                              <w:t xml:space="preserve"> </w:t>
                            </w:r>
                            <w:r>
                              <w:rPr>
                                <w:color w:val="000000"/>
                              </w:rPr>
                              <w:t>them</w:t>
                            </w:r>
                            <w:r>
                              <w:rPr>
                                <w:color w:val="000000"/>
                                <w:spacing w:val="-5"/>
                              </w:rPr>
                              <w:t xml:space="preserve"> </w:t>
                            </w:r>
                            <w:r>
                              <w:rPr>
                                <w:color w:val="000000"/>
                              </w:rPr>
                              <w:t>to research</w:t>
                            </w:r>
                            <w:r>
                              <w:rPr>
                                <w:color w:val="000000"/>
                                <w:spacing w:val="-4"/>
                              </w:rPr>
                              <w:t xml:space="preserve"> </w:t>
                            </w:r>
                            <w:r>
                              <w:rPr>
                                <w:color w:val="000000"/>
                              </w:rPr>
                              <w:t>topics</w:t>
                            </w:r>
                            <w:r>
                              <w:rPr>
                                <w:color w:val="000000"/>
                                <w:spacing w:val="-4"/>
                              </w:rPr>
                              <w:t xml:space="preserve"> </w:t>
                            </w:r>
                            <w:r>
                              <w:rPr>
                                <w:color w:val="000000"/>
                              </w:rPr>
                              <w:t>on</w:t>
                            </w:r>
                            <w:r>
                              <w:rPr>
                                <w:color w:val="000000"/>
                                <w:spacing w:val="-4"/>
                              </w:rPr>
                              <w:t xml:space="preserve"> </w:t>
                            </w:r>
                            <w:r>
                              <w:rPr>
                                <w:color w:val="000000"/>
                              </w:rPr>
                              <w:t>their</w:t>
                            </w:r>
                            <w:r>
                              <w:rPr>
                                <w:color w:val="000000"/>
                                <w:spacing w:val="-4"/>
                              </w:rPr>
                              <w:t xml:space="preserve"> </w:t>
                            </w:r>
                            <w:r>
                              <w:rPr>
                                <w:color w:val="000000"/>
                              </w:rPr>
                              <w:t>own</w:t>
                            </w:r>
                            <w:r>
                              <w:rPr>
                                <w:color w:val="000000"/>
                                <w:spacing w:val="-4"/>
                              </w:rPr>
                              <w:t xml:space="preserve"> </w:t>
                            </w:r>
                            <w:r>
                              <w:rPr>
                                <w:color w:val="000000"/>
                              </w:rPr>
                              <w:t>instead</w:t>
                            </w:r>
                            <w:r>
                              <w:rPr>
                                <w:color w:val="000000"/>
                                <w:spacing w:val="-4"/>
                              </w:rPr>
                              <w:t xml:space="preserve"> </w:t>
                            </w:r>
                            <w:r>
                              <w:rPr>
                                <w:color w:val="000000"/>
                              </w:rPr>
                              <w:t>of</w:t>
                            </w:r>
                            <w:r>
                              <w:rPr>
                                <w:color w:val="000000"/>
                                <w:spacing w:val="-4"/>
                              </w:rPr>
                              <w:t xml:space="preserve"> </w:t>
                            </w:r>
                            <w:r>
                              <w:rPr>
                                <w:color w:val="000000"/>
                              </w:rPr>
                              <w:t>simply</w:t>
                            </w:r>
                            <w:r>
                              <w:rPr>
                                <w:color w:val="000000"/>
                                <w:spacing w:val="-4"/>
                              </w:rPr>
                              <w:t xml:space="preserve"> </w:t>
                            </w:r>
                            <w:r>
                              <w:rPr>
                                <w:color w:val="000000"/>
                              </w:rPr>
                              <w:t>believing</w:t>
                            </w:r>
                            <w:r>
                              <w:rPr>
                                <w:color w:val="000000"/>
                                <w:spacing w:val="-4"/>
                              </w:rPr>
                              <w:t xml:space="preserve"> </w:t>
                            </w:r>
                            <w:r>
                              <w:rPr>
                                <w:color w:val="000000"/>
                              </w:rPr>
                              <w:t>some</w:t>
                            </w:r>
                            <w:r>
                              <w:rPr>
                                <w:color w:val="000000"/>
                                <w:spacing w:val="-4"/>
                              </w:rPr>
                              <w:t xml:space="preserve"> </w:t>
                            </w:r>
                            <w:r>
                              <w:rPr>
                                <w:color w:val="000000"/>
                              </w:rPr>
                              <w:t>random</w:t>
                            </w:r>
                            <w:r>
                              <w:rPr>
                                <w:color w:val="000000"/>
                                <w:spacing w:val="-5"/>
                              </w:rPr>
                              <w:t xml:space="preserve"> </w:t>
                            </w:r>
                            <w:r>
                              <w:rPr>
                                <w:color w:val="000000"/>
                              </w:rPr>
                              <w:t>Twitter</w:t>
                            </w:r>
                            <w:r>
                              <w:rPr>
                                <w:color w:val="000000"/>
                                <w:spacing w:val="-4"/>
                              </w:rPr>
                              <w:t xml:space="preserve"> </w:t>
                            </w:r>
                            <w:r>
                              <w:rPr>
                                <w:color w:val="000000"/>
                              </w:rPr>
                              <w:t>account</w:t>
                            </w:r>
                            <w:r>
                              <w:rPr>
                                <w:color w:val="000000"/>
                                <w:spacing w:val="-4"/>
                              </w:rPr>
                              <w:t xml:space="preserve"> </w:t>
                            </w:r>
                            <w:r>
                              <w:rPr>
                                <w:color w:val="000000"/>
                              </w:rPr>
                              <w:t>or Facebook article or YouTube influencer.</w:t>
                            </w:r>
                          </w:p>
                        </w:txbxContent>
                      </wps:txbx>
                      <wps:bodyPr wrap="square" lIns="0" tIns="0" rIns="0" bIns="0" rtlCol="0">
                        <a:noAutofit/>
                      </wps:bodyPr>
                    </wps:wsp>
                  </a:graphicData>
                </a:graphic>
              </wp:anchor>
            </w:drawing>
          </mc:Choice>
          <mc:Fallback>
            <w:pict>
              <v:shape w14:anchorId="5EFD7887" id="Textbox 40" o:spid="_x0000_s1027" type="#_x0000_t202" alt="P308TB62#y1" style="position:absolute;left:0;text-align:left;margin-left:72.5pt;margin-top:13.8pt;width:450pt;height:70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" fillcolor="#c8daf8" strokeweight=".35267mm">
                <v:path arrowok="t"/>
                <v:textbox inset="0,0,0,0">
                  <w:txbxContent>
                    <w:p w14:paraId="67AA2A14" w14:textId="77777777" w:rsidR="00272EEF" w:rsidRDefault="00272EEF" w:rsidP="00272EEF">
                      <w:pPr>
                        <w:pStyle w:val="BodyText"/>
                        <w:spacing w:before="112" w:line="276" w:lineRule="auto"/>
                        <w:ind w:left="85" w:right="186"/>
                        <w:rPr>
                          <w:color w:val="000000"/>
                        </w:rPr>
                      </w:pPr>
                      <w:r>
                        <w:rPr>
                          <w:color w:val="000000"/>
                        </w:rPr>
                        <w:t xml:space="preserve">DYOR is an acronym for </w:t>
                      </w:r>
                      <w:r>
                        <w:rPr>
                          <w:b/>
                          <w:color w:val="000000"/>
                        </w:rPr>
                        <w:t>Do Your Own Research</w:t>
                      </w:r>
                      <w:r>
                        <w:rPr>
                          <w:color w:val="000000"/>
                        </w:rPr>
                        <w:t>. DYOR is advice generally given to anyone</w:t>
                      </w:r>
                      <w:r>
                        <w:rPr>
                          <w:color w:val="000000"/>
                          <w:spacing w:val="-4"/>
                        </w:rPr>
                        <w:t xml:space="preserve"> </w:t>
                      </w:r>
                      <w:r>
                        <w:rPr>
                          <w:color w:val="000000"/>
                        </w:rPr>
                        <w:t>getting</w:t>
                      </w:r>
                      <w:r>
                        <w:rPr>
                          <w:color w:val="000000"/>
                          <w:spacing w:val="-4"/>
                        </w:rPr>
                        <w:t xml:space="preserve"> </w:t>
                      </w:r>
                      <w:r>
                        <w:rPr>
                          <w:color w:val="000000"/>
                        </w:rPr>
                        <w:t>involved</w:t>
                      </w:r>
                      <w:r>
                        <w:rPr>
                          <w:color w:val="000000"/>
                          <w:spacing w:val="-4"/>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cryptocurrency</w:t>
                      </w:r>
                      <w:r>
                        <w:rPr>
                          <w:color w:val="000000"/>
                          <w:spacing w:val="-4"/>
                        </w:rPr>
                        <w:t xml:space="preserve"> </w:t>
                      </w:r>
                      <w:r>
                        <w:rPr>
                          <w:color w:val="000000"/>
                        </w:rPr>
                        <w:t>markets</w:t>
                      </w:r>
                      <w:r>
                        <w:rPr>
                          <w:color w:val="000000"/>
                          <w:spacing w:val="-4"/>
                        </w:rPr>
                        <w:t xml:space="preserve"> </w:t>
                      </w:r>
                      <w:r>
                        <w:rPr>
                          <w:color w:val="000000"/>
                        </w:rPr>
                        <w:t>with</w:t>
                      </w:r>
                      <w:r>
                        <w:rPr>
                          <w:color w:val="000000"/>
                          <w:spacing w:val="-4"/>
                        </w:rPr>
                        <w:t xml:space="preserve"> </w:t>
                      </w:r>
                      <w:r>
                        <w:rPr>
                          <w:color w:val="000000"/>
                        </w:rPr>
                        <w:t>real</w:t>
                      </w:r>
                      <w:r>
                        <w:rPr>
                          <w:color w:val="000000"/>
                          <w:spacing w:val="-4"/>
                        </w:rPr>
                        <w:t xml:space="preserve"> </w:t>
                      </w:r>
                      <w:r>
                        <w:rPr>
                          <w:color w:val="000000"/>
                        </w:rPr>
                        <w:t>money,</w:t>
                      </w:r>
                      <w:r>
                        <w:rPr>
                          <w:color w:val="000000"/>
                          <w:spacing w:val="-4"/>
                        </w:rPr>
                        <w:t xml:space="preserve"> </w:t>
                      </w:r>
                      <w:r>
                        <w:rPr>
                          <w:color w:val="000000"/>
                        </w:rPr>
                        <w:t>advising</w:t>
                      </w:r>
                      <w:r>
                        <w:rPr>
                          <w:color w:val="000000"/>
                          <w:spacing w:val="-4"/>
                        </w:rPr>
                        <w:t xml:space="preserve"> </w:t>
                      </w:r>
                      <w:r>
                        <w:rPr>
                          <w:color w:val="000000"/>
                        </w:rPr>
                        <w:t>them</w:t>
                      </w:r>
                      <w:r>
                        <w:rPr>
                          <w:color w:val="000000"/>
                          <w:spacing w:val="-5"/>
                        </w:rPr>
                        <w:t xml:space="preserve"> </w:t>
                      </w:r>
                      <w:r>
                        <w:rPr>
                          <w:color w:val="000000"/>
                        </w:rPr>
                        <w:t>to research</w:t>
                      </w:r>
                      <w:r>
                        <w:rPr>
                          <w:color w:val="000000"/>
                          <w:spacing w:val="-4"/>
                        </w:rPr>
                        <w:t xml:space="preserve"> </w:t>
                      </w:r>
                      <w:r>
                        <w:rPr>
                          <w:color w:val="000000"/>
                        </w:rPr>
                        <w:t>topics</w:t>
                      </w:r>
                      <w:r>
                        <w:rPr>
                          <w:color w:val="000000"/>
                          <w:spacing w:val="-4"/>
                        </w:rPr>
                        <w:t xml:space="preserve"> </w:t>
                      </w:r>
                      <w:r>
                        <w:rPr>
                          <w:color w:val="000000"/>
                        </w:rPr>
                        <w:t>on</w:t>
                      </w:r>
                      <w:r>
                        <w:rPr>
                          <w:color w:val="000000"/>
                          <w:spacing w:val="-4"/>
                        </w:rPr>
                        <w:t xml:space="preserve"> </w:t>
                      </w:r>
                      <w:r>
                        <w:rPr>
                          <w:color w:val="000000"/>
                        </w:rPr>
                        <w:t>their</w:t>
                      </w:r>
                      <w:r>
                        <w:rPr>
                          <w:color w:val="000000"/>
                          <w:spacing w:val="-4"/>
                        </w:rPr>
                        <w:t xml:space="preserve"> </w:t>
                      </w:r>
                      <w:r>
                        <w:rPr>
                          <w:color w:val="000000"/>
                        </w:rPr>
                        <w:t>own</w:t>
                      </w:r>
                      <w:r>
                        <w:rPr>
                          <w:color w:val="000000"/>
                          <w:spacing w:val="-4"/>
                        </w:rPr>
                        <w:t xml:space="preserve"> </w:t>
                      </w:r>
                      <w:r>
                        <w:rPr>
                          <w:color w:val="000000"/>
                        </w:rPr>
                        <w:t>instead</w:t>
                      </w:r>
                      <w:r>
                        <w:rPr>
                          <w:color w:val="000000"/>
                          <w:spacing w:val="-4"/>
                        </w:rPr>
                        <w:t xml:space="preserve"> </w:t>
                      </w:r>
                      <w:r>
                        <w:rPr>
                          <w:color w:val="000000"/>
                        </w:rPr>
                        <w:t>of</w:t>
                      </w:r>
                      <w:r>
                        <w:rPr>
                          <w:color w:val="000000"/>
                          <w:spacing w:val="-4"/>
                        </w:rPr>
                        <w:t xml:space="preserve"> </w:t>
                      </w:r>
                      <w:r>
                        <w:rPr>
                          <w:color w:val="000000"/>
                        </w:rPr>
                        <w:t>simply</w:t>
                      </w:r>
                      <w:r>
                        <w:rPr>
                          <w:color w:val="000000"/>
                          <w:spacing w:val="-4"/>
                        </w:rPr>
                        <w:t xml:space="preserve"> </w:t>
                      </w:r>
                      <w:r>
                        <w:rPr>
                          <w:color w:val="000000"/>
                        </w:rPr>
                        <w:t>believing</w:t>
                      </w:r>
                      <w:r>
                        <w:rPr>
                          <w:color w:val="000000"/>
                          <w:spacing w:val="-4"/>
                        </w:rPr>
                        <w:t xml:space="preserve"> </w:t>
                      </w:r>
                      <w:r>
                        <w:rPr>
                          <w:color w:val="000000"/>
                        </w:rPr>
                        <w:t>some</w:t>
                      </w:r>
                      <w:r>
                        <w:rPr>
                          <w:color w:val="000000"/>
                          <w:spacing w:val="-4"/>
                        </w:rPr>
                        <w:t xml:space="preserve"> </w:t>
                      </w:r>
                      <w:r>
                        <w:rPr>
                          <w:color w:val="000000"/>
                        </w:rPr>
                        <w:t>random</w:t>
                      </w:r>
                      <w:r>
                        <w:rPr>
                          <w:color w:val="000000"/>
                          <w:spacing w:val="-5"/>
                        </w:rPr>
                        <w:t xml:space="preserve"> </w:t>
                      </w:r>
                      <w:r>
                        <w:rPr>
                          <w:color w:val="000000"/>
                        </w:rPr>
                        <w:t>Twitter</w:t>
                      </w:r>
                      <w:r>
                        <w:rPr>
                          <w:color w:val="000000"/>
                          <w:spacing w:val="-4"/>
                        </w:rPr>
                        <w:t xml:space="preserve"> </w:t>
                      </w:r>
                      <w:r>
                        <w:rPr>
                          <w:color w:val="000000"/>
                        </w:rPr>
                        <w:t>account</w:t>
                      </w:r>
                      <w:r>
                        <w:rPr>
                          <w:color w:val="000000"/>
                          <w:spacing w:val="-4"/>
                        </w:rPr>
                        <w:t xml:space="preserve"> </w:t>
                      </w:r>
                      <w:r>
                        <w:rPr>
                          <w:color w:val="000000"/>
                        </w:rPr>
                        <w:t>or Facebook article or YouTube influencer.</w:t>
                      </w:r>
                    </w:p>
                  </w:txbxContent>
                </v:textbox>
                <w10:wrap type="topAndBottom" anchorx="page"/>
              </v:shape>
            </w:pict>
          </mc:Fallback>
        </mc:AlternateContent>
      </w:r>
    </w:p>
    <w:p w14:paraId="14A62026"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442C0462" w14:textId="77777777" w:rsidR="00272EEF" w:rsidRPr="00272EEF" w:rsidRDefault="00272EEF" w:rsidP="00272EEF">
      <w:pPr>
        <w:widowControl w:val="0"/>
        <w:autoSpaceDE w:val="0"/>
        <w:autoSpaceDN w:val="0"/>
        <w:spacing w:before="81" w:after="0" w:line="240" w:lineRule="auto"/>
        <w:jc w:val="both"/>
        <w:rPr>
          <w:rFonts w:ascii="Arial" w:eastAsia="Arial" w:hAnsi="Arial" w:cs="Arial"/>
          <w:kern w:val="0"/>
          <w:lang w:val="en-US"/>
          <w14:ligatures w14:val="none"/>
        </w:rPr>
      </w:pPr>
    </w:p>
    <w:p w14:paraId="67B0EE61"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Lean</w:t>
      </w:r>
      <w:r w:rsidRPr="00272EEF">
        <w:rPr>
          <w:rFonts w:ascii="Arial" w:eastAsia="Arial" w:hAnsi="Arial" w:cs="Arial"/>
          <w:b/>
          <w:bCs/>
          <w:spacing w:val="-6"/>
          <w:kern w:val="0"/>
          <w:lang w:val="en-US"/>
          <w14:ligatures w14:val="none"/>
        </w:rPr>
        <w:t xml:space="preserve"> </w:t>
      </w:r>
      <w:r w:rsidRPr="00272EEF">
        <w:rPr>
          <w:rFonts w:ascii="Arial" w:eastAsia="Arial" w:hAnsi="Arial" w:cs="Arial"/>
          <w:b/>
          <w:bCs/>
          <w:kern w:val="0"/>
          <w:lang w:val="en-US"/>
          <w14:ligatures w14:val="none"/>
        </w:rPr>
        <w:t>Thinking:</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value,</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value</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streams,</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flow,</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pull,</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perfection,</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trust</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and</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respect</w:t>
      </w:r>
    </w:p>
    <w:p w14:paraId="09B5E3B9" w14:textId="77777777" w:rsidR="00272EEF" w:rsidRPr="00272EEF" w:rsidRDefault="00272EEF" w:rsidP="00272EEF">
      <w:pPr>
        <w:widowControl w:val="0"/>
        <w:autoSpaceDE w:val="0"/>
        <w:autoSpaceDN w:val="0"/>
        <w:spacing w:before="38"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Lean thinking encompasses the principles of value, value streams, flow, pull, perfection and trust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respect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places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strong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emphasis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delivering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customers,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 xml:space="preserve">streamlining processes, maintaining smooth workflow, producing based on demand, and striving for perfection by eliminating waste and improving quality. This comprehensive methodology has found widespread application across industries, resulting in increased productivity, cost reduction, enhanced quality and a more engaged workforce that works with mutual trust and </w:t>
      </w:r>
      <w:r w:rsidRPr="00272EEF">
        <w:rPr>
          <w:rFonts w:ascii="Arial" w:eastAsia="Arial" w:hAnsi="Arial" w:cs="Arial"/>
          <w:spacing w:val="-2"/>
          <w:kern w:val="0"/>
          <w:lang w:val="en-US"/>
          <w14:ligatures w14:val="none"/>
        </w:rPr>
        <w:t>respect.</w:t>
      </w:r>
    </w:p>
    <w:p w14:paraId="21EDD393"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3BDA7E0D"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Lean</w:t>
      </w:r>
      <w:r w:rsidRPr="00272EEF">
        <w:rPr>
          <w:rFonts w:ascii="Arial" w:eastAsia="Arial" w:hAnsi="Arial" w:cs="Arial"/>
          <w:b/>
          <w:bCs/>
          <w:spacing w:val="-6"/>
          <w:kern w:val="0"/>
          <w:lang w:val="en-US"/>
          <w14:ligatures w14:val="none"/>
        </w:rPr>
        <w:t xml:space="preserve"> </w:t>
      </w:r>
      <w:r w:rsidRPr="00272EEF">
        <w:rPr>
          <w:rFonts w:ascii="Arial" w:eastAsia="Arial" w:hAnsi="Arial" w:cs="Arial"/>
          <w:b/>
          <w:bCs/>
          <w:kern w:val="0"/>
          <w:lang w:val="en-US"/>
          <w14:ligatures w14:val="none"/>
        </w:rPr>
        <w:t>system</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thinking:</w:t>
      </w:r>
      <w:r w:rsidRPr="00272EEF">
        <w:rPr>
          <w:rFonts w:ascii="Arial" w:eastAsia="Arial" w:hAnsi="Arial" w:cs="Arial"/>
          <w:b/>
          <w:bCs/>
          <w:spacing w:val="-5"/>
          <w:kern w:val="0"/>
          <w:lang w:val="en-US"/>
          <w14:ligatures w14:val="none"/>
        </w:rPr>
        <w:t xml:space="preserve"> </w:t>
      </w:r>
      <w:r w:rsidRPr="00272EEF">
        <w:rPr>
          <w:rFonts w:ascii="Arial" w:eastAsia="Arial" w:hAnsi="Arial" w:cs="Arial"/>
          <w:b/>
          <w:bCs/>
          <w:kern w:val="0"/>
          <w:lang w:val="en-US"/>
          <w14:ligatures w14:val="none"/>
        </w:rPr>
        <w:t>collaborative</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spacing w:val="-2"/>
          <w:kern w:val="0"/>
          <w:lang w:val="en-US"/>
          <w14:ligatures w14:val="none"/>
        </w:rPr>
        <w:t>technology</w:t>
      </w:r>
    </w:p>
    <w:p w14:paraId="482295C9" w14:textId="77777777" w:rsidR="00272EEF" w:rsidRPr="00272EEF" w:rsidRDefault="00272EEF" w:rsidP="00272EEF">
      <w:pPr>
        <w:widowControl w:val="0"/>
        <w:autoSpaceDE w:val="0"/>
        <w:autoSpaceDN w:val="0"/>
        <w:spacing w:before="38" w:after="0" w:line="276" w:lineRule="auto"/>
        <w:ind w:left="100" w:right="630"/>
        <w:jc w:val="both"/>
        <w:rPr>
          <w:rFonts w:ascii="Arial" w:eastAsia="Arial" w:hAnsi="Arial" w:cs="Arial"/>
          <w:kern w:val="0"/>
          <w:lang w:val="en-US"/>
          <w14:ligatures w14:val="none"/>
        </w:rPr>
      </w:pPr>
      <w:r w:rsidRPr="00272EEF">
        <w:rPr>
          <w:rFonts w:ascii="Arial" w:eastAsia="Arial" w:hAnsi="Arial" w:cs="Arial"/>
          <w:kern w:val="0"/>
          <w:lang w:val="en-US"/>
          <w14:ligatures w14:val="none"/>
        </w:rPr>
        <w:t xml:space="preserve">One reason we refer to </w:t>
      </w:r>
      <w:r w:rsidRPr="00272EEF">
        <w:rPr>
          <w:rFonts w:ascii="Arial" w:eastAsia="Arial" w:hAnsi="Arial" w:cs="Arial"/>
          <w:i/>
          <w:kern w:val="0"/>
          <w:lang w:val="en-US"/>
          <w14:ligatures w14:val="none"/>
        </w:rPr>
        <w:t xml:space="preserve">blockchain </w:t>
      </w:r>
      <w:r w:rsidRPr="00272EEF">
        <w:rPr>
          <w:rFonts w:ascii="Arial" w:eastAsia="Arial" w:hAnsi="Arial" w:cs="Arial"/>
          <w:kern w:val="0"/>
          <w:lang w:val="en-US"/>
          <w14:ligatures w14:val="none"/>
        </w:rPr>
        <w:t xml:space="preserve">as a </w:t>
      </w:r>
      <w:r w:rsidRPr="00272EEF">
        <w:rPr>
          <w:rFonts w:ascii="Arial" w:eastAsia="Arial" w:hAnsi="Arial" w:cs="Arial"/>
          <w:i/>
          <w:kern w:val="0"/>
          <w:lang w:val="en-US"/>
          <w14:ligatures w14:val="none"/>
        </w:rPr>
        <w:t xml:space="preserve">lean system technology </w:t>
      </w:r>
      <w:r w:rsidRPr="00272EEF">
        <w:rPr>
          <w:rFonts w:ascii="Arial" w:eastAsia="Arial" w:hAnsi="Arial" w:cs="Arial"/>
          <w:kern w:val="0"/>
          <w:lang w:val="en-US"/>
          <w14:ligatures w14:val="none"/>
        </w:rPr>
        <w:t>is because the technology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facilitates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collaboration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removal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i/>
          <w:kern w:val="0"/>
          <w:lang w:val="en-US"/>
          <w14:ligatures w14:val="none"/>
        </w:rPr>
        <w:t>silos</w:t>
      </w:r>
      <w:r w:rsidRPr="00272EEF">
        <w:rPr>
          <w:rFonts w:ascii="Arial" w:eastAsia="Arial" w:hAnsi="Arial" w:cs="Arial"/>
          <w:kern w:val="0"/>
          <w:lang w:val="en-US"/>
          <w14:ligatures w14:val="none"/>
        </w:rPr>
        <w:t>.</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Power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control</w:t>
      </w:r>
      <w:r w:rsidRPr="00272EEF">
        <w:rPr>
          <w:rFonts w:ascii="Arial" w:eastAsia="Arial" w:hAnsi="Arial" w:cs="Arial"/>
          <w:spacing w:val="-4"/>
          <w:kern w:val="0"/>
          <w:lang w:val="en-US"/>
          <w14:ligatures w14:val="none"/>
        </w:rPr>
        <w:t xml:space="preserve"> are </w:t>
      </w:r>
      <w:r w:rsidRPr="00272EEF">
        <w:rPr>
          <w:rFonts w:ascii="Arial" w:eastAsia="Arial" w:hAnsi="Arial" w:cs="Arial"/>
          <w:kern w:val="0"/>
          <w:lang w:val="en-US"/>
          <w14:ligatures w14:val="none"/>
        </w:rPr>
        <w:t>decentralized and not</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in the hands of a single or small group of entities.</w:t>
      </w:r>
    </w:p>
    <w:p w14:paraId="71D90A6C"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2E71B93C" w14:textId="77777777" w:rsidR="00272EEF" w:rsidRPr="00272EEF" w:rsidRDefault="00272EEF" w:rsidP="00272EEF">
      <w:pPr>
        <w:widowControl w:val="0"/>
        <w:autoSpaceDE w:val="0"/>
        <w:autoSpaceDN w:val="0"/>
        <w:spacing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t>Blockchain technology is at its best when multiple diverse parties must cooperate, trust cannot</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be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assumed,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transactions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or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data</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require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transparency,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tamper-proofing,</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 validation by all participants.</w:t>
      </w:r>
    </w:p>
    <w:p w14:paraId="5BDC1121"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660" w:right="760" w:bottom="1000" w:left="1340" w:header="0" w:footer="811" w:gutter="0"/>
          <w:cols w:space="720"/>
        </w:sectPr>
      </w:pPr>
    </w:p>
    <w:p w14:paraId="248A1321" w14:textId="77777777" w:rsidR="00272EEF" w:rsidRPr="00272EEF" w:rsidRDefault="00272EEF" w:rsidP="00272EEF">
      <w:pPr>
        <w:widowControl w:val="0"/>
        <w:autoSpaceDE w:val="0"/>
        <w:autoSpaceDN w:val="0"/>
        <w:spacing w:before="80"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lastRenderedPageBreak/>
        <w:t>Blockchain's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greatest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advantage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over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more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traditional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data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systems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lies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its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ability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track transaction statuses across a network of diverse stakeholders, making this information accessible and verifiable by all participants. In this decentralized network, the time and occurrence of transactions become irrefutably documented. This capacity to verify transactions without intermediaries opens the door to groundbreaking opportunities for establishing trust on the internet. In a manner like the internet itself, blockchain is ushering in new organisational models, revenue structures, persuasive strategies, products, and customer interactions.</w:t>
      </w:r>
    </w:p>
    <w:p w14:paraId="600CA14B" w14:textId="77777777" w:rsidR="00272EEF" w:rsidRPr="00272EEF" w:rsidRDefault="00272EEF" w:rsidP="00272EEF">
      <w:pPr>
        <w:widowControl w:val="0"/>
        <w:autoSpaceDE w:val="0"/>
        <w:autoSpaceDN w:val="0"/>
        <w:spacing w:before="18"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mc:AlternateContent>
          <mc:Choice Requires="wps">
            <w:drawing>
              <wp:anchor distT="0" distB="0" distL="0" distR="0" simplePos="0" relativeHeight="251665408" behindDoc="1" locked="0" layoutInCell="1" allowOverlap="1" wp14:anchorId="20CE48DC" wp14:editId="24CDD2CD">
                <wp:simplePos x="0" y="0"/>
                <wp:positionH relativeFrom="page">
                  <wp:posOffset>920750</wp:posOffset>
                </wp:positionH>
                <wp:positionV relativeFrom="paragraph">
                  <wp:posOffset>179444</wp:posOffset>
                </wp:positionV>
                <wp:extent cx="5715000" cy="520700"/>
                <wp:effectExtent l="0" t="0" r="19050" b="12700"/>
                <wp:wrapTopAndBottom/>
                <wp:docPr id="41" name="Textbox 41" descr="P320TB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520700"/>
                        </a:xfrm>
                        <a:prstGeom prst="rect">
                          <a:avLst/>
                        </a:prstGeom>
                        <a:solidFill>
                          <a:srgbClr val="C8DAF8"/>
                        </a:solidFill>
                        <a:ln w="12696">
                          <a:solidFill>
                            <a:srgbClr val="000000"/>
                          </a:solidFill>
                          <a:prstDash val="solid"/>
                        </a:ln>
                      </wps:spPr>
                      <wps:txbx>
                        <w:txbxContent>
                          <w:p w14:paraId="27F8B1B6" w14:textId="77777777" w:rsidR="00272EEF" w:rsidRDefault="00272EEF" w:rsidP="00272EEF">
                            <w:pPr>
                              <w:pStyle w:val="BodyText"/>
                              <w:spacing w:before="118" w:line="276" w:lineRule="auto"/>
                              <w:ind w:left="85" w:right="186"/>
                              <w:rPr>
                                <w:color w:val="000000"/>
                              </w:rPr>
                            </w:pPr>
                            <w:r>
                              <w:rPr>
                                <w:color w:val="000000"/>
                              </w:rPr>
                              <w:t>Blockchain</w:t>
                            </w:r>
                            <w:r>
                              <w:rPr>
                                <w:color w:val="000000"/>
                                <w:spacing w:val="-9"/>
                              </w:rPr>
                              <w:t xml:space="preserve"> </w:t>
                            </w:r>
                            <w:r>
                              <w:rPr>
                                <w:color w:val="000000"/>
                              </w:rPr>
                              <w:t>technology,</w:t>
                            </w:r>
                            <w:r>
                              <w:rPr>
                                <w:color w:val="000000"/>
                                <w:spacing w:val="-9"/>
                              </w:rPr>
                              <w:t xml:space="preserve"> </w:t>
                            </w:r>
                            <w:r>
                              <w:rPr>
                                <w:color w:val="000000"/>
                              </w:rPr>
                              <w:t>also</w:t>
                            </w:r>
                            <w:r>
                              <w:rPr>
                                <w:color w:val="000000"/>
                                <w:spacing w:val="-9"/>
                              </w:rPr>
                              <w:t xml:space="preserve"> </w:t>
                            </w:r>
                            <w:r>
                              <w:rPr>
                                <w:color w:val="000000"/>
                              </w:rPr>
                              <w:t>called</w:t>
                            </w:r>
                            <w:r>
                              <w:rPr>
                                <w:color w:val="000000"/>
                                <w:spacing w:val="-9"/>
                              </w:rPr>
                              <w:t xml:space="preserve"> </w:t>
                            </w:r>
                            <w:r>
                              <w:rPr>
                                <w:color w:val="000000"/>
                              </w:rPr>
                              <w:t>Distributed</w:t>
                            </w:r>
                            <w:r>
                              <w:rPr>
                                <w:color w:val="000000"/>
                                <w:spacing w:val="-9"/>
                              </w:rPr>
                              <w:t xml:space="preserve"> </w:t>
                            </w:r>
                            <w:r>
                              <w:rPr>
                                <w:color w:val="000000"/>
                              </w:rPr>
                              <w:t>Ledger</w:t>
                            </w:r>
                            <w:r>
                              <w:rPr>
                                <w:color w:val="000000"/>
                                <w:spacing w:val="-9"/>
                              </w:rPr>
                              <w:t xml:space="preserve"> </w:t>
                            </w:r>
                            <w:r>
                              <w:rPr>
                                <w:color w:val="000000"/>
                              </w:rPr>
                              <w:t>Technology</w:t>
                            </w:r>
                            <w:r>
                              <w:rPr>
                                <w:color w:val="000000"/>
                                <w:spacing w:val="-9"/>
                              </w:rPr>
                              <w:t xml:space="preserve"> </w:t>
                            </w:r>
                            <w:r>
                              <w:rPr>
                                <w:color w:val="000000"/>
                              </w:rPr>
                              <w:t>(</w:t>
                            </w:r>
                            <w:r>
                              <w:rPr>
                                <w:color w:val="000000"/>
                                <w:spacing w:val="-9"/>
                              </w:rPr>
                              <w:t xml:space="preserve"> </w:t>
                            </w:r>
                            <w:r>
                              <w:rPr>
                                <w:color w:val="000000"/>
                              </w:rPr>
                              <w:t>DLT</w:t>
                            </w:r>
                            <w:r>
                              <w:rPr>
                                <w:color w:val="000000"/>
                                <w:spacing w:val="-10"/>
                              </w:rPr>
                              <w:t xml:space="preserve"> </w:t>
                            </w:r>
                            <w:r>
                              <w:rPr>
                                <w:color w:val="000000"/>
                              </w:rPr>
                              <w:t>),</w:t>
                            </w:r>
                            <w:r>
                              <w:rPr>
                                <w:color w:val="000000"/>
                                <w:spacing w:val="-9"/>
                              </w:rPr>
                              <w:t xml:space="preserve"> </w:t>
                            </w:r>
                            <w:r>
                              <w:rPr>
                                <w:color w:val="000000"/>
                              </w:rPr>
                              <w:t>means</w:t>
                            </w:r>
                            <w:r>
                              <w:rPr>
                                <w:color w:val="000000"/>
                                <w:spacing w:val="-9"/>
                              </w:rPr>
                              <w:t xml:space="preserve"> </w:t>
                            </w:r>
                            <w:r>
                              <w:rPr>
                                <w:color w:val="000000"/>
                              </w:rPr>
                              <w:t>“not controlled by a single or small group of entities”</w:t>
                            </w:r>
                          </w:p>
                        </w:txbxContent>
                      </wps:txbx>
                      <wps:bodyPr wrap="square" lIns="0" tIns="0" rIns="0" bIns="0" rtlCol="0">
                        <a:noAutofit/>
                      </wps:bodyPr>
                    </wps:wsp>
                  </a:graphicData>
                </a:graphic>
              </wp:anchor>
            </w:drawing>
          </mc:Choice>
          <mc:Fallback>
            <w:pict>
              <v:shape w14:anchorId="20CE48DC" id="Textbox 41" o:spid="_x0000_s1028" type="#_x0000_t202" alt="P320TB63#y1" style="position:absolute;left:0;text-align:left;margin-left:72.5pt;margin-top:14.15pt;width:450pt;height:41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" fillcolor="#c8daf8" strokeweight=".35267mm">
                <v:path arrowok="t"/>
                <v:textbox inset="0,0,0,0">
                  <w:txbxContent>
                    <w:p w14:paraId="27F8B1B6" w14:textId="77777777" w:rsidR="00272EEF" w:rsidRDefault="00272EEF" w:rsidP="00272EEF">
                      <w:pPr>
                        <w:pStyle w:val="BodyText"/>
                        <w:spacing w:before="118" w:line="276" w:lineRule="auto"/>
                        <w:ind w:left="85" w:right="186"/>
                        <w:rPr>
                          <w:color w:val="000000"/>
                        </w:rPr>
                      </w:pPr>
                      <w:r>
                        <w:rPr>
                          <w:color w:val="000000"/>
                        </w:rPr>
                        <w:t>Blockchain</w:t>
                      </w:r>
                      <w:r>
                        <w:rPr>
                          <w:color w:val="000000"/>
                          <w:spacing w:val="-9"/>
                        </w:rPr>
                        <w:t xml:space="preserve"> </w:t>
                      </w:r>
                      <w:r>
                        <w:rPr>
                          <w:color w:val="000000"/>
                        </w:rPr>
                        <w:t>technology,</w:t>
                      </w:r>
                      <w:r>
                        <w:rPr>
                          <w:color w:val="000000"/>
                          <w:spacing w:val="-9"/>
                        </w:rPr>
                        <w:t xml:space="preserve"> </w:t>
                      </w:r>
                      <w:r>
                        <w:rPr>
                          <w:color w:val="000000"/>
                        </w:rPr>
                        <w:t>also</w:t>
                      </w:r>
                      <w:r>
                        <w:rPr>
                          <w:color w:val="000000"/>
                          <w:spacing w:val="-9"/>
                        </w:rPr>
                        <w:t xml:space="preserve"> </w:t>
                      </w:r>
                      <w:r>
                        <w:rPr>
                          <w:color w:val="000000"/>
                        </w:rPr>
                        <w:t>called</w:t>
                      </w:r>
                      <w:r>
                        <w:rPr>
                          <w:color w:val="000000"/>
                          <w:spacing w:val="-9"/>
                        </w:rPr>
                        <w:t xml:space="preserve"> </w:t>
                      </w:r>
                      <w:r>
                        <w:rPr>
                          <w:color w:val="000000"/>
                        </w:rPr>
                        <w:t>Distributed</w:t>
                      </w:r>
                      <w:r>
                        <w:rPr>
                          <w:color w:val="000000"/>
                          <w:spacing w:val="-9"/>
                        </w:rPr>
                        <w:t xml:space="preserve"> </w:t>
                      </w:r>
                      <w:r>
                        <w:rPr>
                          <w:color w:val="000000"/>
                        </w:rPr>
                        <w:t>Ledger</w:t>
                      </w:r>
                      <w:r>
                        <w:rPr>
                          <w:color w:val="000000"/>
                          <w:spacing w:val="-9"/>
                        </w:rPr>
                        <w:t xml:space="preserve"> </w:t>
                      </w:r>
                      <w:r>
                        <w:rPr>
                          <w:color w:val="000000"/>
                        </w:rPr>
                        <w:t>Technology</w:t>
                      </w:r>
                      <w:r>
                        <w:rPr>
                          <w:color w:val="000000"/>
                          <w:spacing w:val="-9"/>
                        </w:rPr>
                        <w:t xml:space="preserve"> </w:t>
                      </w:r>
                      <w:r>
                        <w:rPr>
                          <w:color w:val="000000"/>
                        </w:rPr>
                        <w:t>(</w:t>
                      </w:r>
                      <w:r>
                        <w:rPr>
                          <w:color w:val="000000"/>
                          <w:spacing w:val="-9"/>
                        </w:rPr>
                        <w:t xml:space="preserve"> </w:t>
                      </w:r>
                      <w:r>
                        <w:rPr>
                          <w:color w:val="000000"/>
                        </w:rPr>
                        <w:t>DLT</w:t>
                      </w:r>
                      <w:r>
                        <w:rPr>
                          <w:color w:val="000000"/>
                          <w:spacing w:val="-10"/>
                        </w:rPr>
                        <w:t xml:space="preserve"> </w:t>
                      </w:r>
                      <w:r>
                        <w:rPr>
                          <w:color w:val="000000"/>
                        </w:rPr>
                        <w:t>),</w:t>
                      </w:r>
                      <w:r>
                        <w:rPr>
                          <w:color w:val="000000"/>
                          <w:spacing w:val="-9"/>
                        </w:rPr>
                        <w:t xml:space="preserve"> </w:t>
                      </w:r>
                      <w:r>
                        <w:rPr>
                          <w:color w:val="000000"/>
                        </w:rPr>
                        <w:t>means</w:t>
                      </w:r>
                      <w:r>
                        <w:rPr>
                          <w:color w:val="000000"/>
                          <w:spacing w:val="-9"/>
                        </w:rPr>
                        <w:t xml:space="preserve"> </w:t>
                      </w:r>
                      <w:r>
                        <w:rPr>
                          <w:color w:val="000000"/>
                        </w:rPr>
                        <w:t>“not controlled by a single or small group of entities”</w:t>
                      </w:r>
                    </w:p>
                  </w:txbxContent>
                </v:textbox>
                <w10:wrap type="topAndBottom" anchorx="page"/>
              </v:shape>
            </w:pict>
          </mc:Fallback>
        </mc:AlternateContent>
      </w:r>
    </w:p>
    <w:p w14:paraId="5F949EF3" w14:textId="77777777" w:rsidR="00272EEF" w:rsidRPr="00272EEF" w:rsidRDefault="00272EEF" w:rsidP="00272EEF">
      <w:pPr>
        <w:widowControl w:val="0"/>
        <w:autoSpaceDE w:val="0"/>
        <w:autoSpaceDN w:val="0"/>
        <w:spacing w:before="48" w:after="0" w:line="240" w:lineRule="auto"/>
        <w:jc w:val="both"/>
        <w:rPr>
          <w:rFonts w:ascii="Arial" w:eastAsia="Arial" w:hAnsi="Arial" w:cs="Arial"/>
          <w:kern w:val="0"/>
          <w:lang w:val="en-US"/>
          <w14:ligatures w14:val="none"/>
        </w:rPr>
      </w:pPr>
    </w:p>
    <w:p w14:paraId="63A2AEE9" w14:textId="77777777" w:rsidR="00272EEF" w:rsidRPr="00272EEF" w:rsidRDefault="00272EEF" w:rsidP="00272EEF">
      <w:pPr>
        <w:widowControl w:val="0"/>
        <w:autoSpaceDE w:val="0"/>
        <w:autoSpaceDN w:val="0"/>
        <w:spacing w:after="0" w:line="276" w:lineRule="auto"/>
        <w:ind w:left="100" w:right="630"/>
        <w:jc w:val="both"/>
        <w:rPr>
          <w:rFonts w:ascii="Arial" w:eastAsia="Arial" w:hAnsi="Arial" w:cs="Arial"/>
          <w:kern w:val="0"/>
          <w:lang w:val="en-US"/>
          <w14:ligatures w14:val="none"/>
        </w:rPr>
      </w:pPr>
      <w:r w:rsidRPr="00272EEF">
        <w:rPr>
          <w:rFonts w:ascii="Arial" w:eastAsia="Arial" w:hAnsi="Arial" w:cs="Arial"/>
          <w:kern w:val="0"/>
          <w:lang w:val="en-US"/>
          <w14:ligatures w14:val="none"/>
        </w:rPr>
        <w:t>We are still in the early stages of this transformative journey. At the time of writing this chapter,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similar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stage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1990s—not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 xml:space="preserve">easy solution for rapid change. Mainstream adoption will take some time (perhaps 5 to 10 more years) ... Just as the owner of a record store in 1985 could not envision music's digital accessibility, the adoption of blockchain hinges on gradual evolution rather than immediate </w:t>
      </w:r>
      <w:r w:rsidRPr="00272EEF">
        <w:rPr>
          <w:rFonts w:ascii="Arial" w:eastAsia="Arial" w:hAnsi="Arial" w:cs="Arial"/>
          <w:spacing w:val="-2"/>
          <w:kern w:val="0"/>
          <w:lang w:val="en-US"/>
          <w14:ligatures w14:val="none"/>
        </w:rPr>
        <w:t>revolution.</w:t>
      </w:r>
    </w:p>
    <w:p w14:paraId="731D0A4A" w14:textId="77777777" w:rsidR="00272EEF" w:rsidRPr="00272EEF" w:rsidRDefault="00272EEF" w:rsidP="00272EEF">
      <w:pPr>
        <w:widowControl w:val="0"/>
        <w:autoSpaceDE w:val="0"/>
        <w:autoSpaceDN w:val="0"/>
        <w:spacing w:before="124"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drawing>
          <wp:anchor distT="0" distB="0" distL="0" distR="0" simplePos="0" relativeHeight="251666432" behindDoc="1" locked="0" layoutInCell="1" allowOverlap="1" wp14:anchorId="071CC2C4" wp14:editId="756886D5">
            <wp:simplePos x="0" y="0"/>
            <wp:positionH relativeFrom="page">
              <wp:posOffset>969885</wp:posOffset>
            </wp:positionH>
            <wp:positionV relativeFrom="paragraph">
              <wp:posOffset>240251</wp:posOffset>
            </wp:positionV>
            <wp:extent cx="5714543" cy="2560319"/>
            <wp:effectExtent l="0" t="0" r="635" b="0"/>
            <wp:wrapTopAndBottom/>
            <wp:docPr id="42" name="Image 42" descr="P32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P323#y1"/>
                    <pic:cNvPicPr/>
                  </pic:nvPicPr>
                  <pic:blipFill>
                    <a:blip r:embed="rId12" cstate="print"/>
                    <a:stretch>
                      <a:fillRect/>
                    </a:stretch>
                  </pic:blipFill>
                  <pic:spPr>
                    <a:xfrm>
                      <a:off x="0" y="0"/>
                      <a:ext cx="5714543" cy="2560319"/>
                    </a:xfrm>
                    <a:prstGeom prst="rect">
                      <a:avLst/>
                    </a:prstGeom>
                  </pic:spPr>
                </pic:pic>
              </a:graphicData>
            </a:graphic>
          </wp:anchor>
        </w:drawing>
      </w:r>
    </w:p>
    <w:p w14:paraId="3C20BD6E" w14:textId="77777777" w:rsidR="00272EEF" w:rsidRPr="00272EEF" w:rsidRDefault="00272EEF" w:rsidP="00272EEF">
      <w:pPr>
        <w:widowControl w:val="0"/>
        <w:autoSpaceDE w:val="0"/>
        <w:autoSpaceDN w:val="0"/>
        <w:spacing w:before="158" w:after="0" w:line="240" w:lineRule="auto"/>
        <w:jc w:val="both"/>
        <w:rPr>
          <w:rFonts w:ascii="Arial" w:eastAsia="Arial" w:hAnsi="Arial" w:cs="Arial"/>
          <w:kern w:val="0"/>
          <w:lang w:val="en-US"/>
          <w14:ligatures w14:val="none"/>
        </w:rPr>
      </w:pPr>
    </w:p>
    <w:p w14:paraId="4F100B3D"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Paradigm</w:t>
      </w:r>
      <w:r w:rsidRPr="00272EEF">
        <w:rPr>
          <w:rFonts w:ascii="Arial" w:eastAsia="Arial" w:hAnsi="Arial" w:cs="Arial"/>
          <w:b/>
          <w:bCs/>
          <w:spacing w:val="-2"/>
          <w:kern w:val="0"/>
          <w:lang w:val="en-US"/>
          <w14:ligatures w14:val="none"/>
        </w:rPr>
        <w:t xml:space="preserve"> Shift</w:t>
      </w:r>
    </w:p>
    <w:p w14:paraId="358BFAAD" w14:textId="77777777" w:rsidR="00272EEF" w:rsidRPr="00272EEF" w:rsidRDefault="00272EEF" w:rsidP="00272EEF">
      <w:pPr>
        <w:widowControl w:val="0"/>
        <w:autoSpaceDE w:val="0"/>
        <w:autoSpaceDN w:val="0"/>
        <w:spacing w:before="38" w:after="0" w:line="276" w:lineRule="auto"/>
        <w:ind w:left="100" w:right="744"/>
        <w:jc w:val="both"/>
        <w:rPr>
          <w:rFonts w:ascii="Arial" w:eastAsia="Arial" w:hAnsi="Arial" w:cs="Arial"/>
          <w:kern w:val="0"/>
          <w:lang w:val="en-US"/>
          <w14:ligatures w14:val="none"/>
        </w:rPr>
      </w:pPr>
      <w:r w:rsidRPr="00272EEF">
        <w:rPr>
          <w:rFonts w:ascii="Arial" w:eastAsia="Arial" w:hAnsi="Arial" w:cs="Arial"/>
          <w:kern w:val="0"/>
          <w:lang w:val="en-US"/>
          <w14:ligatures w14:val="none"/>
        </w:rPr>
        <w:t>Numerous processes withhold information from Stakeholders, based on distinct interests and objectives. Non-disclosure can be a deliberate strategic choice, integral to business models.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Moreover,</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companies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often</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compartmentalise</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into</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departments,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functions,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systems, or roles, further fragmenting information and internal power dynamics. This fragmentation through "silo thinking" and "silo organising" obstructs the smooth flow of product, payment, and information streams, rendering processes less predictable. This unpredictability yields problems and challenges, which provides opportunities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for Lean practitioners and consultants to introduce the concepts and technology of blockchain and Web3.</w:t>
      </w:r>
    </w:p>
    <w:p w14:paraId="561C9EAE"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23005F44" w14:textId="77777777" w:rsidR="00272EEF" w:rsidRPr="00272EEF" w:rsidRDefault="00272EEF" w:rsidP="00272EEF">
      <w:pPr>
        <w:widowControl w:val="0"/>
        <w:autoSpaceDE w:val="0"/>
        <w:autoSpaceDN w:val="0"/>
        <w:spacing w:after="0" w:line="276" w:lineRule="auto"/>
        <w:ind w:left="100" w:right="565"/>
        <w:jc w:val="both"/>
        <w:rPr>
          <w:rFonts w:ascii="Arial" w:eastAsia="Arial" w:hAnsi="Arial" w:cs="Arial"/>
          <w:kern w:val="0"/>
          <w:lang w:val="en-US"/>
          <w14:ligatures w14:val="none"/>
        </w:rPr>
        <w:sectPr w:rsidR="00272EEF" w:rsidRPr="00272EEF" w:rsidSect="00272EEF">
          <w:pgSz w:w="11920" w:h="16840"/>
          <w:pgMar w:top="1360" w:right="760" w:bottom="1000" w:left="1340" w:header="0" w:footer="811" w:gutter="0"/>
          <w:cols w:space="720"/>
        </w:sectPr>
      </w:pPr>
      <w:r w:rsidRPr="00272EEF">
        <w:rPr>
          <w:rFonts w:ascii="Arial" w:eastAsia="Arial" w:hAnsi="Arial" w:cs="Arial"/>
          <w:kern w:val="0"/>
          <w:lang w:val="en-US"/>
          <w14:ligatures w14:val="none"/>
        </w:rPr>
        <w:t>The adverse effects of information fragmentation, characterised by fluctuating demand downstream,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are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referred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"Bullwhip"</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effect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whip-lash</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effect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within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supply chain.</w:t>
      </w:r>
    </w:p>
    <w:p w14:paraId="60537650" w14:textId="77777777" w:rsidR="00272EEF" w:rsidRPr="00272EEF" w:rsidRDefault="00272EEF" w:rsidP="00272EEF">
      <w:pPr>
        <w:widowControl w:val="0"/>
        <w:autoSpaceDE w:val="0"/>
        <w:autoSpaceDN w:val="0"/>
        <w:spacing w:before="80" w:after="0" w:line="276" w:lineRule="auto"/>
        <w:ind w:right="764"/>
        <w:jc w:val="both"/>
        <w:rPr>
          <w:rFonts w:ascii="Arial" w:eastAsia="Arial" w:hAnsi="Arial" w:cs="Arial"/>
          <w:kern w:val="0"/>
          <w:lang w:val="en-US"/>
          <w14:ligatures w14:val="none"/>
        </w:rPr>
      </w:pPr>
      <w:r w:rsidRPr="00272EEF">
        <w:rPr>
          <w:rFonts w:ascii="Arial" w:eastAsia="Arial" w:hAnsi="Arial" w:cs="Arial"/>
          <w:kern w:val="0"/>
          <w:lang w:val="en-US"/>
          <w14:ligatures w14:val="none"/>
        </w:rPr>
        <w:lastRenderedPageBreak/>
        <w:t>This phenomenon occurs when information arrives late, leading to automatic inventory fluctuations. Imagine the transformation if we shared critical information with our chain partners, such as customers providing real-time product feedback. This could dramatically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impact</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lead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times,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quality,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customer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satisfaction,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we will</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explore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later.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One can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envision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"supermarket</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model"</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where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all</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stakeholders</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gain</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insight</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into</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"who,</w:t>
      </w:r>
      <w:r w:rsidRPr="00272EEF">
        <w:rPr>
          <w:rFonts w:ascii="Arial" w:eastAsia="Arial" w:hAnsi="Arial" w:cs="Arial"/>
          <w:spacing w:val="-1"/>
          <w:kern w:val="0"/>
          <w:lang w:val="en-US"/>
          <w14:ligatures w14:val="none"/>
        </w:rPr>
        <w:t xml:space="preserve"> </w:t>
      </w:r>
      <w:r w:rsidRPr="00272EEF">
        <w:rPr>
          <w:rFonts w:ascii="Arial" w:eastAsia="Arial" w:hAnsi="Arial" w:cs="Arial"/>
          <w:kern w:val="0"/>
          <w:lang w:val="en-US"/>
          <w14:ligatures w14:val="none"/>
        </w:rPr>
        <w:t>what, where, and when" of a process. The implications for the Bullwhip effect are profound.</w:t>
      </w:r>
    </w:p>
    <w:p w14:paraId="7CEEC741"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6F5F13E7" w14:textId="77777777" w:rsidR="00272EEF" w:rsidRPr="00272EEF" w:rsidRDefault="00272EEF" w:rsidP="00272EEF">
      <w:pPr>
        <w:widowControl w:val="0"/>
        <w:autoSpaceDE w:val="0"/>
        <w:autoSpaceDN w:val="0"/>
        <w:spacing w:before="1" w:after="0" w:line="276" w:lineRule="auto"/>
        <w:ind w:left="743" w:right="969" w:hanging="2"/>
        <w:jc w:val="both"/>
        <w:rPr>
          <w:rFonts w:ascii="Arial" w:eastAsia="Arial" w:hAnsi="Arial" w:cs="Arial"/>
          <w:b/>
          <w:kern w:val="0"/>
          <w:lang w:val="en-US"/>
          <w14:ligatures w14:val="none"/>
        </w:rPr>
      </w:pPr>
      <w:r w:rsidRPr="00272EEF">
        <w:rPr>
          <w:rFonts w:ascii="Arial" w:eastAsia="Arial" w:hAnsi="Arial" w:cs="Arial"/>
          <w:b/>
          <w:kern w:val="0"/>
          <w:lang w:val="en-US"/>
          <w14:ligatures w14:val="none"/>
        </w:rPr>
        <w:t>’Blockchain technology provides a solution to the problem of information fragmentation</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and</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information</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silos,</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characterised</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for</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example</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by</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fluctuating demand downstream in a supply-chain creating the "Bullwhip" effect.</w:t>
      </w:r>
    </w:p>
    <w:p w14:paraId="2D8B7889" w14:textId="77777777" w:rsidR="00272EEF" w:rsidRPr="00272EEF" w:rsidRDefault="00272EEF" w:rsidP="00272EEF">
      <w:pPr>
        <w:widowControl w:val="0"/>
        <w:autoSpaceDE w:val="0"/>
        <w:autoSpaceDN w:val="0"/>
        <w:spacing w:after="0" w:line="276" w:lineRule="auto"/>
        <w:ind w:left="447" w:right="1034" w:hanging="1"/>
        <w:jc w:val="both"/>
        <w:rPr>
          <w:rFonts w:ascii="Arial" w:eastAsia="Arial" w:hAnsi="Arial" w:cs="Arial"/>
          <w:b/>
          <w:kern w:val="0"/>
          <w:lang w:val="en-US"/>
          <w14:ligatures w14:val="none"/>
        </w:rPr>
      </w:pPr>
      <w:r w:rsidRPr="00272EEF">
        <w:rPr>
          <w:rFonts w:ascii="Arial" w:eastAsia="Arial" w:hAnsi="Arial" w:cs="Arial"/>
          <w:noProof/>
          <w:kern w:val="0"/>
          <w:lang w:val="en-US"/>
          <w14:ligatures w14:val="none"/>
        </w:rPr>
        <w:drawing>
          <wp:anchor distT="0" distB="0" distL="0" distR="0" simplePos="0" relativeHeight="251667456" behindDoc="1" locked="0" layoutInCell="1" allowOverlap="1" wp14:anchorId="46098AF8" wp14:editId="77253404">
            <wp:simplePos x="0" y="0"/>
            <wp:positionH relativeFrom="page">
              <wp:posOffset>933450</wp:posOffset>
            </wp:positionH>
            <wp:positionV relativeFrom="paragraph">
              <wp:posOffset>573235</wp:posOffset>
            </wp:positionV>
            <wp:extent cx="5727119" cy="3301174"/>
            <wp:effectExtent l="0" t="0" r="6985" b="0"/>
            <wp:wrapTopAndBottom/>
            <wp:docPr id="43" name="Image 43" descr="P33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P332#y1"/>
                    <pic:cNvPicPr/>
                  </pic:nvPicPr>
                  <pic:blipFill>
                    <a:blip r:embed="rId13" cstate="print"/>
                    <a:stretch>
                      <a:fillRect/>
                    </a:stretch>
                  </pic:blipFill>
                  <pic:spPr>
                    <a:xfrm>
                      <a:off x="0" y="0"/>
                      <a:ext cx="5727119" cy="3301174"/>
                    </a:xfrm>
                    <a:prstGeom prst="rect">
                      <a:avLst/>
                    </a:prstGeom>
                  </pic:spPr>
                </pic:pic>
              </a:graphicData>
            </a:graphic>
          </wp:anchor>
        </w:drawing>
      </w:r>
      <w:r w:rsidRPr="00272EEF">
        <w:rPr>
          <w:rFonts w:ascii="Arial" w:eastAsia="Arial" w:hAnsi="Arial" w:cs="Arial"/>
          <w:b/>
          <w:kern w:val="0"/>
          <w:lang w:val="en-US"/>
          <w14:ligatures w14:val="none"/>
        </w:rPr>
        <w:t>Imagine the reduction in waste and gains in sustainability if we shared critical information</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in</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real-time</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with</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supply-chain</w:t>
      </w:r>
      <w:r w:rsidRPr="00272EEF">
        <w:rPr>
          <w:rFonts w:ascii="Arial" w:eastAsia="Arial" w:hAnsi="Arial" w:cs="Arial"/>
          <w:b/>
          <w:spacing w:val="-6"/>
          <w:kern w:val="0"/>
          <w:lang w:val="en-US"/>
          <w14:ligatures w14:val="none"/>
        </w:rPr>
        <w:t xml:space="preserve"> </w:t>
      </w:r>
      <w:r w:rsidRPr="00272EEF">
        <w:rPr>
          <w:rFonts w:ascii="Arial" w:eastAsia="Arial" w:hAnsi="Arial" w:cs="Arial"/>
          <w:b/>
          <w:kern w:val="0"/>
          <w:lang w:val="en-US"/>
          <w14:ligatures w14:val="none"/>
        </w:rPr>
        <w:t>stakeholders,</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partners,</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suppliers</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and customers who need it to make decisions.</w:t>
      </w:r>
    </w:p>
    <w:p w14:paraId="5A9BDDBC" w14:textId="77777777" w:rsidR="00272EEF" w:rsidRPr="00272EEF" w:rsidRDefault="00272EEF" w:rsidP="00272EEF">
      <w:pPr>
        <w:widowControl w:val="0"/>
        <w:autoSpaceDE w:val="0"/>
        <w:autoSpaceDN w:val="0"/>
        <w:spacing w:after="0" w:line="240" w:lineRule="auto"/>
        <w:jc w:val="both"/>
        <w:rPr>
          <w:rFonts w:ascii="Arial" w:eastAsia="Arial" w:hAnsi="Arial" w:cs="Arial"/>
          <w:b/>
          <w:kern w:val="0"/>
          <w:lang w:val="en-US"/>
          <w14:ligatures w14:val="none"/>
        </w:rPr>
      </w:pPr>
    </w:p>
    <w:p w14:paraId="28965774" w14:textId="77777777" w:rsidR="00272EEF" w:rsidRPr="00272EEF" w:rsidRDefault="00272EEF" w:rsidP="00272EEF">
      <w:pPr>
        <w:widowControl w:val="0"/>
        <w:autoSpaceDE w:val="0"/>
        <w:autoSpaceDN w:val="0"/>
        <w:spacing w:after="0" w:line="240" w:lineRule="auto"/>
        <w:jc w:val="both"/>
        <w:rPr>
          <w:rFonts w:ascii="Arial" w:eastAsia="Arial" w:hAnsi="Arial" w:cs="Arial"/>
          <w:b/>
          <w:kern w:val="0"/>
          <w:lang w:val="en-US"/>
          <w14:ligatures w14:val="none"/>
        </w:rPr>
      </w:pPr>
    </w:p>
    <w:p w14:paraId="2AA5D508" w14:textId="77777777" w:rsidR="00272EEF" w:rsidRPr="00272EEF" w:rsidRDefault="00272EEF" w:rsidP="00272EEF">
      <w:pPr>
        <w:widowControl w:val="0"/>
        <w:autoSpaceDE w:val="0"/>
        <w:autoSpaceDN w:val="0"/>
        <w:spacing w:before="41" w:after="0" w:line="240" w:lineRule="auto"/>
        <w:jc w:val="both"/>
        <w:rPr>
          <w:rFonts w:ascii="Arial" w:eastAsia="Arial" w:hAnsi="Arial" w:cs="Arial"/>
          <w:b/>
          <w:kern w:val="0"/>
          <w:lang w:val="en-US"/>
          <w14:ligatures w14:val="none"/>
        </w:rPr>
      </w:pPr>
    </w:p>
    <w:p w14:paraId="36EA7038" w14:textId="77777777" w:rsidR="00272EEF" w:rsidRPr="00272EEF" w:rsidRDefault="00272EEF" w:rsidP="00272EEF">
      <w:pPr>
        <w:widowControl w:val="0"/>
        <w:autoSpaceDE w:val="0"/>
        <w:autoSpaceDN w:val="0"/>
        <w:spacing w:before="1" w:after="0" w:line="240" w:lineRule="auto"/>
        <w:ind w:left="257"/>
        <w:jc w:val="both"/>
        <w:rPr>
          <w:rFonts w:ascii="Arial" w:eastAsia="Arial" w:hAnsi="Arial" w:cs="Arial"/>
          <w:b/>
          <w:kern w:val="0"/>
          <w:lang w:val="en-US"/>
          <w14:ligatures w14:val="none"/>
        </w:rPr>
      </w:pPr>
      <w:r w:rsidRPr="00272EEF">
        <w:rPr>
          <w:rFonts w:ascii="Arial" w:eastAsia="Arial" w:hAnsi="Arial" w:cs="Arial"/>
          <w:b/>
          <w:kern w:val="0"/>
          <w:lang w:val="en-US"/>
          <w14:ligatures w14:val="none"/>
        </w:rPr>
        <w:t>Lean</w:t>
      </w:r>
      <w:r w:rsidRPr="00272EEF">
        <w:rPr>
          <w:rFonts w:ascii="Arial" w:eastAsia="Arial" w:hAnsi="Arial" w:cs="Arial"/>
          <w:b/>
          <w:spacing w:val="-4"/>
          <w:kern w:val="0"/>
          <w:lang w:val="en-US"/>
          <w14:ligatures w14:val="none"/>
        </w:rPr>
        <w:t xml:space="preserve"> </w:t>
      </w:r>
      <w:r w:rsidRPr="00272EEF">
        <w:rPr>
          <w:rFonts w:ascii="Arial" w:eastAsia="Arial" w:hAnsi="Arial" w:cs="Arial"/>
          <w:b/>
          <w:kern w:val="0"/>
          <w:lang w:val="en-US"/>
          <w14:ligatures w14:val="none"/>
        </w:rPr>
        <w:t>drivers</w:t>
      </w:r>
      <w:r w:rsidRPr="00272EEF">
        <w:rPr>
          <w:rFonts w:ascii="Arial" w:eastAsia="Arial" w:hAnsi="Arial" w:cs="Arial"/>
          <w:b/>
          <w:spacing w:val="-4"/>
          <w:kern w:val="0"/>
          <w:lang w:val="en-US"/>
          <w14:ligatures w14:val="none"/>
        </w:rPr>
        <w:t xml:space="preserve"> </w:t>
      </w:r>
      <w:r w:rsidRPr="00272EEF">
        <w:rPr>
          <w:rFonts w:ascii="Arial" w:eastAsia="Arial" w:hAnsi="Arial" w:cs="Arial"/>
          <w:b/>
          <w:kern w:val="0"/>
          <w:lang w:val="en-US"/>
          <w14:ligatures w14:val="none"/>
        </w:rPr>
        <w:t>behind</w:t>
      </w:r>
      <w:r w:rsidRPr="00272EEF">
        <w:rPr>
          <w:rFonts w:ascii="Arial" w:eastAsia="Arial" w:hAnsi="Arial" w:cs="Arial"/>
          <w:b/>
          <w:spacing w:val="-3"/>
          <w:kern w:val="0"/>
          <w:lang w:val="en-US"/>
          <w14:ligatures w14:val="none"/>
        </w:rPr>
        <w:t xml:space="preserve"> </w:t>
      </w:r>
      <w:r w:rsidRPr="00272EEF">
        <w:rPr>
          <w:rFonts w:ascii="Arial" w:eastAsia="Arial" w:hAnsi="Arial" w:cs="Arial"/>
          <w:b/>
          <w:spacing w:val="-2"/>
          <w:kern w:val="0"/>
          <w:lang w:val="en-US"/>
          <w14:ligatures w14:val="none"/>
        </w:rPr>
        <w:t>blockchain</w:t>
      </w:r>
    </w:p>
    <w:p w14:paraId="5ADFE5CA" w14:textId="77777777" w:rsidR="00272EEF" w:rsidRPr="00272EEF" w:rsidRDefault="00272EEF" w:rsidP="00272EEF">
      <w:pPr>
        <w:widowControl w:val="0"/>
        <w:autoSpaceDE w:val="0"/>
        <w:autoSpaceDN w:val="0"/>
        <w:spacing w:before="38" w:after="0" w:line="276" w:lineRule="auto"/>
        <w:ind w:left="257" w:right="744"/>
        <w:jc w:val="both"/>
        <w:rPr>
          <w:rFonts w:ascii="Arial" w:eastAsia="Arial" w:hAnsi="Arial" w:cs="Arial"/>
          <w:kern w:val="0"/>
          <w:lang w:val="en-US"/>
          <w14:ligatures w14:val="none"/>
        </w:rPr>
      </w:pPr>
      <w:r w:rsidRPr="00272EEF">
        <w:rPr>
          <w:rFonts w:ascii="Arial" w:eastAsia="Arial" w:hAnsi="Arial" w:cs="Arial"/>
          <w:kern w:val="0"/>
          <w:lang w:val="en-US"/>
          <w14:ligatures w14:val="none"/>
        </w:rPr>
        <w:t>The elegance of this decentralized organisational model built on blockchain technology</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lies in transparency, standardisation, visualisation, and accountability. Blockchain technology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serves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foundation,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offering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all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process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participants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real-time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insights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into the flow of goods and work. This new insight into their processes and supply chains empowers every stakeholder involved to stay informed about the current status of their products or services.</w:t>
      </w:r>
    </w:p>
    <w:p w14:paraId="5A7F613B"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360" w:right="760" w:bottom="1000" w:left="1340" w:header="0" w:footer="811" w:gutter="0"/>
          <w:cols w:space="720"/>
        </w:sectPr>
      </w:pPr>
    </w:p>
    <w:p w14:paraId="63C1EF05" w14:textId="77777777" w:rsidR="00272EEF" w:rsidRPr="00272EEF" w:rsidRDefault="00272EEF" w:rsidP="00272EEF">
      <w:pPr>
        <w:widowControl w:val="0"/>
        <w:autoSpaceDE w:val="0"/>
        <w:autoSpaceDN w:val="0"/>
        <w:spacing w:before="82" w:after="0" w:line="276" w:lineRule="auto"/>
        <w:ind w:left="100" w:right="795"/>
        <w:jc w:val="both"/>
        <w:rPr>
          <w:rFonts w:ascii="Arial" w:eastAsia="Arial" w:hAnsi="Arial" w:cs="Arial"/>
          <w:kern w:val="0"/>
          <w:lang w:val="en-US"/>
          <w14:ligatures w14:val="none"/>
        </w:rPr>
      </w:pPr>
      <w:r w:rsidRPr="00272EEF">
        <w:rPr>
          <w:rFonts w:ascii="Arial" w:eastAsia="Arial" w:hAnsi="Arial" w:cs="Arial"/>
          <w:kern w:val="0"/>
          <w:lang w:val="en-US"/>
          <w14:ligatures w14:val="none"/>
        </w:rPr>
        <w:lastRenderedPageBreak/>
        <w:t>For example, outsourced maintenance jointly overseen by a company and an external service provider. Imagine if not only these two parties but also the customer could collaboratively monitor the entire process. This collaborative approach has the potential to yield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positive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results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terms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reduced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lead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times,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enhanced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quality,</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heightened</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customer satisfaction,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lowered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overall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carbon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footprint—all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achievable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getting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right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first time and delivering just-in-time. It paves the way for great efficiency and effectiveness of ‘Just-in-Time’ using ‘Kanban’ leading to improved flow with reduced waste.</w:t>
      </w:r>
    </w:p>
    <w:p w14:paraId="21FB83CF"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48FC72BE" w14:textId="77777777" w:rsidR="00272EEF" w:rsidRPr="00272EEF" w:rsidRDefault="00272EEF" w:rsidP="00272EEF">
      <w:pPr>
        <w:widowControl w:val="0"/>
        <w:autoSpaceDE w:val="0"/>
        <w:autoSpaceDN w:val="0"/>
        <w:spacing w:before="1" w:after="0" w:line="276" w:lineRule="auto"/>
        <w:ind w:left="100" w:right="836"/>
        <w:jc w:val="both"/>
        <w:rPr>
          <w:rFonts w:ascii="Arial" w:eastAsia="Arial" w:hAnsi="Arial" w:cs="Arial"/>
          <w:kern w:val="0"/>
          <w:lang w:val="en-US"/>
          <w14:ligatures w14:val="none"/>
        </w:rPr>
      </w:pPr>
      <w:r w:rsidRPr="00272EEF">
        <w:rPr>
          <w:rFonts w:ascii="Arial" w:eastAsia="Arial" w:hAnsi="Arial" w:cs="Arial"/>
          <w:kern w:val="0"/>
          <w:lang w:val="en-US"/>
          <w14:ligatures w14:val="none"/>
        </w:rPr>
        <w:t>This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transformation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more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about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process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design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organisational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evolution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 xml:space="preserve">mere technological challenge. Understanding this fundamental concept enables rapid assessment and adaptation, fostering progress and enhancements across various </w:t>
      </w:r>
      <w:r w:rsidRPr="00272EEF">
        <w:rPr>
          <w:rFonts w:ascii="Arial" w:eastAsia="Arial" w:hAnsi="Arial" w:cs="Arial"/>
          <w:spacing w:val="-2"/>
          <w:kern w:val="0"/>
          <w:lang w:val="en-US"/>
          <w14:ligatures w14:val="none"/>
        </w:rPr>
        <w:t>industries.</w:t>
      </w:r>
    </w:p>
    <w:p w14:paraId="17CAB4FF" w14:textId="77777777" w:rsidR="00272EEF" w:rsidRPr="00272EEF" w:rsidRDefault="00272EEF" w:rsidP="00272EEF">
      <w:pPr>
        <w:widowControl w:val="0"/>
        <w:autoSpaceDE w:val="0"/>
        <w:autoSpaceDN w:val="0"/>
        <w:spacing w:before="37" w:after="0" w:line="240" w:lineRule="auto"/>
        <w:jc w:val="both"/>
        <w:rPr>
          <w:rFonts w:ascii="Arial" w:eastAsia="Arial" w:hAnsi="Arial" w:cs="Arial"/>
          <w:kern w:val="0"/>
          <w:lang w:val="en-US"/>
          <w14:ligatures w14:val="none"/>
        </w:rPr>
      </w:pPr>
    </w:p>
    <w:p w14:paraId="568E6989" w14:textId="77777777" w:rsidR="00272EEF" w:rsidRPr="00272EEF" w:rsidRDefault="00272EEF" w:rsidP="00272EEF">
      <w:pPr>
        <w:widowControl w:val="0"/>
        <w:autoSpaceDE w:val="0"/>
        <w:autoSpaceDN w:val="0"/>
        <w:spacing w:before="1"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The</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kern w:val="0"/>
          <w:lang w:val="en-US"/>
          <w14:ligatures w14:val="none"/>
        </w:rPr>
        <w:t>Digital Transformation:</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kern w:val="0"/>
          <w:lang w:val="en-US"/>
          <w14:ligatures w14:val="none"/>
        </w:rPr>
        <w:t>Lean</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spacing w:val="-2"/>
          <w:kern w:val="0"/>
          <w:lang w:val="en-US"/>
          <w14:ligatures w14:val="none"/>
        </w:rPr>
        <w:t>Innovation</w:t>
      </w:r>
    </w:p>
    <w:p w14:paraId="307390E0" w14:textId="77777777" w:rsidR="00272EEF" w:rsidRPr="00272EEF" w:rsidRDefault="00272EEF" w:rsidP="00272EEF">
      <w:pPr>
        <w:widowControl w:val="0"/>
        <w:autoSpaceDE w:val="0"/>
        <w:autoSpaceDN w:val="0"/>
        <w:spacing w:before="37"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transforming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‘back</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office’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digitises registers of value, enabling value transactions to flow from one register to another in a seamless manner. (The precise definition of "value" will be elaborated later).</w:t>
      </w:r>
    </w:p>
    <w:p w14:paraId="5C89AEA0" w14:textId="77777777" w:rsidR="00272EEF" w:rsidRPr="00272EEF" w:rsidRDefault="00272EEF" w:rsidP="00272EEF">
      <w:pPr>
        <w:widowControl w:val="0"/>
        <w:autoSpaceDE w:val="0"/>
        <w:autoSpaceDN w:val="0"/>
        <w:spacing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Blockchain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enabler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entirely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new</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forms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streams. This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evolution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aligns closely with the lean philosophy of frictionless flow of value streams.</w:t>
      </w:r>
    </w:p>
    <w:p w14:paraId="28FD1461"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1003A86E" w14:textId="77777777" w:rsidR="00272EEF" w:rsidRPr="00272EEF" w:rsidRDefault="00272EEF" w:rsidP="00272EEF">
      <w:pPr>
        <w:widowControl w:val="0"/>
        <w:autoSpaceDE w:val="0"/>
        <w:autoSpaceDN w:val="0"/>
        <w:spacing w:before="140"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drawing>
          <wp:anchor distT="0" distB="0" distL="0" distR="0" simplePos="0" relativeHeight="251668480" behindDoc="1" locked="0" layoutInCell="1" allowOverlap="1" wp14:anchorId="69497B2E" wp14:editId="43078C1F">
            <wp:simplePos x="0" y="0"/>
            <wp:positionH relativeFrom="page">
              <wp:posOffset>1062165</wp:posOffset>
            </wp:positionH>
            <wp:positionV relativeFrom="paragraph">
              <wp:posOffset>250265</wp:posOffset>
            </wp:positionV>
            <wp:extent cx="5514300" cy="1336928"/>
            <wp:effectExtent l="0" t="0" r="0" b="0"/>
            <wp:wrapTopAndBottom/>
            <wp:docPr id="44" name="Image 44" descr="P34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P347#y1"/>
                    <pic:cNvPicPr/>
                  </pic:nvPicPr>
                  <pic:blipFill>
                    <a:blip r:embed="rId14" cstate="print"/>
                    <a:stretch>
                      <a:fillRect/>
                    </a:stretch>
                  </pic:blipFill>
                  <pic:spPr>
                    <a:xfrm>
                      <a:off x="0" y="0"/>
                      <a:ext cx="5514300" cy="1336928"/>
                    </a:xfrm>
                    <a:prstGeom prst="rect">
                      <a:avLst/>
                    </a:prstGeom>
                  </pic:spPr>
                </pic:pic>
              </a:graphicData>
            </a:graphic>
          </wp:anchor>
        </w:drawing>
      </w:r>
    </w:p>
    <w:p w14:paraId="7761399B" w14:textId="77777777" w:rsidR="00272EEF" w:rsidRPr="00272EEF" w:rsidRDefault="00272EEF" w:rsidP="00272EEF">
      <w:pPr>
        <w:widowControl w:val="0"/>
        <w:autoSpaceDE w:val="0"/>
        <w:autoSpaceDN w:val="0"/>
        <w:spacing w:before="219" w:after="0" w:line="240" w:lineRule="auto"/>
        <w:jc w:val="both"/>
        <w:rPr>
          <w:rFonts w:ascii="Arial" w:eastAsia="Arial" w:hAnsi="Arial" w:cs="Arial"/>
          <w:kern w:val="0"/>
          <w:lang w:val="en-US"/>
          <w14:ligatures w14:val="none"/>
        </w:rPr>
      </w:pPr>
    </w:p>
    <w:p w14:paraId="67EBF19B" w14:textId="77777777" w:rsidR="00272EEF" w:rsidRPr="00272EEF" w:rsidRDefault="00272EEF" w:rsidP="00272EEF">
      <w:pPr>
        <w:widowControl w:val="0"/>
        <w:autoSpaceDE w:val="0"/>
        <w:autoSpaceDN w:val="0"/>
        <w:spacing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Much like the internet, this transformation is progressing incrementally.The trend is unmistakable. This book explains these changes and their consequences for business and society.</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This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book</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highlights</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intersection</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thinking</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technology.</w:t>
      </w:r>
      <w:r w:rsidRPr="00272EEF">
        <w:rPr>
          <w:rFonts w:ascii="Arial" w:eastAsia="Arial" w:hAnsi="Arial" w:cs="Arial"/>
          <w:spacing w:val="-7"/>
          <w:kern w:val="0"/>
          <w:lang w:val="en-US"/>
          <w14:ligatures w14:val="none"/>
        </w:rPr>
        <w:t xml:space="preserve"> </w:t>
      </w:r>
      <w:r w:rsidRPr="00272EEF">
        <w:rPr>
          <w:rFonts w:ascii="Arial" w:eastAsia="Arial" w:hAnsi="Arial" w:cs="Arial"/>
          <w:kern w:val="0"/>
          <w:lang w:val="en-US"/>
          <w14:ligatures w14:val="none"/>
        </w:rPr>
        <w:t>We draw parallels with the rise of the internet and we see that blockchain technology is the foundation for comparable radical transformation.</w:t>
      </w:r>
    </w:p>
    <w:p w14:paraId="61A0C2B7"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6F5AC689"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The</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trend</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is</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kern w:val="0"/>
          <w:lang w:val="en-US"/>
          <w14:ligatures w14:val="none"/>
        </w:rPr>
        <w:t>your</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friend:</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from</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kern w:val="0"/>
          <w:lang w:val="en-US"/>
          <w14:ligatures w14:val="none"/>
        </w:rPr>
        <w:t>dot.com</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to</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kern w:val="0"/>
          <w:lang w:val="en-US"/>
          <w14:ligatures w14:val="none"/>
        </w:rPr>
        <w:t>block.com</w:t>
      </w:r>
      <w:r w:rsidRPr="00272EEF">
        <w:rPr>
          <w:rFonts w:ascii="Arial" w:eastAsia="Arial" w:hAnsi="Arial" w:cs="Arial"/>
          <w:b/>
          <w:bCs/>
          <w:spacing w:val="-1"/>
          <w:kern w:val="0"/>
          <w:lang w:val="en-US"/>
          <w14:ligatures w14:val="none"/>
        </w:rPr>
        <w:t xml:space="preserve"> </w:t>
      </w:r>
      <w:r w:rsidRPr="00272EEF">
        <w:rPr>
          <w:rFonts w:ascii="Arial" w:eastAsia="Arial" w:hAnsi="Arial" w:cs="Arial"/>
          <w:b/>
          <w:bCs/>
          <w:spacing w:val="-2"/>
          <w:kern w:val="0"/>
          <w:lang w:val="en-US"/>
          <w14:ligatures w14:val="none"/>
        </w:rPr>
        <w:t>bubbles.</w:t>
      </w:r>
    </w:p>
    <w:p w14:paraId="087F70BB" w14:textId="77777777" w:rsidR="00272EEF" w:rsidRPr="00272EEF" w:rsidRDefault="00272EEF" w:rsidP="00272EEF">
      <w:pPr>
        <w:widowControl w:val="0"/>
        <w:autoSpaceDE w:val="0"/>
        <w:autoSpaceDN w:val="0"/>
        <w:spacing w:before="38" w:after="0" w:line="276" w:lineRule="auto"/>
        <w:ind w:left="100" w:right="718"/>
        <w:jc w:val="both"/>
        <w:rPr>
          <w:rFonts w:ascii="Arial" w:eastAsia="Arial" w:hAnsi="Arial" w:cs="Arial"/>
          <w:kern w:val="0"/>
          <w:lang w:val="en-US"/>
          <w14:ligatures w14:val="none"/>
        </w:rPr>
      </w:pPr>
      <w:r w:rsidRPr="00272EEF">
        <w:rPr>
          <w:rFonts w:ascii="Arial" w:eastAsia="Arial" w:hAnsi="Arial" w:cs="Arial"/>
          <w:kern w:val="0"/>
          <w:lang w:val="en-US"/>
          <w14:ligatures w14:val="none"/>
        </w:rPr>
        <w:t>The Dot-com crash of 2001 mirrors the crypto crash of 2018 and 2022. In 2001, the</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internet's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potential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was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initially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overestimated,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resulting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initial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price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bubble.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hindsight, this bubble was the opportune moment to invest in stocks like Amazon, Google, or Facebook. Like the rise of the internet, blockchain technology has experienced fluctuations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in perceived potential and certainly price movements.</w:t>
      </w:r>
    </w:p>
    <w:p w14:paraId="1C146C42" w14:textId="77777777" w:rsidR="00272EEF" w:rsidRPr="00272EEF" w:rsidRDefault="00272EEF" w:rsidP="00272EEF">
      <w:pPr>
        <w:widowControl w:val="0"/>
        <w:autoSpaceDE w:val="0"/>
        <w:autoSpaceDN w:val="0"/>
        <w:spacing w:after="0" w:line="276" w:lineRule="auto"/>
        <w:jc w:val="both"/>
        <w:rPr>
          <w:rFonts w:ascii="Arial" w:eastAsia="Arial" w:hAnsi="Arial" w:cs="Arial"/>
          <w:kern w:val="0"/>
          <w:lang w:val="en-US"/>
          <w14:ligatures w14:val="none"/>
        </w:rPr>
        <w:sectPr w:rsidR="00272EEF" w:rsidRPr="00272EEF" w:rsidSect="00272EEF">
          <w:pgSz w:w="11920" w:h="16840"/>
          <w:pgMar w:top="1940" w:right="760" w:bottom="1000" w:left="1340" w:header="0" w:footer="811" w:gutter="0"/>
          <w:cols w:space="720"/>
        </w:sectPr>
      </w:pPr>
    </w:p>
    <w:p w14:paraId="5689EDE7" w14:textId="77777777" w:rsidR="00272EEF" w:rsidRPr="00272EEF" w:rsidRDefault="00272EEF" w:rsidP="00272EEF">
      <w:pPr>
        <w:widowControl w:val="0"/>
        <w:autoSpaceDE w:val="0"/>
        <w:autoSpaceDN w:val="0"/>
        <w:spacing w:after="0" w:line="240" w:lineRule="auto"/>
        <w:ind w:left="288"/>
        <w:jc w:val="both"/>
        <w:rPr>
          <w:rFonts w:ascii="Arial" w:eastAsia="Arial" w:hAnsi="Arial" w:cs="Arial"/>
          <w:kern w:val="0"/>
          <w:sz w:val="20"/>
          <w:lang w:val="en-US"/>
          <w14:ligatures w14:val="none"/>
        </w:rPr>
      </w:pPr>
      <w:r w:rsidRPr="00272EEF">
        <w:rPr>
          <w:rFonts w:ascii="Arial" w:eastAsia="Arial" w:hAnsi="Arial" w:cs="Arial"/>
          <w:noProof/>
          <w:kern w:val="0"/>
          <w:sz w:val="20"/>
          <w:lang w:val="en-US"/>
          <w14:ligatures w14:val="none"/>
        </w:rPr>
        <w:lastRenderedPageBreak/>
        <w:drawing>
          <wp:inline distT="0" distB="0" distL="0" distR="0" wp14:anchorId="13975722" wp14:editId="2FF66CF9">
            <wp:extent cx="5470999" cy="2880359"/>
            <wp:effectExtent l="0" t="0" r="0" b="0"/>
            <wp:docPr id="45" name="Image 45" descr="P35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P354#yIS1"/>
                    <pic:cNvPicPr/>
                  </pic:nvPicPr>
                  <pic:blipFill>
                    <a:blip r:embed="rId15" cstate="print"/>
                    <a:stretch>
                      <a:fillRect/>
                    </a:stretch>
                  </pic:blipFill>
                  <pic:spPr>
                    <a:xfrm>
                      <a:off x="0" y="0"/>
                      <a:ext cx="5470999" cy="2880359"/>
                    </a:xfrm>
                    <a:prstGeom prst="rect">
                      <a:avLst/>
                    </a:prstGeom>
                  </pic:spPr>
                </pic:pic>
              </a:graphicData>
            </a:graphic>
          </wp:inline>
        </w:drawing>
      </w:r>
    </w:p>
    <w:p w14:paraId="04788D2A" w14:textId="77777777" w:rsidR="00272EEF" w:rsidRPr="00272EEF" w:rsidRDefault="00272EEF" w:rsidP="00272EEF">
      <w:pPr>
        <w:widowControl w:val="0"/>
        <w:autoSpaceDE w:val="0"/>
        <w:autoSpaceDN w:val="0"/>
        <w:spacing w:before="118" w:after="0" w:line="276" w:lineRule="auto"/>
        <w:ind w:left="100" w:right="630"/>
        <w:jc w:val="both"/>
        <w:rPr>
          <w:rFonts w:ascii="Arial" w:eastAsia="Arial" w:hAnsi="Arial" w:cs="Arial"/>
          <w:kern w:val="0"/>
          <w:lang w:val="en-US"/>
          <w14:ligatures w14:val="none"/>
        </w:rPr>
      </w:pPr>
      <w:r w:rsidRPr="00272EEF">
        <w:rPr>
          <w:rFonts w:ascii="Arial" w:eastAsia="Arial" w:hAnsi="Arial" w:cs="Arial"/>
          <w:kern w:val="0"/>
          <w:lang w:val="en-US"/>
          <w14:ligatures w14:val="none"/>
        </w:rPr>
        <w:t>The rise of the internet started with the internet protocol TCP/IP, then the first use case (email)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10</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years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later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stock</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market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crash.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How</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different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blockchain/crypto?</w:t>
      </w:r>
    </w:p>
    <w:p w14:paraId="1FCC3A5C"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78E79470"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kern w:val="0"/>
          <w:lang w:val="en-US"/>
          <w14:ligatures w14:val="none"/>
        </w:rPr>
        <w:t>Learn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about</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Lean</w:t>
      </w:r>
      <w:r w:rsidRPr="00272EEF">
        <w:rPr>
          <w:rFonts w:ascii="Arial" w:eastAsia="Arial" w:hAnsi="Arial" w:cs="Arial"/>
          <w:b/>
          <w:bCs/>
          <w:spacing w:val="-4"/>
          <w:kern w:val="0"/>
          <w:lang w:val="en-US"/>
          <w14:ligatures w14:val="none"/>
        </w:rPr>
        <w:t xml:space="preserve"> </w:t>
      </w:r>
      <w:r w:rsidRPr="00272EEF">
        <w:rPr>
          <w:rFonts w:ascii="Arial" w:eastAsia="Arial" w:hAnsi="Arial" w:cs="Arial"/>
          <w:b/>
          <w:bCs/>
          <w:kern w:val="0"/>
          <w:lang w:val="en-US"/>
          <w14:ligatures w14:val="none"/>
        </w:rPr>
        <w:t>system</w:t>
      </w:r>
      <w:r w:rsidRPr="00272EEF">
        <w:rPr>
          <w:rFonts w:ascii="Arial" w:eastAsia="Arial" w:hAnsi="Arial" w:cs="Arial"/>
          <w:b/>
          <w:bCs/>
          <w:spacing w:val="-2"/>
          <w:kern w:val="0"/>
          <w:lang w:val="en-US"/>
          <w14:ligatures w14:val="none"/>
        </w:rPr>
        <w:t xml:space="preserve"> </w:t>
      </w:r>
      <w:r w:rsidRPr="00272EEF">
        <w:rPr>
          <w:rFonts w:ascii="Arial" w:eastAsia="Arial" w:hAnsi="Arial" w:cs="Arial"/>
          <w:b/>
          <w:bCs/>
          <w:kern w:val="0"/>
          <w:lang w:val="en-US"/>
          <w14:ligatures w14:val="none"/>
        </w:rPr>
        <w:t>design</w:t>
      </w:r>
      <w:r w:rsidRPr="00272EEF">
        <w:rPr>
          <w:rFonts w:ascii="Arial" w:eastAsia="Arial" w:hAnsi="Arial" w:cs="Arial"/>
          <w:b/>
          <w:bCs/>
          <w:spacing w:val="-3"/>
          <w:kern w:val="0"/>
          <w:lang w:val="en-US"/>
          <w14:ligatures w14:val="none"/>
        </w:rPr>
        <w:t xml:space="preserve"> </w:t>
      </w:r>
      <w:r w:rsidRPr="00272EEF">
        <w:rPr>
          <w:rFonts w:ascii="Arial" w:eastAsia="Arial" w:hAnsi="Arial" w:cs="Arial"/>
          <w:b/>
          <w:bCs/>
          <w:spacing w:val="-2"/>
          <w:kern w:val="0"/>
          <w:lang w:val="en-US"/>
          <w14:ligatures w14:val="none"/>
        </w:rPr>
        <w:t>thinking.</w:t>
      </w:r>
    </w:p>
    <w:p w14:paraId="673695A8"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Just as you can explain the function of a car as a means of transportation, soon you'll be able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explain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blockchain’s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function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terms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superhighway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flows,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enabler for collaboration, a foundation for trust and collab an IT platform with built-in security by design that is superior to any existing network security models. While lean principles are currently applied to centrally coordinated organisational structures, we aim to inspire decentralized organisation through this book—for a leaner and more sustainable future.</w:t>
      </w:r>
    </w:p>
    <w:p w14:paraId="3418295F"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1DF7E519" w14:textId="77777777" w:rsidR="00272EEF" w:rsidRPr="00272EEF" w:rsidRDefault="00272EEF" w:rsidP="00272EEF">
      <w:pPr>
        <w:widowControl w:val="0"/>
        <w:autoSpaceDE w:val="0"/>
        <w:autoSpaceDN w:val="0"/>
        <w:spacing w:after="0" w:line="276" w:lineRule="auto"/>
        <w:ind w:left="100" w:right="565"/>
        <w:jc w:val="both"/>
        <w:rPr>
          <w:rFonts w:ascii="Arial" w:eastAsia="Arial" w:hAnsi="Arial" w:cs="Arial"/>
          <w:kern w:val="0"/>
          <w:lang w:val="en-US"/>
          <w14:ligatures w14:val="none"/>
        </w:rPr>
      </w:pPr>
      <w:r w:rsidRPr="00272EEF">
        <w:rPr>
          <w:rFonts w:ascii="Arial" w:eastAsia="Arial" w:hAnsi="Arial" w:cs="Arial"/>
          <w:kern w:val="0"/>
          <w:lang w:val="en-US"/>
          <w14:ligatures w14:val="none"/>
        </w:rPr>
        <w:t>We are entering an era</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where the ceaseless pursuit of more ( ‘’The acquisitive society’’ ) is losing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appeal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many.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are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entering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era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where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‘Fake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News’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exposed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 people are demanding evidence and have a thirst for the truth. We will not trust the</w:t>
      </w:r>
    </w:p>
    <w:p w14:paraId="4A1CC3C7" w14:textId="77777777" w:rsidR="00272EEF" w:rsidRPr="00272EEF" w:rsidRDefault="00272EEF" w:rsidP="00272EEF">
      <w:pPr>
        <w:widowControl w:val="0"/>
        <w:autoSpaceDE w:val="0"/>
        <w:autoSpaceDN w:val="0"/>
        <w:spacing w:after="0" w:line="276" w:lineRule="auto"/>
        <w:ind w:left="100" w:right="665"/>
        <w:jc w:val="both"/>
        <w:rPr>
          <w:rFonts w:ascii="Arial" w:eastAsia="Arial" w:hAnsi="Arial" w:cs="Arial"/>
          <w:kern w:val="0"/>
          <w:lang w:val="en-US"/>
          <w14:ligatures w14:val="none"/>
        </w:rPr>
      </w:pPr>
      <w:r w:rsidRPr="00272EEF">
        <w:rPr>
          <w:rFonts w:ascii="Arial" w:eastAsia="Arial" w:hAnsi="Arial" w:cs="Arial"/>
          <w:kern w:val="0"/>
          <w:lang w:val="en-US"/>
          <w14:ligatures w14:val="none"/>
        </w:rPr>
        <w:t>free-range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egg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based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packaging,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Nike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sneakers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based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‘Swoosh’</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mark.</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We are transitioning from Ego-centred organisations to Eco-centred organisations where contribution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collaboration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leads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value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reward,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creating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fairer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more inclusive society. This is what Lean-Kakushin and blockchain innovation can do for us.</w:t>
      </w:r>
    </w:p>
    <w:p w14:paraId="4C8F7F03"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38086823" w14:textId="77777777" w:rsidR="00272EEF" w:rsidRPr="00272EEF" w:rsidRDefault="00272EEF" w:rsidP="00272EEF">
      <w:pPr>
        <w:widowControl w:val="0"/>
        <w:autoSpaceDE w:val="0"/>
        <w:autoSpaceDN w:val="0"/>
        <w:spacing w:after="0" w:line="240" w:lineRule="auto"/>
        <w:ind w:left="100"/>
        <w:jc w:val="both"/>
        <w:rPr>
          <w:rFonts w:ascii="Arial" w:eastAsia="Arial" w:hAnsi="Arial" w:cs="Arial"/>
          <w:kern w:val="0"/>
          <w:lang w:val="en-US"/>
          <w14:ligatures w14:val="none"/>
        </w:rPr>
      </w:pPr>
      <w:r w:rsidRPr="00272EEF">
        <w:rPr>
          <w:rFonts w:ascii="Arial" w:eastAsia="Arial" w:hAnsi="Arial" w:cs="Arial"/>
          <w:kern w:val="0"/>
          <w:lang w:val="en-US"/>
          <w14:ligatures w14:val="none"/>
        </w:rPr>
        <w:t>We'll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also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assist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preventing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you</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from</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getting</w:t>
      </w:r>
      <w:r w:rsidRPr="00272EEF">
        <w:rPr>
          <w:rFonts w:ascii="Arial" w:eastAsia="Arial" w:hAnsi="Arial" w:cs="Arial"/>
          <w:spacing w:val="-3"/>
          <w:kern w:val="0"/>
          <w:lang w:val="en-US"/>
          <w14:ligatures w14:val="none"/>
        </w:rPr>
        <w:t xml:space="preserve"> </w:t>
      </w:r>
      <w:r w:rsidRPr="00272EEF">
        <w:rPr>
          <w:rFonts w:ascii="Arial" w:eastAsia="Arial" w:hAnsi="Arial" w:cs="Arial"/>
          <w:spacing w:val="-2"/>
          <w:kern w:val="0"/>
          <w:lang w:val="en-US"/>
          <w14:ligatures w14:val="none"/>
        </w:rPr>
        <w:t>FOMO.!</w:t>
      </w:r>
    </w:p>
    <w:p w14:paraId="358FDC95"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6B0E201C"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17F2C62A" w14:textId="77777777" w:rsidR="00272EEF" w:rsidRPr="00272EEF" w:rsidRDefault="00272EEF" w:rsidP="00272EEF">
      <w:pPr>
        <w:widowControl w:val="0"/>
        <w:autoSpaceDE w:val="0"/>
        <w:autoSpaceDN w:val="0"/>
        <w:spacing w:before="196" w:after="0" w:line="240" w:lineRule="auto"/>
        <w:jc w:val="both"/>
        <w:rPr>
          <w:rFonts w:ascii="Arial" w:eastAsia="Arial" w:hAnsi="Arial" w:cs="Arial"/>
          <w:kern w:val="0"/>
          <w:lang w:val="en-US"/>
          <w14:ligatures w14:val="none"/>
        </w:rPr>
      </w:pPr>
    </w:p>
    <w:p w14:paraId="57A8F3A0" w14:textId="77777777" w:rsidR="00272EEF" w:rsidRPr="00272EEF" w:rsidRDefault="00272EEF" w:rsidP="00272EEF">
      <w:pPr>
        <w:widowControl w:val="0"/>
        <w:autoSpaceDE w:val="0"/>
        <w:autoSpaceDN w:val="0"/>
        <w:spacing w:after="0" w:line="240" w:lineRule="auto"/>
        <w:ind w:left="3250" w:right="565"/>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anchor distT="0" distB="0" distL="0" distR="0" simplePos="0" relativeHeight="251659264" behindDoc="0" locked="0" layoutInCell="1" allowOverlap="1" wp14:anchorId="1BBF5A16" wp14:editId="16EFB85D">
            <wp:simplePos x="0" y="0"/>
            <wp:positionH relativeFrom="page">
              <wp:posOffset>1000125</wp:posOffset>
            </wp:positionH>
            <wp:positionV relativeFrom="paragraph">
              <wp:posOffset>-234940</wp:posOffset>
            </wp:positionV>
            <wp:extent cx="1768393" cy="1152053"/>
            <wp:effectExtent l="0" t="0" r="3810" b="0"/>
            <wp:wrapNone/>
            <wp:docPr id="46" name="Image 46" descr="P36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P367#y1"/>
                    <pic:cNvPicPr/>
                  </pic:nvPicPr>
                  <pic:blipFill>
                    <a:blip r:embed="rId16" cstate="print"/>
                    <a:stretch>
                      <a:fillRect/>
                    </a:stretch>
                  </pic:blipFill>
                  <pic:spPr>
                    <a:xfrm>
                      <a:off x="0" y="0"/>
                      <a:ext cx="1768393" cy="1152053"/>
                    </a:xfrm>
                    <a:prstGeom prst="rect">
                      <a:avLst/>
                    </a:prstGeom>
                  </pic:spPr>
                </pic:pic>
              </a:graphicData>
            </a:graphic>
          </wp:anchor>
        </w:drawing>
      </w:r>
      <w:r w:rsidRPr="00272EEF">
        <w:rPr>
          <w:rFonts w:ascii="Arial" w:eastAsia="Arial" w:hAnsi="Arial" w:cs="Arial"/>
          <w:kern w:val="0"/>
          <w:lang w:val="en-US"/>
          <w14:ligatures w14:val="none"/>
        </w:rPr>
        <w:t>FOMO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acronym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3"/>
          <w:kern w:val="0"/>
          <w:lang w:val="en-US"/>
          <w14:ligatures w14:val="none"/>
        </w:rPr>
        <w:t xml:space="preserve"> </w:t>
      </w:r>
      <w:r w:rsidRPr="00272EEF">
        <w:rPr>
          <w:rFonts w:ascii="Arial" w:eastAsia="Arial" w:hAnsi="Arial" w:cs="Arial"/>
          <w:b/>
          <w:kern w:val="0"/>
          <w:lang w:val="en-US"/>
          <w14:ligatures w14:val="none"/>
        </w:rPr>
        <w:t>fear</w:t>
      </w:r>
      <w:r w:rsidRPr="00272EEF">
        <w:rPr>
          <w:rFonts w:ascii="Arial" w:eastAsia="Arial" w:hAnsi="Arial" w:cs="Arial"/>
          <w:b/>
          <w:spacing w:val="-3"/>
          <w:kern w:val="0"/>
          <w:lang w:val="en-US"/>
          <w14:ligatures w14:val="none"/>
        </w:rPr>
        <w:t xml:space="preserve"> </w:t>
      </w:r>
      <w:r w:rsidRPr="00272EEF">
        <w:rPr>
          <w:rFonts w:ascii="Arial" w:eastAsia="Arial" w:hAnsi="Arial" w:cs="Arial"/>
          <w:b/>
          <w:kern w:val="0"/>
          <w:lang w:val="en-US"/>
          <w14:ligatures w14:val="none"/>
        </w:rPr>
        <w:t>of</w:t>
      </w:r>
      <w:r w:rsidRPr="00272EEF">
        <w:rPr>
          <w:rFonts w:ascii="Arial" w:eastAsia="Arial" w:hAnsi="Arial" w:cs="Arial"/>
          <w:b/>
          <w:spacing w:val="-3"/>
          <w:kern w:val="0"/>
          <w:lang w:val="en-US"/>
          <w14:ligatures w14:val="none"/>
        </w:rPr>
        <w:t xml:space="preserve"> </w:t>
      </w:r>
      <w:r w:rsidRPr="00272EEF">
        <w:rPr>
          <w:rFonts w:ascii="Arial" w:eastAsia="Arial" w:hAnsi="Arial" w:cs="Arial"/>
          <w:b/>
          <w:kern w:val="0"/>
          <w:lang w:val="en-US"/>
          <w14:ligatures w14:val="none"/>
        </w:rPr>
        <w:t>missing</w:t>
      </w:r>
      <w:r w:rsidRPr="00272EEF">
        <w:rPr>
          <w:rFonts w:ascii="Arial" w:eastAsia="Arial" w:hAnsi="Arial" w:cs="Arial"/>
          <w:b/>
          <w:spacing w:val="-4"/>
          <w:kern w:val="0"/>
          <w:lang w:val="en-US"/>
          <w14:ligatures w14:val="none"/>
        </w:rPr>
        <w:t xml:space="preserve"> </w:t>
      </w:r>
      <w:r w:rsidRPr="00272EEF">
        <w:rPr>
          <w:rFonts w:ascii="Arial" w:eastAsia="Arial" w:hAnsi="Arial" w:cs="Arial"/>
          <w:b/>
          <w:kern w:val="0"/>
          <w:lang w:val="en-US"/>
          <w14:ligatures w14:val="none"/>
        </w:rPr>
        <w:t>out</w:t>
      </w:r>
      <w:r w:rsidRPr="00272EEF">
        <w:rPr>
          <w:rFonts w:ascii="Arial" w:eastAsia="Arial" w:hAnsi="Arial" w:cs="Arial"/>
          <w:b/>
          <w:spacing w:val="-3"/>
          <w:kern w:val="0"/>
          <w:lang w:val="en-US"/>
          <w14:ligatures w14:val="none"/>
        </w:rPr>
        <w: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fear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not being included in something (such as an interesting or enjoyable activity) that others are experiencing.</w:t>
      </w:r>
    </w:p>
    <w:p w14:paraId="07972E13"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sectPr w:rsidR="00272EEF" w:rsidRPr="00272EEF" w:rsidSect="00272EEF">
          <w:pgSz w:w="11920" w:h="16840"/>
          <w:pgMar w:top="1580" w:right="760" w:bottom="1000" w:left="1340" w:header="0" w:footer="811" w:gutter="0"/>
          <w:cols w:space="720"/>
        </w:sectPr>
      </w:pPr>
    </w:p>
    <w:p w14:paraId="4DCF466C" w14:textId="77777777" w:rsidR="00272EEF" w:rsidRPr="00272EEF" w:rsidRDefault="00272EEF" w:rsidP="00272EEF">
      <w:pPr>
        <w:widowControl w:val="0"/>
        <w:autoSpaceDE w:val="0"/>
        <w:autoSpaceDN w:val="0"/>
        <w:spacing w:after="0" w:line="240" w:lineRule="auto"/>
        <w:ind w:left="290"/>
        <w:jc w:val="both"/>
        <w:rPr>
          <w:rFonts w:ascii="Arial" w:eastAsia="Arial" w:hAnsi="Arial" w:cs="Arial"/>
          <w:kern w:val="0"/>
          <w:sz w:val="20"/>
          <w:lang w:val="en-US"/>
          <w14:ligatures w14:val="none"/>
        </w:rPr>
      </w:pPr>
      <w:r w:rsidRPr="00272EEF">
        <w:rPr>
          <w:rFonts w:ascii="Arial" w:eastAsia="Arial" w:hAnsi="Arial" w:cs="Arial"/>
          <w:noProof/>
          <w:kern w:val="0"/>
          <w:sz w:val="20"/>
          <w:lang w:val="en-US"/>
          <w14:ligatures w14:val="none"/>
        </w:rPr>
        <w:lastRenderedPageBreak/>
        <w:drawing>
          <wp:inline distT="0" distB="0" distL="0" distR="0" wp14:anchorId="05808E5F" wp14:editId="2FE28A09">
            <wp:extent cx="5655747" cy="3989832"/>
            <wp:effectExtent l="0" t="0" r="2540" b="0"/>
            <wp:docPr id="47" name="Image 47" descr="P36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369#yIS1"/>
                    <pic:cNvPicPr/>
                  </pic:nvPicPr>
                  <pic:blipFill>
                    <a:blip r:embed="rId17" cstate="print"/>
                    <a:stretch>
                      <a:fillRect/>
                    </a:stretch>
                  </pic:blipFill>
                  <pic:spPr>
                    <a:xfrm>
                      <a:off x="0" y="0"/>
                      <a:ext cx="5655747" cy="3989832"/>
                    </a:xfrm>
                    <a:prstGeom prst="rect">
                      <a:avLst/>
                    </a:prstGeom>
                  </pic:spPr>
                </pic:pic>
              </a:graphicData>
            </a:graphic>
          </wp:inline>
        </w:drawing>
      </w:r>
    </w:p>
    <w:p w14:paraId="23CD8DEE" w14:textId="77777777" w:rsidR="00272EEF" w:rsidRPr="00272EEF" w:rsidRDefault="00272EEF" w:rsidP="00272EEF">
      <w:pPr>
        <w:widowControl w:val="0"/>
        <w:numPr>
          <w:ilvl w:val="0"/>
          <w:numId w:val="8"/>
        </w:numPr>
        <w:tabs>
          <w:tab w:val="left" w:pos="1019"/>
        </w:tabs>
        <w:autoSpaceDE w:val="0"/>
        <w:autoSpaceDN w:val="0"/>
        <w:spacing w:before="70" w:after="0" w:line="240" w:lineRule="auto"/>
        <w:ind w:left="1019" w:hanging="359"/>
        <w:rPr>
          <w:rFonts w:ascii="Arial" w:eastAsia="Arial" w:hAnsi="Arial" w:cs="Arial"/>
          <w:b/>
          <w:kern w:val="0"/>
          <w:lang w:val="en-US"/>
          <w14:ligatures w14:val="none"/>
        </w:rPr>
      </w:pPr>
      <w:r w:rsidRPr="00272EEF">
        <w:rPr>
          <w:rFonts w:ascii="Arial" w:eastAsia="Arial" w:hAnsi="Arial" w:cs="Arial"/>
          <w:b/>
          <w:color w:val="0D0D0D"/>
          <w:w w:val="90"/>
          <w:kern w:val="0"/>
          <w:lang w:val="en-US"/>
          <w14:ligatures w14:val="none"/>
        </w:rPr>
        <w:t>Customer</w:t>
      </w:r>
      <w:r w:rsidRPr="00272EEF">
        <w:rPr>
          <w:rFonts w:ascii="Arial" w:eastAsia="Arial" w:hAnsi="Arial" w:cs="Arial"/>
          <w:b/>
          <w:color w:val="0D0D0D"/>
          <w:spacing w:val="20"/>
          <w:kern w:val="0"/>
          <w:lang w:val="en-US"/>
          <w14:ligatures w14:val="none"/>
        </w:rPr>
        <w:t xml:space="preserve"> </w:t>
      </w:r>
      <w:r w:rsidRPr="00272EEF">
        <w:rPr>
          <w:rFonts w:ascii="Arial" w:eastAsia="Arial" w:hAnsi="Arial" w:cs="Arial"/>
          <w:b/>
          <w:color w:val="0D0D0D"/>
          <w:spacing w:val="-2"/>
          <w:kern w:val="0"/>
          <w:lang w:val="en-US"/>
          <w14:ligatures w14:val="none"/>
        </w:rPr>
        <w:t>friendly:</w:t>
      </w:r>
    </w:p>
    <w:p w14:paraId="1FCA9E22" w14:textId="77777777" w:rsidR="00272EEF" w:rsidRPr="00272EEF" w:rsidRDefault="00272EEF" w:rsidP="00272EEF">
      <w:pPr>
        <w:widowControl w:val="0"/>
        <w:autoSpaceDE w:val="0"/>
        <w:autoSpaceDN w:val="0"/>
        <w:spacing w:before="45" w:after="0" w:line="240" w:lineRule="auto"/>
        <w:rPr>
          <w:rFonts w:ascii="Arial" w:eastAsia="Arial" w:hAnsi="Arial" w:cs="Arial"/>
          <w:b/>
          <w:kern w:val="0"/>
          <w:lang w:val="en-US"/>
          <w14:ligatures w14:val="none"/>
        </w:rPr>
      </w:pPr>
    </w:p>
    <w:p w14:paraId="3B213A72" w14:textId="77777777" w:rsidR="00272EEF" w:rsidRPr="00272EEF" w:rsidRDefault="00272EEF" w:rsidP="00272EEF">
      <w:pPr>
        <w:widowControl w:val="0"/>
        <w:autoSpaceDE w:val="0"/>
        <w:autoSpaceDN w:val="0"/>
        <w:spacing w:before="1" w:after="0" w:line="276" w:lineRule="auto"/>
        <w:ind w:left="692" w:right="105"/>
        <w:rPr>
          <w:rFonts w:ascii="Arial" w:eastAsia="Arial" w:hAnsi="Arial" w:cs="Arial"/>
          <w:kern w:val="0"/>
          <w:lang w:val="en-US"/>
          <w14:ligatures w14:val="none"/>
        </w:rPr>
      </w:pPr>
      <w:r w:rsidRPr="00272EEF">
        <w:rPr>
          <w:rFonts w:ascii="Arial" w:eastAsia="Arial" w:hAnsi="Arial" w:cs="Arial"/>
          <w:color w:val="0D0D0D"/>
          <w:kern w:val="0"/>
          <w:lang w:val="en-US"/>
          <w14:ligatures w14:val="none"/>
        </w:rPr>
        <w:t>Say</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goodbye</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to</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cumbersome</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paperwork</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and</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endless</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queues.</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With</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digital</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identity,</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accessing essential services becomes as simple as a few clicks on your smartphone.</w:t>
      </w:r>
    </w:p>
    <w:p w14:paraId="04CBF4D2" w14:textId="77777777" w:rsidR="00272EEF" w:rsidRPr="00272EEF" w:rsidRDefault="00272EEF" w:rsidP="00272EEF">
      <w:pPr>
        <w:widowControl w:val="0"/>
        <w:autoSpaceDE w:val="0"/>
        <w:autoSpaceDN w:val="0"/>
        <w:spacing w:before="86" w:after="0" w:line="240" w:lineRule="auto"/>
        <w:rPr>
          <w:rFonts w:ascii="Arial" w:eastAsia="Arial" w:hAnsi="Arial" w:cs="Arial"/>
          <w:kern w:val="0"/>
          <w:lang w:val="en-US"/>
          <w14:ligatures w14:val="none"/>
        </w:rPr>
      </w:pPr>
    </w:p>
    <w:p w14:paraId="1F7BC1C1" w14:textId="77777777" w:rsidR="00272EEF" w:rsidRPr="00272EEF" w:rsidRDefault="00272EEF" w:rsidP="00272EEF">
      <w:pPr>
        <w:widowControl w:val="0"/>
        <w:numPr>
          <w:ilvl w:val="0"/>
          <w:numId w:val="8"/>
        </w:numPr>
        <w:tabs>
          <w:tab w:val="left" w:pos="1019"/>
        </w:tabs>
        <w:autoSpaceDE w:val="0"/>
        <w:autoSpaceDN w:val="0"/>
        <w:spacing w:after="0" w:line="240" w:lineRule="auto"/>
        <w:ind w:left="1019" w:hanging="359"/>
        <w:rPr>
          <w:rFonts w:ascii="Arial" w:eastAsia="Arial" w:hAnsi="Arial" w:cs="Arial"/>
          <w:b/>
          <w:kern w:val="0"/>
          <w:lang w:val="en-US"/>
          <w14:ligatures w14:val="none"/>
        </w:rPr>
      </w:pPr>
      <w:r w:rsidRPr="00272EEF">
        <w:rPr>
          <w:rFonts w:ascii="Arial" w:eastAsia="Arial" w:hAnsi="Arial" w:cs="Arial"/>
          <w:b/>
          <w:color w:val="0D0D0D"/>
          <w:w w:val="90"/>
          <w:kern w:val="0"/>
          <w:lang w:val="en-US"/>
          <w14:ligatures w14:val="none"/>
        </w:rPr>
        <w:t>Control</w:t>
      </w:r>
      <w:r w:rsidRPr="00272EEF">
        <w:rPr>
          <w:rFonts w:ascii="Arial" w:eastAsia="Arial" w:hAnsi="Arial" w:cs="Arial"/>
          <w:b/>
          <w:color w:val="0D0D0D"/>
          <w:spacing w:val="-5"/>
          <w:kern w:val="0"/>
          <w:lang w:val="en-US"/>
          <w14:ligatures w14:val="none"/>
        </w:rPr>
        <w:t xml:space="preserve"> </w:t>
      </w:r>
      <w:r w:rsidRPr="00272EEF">
        <w:rPr>
          <w:rFonts w:ascii="Arial" w:eastAsia="Arial" w:hAnsi="Arial" w:cs="Arial"/>
          <w:b/>
          <w:color w:val="0D0D0D"/>
          <w:w w:val="90"/>
          <w:kern w:val="0"/>
          <w:lang w:val="en-US"/>
          <w14:ligatures w14:val="none"/>
        </w:rPr>
        <w:t>by</w:t>
      </w:r>
      <w:r w:rsidRPr="00272EEF">
        <w:rPr>
          <w:rFonts w:ascii="Arial" w:eastAsia="Arial" w:hAnsi="Arial" w:cs="Arial"/>
          <w:b/>
          <w:color w:val="0D0D0D"/>
          <w:spacing w:val="-3"/>
          <w:kern w:val="0"/>
          <w:lang w:val="en-US"/>
          <w14:ligatures w14:val="none"/>
        </w:rPr>
        <w:t xml:space="preserve"> </w:t>
      </w:r>
      <w:r w:rsidRPr="00272EEF">
        <w:rPr>
          <w:rFonts w:ascii="Arial" w:eastAsia="Arial" w:hAnsi="Arial" w:cs="Arial"/>
          <w:b/>
          <w:color w:val="0D0D0D"/>
          <w:spacing w:val="-2"/>
          <w:w w:val="90"/>
          <w:kern w:val="0"/>
          <w:lang w:val="en-US"/>
          <w14:ligatures w14:val="none"/>
        </w:rPr>
        <w:t>design:</w:t>
      </w:r>
    </w:p>
    <w:p w14:paraId="69C4DC0F" w14:textId="77777777" w:rsidR="00272EEF" w:rsidRPr="00272EEF" w:rsidRDefault="00272EEF" w:rsidP="00272EEF">
      <w:pPr>
        <w:widowControl w:val="0"/>
        <w:autoSpaceDE w:val="0"/>
        <w:autoSpaceDN w:val="0"/>
        <w:spacing w:before="144" w:after="0" w:line="240" w:lineRule="auto"/>
        <w:rPr>
          <w:rFonts w:ascii="Arial" w:eastAsia="Arial" w:hAnsi="Arial" w:cs="Arial"/>
          <w:b/>
          <w:kern w:val="0"/>
          <w:lang w:val="en-US"/>
          <w14:ligatures w14:val="none"/>
        </w:rPr>
      </w:pPr>
    </w:p>
    <w:p w14:paraId="403B0836" w14:textId="77777777" w:rsidR="00272EEF" w:rsidRPr="00272EEF" w:rsidRDefault="00272EEF" w:rsidP="00272EEF">
      <w:pPr>
        <w:widowControl w:val="0"/>
        <w:tabs>
          <w:tab w:val="left" w:pos="3139"/>
        </w:tabs>
        <w:autoSpaceDE w:val="0"/>
        <w:autoSpaceDN w:val="0"/>
        <w:spacing w:after="0" w:line="276" w:lineRule="auto"/>
        <w:ind w:left="692" w:right="319"/>
        <w:rPr>
          <w:rFonts w:ascii="Arial" w:eastAsia="Arial" w:hAnsi="Arial" w:cs="Arial"/>
          <w:kern w:val="0"/>
          <w:lang w:val="en-US"/>
          <w14:ligatures w14:val="none"/>
        </w:rPr>
      </w:pPr>
      <w:r w:rsidRPr="00272EEF">
        <w:rPr>
          <w:rFonts w:ascii="Arial" w:eastAsia="Arial" w:hAnsi="Arial" w:cs="Arial"/>
          <w:color w:val="0D0D0D"/>
          <w:kern w:val="0"/>
          <w:lang w:val="en-US"/>
          <w14:ligatures w14:val="none"/>
        </w:rPr>
        <w:t>Personal</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information</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is</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protected</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against</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identity</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theft</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and</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fraud.</w:t>
      </w:r>
      <w:r w:rsidRPr="00272EEF">
        <w:rPr>
          <w:rFonts w:ascii="Arial" w:eastAsia="Arial" w:hAnsi="Arial" w:cs="Arial"/>
          <w:color w:val="0D0D0D"/>
          <w:spacing w:val="80"/>
          <w:kern w:val="0"/>
          <w:lang w:val="en-US"/>
          <w14:ligatures w14:val="none"/>
        </w:rPr>
        <w:t xml:space="preserve"> </w:t>
      </w:r>
      <w:r w:rsidRPr="00272EEF">
        <w:rPr>
          <w:rFonts w:ascii="Arial" w:eastAsia="Arial" w:hAnsi="Arial" w:cs="Arial"/>
          <w:color w:val="0D0D0D"/>
          <w:kern w:val="0"/>
          <w:lang w:val="en-US"/>
          <w14:ligatures w14:val="none"/>
        </w:rPr>
        <w:t>Give</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only</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the</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part</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of</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the identity that is needed.</w:t>
      </w:r>
      <w:r w:rsidRPr="00272EEF">
        <w:rPr>
          <w:rFonts w:ascii="Arial" w:eastAsia="Arial" w:hAnsi="Arial" w:cs="Arial"/>
          <w:color w:val="0D0D0D"/>
          <w:kern w:val="0"/>
          <w:lang w:val="en-US"/>
          <w14:ligatures w14:val="none"/>
        </w:rPr>
        <w:tab/>
        <w:t>For example, to enter a bar or nightclub you can prove your age without also needing to provide your name and address.</w:t>
      </w:r>
      <w:r w:rsidRPr="00272EEF">
        <w:rPr>
          <w:rFonts w:ascii="Arial" w:eastAsia="Arial" w:hAnsi="Arial" w:cs="Arial"/>
          <w:color w:val="0D0D0D"/>
          <w:kern w:val="0"/>
          <w:vertAlign w:val="superscript"/>
          <w:lang w:val="en-US"/>
          <w14:ligatures w14:val="none"/>
        </w:rPr>
        <w:t>9</w:t>
      </w:r>
    </w:p>
    <w:p w14:paraId="33B6D483" w14:textId="77777777" w:rsidR="00272EEF" w:rsidRPr="00272EEF" w:rsidRDefault="00272EEF" w:rsidP="00272EEF">
      <w:pPr>
        <w:widowControl w:val="0"/>
        <w:numPr>
          <w:ilvl w:val="0"/>
          <w:numId w:val="8"/>
        </w:numPr>
        <w:tabs>
          <w:tab w:val="left" w:pos="1019"/>
        </w:tabs>
        <w:autoSpaceDE w:val="0"/>
        <w:autoSpaceDN w:val="0"/>
        <w:spacing w:before="241" w:after="0" w:line="240" w:lineRule="auto"/>
        <w:ind w:left="1019" w:hanging="359"/>
        <w:rPr>
          <w:rFonts w:ascii="Arial" w:eastAsia="Arial" w:hAnsi="Arial" w:cs="Arial"/>
          <w:b/>
          <w:kern w:val="0"/>
          <w:lang w:val="en-US"/>
          <w14:ligatures w14:val="none"/>
        </w:rPr>
      </w:pPr>
      <w:r w:rsidRPr="00272EEF">
        <w:rPr>
          <w:rFonts w:ascii="Arial" w:eastAsia="Arial" w:hAnsi="Arial" w:cs="Arial"/>
          <w:b/>
          <w:color w:val="0D0D0D"/>
          <w:spacing w:val="-2"/>
          <w:kern w:val="0"/>
          <w:lang w:val="en-US"/>
          <w14:ligatures w14:val="none"/>
        </w:rPr>
        <w:t>Privacy:</w:t>
      </w:r>
    </w:p>
    <w:p w14:paraId="080377B7" w14:textId="77777777" w:rsidR="00272EEF" w:rsidRPr="00272EEF" w:rsidRDefault="00272EEF" w:rsidP="00272EEF">
      <w:pPr>
        <w:widowControl w:val="0"/>
        <w:autoSpaceDE w:val="0"/>
        <w:autoSpaceDN w:val="0"/>
        <w:spacing w:before="104" w:after="0" w:line="240" w:lineRule="auto"/>
        <w:rPr>
          <w:rFonts w:ascii="Arial" w:eastAsia="Arial" w:hAnsi="Arial" w:cs="Arial"/>
          <w:b/>
          <w:kern w:val="0"/>
          <w:lang w:val="en-US"/>
          <w14:ligatures w14:val="none"/>
        </w:rPr>
      </w:pPr>
    </w:p>
    <w:p w14:paraId="08145DF5" w14:textId="77777777" w:rsidR="00272EEF" w:rsidRPr="00272EEF" w:rsidRDefault="00272EEF" w:rsidP="00272EEF">
      <w:pPr>
        <w:widowControl w:val="0"/>
        <w:autoSpaceDE w:val="0"/>
        <w:autoSpaceDN w:val="0"/>
        <w:spacing w:before="1" w:after="0" w:line="276" w:lineRule="auto"/>
        <w:ind w:left="653" w:right="105"/>
        <w:rPr>
          <w:rFonts w:ascii="Arial" w:eastAsia="Arial" w:hAnsi="Arial" w:cs="Arial"/>
          <w:kern w:val="0"/>
          <w:lang w:val="en-US"/>
          <w14:ligatures w14:val="none"/>
        </w:rPr>
      </w:pPr>
      <w:r w:rsidRPr="00272EEF">
        <w:rPr>
          <w:rFonts w:ascii="Arial" w:eastAsia="Arial" w:hAnsi="Arial" w:cs="Arial"/>
          <w:color w:val="0D0D0D"/>
          <w:kern w:val="0"/>
          <w:lang w:val="en-US"/>
          <w14:ligatures w14:val="none"/>
        </w:rPr>
        <w:t>Take</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control</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of</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your</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digital</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footprint</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and</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decide</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who</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has</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access</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to</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your</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personal</w:t>
      </w:r>
      <w:r w:rsidRPr="00272EEF">
        <w:rPr>
          <w:rFonts w:ascii="Arial" w:eastAsia="Arial" w:hAnsi="Arial" w:cs="Arial"/>
          <w:color w:val="0D0D0D"/>
          <w:spacing w:val="-5"/>
          <w:kern w:val="0"/>
          <w:lang w:val="en-US"/>
          <w14:ligatures w14:val="none"/>
        </w:rPr>
        <w:t xml:space="preserve"> </w:t>
      </w:r>
      <w:r w:rsidRPr="00272EEF">
        <w:rPr>
          <w:rFonts w:ascii="Arial" w:eastAsia="Arial" w:hAnsi="Arial" w:cs="Arial"/>
          <w:color w:val="0D0D0D"/>
          <w:kern w:val="0"/>
          <w:lang w:val="en-US"/>
          <w14:ligatures w14:val="none"/>
        </w:rPr>
        <w:t>information. With digital identity, privacy is not just a promise, it's a fundamental right.</w:t>
      </w:r>
    </w:p>
    <w:p w14:paraId="10653582" w14:textId="77777777" w:rsidR="00272EEF" w:rsidRPr="00272EEF" w:rsidRDefault="00272EEF" w:rsidP="00272EEF">
      <w:pPr>
        <w:widowControl w:val="0"/>
        <w:autoSpaceDE w:val="0"/>
        <w:autoSpaceDN w:val="0"/>
        <w:spacing w:before="27" w:after="0" w:line="240" w:lineRule="auto"/>
        <w:rPr>
          <w:rFonts w:ascii="Arial" w:eastAsia="Arial" w:hAnsi="Arial" w:cs="Arial"/>
          <w:kern w:val="0"/>
          <w:lang w:val="en-US"/>
          <w14:ligatures w14:val="none"/>
        </w:rPr>
      </w:pPr>
    </w:p>
    <w:p w14:paraId="15C263DE" w14:textId="77777777" w:rsidR="00272EEF" w:rsidRPr="00272EEF" w:rsidRDefault="00272EEF" w:rsidP="00272EEF">
      <w:pPr>
        <w:widowControl w:val="0"/>
        <w:numPr>
          <w:ilvl w:val="0"/>
          <w:numId w:val="8"/>
        </w:numPr>
        <w:tabs>
          <w:tab w:val="left" w:pos="1019"/>
        </w:tabs>
        <w:autoSpaceDE w:val="0"/>
        <w:autoSpaceDN w:val="0"/>
        <w:spacing w:after="0" w:line="240" w:lineRule="auto"/>
        <w:ind w:left="1019" w:hanging="359"/>
        <w:rPr>
          <w:rFonts w:ascii="Arial" w:eastAsia="Arial" w:hAnsi="Arial" w:cs="Arial"/>
          <w:b/>
          <w:kern w:val="0"/>
          <w:lang w:val="en-US"/>
          <w14:ligatures w14:val="none"/>
        </w:rPr>
      </w:pPr>
      <w:r w:rsidRPr="00272EEF">
        <w:rPr>
          <w:rFonts w:ascii="Arial" w:eastAsia="Arial" w:hAnsi="Arial" w:cs="Arial"/>
          <w:b/>
          <w:color w:val="0D0D0D"/>
          <w:w w:val="90"/>
          <w:kern w:val="0"/>
          <w:lang w:val="en-US"/>
          <w14:ligatures w14:val="none"/>
        </w:rPr>
        <w:t>Empowerment</w:t>
      </w:r>
      <w:r w:rsidRPr="00272EEF">
        <w:rPr>
          <w:rFonts w:ascii="Arial" w:eastAsia="Arial" w:hAnsi="Arial" w:cs="Arial"/>
          <w:b/>
          <w:color w:val="0D0D0D"/>
          <w:spacing w:val="13"/>
          <w:kern w:val="0"/>
          <w:lang w:val="en-US"/>
          <w14:ligatures w14:val="none"/>
        </w:rPr>
        <w:t xml:space="preserve"> </w:t>
      </w:r>
      <w:r w:rsidRPr="00272EEF">
        <w:rPr>
          <w:rFonts w:ascii="Arial" w:eastAsia="Arial" w:hAnsi="Arial" w:cs="Arial"/>
          <w:b/>
          <w:color w:val="0D0D0D"/>
          <w:w w:val="90"/>
          <w:kern w:val="0"/>
          <w:lang w:val="en-US"/>
          <w14:ligatures w14:val="none"/>
        </w:rPr>
        <w:t>without</w:t>
      </w:r>
      <w:r w:rsidRPr="00272EEF">
        <w:rPr>
          <w:rFonts w:ascii="Arial" w:eastAsia="Arial" w:hAnsi="Arial" w:cs="Arial"/>
          <w:b/>
          <w:color w:val="0D0D0D"/>
          <w:spacing w:val="14"/>
          <w:kern w:val="0"/>
          <w:lang w:val="en-US"/>
          <w14:ligatures w14:val="none"/>
        </w:rPr>
        <w:t xml:space="preserve"> </w:t>
      </w:r>
      <w:r w:rsidRPr="00272EEF">
        <w:rPr>
          <w:rFonts w:ascii="Arial" w:eastAsia="Arial" w:hAnsi="Arial" w:cs="Arial"/>
          <w:b/>
          <w:color w:val="0D0D0D"/>
          <w:w w:val="90"/>
          <w:kern w:val="0"/>
          <w:lang w:val="en-US"/>
          <w14:ligatures w14:val="none"/>
        </w:rPr>
        <w:t>waste</w:t>
      </w:r>
      <w:r w:rsidRPr="00272EEF">
        <w:rPr>
          <w:rFonts w:ascii="Arial" w:eastAsia="Arial" w:hAnsi="Arial" w:cs="Arial"/>
          <w:b/>
          <w:color w:val="0D0D0D"/>
          <w:spacing w:val="14"/>
          <w:kern w:val="0"/>
          <w:lang w:val="en-US"/>
          <w14:ligatures w14:val="none"/>
        </w:rPr>
        <w:t xml:space="preserve"> </w:t>
      </w:r>
      <w:r w:rsidRPr="00272EEF">
        <w:rPr>
          <w:rFonts w:ascii="Arial" w:eastAsia="Arial" w:hAnsi="Arial" w:cs="Arial"/>
          <w:b/>
          <w:color w:val="0D0D0D"/>
          <w:w w:val="90"/>
          <w:kern w:val="0"/>
          <w:lang w:val="en-US"/>
          <w14:ligatures w14:val="none"/>
        </w:rPr>
        <w:t>(of</w:t>
      </w:r>
      <w:r w:rsidRPr="00272EEF">
        <w:rPr>
          <w:rFonts w:ascii="Arial" w:eastAsia="Arial" w:hAnsi="Arial" w:cs="Arial"/>
          <w:b/>
          <w:color w:val="0D0D0D"/>
          <w:spacing w:val="13"/>
          <w:kern w:val="0"/>
          <w:lang w:val="en-US"/>
          <w14:ligatures w14:val="none"/>
        </w:rPr>
        <w:t xml:space="preserve"> </w:t>
      </w:r>
      <w:r w:rsidRPr="00272EEF">
        <w:rPr>
          <w:rFonts w:ascii="Arial" w:eastAsia="Arial" w:hAnsi="Arial" w:cs="Arial"/>
          <w:b/>
          <w:color w:val="0D0D0D"/>
          <w:spacing w:val="-2"/>
          <w:w w:val="90"/>
          <w:kern w:val="0"/>
          <w:lang w:val="en-US"/>
          <w14:ligatures w14:val="none"/>
        </w:rPr>
        <w:t>time):</w:t>
      </w:r>
    </w:p>
    <w:p w14:paraId="5D7DF27F" w14:textId="77777777" w:rsidR="00272EEF" w:rsidRPr="00272EEF" w:rsidRDefault="00272EEF" w:rsidP="00272EEF">
      <w:pPr>
        <w:widowControl w:val="0"/>
        <w:autoSpaceDE w:val="0"/>
        <w:autoSpaceDN w:val="0"/>
        <w:spacing w:before="85" w:after="0" w:line="240" w:lineRule="auto"/>
        <w:rPr>
          <w:rFonts w:ascii="Arial" w:eastAsia="Arial" w:hAnsi="Arial" w:cs="Arial"/>
          <w:b/>
          <w:kern w:val="0"/>
          <w:lang w:val="en-US"/>
          <w14:ligatures w14:val="none"/>
        </w:rPr>
      </w:pPr>
    </w:p>
    <w:p w14:paraId="43CCCA7A" w14:textId="77777777" w:rsidR="00272EEF" w:rsidRPr="00272EEF" w:rsidRDefault="00272EEF" w:rsidP="00272EEF">
      <w:pPr>
        <w:widowControl w:val="0"/>
        <w:autoSpaceDE w:val="0"/>
        <w:autoSpaceDN w:val="0"/>
        <w:spacing w:after="0" w:line="276" w:lineRule="auto"/>
        <w:ind w:left="673" w:right="105"/>
        <w:rPr>
          <w:rFonts w:ascii="Arial" w:eastAsia="Arial" w:hAnsi="Arial" w:cs="Arial"/>
          <w:kern w:val="0"/>
          <w:lang w:val="en-US"/>
          <w14:ligatures w14:val="none"/>
        </w:rPr>
      </w:pPr>
      <w:r w:rsidRPr="00272EEF">
        <w:rPr>
          <w:rFonts w:ascii="Arial" w:eastAsia="Arial" w:hAnsi="Arial" w:cs="Arial"/>
          <w:color w:val="0D0D0D"/>
          <w:kern w:val="0"/>
          <w:lang w:val="en-US"/>
          <w14:ligatures w14:val="none"/>
        </w:rPr>
        <w:t>With</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the</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ability</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to</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assert</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your</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identity</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across</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domains,</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wasted</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time</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is</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removed</w:t>
      </w:r>
      <w:r w:rsidRPr="00272EEF">
        <w:rPr>
          <w:rFonts w:ascii="Arial" w:eastAsia="Arial" w:hAnsi="Arial" w:cs="Arial"/>
          <w:color w:val="0D0D0D"/>
          <w:spacing w:val="-3"/>
          <w:kern w:val="0"/>
          <w:lang w:val="en-US"/>
          <w14:ligatures w14:val="none"/>
        </w:rPr>
        <w:t xml:space="preserve"> </w:t>
      </w:r>
      <w:r w:rsidRPr="00272EEF">
        <w:rPr>
          <w:rFonts w:ascii="Arial" w:eastAsia="Arial" w:hAnsi="Arial" w:cs="Arial"/>
          <w:color w:val="0D0D0D"/>
          <w:kern w:val="0"/>
          <w:lang w:val="en-US"/>
          <w14:ligatures w14:val="none"/>
        </w:rPr>
        <w:t>from the process. Lead times for processing documents and applications can be reduced by orders of magnitude.</w:t>
      </w:r>
    </w:p>
    <w:p w14:paraId="22808A15" w14:textId="77777777" w:rsidR="00272EEF" w:rsidRPr="00272EEF" w:rsidRDefault="00272EEF" w:rsidP="00272EEF">
      <w:pPr>
        <w:widowControl w:val="0"/>
        <w:autoSpaceDE w:val="0"/>
        <w:autoSpaceDN w:val="0"/>
        <w:spacing w:before="223" w:after="0" w:line="240" w:lineRule="auto"/>
        <w:jc w:val="both"/>
        <w:rPr>
          <w:rFonts w:ascii="Arial" w:eastAsia="Arial" w:hAnsi="Arial" w:cs="Arial"/>
          <w:kern w:val="0"/>
          <w:lang w:val="en-US"/>
          <w14:ligatures w14:val="none"/>
        </w:rPr>
      </w:pPr>
    </w:p>
    <w:p w14:paraId="383E005A" w14:textId="77777777" w:rsidR="00272EEF" w:rsidRPr="00272EEF" w:rsidRDefault="00272EEF" w:rsidP="00272EEF">
      <w:pPr>
        <w:widowControl w:val="0"/>
        <w:autoSpaceDE w:val="0"/>
        <w:autoSpaceDN w:val="0"/>
        <w:spacing w:after="0" w:line="240" w:lineRule="auto"/>
        <w:ind w:left="100"/>
        <w:jc w:val="both"/>
        <w:outlineLvl w:val="4"/>
        <w:rPr>
          <w:rFonts w:ascii="Arial" w:eastAsia="Arial" w:hAnsi="Arial" w:cs="Arial"/>
          <w:b/>
          <w:bCs/>
          <w:kern w:val="0"/>
          <w:lang w:val="en-US"/>
          <w14:ligatures w14:val="none"/>
        </w:rPr>
      </w:pPr>
      <w:r w:rsidRPr="00272EEF">
        <w:rPr>
          <w:rFonts w:ascii="Arial" w:eastAsia="Arial" w:hAnsi="Arial" w:cs="Arial"/>
          <w:b/>
          <w:bCs/>
          <w:spacing w:val="-2"/>
          <w:kern w:val="0"/>
          <w:lang w:val="en-US"/>
          <w14:ligatures w14:val="none"/>
        </w:rPr>
        <w:t>Summary</w:t>
      </w:r>
    </w:p>
    <w:p w14:paraId="3DA0436E" w14:textId="77777777" w:rsidR="00272EEF" w:rsidRPr="00272EEF" w:rsidRDefault="00272EEF" w:rsidP="00272EEF">
      <w:pPr>
        <w:widowControl w:val="0"/>
        <w:autoSpaceDE w:val="0"/>
        <w:autoSpaceDN w:val="0"/>
        <w:spacing w:before="38"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lastRenderedPageBreak/>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goes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beyond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only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continuous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improvement,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Kaizen.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also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encourages radical change and</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innovation through Lean Kaikaku and Lean Kakushin.</w:t>
      </w:r>
    </w:p>
    <w:p w14:paraId="4847986B" w14:textId="77777777" w:rsidR="00272EEF" w:rsidRPr="00272EEF" w:rsidRDefault="00272EEF" w:rsidP="00272EEF">
      <w:pPr>
        <w:widowControl w:val="0"/>
        <w:autoSpaceDE w:val="0"/>
        <w:autoSpaceDN w:val="0"/>
        <w:spacing w:after="0" w:line="276" w:lineRule="auto"/>
        <w:ind w:left="100" w:right="874"/>
        <w:jc w:val="both"/>
        <w:rPr>
          <w:rFonts w:ascii="Arial" w:eastAsia="Arial" w:hAnsi="Arial" w:cs="Arial"/>
          <w:kern w:val="0"/>
          <w:lang w:val="en-US"/>
          <w14:ligatures w14:val="none"/>
        </w:rPr>
      </w:pPr>
      <w:r w:rsidRPr="00272EEF">
        <w:rPr>
          <w:rFonts w:ascii="Arial" w:eastAsia="Arial" w:hAnsi="Arial" w:cs="Arial"/>
          <w:kern w:val="0"/>
          <w:lang w:val="en-US"/>
          <w14:ligatures w14:val="none"/>
        </w:rPr>
        <w:t>Comparing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Web</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2.0</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revolution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Web</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3.0</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revolution helps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with</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our</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understanding.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Also,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by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applying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concept</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of</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decentralized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organisations, we obtain an insight into the future of Lean organisational structures.</w:t>
      </w:r>
    </w:p>
    <w:p w14:paraId="7DAF2951"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43D11092" w14:textId="77777777" w:rsidR="00272EEF" w:rsidRPr="00272EEF" w:rsidRDefault="00272EEF" w:rsidP="00272EEF">
      <w:pPr>
        <w:widowControl w:val="0"/>
        <w:autoSpaceDE w:val="0"/>
        <w:autoSpaceDN w:val="0"/>
        <w:spacing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Significant Lean benefits from moving to Web 3.0 include proof of ownership, improved privacy,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new</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incentive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governance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models,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fewer</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handovers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(middlemen: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constraints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 xml:space="preserve">in value flow) and global accessibility to information to those who need it and have </w:t>
      </w:r>
      <w:r w:rsidRPr="00272EEF">
        <w:rPr>
          <w:rFonts w:ascii="Arial" w:eastAsia="Arial" w:hAnsi="Arial" w:cs="Arial"/>
          <w:spacing w:val="-2"/>
          <w:kern w:val="0"/>
          <w:lang w:val="en-US"/>
          <w14:ligatures w14:val="none"/>
        </w:rPr>
        <w:t>permissions.</w:t>
      </w:r>
    </w:p>
    <w:p w14:paraId="46758C87" w14:textId="77777777" w:rsidR="00272EEF" w:rsidRPr="00272EEF" w:rsidRDefault="00272EEF" w:rsidP="00272EEF">
      <w:pPr>
        <w:widowControl w:val="0"/>
        <w:autoSpaceDE w:val="0"/>
        <w:autoSpaceDN w:val="0"/>
        <w:spacing w:before="38" w:after="0" w:line="240" w:lineRule="auto"/>
        <w:jc w:val="both"/>
        <w:rPr>
          <w:rFonts w:ascii="Arial" w:eastAsia="Arial" w:hAnsi="Arial" w:cs="Arial"/>
          <w:kern w:val="0"/>
          <w:lang w:val="en-US"/>
          <w14:ligatures w14:val="none"/>
        </w:rPr>
      </w:pPr>
    </w:p>
    <w:p w14:paraId="269CE891" w14:textId="77777777" w:rsidR="00272EEF" w:rsidRPr="00272EEF" w:rsidRDefault="00272EEF" w:rsidP="00272EEF">
      <w:pPr>
        <w:widowControl w:val="0"/>
        <w:autoSpaceDE w:val="0"/>
        <w:autoSpaceDN w:val="0"/>
        <w:spacing w:after="0" w:line="276" w:lineRule="auto"/>
        <w:ind w:left="100" w:right="784"/>
        <w:jc w:val="both"/>
        <w:rPr>
          <w:rFonts w:ascii="Arial" w:eastAsia="Arial" w:hAnsi="Arial" w:cs="Arial"/>
          <w:kern w:val="0"/>
          <w:lang w:val="en-US"/>
          <w14:ligatures w14:val="none"/>
        </w:rPr>
      </w:pPr>
      <w:r w:rsidRPr="00272EEF">
        <w:rPr>
          <w:rFonts w:ascii="Arial" w:eastAsia="Arial" w:hAnsi="Arial" w:cs="Arial"/>
          <w:kern w:val="0"/>
          <w:lang w:val="en-US"/>
          <w14:ligatures w14:val="none"/>
        </w:rPr>
        <w:t>We also recognize that the complexity of this concept does not allow for a simple and concise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‘elevator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pitch’.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same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applied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to</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explaining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internet.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when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first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appeared. To</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fully</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understand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these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concepts,</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extensive</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reading,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questioning</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individual</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research (DYOR) is needed.</w:t>
      </w:r>
    </w:p>
    <w:p w14:paraId="6C92CE20"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56FA9E74" w14:textId="77777777" w:rsidR="00272EEF" w:rsidRPr="00272EEF" w:rsidRDefault="00272EEF" w:rsidP="00272EEF">
      <w:pPr>
        <w:widowControl w:val="0"/>
        <w:autoSpaceDE w:val="0"/>
        <w:autoSpaceDN w:val="0"/>
        <w:spacing w:after="0" w:line="276" w:lineRule="auto"/>
        <w:ind w:left="100" w:right="1252"/>
        <w:jc w:val="both"/>
        <w:rPr>
          <w:rFonts w:ascii="Arial" w:eastAsia="Arial" w:hAnsi="Arial" w:cs="Arial"/>
          <w:kern w:val="0"/>
          <w:lang w:val="en-US"/>
          <w14:ligatures w14:val="none"/>
        </w:rPr>
      </w:pPr>
      <w:r w:rsidRPr="00272EEF">
        <w:rPr>
          <w:rFonts w:ascii="Arial" w:eastAsia="Arial" w:hAnsi="Arial" w:cs="Arial"/>
          <w:kern w:val="0"/>
          <w:lang w:val="en-US"/>
          <w14:ligatures w14:val="none"/>
        </w:rPr>
        <w:t>Within our traditional organisational framework (TRAD-ORG), inefficiencies and waste persist as a result of information fragmentation, siloed behaviours and push models.</w:t>
      </w:r>
      <w:r w:rsidRPr="00272EEF">
        <w:rPr>
          <w:rFonts w:ascii="Arial" w:eastAsia="Arial" w:hAnsi="Arial" w:cs="Arial"/>
          <w:spacing w:val="40"/>
          <w:kern w:val="0"/>
          <w:lang w:val="en-US"/>
          <w14:ligatures w14:val="none"/>
        </w:rPr>
        <w:t xml:space="preserve"> </w:t>
      </w:r>
      <w:r w:rsidRPr="00272EEF">
        <w:rPr>
          <w:rFonts w:ascii="Arial" w:eastAsia="Arial" w:hAnsi="Arial" w:cs="Arial"/>
          <w:kern w:val="0"/>
          <w:lang w:val="en-US"/>
          <w14:ligatures w14:val="none"/>
        </w:rPr>
        <w:t>By</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embracing</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Blockchain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lean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system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concept,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focus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shifts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from</w:t>
      </w:r>
      <w:r w:rsidRPr="00272EEF">
        <w:rPr>
          <w:rFonts w:ascii="Arial" w:eastAsia="Arial" w:hAnsi="Arial" w:cs="Arial"/>
          <w:spacing w:val="-4"/>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competitive organisational</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model</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towards</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collaborative</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model.</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Transparency</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cooperation</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will become the new norm.</w:t>
      </w:r>
    </w:p>
    <w:p w14:paraId="679DB9A8" w14:textId="77777777" w:rsidR="00272EEF" w:rsidRPr="00272EEF" w:rsidRDefault="00272EEF" w:rsidP="00272EEF">
      <w:pPr>
        <w:widowControl w:val="0"/>
        <w:autoSpaceDE w:val="0"/>
        <w:autoSpaceDN w:val="0"/>
        <w:spacing w:before="80" w:after="0" w:line="276" w:lineRule="auto"/>
        <w:ind w:right="742"/>
        <w:jc w:val="both"/>
        <w:rPr>
          <w:rFonts w:ascii="Arial" w:eastAsia="Arial" w:hAnsi="Arial" w:cs="Arial"/>
          <w:kern w:val="0"/>
          <w:lang w:val="en-US"/>
          <w14:ligatures w14:val="none"/>
        </w:rPr>
      </w:pPr>
      <w:r w:rsidRPr="00272EEF">
        <w:rPr>
          <w:rFonts w:ascii="Arial" w:eastAsia="Arial" w:hAnsi="Arial" w:cs="Arial"/>
          <w:kern w:val="0"/>
          <w:lang w:val="en-US"/>
          <w14:ligatures w14:val="none"/>
        </w:rPr>
        <w:t>The future state, as suggested in this chapter, involves the transition from a self-centred competitive organisation to an eco-infrastructure organisation (ECO-ORG). In this new model</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rewards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and</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incentives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are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given</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behaviours</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which</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benefit</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entire system.</w:t>
      </w:r>
      <w:r w:rsidRPr="00272EEF">
        <w:rPr>
          <w:rFonts w:ascii="Arial" w:eastAsia="Arial" w:hAnsi="Arial" w:cs="Arial"/>
          <w:spacing w:val="-3"/>
          <w:kern w:val="0"/>
          <w:lang w:val="en-US"/>
          <w14:ligatures w14:val="none"/>
        </w:rPr>
        <w:t xml:space="preserve"> </w:t>
      </w:r>
      <w:r w:rsidRPr="00272EEF">
        <w:rPr>
          <w:rFonts w:ascii="Arial" w:eastAsia="Arial" w:hAnsi="Arial" w:cs="Arial"/>
          <w:kern w:val="0"/>
          <w:lang w:val="en-US"/>
          <w14:ligatures w14:val="none"/>
        </w:rPr>
        <w:t>This helps to promote a more inclusive and fairer society which is in alignment with SDG and other sustainability goals.</w:t>
      </w:r>
    </w:p>
    <w:p w14:paraId="28E842FD"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715EBF65"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5AE17D93"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179B6239"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3F13D4D0" w14:textId="77777777" w:rsidR="00272EEF" w:rsidRPr="00272EEF" w:rsidRDefault="00272EEF" w:rsidP="00272EEF">
      <w:pPr>
        <w:widowControl w:val="0"/>
        <w:autoSpaceDE w:val="0"/>
        <w:autoSpaceDN w:val="0"/>
        <w:spacing w:after="0" w:line="240" w:lineRule="auto"/>
        <w:jc w:val="both"/>
        <w:rPr>
          <w:rFonts w:ascii="Arial" w:eastAsia="Arial" w:hAnsi="Arial" w:cs="Arial"/>
          <w:kern w:val="0"/>
          <w:lang w:val="en-US"/>
          <w14:ligatures w14:val="none"/>
        </w:rPr>
      </w:pPr>
    </w:p>
    <w:p w14:paraId="76D7FA90" w14:textId="77777777" w:rsidR="00272EEF" w:rsidRPr="00272EEF" w:rsidRDefault="00272EEF" w:rsidP="00272EEF">
      <w:pPr>
        <w:widowControl w:val="0"/>
        <w:autoSpaceDE w:val="0"/>
        <w:autoSpaceDN w:val="0"/>
        <w:spacing w:before="56" w:after="0" w:line="240" w:lineRule="auto"/>
        <w:jc w:val="both"/>
        <w:rPr>
          <w:rFonts w:ascii="Arial" w:eastAsia="Arial" w:hAnsi="Arial" w:cs="Arial"/>
          <w:kern w:val="0"/>
          <w:lang w:val="en-US"/>
          <w14:ligatures w14:val="none"/>
        </w:rPr>
      </w:pPr>
    </w:p>
    <w:p w14:paraId="56B45FB2" w14:textId="77777777" w:rsidR="00272EEF" w:rsidRPr="00272EEF" w:rsidRDefault="00272EEF" w:rsidP="00272EEF">
      <w:pPr>
        <w:widowControl w:val="0"/>
        <w:autoSpaceDE w:val="0"/>
        <w:autoSpaceDN w:val="0"/>
        <w:spacing w:after="0" w:line="276" w:lineRule="auto"/>
        <w:ind w:left="3340" w:right="48"/>
        <w:jc w:val="both"/>
        <w:rPr>
          <w:rFonts w:ascii="Arial" w:eastAsia="Arial" w:hAnsi="Arial" w:cs="Arial"/>
          <w:kern w:val="0"/>
          <w:lang w:val="en-US"/>
          <w14:ligatures w14:val="none"/>
        </w:rPr>
      </w:pPr>
      <w:r w:rsidRPr="00272EEF">
        <w:rPr>
          <w:rFonts w:ascii="Arial" w:eastAsia="Arial" w:hAnsi="Arial" w:cs="Arial"/>
          <w:noProof/>
          <w:kern w:val="0"/>
          <w:lang w:val="en-US"/>
          <w14:ligatures w14:val="none"/>
        </w:rPr>
        <w:drawing>
          <wp:anchor distT="0" distB="0" distL="0" distR="0" simplePos="0" relativeHeight="251669504" behindDoc="0" locked="0" layoutInCell="1" allowOverlap="1" wp14:anchorId="20D6459A" wp14:editId="5738DF9D">
            <wp:simplePos x="0" y="0"/>
            <wp:positionH relativeFrom="page">
              <wp:posOffset>1000125</wp:posOffset>
            </wp:positionH>
            <wp:positionV relativeFrom="paragraph">
              <wp:posOffset>-282788</wp:posOffset>
            </wp:positionV>
            <wp:extent cx="1768393" cy="1152054"/>
            <wp:effectExtent l="0" t="0" r="3810" b="0"/>
            <wp:wrapNone/>
            <wp:docPr id="48" name="Image 48" descr="P40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P401#y1"/>
                    <pic:cNvPicPr/>
                  </pic:nvPicPr>
                  <pic:blipFill>
                    <a:blip r:embed="rId16" cstate="print"/>
                    <a:stretch>
                      <a:fillRect/>
                    </a:stretch>
                  </pic:blipFill>
                  <pic:spPr>
                    <a:xfrm>
                      <a:off x="0" y="0"/>
                      <a:ext cx="1768393" cy="1152054"/>
                    </a:xfrm>
                    <a:prstGeom prst="rect">
                      <a:avLst/>
                    </a:prstGeom>
                  </pic:spPr>
                </pic:pic>
              </a:graphicData>
            </a:graphic>
          </wp:anchor>
        </w:drawing>
      </w:r>
      <w:r w:rsidRPr="00272EEF">
        <w:rPr>
          <w:rFonts w:ascii="Arial" w:eastAsia="Arial" w:hAnsi="Arial" w:cs="Arial"/>
          <w:kern w:val="0"/>
          <w:lang w:val="en-US"/>
          <w14:ligatures w14:val="none"/>
        </w:rPr>
        <w:t>WAGMI</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is</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an</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acronym</w:t>
      </w:r>
      <w:r w:rsidRPr="00272EEF">
        <w:rPr>
          <w:rFonts w:ascii="Arial" w:eastAsia="Arial" w:hAnsi="Arial" w:cs="Arial"/>
          <w:spacing w:val="-6"/>
          <w:kern w:val="0"/>
          <w:lang w:val="en-US"/>
          <w14:ligatures w14:val="none"/>
        </w:rPr>
        <w:t xml:space="preserve"> </w:t>
      </w:r>
      <w:r w:rsidRPr="00272EEF">
        <w:rPr>
          <w:rFonts w:ascii="Arial" w:eastAsia="Arial" w:hAnsi="Arial" w:cs="Arial"/>
          <w:kern w:val="0"/>
          <w:lang w:val="en-US"/>
          <w14:ligatures w14:val="none"/>
        </w:rPr>
        <w:t>for</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the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phrase</w:t>
      </w:r>
      <w:r w:rsidRPr="00272EEF">
        <w:rPr>
          <w:rFonts w:ascii="Arial" w:eastAsia="Arial" w:hAnsi="Arial" w:cs="Arial"/>
          <w:spacing w:val="-5"/>
          <w:kern w:val="0"/>
          <w:lang w:val="en-US"/>
          <w14:ligatures w14:val="none"/>
        </w:rPr>
        <w:t xml:space="preserve"> </w:t>
      </w:r>
      <w:r w:rsidRPr="00272EEF">
        <w:rPr>
          <w:rFonts w:ascii="Arial" w:eastAsia="Arial" w:hAnsi="Arial" w:cs="Arial"/>
          <w:kern w:val="0"/>
          <w:lang w:val="en-US"/>
          <w14:ligatures w14:val="none"/>
        </w:rPr>
        <w:t>“</w:t>
      </w:r>
      <w:r w:rsidRPr="00272EEF">
        <w:rPr>
          <w:rFonts w:ascii="Arial" w:eastAsia="Arial" w:hAnsi="Arial" w:cs="Arial"/>
          <w:b/>
          <w:kern w:val="0"/>
          <w:lang w:val="en-US"/>
          <w14:ligatures w14:val="none"/>
        </w:rPr>
        <w:t>We're</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All</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Gonna</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Make</w:t>
      </w:r>
      <w:r w:rsidRPr="00272EEF">
        <w:rPr>
          <w:rFonts w:ascii="Arial" w:eastAsia="Arial" w:hAnsi="Arial" w:cs="Arial"/>
          <w:b/>
          <w:spacing w:val="-5"/>
          <w:kern w:val="0"/>
          <w:lang w:val="en-US"/>
          <w14:ligatures w14:val="none"/>
        </w:rPr>
        <w:t xml:space="preserve"> </w:t>
      </w:r>
      <w:r w:rsidRPr="00272EEF">
        <w:rPr>
          <w:rFonts w:ascii="Arial" w:eastAsia="Arial" w:hAnsi="Arial" w:cs="Arial"/>
          <w:b/>
          <w:kern w:val="0"/>
          <w:lang w:val="en-US"/>
          <w14:ligatures w14:val="none"/>
        </w:rPr>
        <w:t>It</w:t>
      </w:r>
      <w:r w:rsidRPr="00272EEF">
        <w:rPr>
          <w:rFonts w:ascii="Arial" w:eastAsia="Arial" w:hAnsi="Arial" w:cs="Arial"/>
          <w:kern w:val="0"/>
          <w:lang w:val="en-US"/>
          <w14:ligatures w14:val="none"/>
        </w:rPr>
        <w:t>.” It is a slang term used on social media platforms among traders and investors to convey a sense of optimism or encouragement.</w:t>
      </w:r>
    </w:p>
    <w:p w14:paraId="60C81364"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769CDA76"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7A75D9B9"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162E8DF6"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1308E4AC" w14:textId="77777777" w:rsidR="00272EEF" w:rsidRPr="00272EEF" w:rsidRDefault="00272EEF" w:rsidP="00272EEF">
      <w:pPr>
        <w:widowControl w:val="0"/>
        <w:autoSpaceDE w:val="0"/>
        <w:autoSpaceDN w:val="0"/>
        <w:spacing w:after="0" w:line="240" w:lineRule="auto"/>
        <w:jc w:val="both"/>
        <w:rPr>
          <w:rFonts w:ascii="Arial" w:eastAsia="Arial" w:hAnsi="Arial" w:cs="Arial"/>
          <w:kern w:val="0"/>
          <w:sz w:val="20"/>
          <w:lang w:val="en-US"/>
          <w14:ligatures w14:val="none"/>
        </w:rPr>
      </w:pPr>
    </w:p>
    <w:p w14:paraId="573946D7" w14:textId="77777777" w:rsidR="00272EEF" w:rsidRPr="00272EEF" w:rsidRDefault="00272EEF" w:rsidP="00272EEF">
      <w:pPr>
        <w:widowControl w:val="0"/>
        <w:autoSpaceDE w:val="0"/>
        <w:autoSpaceDN w:val="0"/>
        <w:spacing w:before="19" w:after="0" w:line="240" w:lineRule="auto"/>
        <w:jc w:val="both"/>
        <w:rPr>
          <w:rFonts w:ascii="Arial" w:eastAsia="Arial" w:hAnsi="Arial" w:cs="Arial"/>
          <w:kern w:val="0"/>
          <w:sz w:val="20"/>
          <w:lang w:val="en-US"/>
          <w14:ligatures w14:val="none"/>
        </w:rPr>
      </w:pPr>
      <w:r w:rsidRPr="00272EEF">
        <w:rPr>
          <w:rFonts w:ascii="Arial" w:eastAsia="Arial" w:hAnsi="Arial" w:cs="Arial"/>
          <w:noProof/>
          <w:kern w:val="0"/>
          <w:lang w:val="en-US"/>
          <w14:ligatures w14:val="none"/>
        </w:rPr>
        <w:lastRenderedPageBreak/>
        <w:drawing>
          <wp:anchor distT="0" distB="0" distL="0" distR="0" simplePos="0" relativeHeight="251670528" behindDoc="1" locked="0" layoutInCell="1" allowOverlap="1" wp14:anchorId="3BE76C7E" wp14:editId="3839EB2D">
            <wp:simplePos x="0" y="0"/>
            <wp:positionH relativeFrom="page">
              <wp:posOffset>999548</wp:posOffset>
            </wp:positionH>
            <wp:positionV relativeFrom="paragraph">
              <wp:posOffset>173836</wp:posOffset>
            </wp:positionV>
            <wp:extent cx="5628089" cy="2137981"/>
            <wp:effectExtent l="0" t="0" r="0" b="0"/>
            <wp:wrapTopAndBottom/>
            <wp:docPr id="49" name="Image 49" descr="P40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407#y1"/>
                    <pic:cNvPicPr/>
                  </pic:nvPicPr>
                  <pic:blipFill>
                    <a:blip r:embed="rId18" cstate="print"/>
                    <a:stretch>
                      <a:fillRect/>
                    </a:stretch>
                  </pic:blipFill>
                  <pic:spPr>
                    <a:xfrm>
                      <a:off x="0" y="0"/>
                      <a:ext cx="5628089" cy="2137981"/>
                    </a:xfrm>
                    <a:prstGeom prst="rect">
                      <a:avLst/>
                    </a:prstGeom>
                  </pic:spPr>
                </pic:pic>
              </a:graphicData>
            </a:graphic>
          </wp:anchor>
        </w:drawing>
      </w:r>
    </w:p>
    <w:p w14:paraId="4B5F9453" w14:textId="77777777" w:rsidR="00BF51CE" w:rsidRDefault="00BF51CE"/>
    <w:sectPr w:rsidR="00BF51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B0BD0" w14:textId="77777777" w:rsidR="00DA28D3" w:rsidRDefault="00DA28D3" w:rsidP="00272EEF">
      <w:pPr>
        <w:spacing w:after="0" w:line="240" w:lineRule="auto"/>
      </w:pPr>
      <w:r>
        <w:separator/>
      </w:r>
    </w:p>
  </w:endnote>
  <w:endnote w:type="continuationSeparator" w:id="0">
    <w:p w14:paraId="0D510A0B" w14:textId="77777777" w:rsidR="00DA28D3" w:rsidRDefault="00DA28D3" w:rsidP="00272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BEAC6" w14:textId="77777777" w:rsidR="00DA28D3" w:rsidRDefault="00DA28D3" w:rsidP="00272EEF">
      <w:pPr>
        <w:spacing w:after="0" w:line="240" w:lineRule="auto"/>
      </w:pPr>
      <w:r>
        <w:separator/>
      </w:r>
    </w:p>
  </w:footnote>
  <w:footnote w:type="continuationSeparator" w:id="0">
    <w:p w14:paraId="09EE6135" w14:textId="77777777" w:rsidR="00DA28D3" w:rsidRDefault="00DA28D3" w:rsidP="00272EEF">
      <w:pPr>
        <w:spacing w:after="0" w:line="240" w:lineRule="auto"/>
      </w:pPr>
      <w:r>
        <w:continuationSeparator/>
      </w:r>
    </w:p>
  </w:footnote>
  <w:footnote w:id="1">
    <w:p w14:paraId="4F403960" w14:textId="77777777" w:rsidR="00272EEF" w:rsidRDefault="00272EEF" w:rsidP="00272EEF">
      <w:pPr>
        <w:pStyle w:val="BodyText"/>
        <w:spacing w:before="34"/>
        <w:rPr>
          <w:sz w:val="20"/>
        </w:rPr>
      </w:pPr>
      <w:r>
        <w:rPr>
          <w:rStyle w:val="FootnoteReference"/>
        </w:rPr>
        <w:footnoteRef/>
      </w:r>
      <w:r>
        <w:rPr>
          <w:sz w:val="20"/>
        </w:rPr>
        <w:t>Jamie</w:t>
      </w:r>
      <w:r>
        <w:rPr>
          <w:spacing w:val="-5"/>
          <w:sz w:val="20"/>
        </w:rPr>
        <w:t xml:space="preserve"> </w:t>
      </w:r>
      <w:r>
        <w:rPr>
          <w:spacing w:val="-2"/>
          <w:sz w:val="20"/>
        </w:rPr>
        <w:t>Notter:</w:t>
      </w:r>
      <w:hyperlink r:id="rId1" w:history="1">
        <w:r w:rsidRPr="00F2290A">
          <w:rPr>
            <w:rStyle w:val="Hyperlink1"/>
            <w:spacing w:val="-2"/>
            <w:sz w:val="20"/>
          </w:rPr>
          <w:t>https://www.forbes.com/sites/forbescoachescouncil/2021/01/12/how-to-build-a-culture-of-innovation</w:t>
        </w:r>
      </w:hyperlink>
    </w:p>
    <w:p w14:paraId="6DE5F6F5" w14:textId="77777777" w:rsidR="00272EEF" w:rsidRPr="00956F76" w:rsidRDefault="00272EEF" w:rsidP="00272EEF">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FAE2E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8AB2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12693A"/>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E7BC9B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32A2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EAFDEC"/>
    <w:lvl w:ilvl="0">
      <w:start w:val="1"/>
      <w:numFmt w:val="bullet"/>
      <w:pStyle w:val="ListBullet3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1EFFD4"/>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A62B40"/>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29761A62"/>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06C5A51"/>
    <w:multiLevelType w:val="hybridMultilevel"/>
    <w:tmpl w:val="285CA5F4"/>
    <w:lvl w:ilvl="0" w:tplc="214A95A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AA9E0536">
      <w:numFmt w:val="bullet"/>
      <w:lvlText w:val="•"/>
      <w:lvlJc w:val="left"/>
      <w:pPr>
        <w:ind w:left="1720" w:hanging="360"/>
      </w:pPr>
      <w:rPr>
        <w:rFonts w:hint="default"/>
        <w:lang w:val="en-US" w:eastAsia="en-US" w:bidi="ar-SA"/>
      </w:rPr>
    </w:lvl>
    <w:lvl w:ilvl="2" w:tplc="51E8CA8C">
      <w:numFmt w:val="bullet"/>
      <w:lvlText w:val="•"/>
      <w:lvlJc w:val="left"/>
      <w:pPr>
        <w:ind w:left="2620" w:hanging="360"/>
      </w:pPr>
      <w:rPr>
        <w:rFonts w:hint="default"/>
        <w:lang w:val="en-US" w:eastAsia="en-US" w:bidi="ar-SA"/>
      </w:rPr>
    </w:lvl>
    <w:lvl w:ilvl="3" w:tplc="F598587C">
      <w:numFmt w:val="bullet"/>
      <w:lvlText w:val="•"/>
      <w:lvlJc w:val="left"/>
      <w:pPr>
        <w:ind w:left="3520" w:hanging="360"/>
      </w:pPr>
      <w:rPr>
        <w:rFonts w:hint="default"/>
        <w:lang w:val="en-US" w:eastAsia="en-US" w:bidi="ar-SA"/>
      </w:rPr>
    </w:lvl>
    <w:lvl w:ilvl="4" w:tplc="07B40600">
      <w:numFmt w:val="bullet"/>
      <w:lvlText w:val="•"/>
      <w:lvlJc w:val="left"/>
      <w:pPr>
        <w:ind w:left="4420" w:hanging="360"/>
      </w:pPr>
      <w:rPr>
        <w:rFonts w:hint="default"/>
        <w:lang w:val="en-US" w:eastAsia="en-US" w:bidi="ar-SA"/>
      </w:rPr>
    </w:lvl>
    <w:lvl w:ilvl="5" w:tplc="A1E0BF7A">
      <w:numFmt w:val="bullet"/>
      <w:lvlText w:val="•"/>
      <w:lvlJc w:val="left"/>
      <w:pPr>
        <w:ind w:left="5320" w:hanging="360"/>
      </w:pPr>
      <w:rPr>
        <w:rFonts w:hint="default"/>
        <w:lang w:val="en-US" w:eastAsia="en-US" w:bidi="ar-SA"/>
      </w:rPr>
    </w:lvl>
    <w:lvl w:ilvl="6" w:tplc="6012FB26">
      <w:numFmt w:val="bullet"/>
      <w:lvlText w:val="•"/>
      <w:lvlJc w:val="left"/>
      <w:pPr>
        <w:ind w:left="6220" w:hanging="360"/>
      </w:pPr>
      <w:rPr>
        <w:rFonts w:hint="default"/>
        <w:lang w:val="en-US" w:eastAsia="en-US" w:bidi="ar-SA"/>
      </w:rPr>
    </w:lvl>
    <w:lvl w:ilvl="7" w:tplc="62F84DF8">
      <w:numFmt w:val="bullet"/>
      <w:lvlText w:val="•"/>
      <w:lvlJc w:val="left"/>
      <w:pPr>
        <w:ind w:left="7120" w:hanging="360"/>
      </w:pPr>
      <w:rPr>
        <w:rFonts w:hint="default"/>
        <w:lang w:val="en-US" w:eastAsia="en-US" w:bidi="ar-SA"/>
      </w:rPr>
    </w:lvl>
    <w:lvl w:ilvl="8" w:tplc="978E9AD4">
      <w:numFmt w:val="bullet"/>
      <w:lvlText w:val="•"/>
      <w:lvlJc w:val="left"/>
      <w:pPr>
        <w:ind w:left="8020" w:hanging="360"/>
      </w:pPr>
      <w:rPr>
        <w:rFonts w:hint="default"/>
        <w:lang w:val="en-US" w:eastAsia="en-US" w:bidi="ar-SA"/>
      </w:rPr>
    </w:lvl>
  </w:abstractNum>
  <w:abstractNum w:abstractNumId="11" w15:restartNumberingAfterBreak="0">
    <w:nsid w:val="0BD2389B"/>
    <w:multiLevelType w:val="hybridMultilevel"/>
    <w:tmpl w:val="AD3C4C4C"/>
    <w:lvl w:ilvl="0" w:tplc="5EE2A280">
      <w:numFmt w:val="bullet"/>
      <w:lvlText w:val="●"/>
      <w:lvlJc w:val="left"/>
      <w:pPr>
        <w:ind w:left="1180" w:hanging="360"/>
      </w:pPr>
      <w:rPr>
        <w:rFonts w:ascii="Arial" w:eastAsia="Arial" w:hAnsi="Arial" w:cs="Arial" w:hint="default"/>
        <w:b w:val="0"/>
        <w:bCs w:val="0"/>
        <w:i w:val="0"/>
        <w:iCs w:val="0"/>
        <w:spacing w:val="0"/>
        <w:w w:val="100"/>
        <w:sz w:val="22"/>
        <w:szCs w:val="22"/>
        <w:lang w:val="en-US" w:eastAsia="en-US" w:bidi="ar-SA"/>
      </w:rPr>
    </w:lvl>
    <w:lvl w:ilvl="1" w:tplc="B34E2CBC">
      <w:numFmt w:val="bullet"/>
      <w:lvlText w:val="•"/>
      <w:lvlJc w:val="left"/>
      <w:pPr>
        <w:ind w:left="2024" w:hanging="360"/>
      </w:pPr>
      <w:rPr>
        <w:rFonts w:hint="default"/>
        <w:lang w:val="en-US" w:eastAsia="en-US" w:bidi="ar-SA"/>
      </w:rPr>
    </w:lvl>
    <w:lvl w:ilvl="2" w:tplc="732E1BD4">
      <w:numFmt w:val="bullet"/>
      <w:lvlText w:val="•"/>
      <w:lvlJc w:val="left"/>
      <w:pPr>
        <w:ind w:left="2868" w:hanging="360"/>
      </w:pPr>
      <w:rPr>
        <w:rFonts w:hint="default"/>
        <w:lang w:val="en-US" w:eastAsia="en-US" w:bidi="ar-SA"/>
      </w:rPr>
    </w:lvl>
    <w:lvl w:ilvl="3" w:tplc="0FF2FA7E">
      <w:numFmt w:val="bullet"/>
      <w:lvlText w:val="•"/>
      <w:lvlJc w:val="left"/>
      <w:pPr>
        <w:ind w:left="3712" w:hanging="360"/>
      </w:pPr>
      <w:rPr>
        <w:rFonts w:hint="default"/>
        <w:lang w:val="en-US" w:eastAsia="en-US" w:bidi="ar-SA"/>
      </w:rPr>
    </w:lvl>
    <w:lvl w:ilvl="4" w:tplc="78D4EDA4">
      <w:numFmt w:val="bullet"/>
      <w:lvlText w:val="•"/>
      <w:lvlJc w:val="left"/>
      <w:pPr>
        <w:ind w:left="4556" w:hanging="360"/>
      </w:pPr>
      <w:rPr>
        <w:rFonts w:hint="default"/>
        <w:lang w:val="en-US" w:eastAsia="en-US" w:bidi="ar-SA"/>
      </w:rPr>
    </w:lvl>
    <w:lvl w:ilvl="5" w:tplc="5AB2BF5C">
      <w:numFmt w:val="bullet"/>
      <w:lvlText w:val="•"/>
      <w:lvlJc w:val="left"/>
      <w:pPr>
        <w:ind w:left="5400" w:hanging="360"/>
      </w:pPr>
      <w:rPr>
        <w:rFonts w:hint="default"/>
        <w:lang w:val="en-US" w:eastAsia="en-US" w:bidi="ar-SA"/>
      </w:rPr>
    </w:lvl>
    <w:lvl w:ilvl="6" w:tplc="C572639C">
      <w:numFmt w:val="bullet"/>
      <w:lvlText w:val="•"/>
      <w:lvlJc w:val="left"/>
      <w:pPr>
        <w:ind w:left="6244" w:hanging="360"/>
      </w:pPr>
      <w:rPr>
        <w:rFonts w:hint="default"/>
        <w:lang w:val="en-US" w:eastAsia="en-US" w:bidi="ar-SA"/>
      </w:rPr>
    </w:lvl>
    <w:lvl w:ilvl="7" w:tplc="E5B25E7C">
      <w:numFmt w:val="bullet"/>
      <w:lvlText w:val="•"/>
      <w:lvlJc w:val="left"/>
      <w:pPr>
        <w:ind w:left="7088" w:hanging="360"/>
      </w:pPr>
      <w:rPr>
        <w:rFonts w:hint="default"/>
        <w:lang w:val="en-US" w:eastAsia="en-US" w:bidi="ar-SA"/>
      </w:rPr>
    </w:lvl>
    <w:lvl w:ilvl="8" w:tplc="141CCB86">
      <w:numFmt w:val="bullet"/>
      <w:lvlText w:val="•"/>
      <w:lvlJc w:val="left"/>
      <w:pPr>
        <w:ind w:left="7932" w:hanging="360"/>
      </w:pPr>
      <w:rPr>
        <w:rFonts w:hint="default"/>
        <w:lang w:val="en-US" w:eastAsia="en-US" w:bidi="ar-SA"/>
      </w:rPr>
    </w:lvl>
  </w:abstractNum>
  <w:abstractNum w:abstractNumId="12" w15:restartNumberingAfterBreak="0">
    <w:nsid w:val="2F3E1DD8"/>
    <w:multiLevelType w:val="hybridMultilevel"/>
    <w:tmpl w:val="538A31A4"/>
    <w:lvl w:ilvl="0" w:tplc="B90A354C">
      <w:numFmt w:val="bullet"/>
      <w:lvlText w:val="●"/>
      <w:lvlJc w:val="left"/>
      <w:pPr>
        <w:ind w:left="1180" w:hanging="360"/>
      </w:pPr>
      <w:rPr>
        <w:rFonts w:ascii="Arial" w:eastAsia="Arial" w:hAnsi="Arial" w:cs="Arial" w:hint="default"/>
        <w:b w:val="0"/>
        <w:bCs w:val="0"/>
        <w:i w:val="0"/>
        <w:iCs w:val="0"/>
        <w:color w:val="0D0D0D"/>
        <w:spacing w:val="0"/>
        <w:w w:val="100"/>
        <w:sz w:val="22"/>
        <w:szCs w:val="22"/>
        <w:lang w:val="en-US" w:eastAsia="en-US" w:bidi="ar-SA"/>
      </w:rPr>
    </w:lvl>
    <w:lvl w:ilvl="1" w:tplc="EE827F06">
      <w:numFmt w:val="bullet"/>
      <w:lvlText w:val="•"/>
      <w:lvlJc w:val="left"/>
      <w:pPr>
        <w:ind w:left="2024" w:hanging="360"/>
      </w:pPr>
      <w:rPr>
        <w:rFonts w:hint="default"/>
        <w:lang w:val="en-US" w:eastAsia="en-US" w:bidi="ar-SA"/>
      </w:rPr>
    </w:lvl>
    <w:lvl w:ilvl="2" w:tplc="8988BDFC">
      <w:numFmt w:val="bullet"/>
      <w:lvlText w:val="•"/>
      <w:lvlJc w:val="left"/>
      <w:pPr>
        <w:ind w:left="2868" w:hanging="360"/>
      </w:pPr>
      <w:rPr>
        <w:rFonts w:hint="default"/>
        <w:lang w:val="en-US" w:eastAsia="en-US" w:bidi="ar-SA"/>
      </w:rPr>
    </w:lvl>
    <w:lvl w:ilvl="3" w:tplc="F40059C4">
      <w:numFmt w:val="bullet"/>
      <w:lvlText w:val="•"/>
      <w:lvlJc w:val="left"/>
      <w:pPr>
        <w:ind w:left="3712" w:hanging="360"/>
      </w:pPr>
      <w:rPr>
        <w:rFonts w:hint="default"/>
        <w:lang w:val="en-US" w:eastAsia="en-US" w:bidi="ar-SA"/>
      </w:rPr>
    </w:lvl>
    <w:lvl w:ilvl="4" w:tplc="467ECCCC">
      <w:numFmt w:val="bullet"/>
      <w:lvlText w:val="•"/>
      <w:lvlJc w:val="left"/>
      <w:pPr>
        <w:ind w:left="4556" w:hanging="360"/>
      </w:pPr>
      <w:rPr>
        <w:rFonts w:hint="default"/>
        <w:lang w:val="en-US" w:eastAsia="en-US" w:bidi="ar-SA"/>
      </w:rPr>
    </w:lvl>
    <w:lvl w:ilvl="5" w:tplc="45D8C88E">
      <w:numFmt w:val="bullet"/>
      <w:lvlText w:val="•"/>
      <w:lvlJc w:val="left"/>
      <w:pPr>
        <w:ind w:left="5400" w:hanging="360"/>
      </w:pPr>
      <w:rPr>
        <w:rFonts w:hint="default"/>
        <w:lang w:val="en-US" w:eastAsia="en-US" w:bidi="ar-SA"/>
      </w:rPr>
    </w:lvl>
    <w:lvl w:ilvl="6" w:tplc="6402033C">
      <w:numFmt w:val="bullet"/>
      <w:lvlText w:val="•"/>
      <w:lvlJc w:val="left"/>
      <w:pPr>
        <w:ind w:left="6244" w:hanging="360"/>
      </w:pPr>
      <w:rPr>
        <w:rFonts w:hint="default"/>
        <w:lang w:val="en-US" w:eastAsia="en-US" w:bidi="ar-SA"/>
      </w:rPr>
    </w:lvl>
    <w:lvl w:ilvl="7" w:tplc="8C0C154E">
      <w:numFmt w:val="bullet"/>
      <w:lvlText w:val="•"/>
      <w:lvlJc w:val="left"/>
      <w:pPr>
        <w:ind w:left="7088" w:hanging="360"/>
      </w:pPr>
      <w:rPr>
        <w:rFonts w:hint="default"/>
        <w:lang w:val="en-US" w:eastAsia="en-US" w:bidi="ar-SA"/>
      </w:rPr>
    </w:lvl>
    <w:lvl w:ilvl="8" w:tplc="B1F21A94">
      <w:numFmt w:val="bullet"/>
      <w:lvlText w:val="•"/>
      <w:lvlJc w:val="left"/>
      <w:pPr>
        <w:ind w:left="7932" w:hanging="360"/>
      </w:pPr>
      <w:rPr>
        <w:rFonts w:hint="default"/>
        <w:lang w:val="en-US" w:eastAsia="en-US" w:bidi="ar-SA"/>
      </w:rPr>
    </w:lvl>
  </w:abstractNum>
  <w:abstractNum w:abstractNumId="13" w15:restartNumberingAfterBreak="0">
    <w:nsid w:val="3BD17634"/>
    <w:multiLevelType w:val="hybridMultilevel"/>
    <w:tmpl w:val="0616D1F0"/>
    <w:lvl w:ilvl="0" w:tplc="A07071E6">
      <w:numFmt w:val="bullet"/>
      <w:lvlText w:val="●"/>
      <w:lvlJc w:val="left"/>
      <w:pPr>
        <w:ind w:left="1180" w:hanging="360"/>
      </w:pPr>
      <w:rPr>
        <w:rFonts w:ascii="Arial" w:eastAsia="Arial" w:hAnsi="Arial" w:cs="Arial" w:hint="default"/>
        <w:b w:val="0"/>
        <w:bCs w:val="0"/>
        <w:i w:val="0"/>
        <w:iCs w:val="0"/>
        <w:spacing w:val="0"/>
        <w:w w:val="100"/>
        <w:sz w:val="22"/>
        <w:szCs w:val="22"/>
        <w:lang w:val="en-US" w:eastAsia="en-US" w:bidi="ar-SA"/>
      </w:rPr>
    </w:lvl>
    <w:lvl w:ilvl="1" w:tplc="FF1EE2D0">
      <w:numFmt w:val="bullet"/>
      <w:lvlText w:val="•"/>
      <w:lvlJc w:val="left"/>
      <w:pPr>
        <w:ind w:left="2024" w:hanging="360"/>
      </w:pPr>
      <w:rPr>
        <w:rFonts w:hint="default"/>
        <w:lang w:val="en-US" w:eastAsia="en-US" w:bidi="ar-SA"/>
      </w:rPr>
    </w:lvl>
    <w:lvl w:ilvl="2" w:tplc="F5E2623E">
      <w:numFmt w:val="bullet"/>
      <w:lvlText w:val="•"/>
      <w:lvlJc w:val="left"/>
      <w:pPr>
        <w:ind w:left="2868" w:hanging="360"/>
      </w:pPr>
      <w:rPr>
        <w:rFonts w:hint="default"/>
        <w:lang w:val="en-US" w:eastAsia="en-US" w:bidi="ar-SA"/>
      </w:rPr>
    </w:lvl>
    <w:lvl w:ilvl="3" w:tplc="606212BA">
      <w:numFmt w:val="bullet"/>
      <w:lvlText w:val="•"/>
      <w:lvlJc w:val="left"/>
      <w:pPr>
        <w:ind w:left="3712" w:hanging="360"/>
      </w:pPr>
      <w:rPr>
        <w:rFonts w:hint="default"/>
        <w:lang w:val="en-US" w:eastAsia="en-US" w:bidi="ar-SA"/>
      </w:rPr>
    </w:lvl>
    <w:lvl w:ilvl="4" w:tplc="E9ECAA58">
      <w:numFmt w:val="bullet"/>
      <w:lvlText w:val="•"/>
      <w:lvlJc w:val="left"/>
      <w:pPr>
        <w:ind w:left="4556" w:hanging="360"/>
      </w:pPr>
      <w:rPr>
        <w:rFonts w:hint="default"/>
        <w:lang w:val="en-US" w:eastAsia="en-US" w:bidi="ar-SA"/>
      </w:rPr>
    </w:lvl>
    <w:lvl w:ilvl="5" w:tplc="974CC168">
      <w:numFmt w:val="bullet"/>
      <w:lvlText w:val="•"/>
      <w:lvlJc w:val="left"/>
      <w:pPr>
        <w:ind w:left="5400" w:hanging="360"/>
      </w:pPr>
      <w:rPr>
        <w:rFonts w:hint="default"/>
        <w:lang w:val="en-US" w:eastAsia="en-US" w:bidi="ar-SA"/>
      </w:rPr>
    </w:lvl>
    <w:lvl w:ilvl="6" w:tplc="2D5453CE">
      <w:numFmt w:val="bullet"/>
      <w:lvlText w:val="•"/>
      <w:lvlJc w:val="left"/>
      <w:pPr>
        <w:ind w:left="6244" w:hanging="360"/>
      </w:pPr>
      <w:rPr>
        <w:rFonts w:hint="default"/>
        <w:lang w:val="en-US" w:eastAsia="en-US" w:bidi="ar-SA"/>
      </w:rPr>
    </w:lvl>
    <w:lvl w:ilvl="7" w:tplc="7F5A4032">
      <w:numFmt w:val="bullet"/>
      <w:lvlText w:val="•"/>
      <w:lvlJc w:val="left"/>
      <w:pPr>
        <w:ind w:left="7088" w:hanging="360"/>
      </w:pPr>
      <w:rPr>
        <w:rFonts w:hint="default"/>
        <w:lang w:val="en-US" w:eastAsia="en-US" w:bidi="ar-SA"/>
      </w:rPr>
    </w:lvl>
    <w:lvl w:ilvl="8" w:tplc="49187A20">
      <w:numFmt w:val="bullet"/>
      <w:lvlText w:val="•"/>
      <w:lvlJc w:val="left"/>
      <w:pPr>
        <w:ind w:left="7932" w:hanging="360"/>
      </w:pPr>
      <w:rPr>
        <w:rFonts w:hint="default"/>
        <w:lang w:val="en-US" w:eastAsia="en-US" w:bidi="ar-SA"/>
      </w:rPr>
    </w:lvl>
  </w:abstractNum>
  <w:abstractNum w:abstractNumId="14" w15:restartNumberingAfterBreak="0">
    <w:nsid w:val="558E7F3E"/>
    <w:multiLevelType w:val="hybridMultilevel"/>
    <w:tmpl w:val="6ECE77C0"/>
    <w:lvl w:ilvl="0" w:tplc="7E76EB56">
      <w:numFmt w:val="bullet"/>
      <w:lvlText w:val="•"/>
      <w:lvlJc w:val="left"/>
      <w:pPr>
        <w:ind w:left="258" w:hanging="139"/>
      </w:pPr>
      <w:rPr>
        <w:rFonts w:ascii="Arial" w:eastAsia="Arial" w:hAnsi="Arial" w:cs="Arial" w:hint="default"/>
        <w:b w:val="0"/>
        <w:bCs w:val="0"/>
        <w:i w:val="0"/>
        <w:iCs w:val="0"/>
        <w:spacing w:val="0"/>
        <w:w w:val="100"/>
        <w:sz w:val="22"/>
        <w:szCs w:val="22"/>
        <w:lang w:val="en-US" w:eastAsia="en-US" w:bidi="ar-SA"/>
      </w:rPr>
    </w:lvl>
    <w:lvl w:ilvl="1" w:tplc="03B8F348">
      <w:numFmt w:val="bullet"/>
      <w:lvlText w:val="●"/>
      <w:lvlJc w:val="left"/>
      <w:pPr>
        <w:ind w:left="840" w:hanging="360"/>
      </w:pPr>
      <w:rPr>
        <w:rFonts w:ascii="Arial" w:eastAsia="Arial" w:hAnsi="Arial" w:cs="Arial" w:hint="default"/>
        <w:b w:val="0"/>
        <w:bCs w:val="0"/>
        <w:i w:val="0"/>
        <w:iCs w:val="0"/>
        <w:spacing w:val="0"/>
        <w:w w:val="100"/>
        <w:sz w:val="22"/>
        <w:szCs w:val="22"/>
        <w:lang w:val="en-US" w:eastAsia="en-US" w:bidi="ar-SA"/>
      </w:rPr>
    </w:lvl>
    <w:lvl w:ilvl="2" w:tplc="AAB4676E">
      <w:numFmt w:val="bullet"/>
      <w:lvlText w:val="•"/>
      <w:lvlJc w:val="left"/>
      <w:pPr>
        <w:ind w:left="1775" w:hanging="360"/>
      </w:pPr>
      <w:rPr>
        <w:rFonts w:hint="default"/>
        <w:lang w:val="en-US" w:eastAsia="en-US" w:bidi="ar-SA"/>
      </w:rPr>
    </w:lvl>
    <w:lvl w:ilvl="3" w:tplc="41EE9CE0">
      <w:numFmt w:val="bullet"/>
      <w:lvlText w:val="•"/>
      <w:lvlJc w:val="left"/>
      <w:pPr>
        <w:ind w:left="2711" w:hanging="360"/>
      </w:pPr>
      <w:rPr>
        <w:rFonts w:hint="default"/>
        <w:lang w:val="en-US" w:eastAsia="en-US" w:bidi="ar-SA"/>
      </w:rPr>
    </w:lvl>
    <w:lvl w:ilvl="4" w:tplc="B1BACFDA">
      <w:numFmt w:val="bullet"/>
      <w:lvlText w:val="•"/>
      <w:lvlJc w:val="left"/>
      <w:pPr>
        <w:ind w:left="3646" w:hanging="360"/>
      </w:pPr>
      <w:rPr>
        <w:rFonts w:hint="default"/>
        <w:lang w:val="en-US" w:eastAsia="en-US" w:bidi="ar-SA"/>
      </w:rPr>
    </w:lvl>
    <w:lvl w:ilvl="5" w:tplc="64EE6F34">
      <w:numFmt w:val="bullet"/>
      <w:lvlText w:val="•"/>
      <w:lvlJc w:val="left"/>
      <w:pPr>
        <w:ind w:left="4582" w:hanging="360"/>
      </w:pPr>
      <w:rPr>
        <w:rFonts w:hint="default"/>
        <w:lang w:val="en-US" w:eastAsia="en-US" w:bidi="ar-SA"/>
      </w:rPr>
    </w:lvl>
    <w:lvl w:ilvl="6" w:tplc="87786D54">
      <w:numFmt w:val="bullet"/>
      <w:lvlText w:val="•"/>
      <w:lvlJc w:val="left"/>
      <w:pPr>
        <w:ind w:left="5517" w:hanging="360"/>
      </w:pPr>
      <w:rPr>
        <w:rFonts w:hint="default"/>
        <w:lang w:val="en-US" w:eastAsia="en-US" w:bidi="ar-SA"/>
      </w:rPr>
    </w:lvl>
    <w:lvl w:ilvl="7" w:tplc="B6FA4E3C">
      <w:numFmt w:val="bullet"/>
      <w:lvlText w:val="•"/>
      <w:lvlJc w:val="left"/>
      <w:pPr>
        <w:ind w:left="6453" w:hanging="360"/>
      </w:pPr>
      <w:rPr>
        <w:rFonts w:hint="default"/>
        <w:lang w:val="en-US" w:eastAsia="en-US" w:bidi="ar-SA"/>
      </w:rPr>
    </w:lvl>
    <w:lvl w:ilvl="8" w:tplc="D80A936E">
      <w:numFmt w:val="bullet"/>
      <w:lvlText w:val="•"/>
      <w:lvlJc w:val="left"/>
      <w:pPr>
        <w:ind w:left="7388" w:hanging="360"/>
      </w:pPr>
      <w:rPr>
        <w:rFonts w:hint="default"/>
        <w:lang w:val="en-US" w:eastAsia="en-US" w:bidi="ar-SA"/>
      </w:rPr>
    </w:lvl>
  </w:abstractNum>
  <w:abstractNum w:abstractNumId="15" w15:restartNumberingAfterBreak="0">
    <w:nsid w:val="5E0357EE"/>
    <w:multiLevelType w:val="hybridMultilevel"/>
    <w:tmpl w:val="1D2A4B42"/>
    <w:lvl w:ilvl="0" w:tplc="93B29C50">
      <w:start w:val="1"/>
      <w:numFmt w:val="decimal"/>
      <w:lvlText w:val="%1."/>
      <w:lvlJc w:val="left"/>
      <w:pPr>
        <w:ind w:left="460" w:hanging="360"/>
      </w:pPr>
      <w:rPr>
        <w:rFonts w:hint="default"/>
        <w:spacing w:val="0"/>
        <w:w w:val="100"/>
        <w:lang w:val="en-US" w:eastAsia="en-US" w:bidi="ar-SA"/>
      </w:rPr>
    </w:lvl>
    <w:lvl w:ilvl="1" w:tplc="47BA1BAC">
      <w:numFmt w:val="bullet"/>
      <w:lvlText w:val="●"/>
      <w:lvlJc w:val="left"/>
      <w:pPr>
        <w:ind w:left="1180" w:hanging="360"/>
      </w:pPr>
      <w:rPr>
        <w:rFonts w:ascii="Arial" w:eastAsia="Arial" w:hAnsi="Arial" w:cs="Arial" w:hint="default"/>
        <w:spacing w:val="0"/>
        <w:w w:val="100"/>
        <w:lang w:val="en-US" w:eastAsia="en-US" w:bidi="ar-SA"/>
      </w:rPr>
    </w:lvl>
    <w:lvl w:ilvl="2" w:tplc="1D3CCB0C">
      <w:numFmt w:val="bullet"/>
      <w:lvlText w:val="•"/>
      <w:lvlJc w:val="left"/>
      <w:pPr>
        <w:ind w:left="2117" w:hanging="360"/>
      </w:pPr>
      <w:rPr>
        <w:rFonts w:hint="default"/>
        <w:lang w:val="en-US" w:eastAsia="en-US" w:bidi="ar-SA"/>
      </w:rPr>
    </w:lvl>
    <w:lvl w:ilvl="3" w:tplc="1B0620A4">
      <w:numFmt w:val="bullet"/>
      <w:lvlText w:val="•"/>
      <w:lvlJc w:val="left"/>
      <w:pPr>
        <w:ind w:left="3055" w:hanging="360"/>
      </w:pPr>
      <w:rPr>
        <w:rFonts w:hint="default"/>
        <w:lang w:val="en-US" w:eastAsia="en-US" w:bidi="ar-SA"/>
      </w:rPr>
    </w:lvl>
    <w:lvl w:ilvl="4" w:tplc="97E0D462">
      <w:numFmt w:val="bullet"/>
      <w:lvlText w:val="•"/>
      <w:lvlJc w:val="left"/>
      <w:pPr>
        <w:ind w:left="3993" w:hanging="360"/>
      </w:pPr>
      <w:rPr>
        <w:rFonts w:hint="default"/>
        <w:lang w:val="en-US" w:eastAsia="en-US" w:bidi="ar-SA"/>
      </w:rPr>
    </w:lvl>
    <w:lvl w:ilvl="5" w:tplc="57640F94">
      <w:numFmt w:val="bullet"/>
      <w:lvlText w:val="•"/>
      <w:lvlJc w:val="left"/>
      <w:pPr>
        <w:ind w:left="4931" w:hanging="360"/>
      </w:pPr>
      <w:rPr>
        <w:rFonts w:hint="default"/>
        <w:lang w:val="en-US" w:eastAsia="en-US" w:bidi="ar-SA"/>
      </w:rPr>
    </w:lvl>
    <w:lvl w:ilvl="6" w:tplc="08C6F90A">
      <w:numFmt w:val="bullet"/>
      <w:lvlText w:val="•"/>
      <w:lvlJc w:val="left"/>
      <w:pPr>
        <w:ind w:left="5868" w:hanging="360"/>
      </w:pPr>
      <w:rPr>
        <w:rFonts w:hint="default"/>
        <w:lang w:val="en-US" w:eastAsia="en-US" w:bidi="ar-SA"/>
      </w:rPr>
    </w:lvl>
    <w:lvl w:ilvl="7" w:tplc="82BE44BC">
      <w:numFmt w:val="bullet"/>
      <w:lvlText w:val="•"/>
      <w:lvlJc w:val="left"/>
      <w:pPr>
        <w:ind w:left="6806" w:hanging="360"/>
      </w:pPr>
      <w:rPr>
        <w:rFonts w:hint="default"/>
        <w:lang w:val="en-US" w:eastAsia="en-US" w:bidi="ar-SA"/>
      </w:rPr>
    </w:lvl>
    <w:lvl w:ilvl="8" w:tplc="739CAA18">
      <w:numFmt w:val="bullet"/>
      <w:lvlText w:val="•"/>
      <w:lvlJc w:val="left"/>
      <w:pPr>
        <w:ind w:left="7744" w:hanging="360"/>
      </w:pPr>
      <w:rPr>
        <w:rFonts w:hint="default"/>
        <w:lang w:val="en-US" w:eastAsia="en-US" w:bidi="ar-SA"/>
      </w:rPr>
    </w:lvl>
  </w:abstractNum>
  <w:abstractNum w:abstractNumId="16" w15:restartNumberingAfterBreak="0">
    <w:nsid w:val="65BC21DF"/>
    <w:multiLevelType w:val="hybridMultilevel"/>
    <w:tmpl w:val="2196CD6A"/>
    <w:lvl w:ilvl="0" w:tplc="FCE22434">
      <w:numFmt w:val="bullet"/>
      <w:lvlText w:val="●"/>
      <w:lvlJc w:val="left"/>
      <w:pPr>
        <w:ind w:left="1020" w:hanging="360"/>
      </w:pPr>
      <w:rPr>
        <w:rFonts w:ascii="Arial" w:eastAsia="Arial" w:hAnsi="Arial" w:cs="Arial" w:hint="default"/>
        <w:b w:val="0"/>
        <w:bCs w:val="0"/>
        <w:i w:val="0"/>
        <w:iCs w:val="0"/>
        <w:color w:val="0D0D0D"/>
        <w:spacing w:val="0"/>
        <w:w w:val="100"/>
        <w:sz w:val="22"/>
        <w:szCs w:val="22"/>
        <w:lang w:val="en-US" w:eastAsia="en-US" w:bidi="ar-SA"/>
      </w:rPr>
    </w:lvl>
    <w:lvl w:ilvl="1" w:tplc="6B6EB78E">
      <w:numFmt w:val="bullet"/>
      <w:lvlText w:val="•"/>
      <w:lvlJc w:val="left"/>
      <w:pPr>
        <w:ind w:left="1900" w:hanging="360"/>
      </w:pPr>
      <w:rPr>
        <w:rFonts w:hint="default"/>
        <w:lang w:val="en-US" w:eastAsia="en-US" w:bidi="ar-SA"/>
      </w:rPr>
    </w:lvl>
    <w:lvl w:ilvl="2" w:tplc="4BE643E2">
      <w:numFmt w:val="bullet"/>
      <w:lvlText w:val="•"/>
      <w:lvlJc w:val="left"/>
      <w:pPr>
        <w:ind w:left="2780" w:hanging="360"/>
      </w:pPr>
      <w:rPr>
        <w:rFonts w:hint="default"/>
        <w:lang w:val="en-US" w:eastAsia="en-US" w:bidi="ar-SA"/>
      </w:rPr>
    </w:lvl>
    <w:lvl w:ilvl="3" w:tplc="9746DBE8">
      <w:numFmt w:val="bullet"/>
      <w:lvlText w:val="•"/>
      <w:lvlJc w:val="left"/>
      <w:pPr>
        <w:ind w:left="3660" w:hanging="360"/>
      </w:pPr>
      <w:rPr>
        <w:rFonts w:hint="default"/>
        <w:lang w:val="en-US" w:eastAsia="en-US" w:bidi="ar-SA"/>
      </w:rPr>
    </w:lvl>
    <w:lvl w:ilvl="4" w:tplc="122430FA">
      <w:numFmt w:val="bullet"/>
      <w:lvlText w:val="•"/>
      <w:lvlJc w:val="left"/>
      <w:pPr>
        <w:ind w:left="4540" w:hanging="360"/>
      </w:pPr>
      <w:rPr>
        <w:rFonts w:hint="default"/>
        <w:lang w:val="en-US" w:eastAsia="en-US" w:bidi="ar-SA"/>
      </w:rPr>
    </w:lvl>
    <w:lvl w:ilvl="5" w:tplc="5A468A56">
      <w:numFmt w:val="bullet"/>
      <w:lvlText w:val="•"/>
      <w:lvlJc w:val="left"/>
      <w:pPr>
        <w:ind w:left="5420" w:hanging="360"/>
      </w:pPr>
      <w:rPr>
        <w:rFonts w:hint="default"/>
        <w:lang w:val="en-US" w:eastAsia="en-US" w:bidi="ar-SA"/>
      </w:rPr>
    </w:lvl>
    <w:lvl w:ilvl="6" w:tplc="6EA4E97A">
      <w:numFmt w:val="bullet"/>
      <w:lvlText w:val="•"/>
      <w:lvlJc w:val="left"/>
      <w:pPr>
        <w:ind w:left="6300" w:hanging="360"/>
      </w:pPr>
      <w:rPr>
        <w:rFonts w:hint="default"/>
        <w:lang w:val="en-US" w:eastAsia="en-US" w:bidi="ar-SA"/>
      </w:rPr>
    </w:lvl>
    <w:lvl w:ilvl="7" w:tplc="A2F2875A">
      <w:numFmt w:val="bullet"/>
      <w:lvlText w:val="•"/>
      <w:lvlJc w:val="left"/>
      <w:pPr>
        <w:ind w:left="7180" w:hanging="360"/>
      </w:pPr>
      <w:rPr>
        <w:rFonts w:hint="default"/>
        <w:lang w:val="en-US" w:eastAsia="en-US" w:bidi="ar-SA"/>
      </w:rPr>
    </w:lvl>
    <w:lvl w:ilvl="8" w:tplc="F0940382">
      <w:numFmt w:val="bullet"/>
      <w:lvlText w:val="•"/>
      <w:lvlJc w:val="left"/>
      <w:pPr>
        <w:ind w:left="8060" w:hanging="360"/>
      </w:pPr>
      <w:rPr>
        <w:rFonts w:hint="default"/>
        <w:lang w:val="en-US" w:eastAsia="en-US" w:bidi="ar-SA"/>
      </w:rPr>
    </w:lvl>
  </w:abstractNum>
  <w:abstractNum w:abstractNumId="17" w15:restartNumberingAfterBreak="0">
    <w:nsid w:val="77B53E15"/>
    <w:multiLevelType w:val="hybridMultilevel"/>
    <w:tmpl w:val="C4BE1EA6"/>
    <w:lvl w:ilvl="0" w:tplc="31921894">
      <w:numFmt w:val="bullet"/>
      <w:lvlText w:val="●"/>
      <w:lvlJc w:val="left"/>
      <w:pPr>
        <w:ind w:left="805" w:hanging="360"/>
      </w:pPr>
      <w:rPr>
        <w:rFonts w:ascii="Arial" w:eastAsia="Arial" w:hAnsi="Arial" w:cs="Arial" w:hint="default"/>
        <w:b w:val="0"/>
        <w:bCs w:val="0"/>
        <w:i w:val="0"/>
        <w:iCs w:val="0"/>
        <w:spacing w:val="0"/>
        <w:w w:val="100"/>
        <w:sz w:val="22"/>
        <w:szCs w:val="22"/>
        <w:lang w:val="en-US" w:eastAsia="en-US" w:bidi="ar-SA"/>
      </w:rPr>
    </w:lvl>
    <w:lvl w:ilvl="1" w:tplc="5818008C">
      <w:numFmt w:val="bullet"/>
      <w:lvlText w:val="•"/>
      <w:lvlJc w:val="left"/>
      <w:pPr>
        <w:ind w:left="1618" w:hanging="360"/>
      </w:pPr>
      <w:rPr>
        <w:rFonts w:hint="default"/>
        <w:lang w:val="en-US" w:eastAsia="en-US" w:bidi="ar-SA"/>
      </w:rPr>
    </w:lvl>
    <w:lvl w:ilvl="2" w:tplc="39E22204">
      <w:numFmt w:val="bullet"/>
      <w:lvlText w:val="•"/>
      <w:lvlJc w:val="left"/>
      <w:pPr>
        <w:ind w:left="2436" w:hanging="360"/>
      </w:pPr>
      <w:rPr>
        <w:rFonts w:hint="default"/>
        <w:lang w:val="en-US" w:eastAsia="en-US" w:bidi="ar-SA"/>
      </w:rPr>
    </w:lvl>
    <w:lvl w:ilvl="3" w:tplc="65421E68">
      <w:numFmt w:val="bullet"/>
      <w:lvlText w:val="•"/>
      <w:lvlJc w:val="left"/>
      <w:pPr>
        <w:ind w:left="3254" w:hanging="360"/>
      </w:pPr>
      <w:rPr>
        <w:rFonts w:hint="default"/>
        <w:lang w:val="en-US" w:eastAsia="en-US" w:bidi="ar-SA"/>
      </w:rPr>
    </w:lvl>
    <w:lvl w:ilvl="4" w:tplc="E6340956">
      <w:numFmt w:val="bullet"/>
      <w:lvlText w:val="•"/>
      <w:lvlJc w:val="left"/>
      <w:pPr>
        <w:ind w:left="4072" w:hanging="360"/>
      </w:pPr>
      <w:rPr>
        <w:rFonts w:hint="default"/>
        <w:lang w:val="en-US" w:eastAsia="en-US" w:bidi="ar-SA"/>
      </w:rPr>
    </w:lvl>
    <w:lvl w:ilvl="5" w:tplc="8DE87326">
      <w:numFmt w:val="bullet"/>
      <w:lvlText w:val="•"/>
      <w:lvlJc w:val="left"/>
      <w:pPr>
        <w:ind w:left="4890" w:hanging="360"/>
      </w:pPr>
      <w:rPr>
        <w:rFonts w:hint="default"/>
        <w:lang w:val="en-US" w:eastAsia="en-US" w:bidi="ar-SA"/>
      </w:rPr>
    </w:lvl>
    <w:lvl w:ilvl="6" w:tplc="EDB86846">
      <w:numFmt w:val="bullet"/>
      <w:lvlText w:val="•"/>
      <w:lvlJc w:val="left"/>
      <w:pPr>
        <w:ind w:left="5708" w:hanging="360"/>
      </w:pPr>
      <w:rPr>
        <w:rFonts w:hint="default"/>
        <w:lang w:val="en-US" w:eastAsia="en-US" w:bidi="ar-SA"/>
      </w:rPr>
    </w:lvl>
    <w:lvl w:ilvl="7" w:tplc="BBDECBB8">
      <w:numFmt w:val="bullet"/>
      <w:lvlText w:val="•"/>
      <w:lvlJc w:val="left"/>
      <w:pPr>
        <w:ind w:left="6526" w:hanging="360"/>
      </w:pPr>
      <w:rPr>
        <w:rFonts w:hint="default"/>
        <w:lang w:val="en-US" w:eastAsia="en-US" w:bidi="ar-SA"/>
      </w:rPr>
    </w:lvl>
    <w:lvl w:ilvl="8" w:tplc="C8329A7E">
      <w:numFmt w:val="bullet"/>
      <w:lvlText w:val="•"/>
      <w:lvlJc w:val="left"/>
      <w:pPr>
        <w:ind w:left="7344" w:hanging="360"/>
      </w:pPr>
      <w:rPr>
        <w:rFonts w:hint="default"/>
        <w:lang w:val="en-US" w:eastAsia="en-US" w:bidi="ar-SA"/>
      </w:rPr>
    </w:lvl>
  </w:abstractNum>
  <w:num w:numId="1" w16cid:durableId="361632788">
    <w:abstractNumId w:val="15"/>
  </w:num>
  <w:num w:numId="2" w16cid:durableId="1110928040">
    <w:abstractNumId w:val="13"/>
  </w:num>
  <w:num w:numId="3" w16cid:durableId="2116902141">
    <w:abstractNumId w:val="12"/>
  </w:num>
  <w:num w:numId="4" w16cid:durableId="1051154593">
    <w:abstractNumId w:val="11"/>
  </w:num>
  <w:num w:numId="5" w16cid:durableId="1601140463">
    <w:abstractNumId w:val="17"/>
  </w:num>
  <w:num w:numId="6" w16cid:durableId="1324549216">
    <w:abstractNumId w:val="14"/>
  </w:num>
  <w:num w:numId="7" w16cid:durableId="2115050133">
    <w:abstractNumId w:val="10"/>
  </w:num>
  <w:num w:numId="8" w16cid:durableId="951400391">
    <w:abstractNumId w:val="16"/>
  </w:num>
  <w:num w:numId="9" w16cid:durableId="1006059389">
    <w:abstractNumId w:val="9"/>
  </w:num>
  <w:num w:numId="10" w16cid:durableId="753622666">
    <w:abstractNumId w:val="7"/>
  </w:num>
  <w:num w:numId="11" w16cid:durableId="860510049">
    <w:abstractNumId w:val="6"/>
  </w:num>
  <w:num w:numId="12" w16cid:durableId="1480800602">
    <w:abstractNumId w:val="5"/>
  </w:num>
  <w:num w:numId="13" w16cid:durableId="1342781417">
    <w:abstractNumId w:val="8"/>
  </w:num>
  <w:num w:numId="14" w16cid:durableId="1360356135">
    <w:abstractNumId w:val="3"/>
  </w:num>
  <w:num w:numId="15" w16cid:durableId="657149525">
    <w:abstractNumId w:val="2"/>
  </w:num>
  <w:num w:numId="16" w16cid:durableId="61606901">
    <w:abstractNumId w:val="4"/>
  </w:num>
  <w:num w:numId="17" w16cid:durableId="1006635650">
    <w:abstractNumId w:val="1"/>
  </w:num>
  <w:num w:numId="18" w16cid:durableId="475728907">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EEF"/>
    <w:rsid w:val="001445FB"/>
    <w:rsid w:val="00272EEF"/>
    <w:rsid w:val="005F7CA3"/>
    <w:rsid w:val="009A0B11"/>
    <w:rsid w:val="00BF51CE"/>
    <w:rsid w:val="00D87FD0"/>
    <w:rsid w:val="00DA28D3"/>
    <w:rsid w:val="00E66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8AFD"/>
  <w15:chartTrackingRefBased/>
  <w15:docId w15:val="{38B4305C-2AC8-48C9-A46B-6C0F717F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E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72E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72E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72E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72E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72E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E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E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E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E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72E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72E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72E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272EEF"/>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72E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E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E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EEF"/>
    <w:rPr>
      <w:rFonts w:eastAsiaTheme="majorEastAsia" w:cstheme="majorBidi"/>
      <w:color w:val="272727" w:themeColor="text1" w:themeTint="D8"/>
    </w:rPr>
  </w:style>
  <w:style w:type="paragraph" w:styleId="Title">
    <w:name w:val="Title"/>
    <w:basedOn w:val="Normal"/>
    <w:next w:val="Normal"/>
    <w:link w:val="TitleChar"/>
    <w:uiPriority w:val="10"/>
    <w:qFormat/>
    <w:rsid w:val="00272E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E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E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E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EEF"/>
    <w:pPr>
      <w:spacing w:before="160"/>
      <w:jc w:val="center"/>
    </w:pPr>
    <w:rPr>
      <w:i/>
      <w:iCs/>
      <w:color w:val="404040" w:themeColor="text1" w:themeTint="BF"/>
    </w:rPr>
  </w:style>
  <w:style w:type="character" w:customStyle="1" w:styleId="QuoteChar">
    <w:name w:val="Quote Char"/>
    <w:basedOn w:val="DefaultParagraphFont"/>
    <w:link w:val="Quote"/>
    <w:uiPriority w:val="29"/>
    <w:rsid w:val="00272EEF"/>
    <w:rPr>
      <w:i/>
      <w:iCs/>
      <w:color w:val="404040" w:themeColor="text1" w:themeTint="BF"/>
    </w:rPr>
  </w:style>
  <w:style w:type="paragraph" w:styleId="ListParagraph">
    <w:name w:val="List Paragraph"/>
    <w:basedOn w:val="Normal"/>
    <w:uiPriority w:val="34"/>
    <w:qFormat/>
    <w:rsid w:val="00272EEF"/>
    <w:pPr>
      <w:ind w:left="720"/>
      <w:contextualSpacing/>
    </w:pPr>
  </w:style>
  <w:style w:type="character" w:styleId="IntenseEmphasis">
    <w:name w:val="Intense Emphasis"/>
    <w:basedOn w:val="DefaultParagraphFont"/>
    <w:uiPriority w:val="21"/>
    <w:qFormat/>
    <w:rsid w:val="00272EEF"/>
    <w:rPr>
      <w:i/>
      <w:iCs/>
      <w:color w:val="2F5496" w:themeColor="accent1" w:themeShade="BF"/>
    </w:rPr>
  </w:style>
  <w:style w:type="paragraph" w:styleId="IntenseQuote">
    <w:name w:val="Intense Quote"/>
    <w:basedOn w:val="Normal"/>
    <w:next w:val="Normal"/>
    <w:link w:val="IntenseQuoteChar"/>
    <w:uiPriority w:val="30"/>
    <w:qFormat/>
    <w:rsid w:val="00272E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2EEF"/>
    <w:rPr>
      <w:i/>
      <w:iCs/>
      <w:color w:val="2F5496" w:themeColor="accent1" w:themeShade="BF"/>
    </w:rPr>
  </w:style>
  <w:style w:type="character" w:styleId="IntenseReference">
    <w:name w:val="Intense Reference"/>
    <w:basedOn w:val="DefaultParagraphFont"/>
    <w:uiPriority w:val="32"/>
    <w:qFormat/>
    <w:rsid w:val="00272EEF"/>
    <w:rPr>
      <w:b/>
      <w:bCs/>
      <w:smallCaps/>
      <w:color w:val="2F5496" w:themeColor="accent1" w:themeShade="BF"/>
      <w:spacing w:val="5"/>
    </w:rPr>
  </w:style>
  <w:style w:type="numbering" w:customStyle="1" w:styleId="NoList1">
    <w:name w:val="No List1"/>
    <w:next w:val="NoList"/>
    <w:uiPriority w:val="99"/>
    <w:semiHidden/>
    <w:unhideWhenUsed/>
    <w:rsid w:val="00272EEF"/>
  </w:style>
  <w:style w:type="paragraph" w:styleId="BodyText">
    <w:name w:val="Body Text"/>
    <w:basedOn w:val="Normal"/>
    <w:link w:val="BodyTextChar"/>
    <w:uiPriority w:val="99"/>
    <w:qFormat/>
    <w:rsid w:val="00272EEF"/>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99"/>
    <w:rsid w:val="00272EEF"/>
    <w:rPr>
      <w:rFonts w:ascii="Arial" w:eastAsia="Arial" w:hAnsi="Arial" w:cs="Arial"/>
      <w:kern w:val="0"/>
      <w:lang w:val="en-US"/>
      <w14:ligatures w14:val="none"/>
    </w:rPr>
  </w:style>
  <w:style w:type="paragraph" w:customStyle="1" w:styleId="TableParagraph">
    <w:name w:val="Table Paragraph"/>
    <w:basedOn w:val="Normal"/>
    <w:uiPriority w:val="1"/>
    <w:qFormat/>
    <w:rsid w:val="00272EEF"/>
    <w:pPr>
      <w:widowControl w:val="0"/>
      <w:autoSpaceDE w:val="0"/>
      <w:autoSpaceDN w:val="0"/>
      <w:spacing w:after="0" w:line="240" w:lineRule="auto"/>
      <w:ind w:left="94"/>
    </w:pPr>
    <w:rPr>
      <w:rFonts w:ascii="Arial" w:eastAsia="Arial" w:hAnsi="Arial" w:cs="Arial"/>
      <w:kern w:val="0"/>
      <w:lang w:val="en-US"/>
      <w14:ligatures w14:val="none"/>
    </w:rPr>
  </w:style>
  <w:style w:type="character" w:customStyle="1" w:styleId="Hyperlink1">
    <w:name w:val="Hyperlink1"/>
    <w:basedOn w:val="DefaultParagraphFont"/>
    <w:uiPriority w:val="99"/>
    <w:unhideWhenUsed/>
    <w:rsid w:val="00272EEF"/>
    <w:rPr>
      <w:color w:val="0000FF"/>
      <w:u w:val="single"/>
    </w:rPr>
  </w:style>
  <w:style w:type="character" w:styleId="UnresolvedMention">
    <w:name w:val="Unresolved Mention"/>
    <w:basedOn w:val="DefaultParagraphFont"/>
    <w:uiPriority w:val="99"/>
    <w:semiHidden/>
    <w:unhideWhenUsed/>
    <w:rsid w:val="00272EEF"/>
    <w:rPr>
      <w:color w:val="605E5C"/>
      <w:shd w:val="clear" w:color="auto" w:fill="E1DFDD"/>
    </w:rPr>
  </w:style>
  <w:style w:type="paragraph" w:styleId="Header">
    <w:name w:val="header"/>
    <w:basedOn w:val="Normal"/>
    <w:link w:val="HeaderChar"/>
    <w:uiPriority w:val="99"/>
    <w:unhideWhenUsed/>
    <w:rsid w:val="00272EEF"/>
    <w:pPr>
      <w:widowControl w:val="0"/>
      <w:tabs>
        <w:tab w:val="center" w:pos="4513"/>
        <w:tab w:val="right" w:pos="9026"/>
      </w:tabs>
      <w:autoSpaceDE w:val="0"/>
      <w:autoSpaceDN w:val="0"/>
      <w:spacing w:after="0" w:line="240" w:lineRule="auto"/>
    </w:pPr>
    <w:rPr>
      <w:rFonts w:ascii="Arial" w:eastAsia="Arial" w:hAnsi="Arial" w:cs="Arial"/>
      <w:kern w:val="0"/>
      <w:lang w:val="en-US"/>
      <w14:ligatures w14:val="none"/>
    </w:rPr>
  </w:style>
  <w:style w:type="character" w:customStyle="1" w:styleId="HeaderChar">
    <w:name w:val="Header Char"/>
    <w:basedOn w:val="DefaultParagraphFont"/>
    <w:link w:val="Header"/>
    <w:uiPriority w:val="99"/>
    <w:rsid w:val="00272EEF"/>
    <w:rPr>
      <w:rFonts w:ascii="Arial" w:eastAsia="Arial" w:hAnsi="Arial" w:cs="Arial"/>
      <w:kern w:val="0"/>
      <w:lang w:val="en-US"/>
      <w14:ligatures w14:val="none"/>
    </w:rPr>
  </w:style>
  <w:style w:type="paragraph" w:styleId="Footer">
    <w:name w:val="footer"/>
    <w:basedOn w:val="Normal"/>
    <w:link w:val="FooterChar"/>
    <w:uiPriority w:val="99"/>
    <w:unhideWhenUsed/>
    <w:rsid w:val="00272EEF"/>
    <w:pPr>
      <w:widowControl w:val="0"/>
      <w:tabs>
        <w:tab w:val="center" w:pos="4513"/>
        <w:tab w:val="right" w:pos="9026"/>
      </w:tabs>
      <w:autoSpaceDE w:val="0"/>
      <w:autoSpaceDN w:val="0"/>
      <w:spacing w:after="0" w:line="240" w:lineRule="auto"/>
    </w:pPr>
    <w:rPr>
      <w:rFonts w:ascii="Arial" w:eastAsia="Arial" w:hAnsi="Arial" w:cs="Arial"/>
      <w:kern w:val="0"/>
      <w:lang w:val="en-US"/>
      <w14:ligatures w14:val="none"/>
    </w:rPr>
  </w:style>
  <w:style w:type="character" w:customStyle="1" w:styleId="FooterChar">
    <w:name w:val="Footer Char"/>
    <w:basedOn w:val="DefaultParagraphFont"/>
    <w:link w:val="Footer"/>
    <w:uiPriority w:val="99"/>
    <w:rsid w:val="00272EEF"/>
    <w:rPr>
      <w:rFonts w:ascii="Arial" w:eastAsia="Arial" w:hAnsi="Arial" w:cs="Arial"/>
      <w:kern w:val="0"/>
      <w:lang w:val="en-US"/>
      <w14:ligatures w14:val="none"/>
    </w:rPr>
  </w:style>
  <w:style w:type="paragraph" w:styleId="FootnoteText">
    <w:name w:val="footnote text"/>
    <w:basedOn w:val="Normal"/>
    <w:link w:val="FootnoteTextChar"/>
    <w:uiPriority w:val="99"/>
    <w:semiHidden/>
    <w:unhideWhenUsed/>
    <w:rsid w:val="00272EEF"/>
    <w:pPr>
      <w:widowControl w:val="0"/>
      <w:autoSpaceDE w:val="0"/>
      <w:autoSpaceDN w:val="0"/>
      <w:spacing w:after="0" w:line="240" w:lineRule="auto"/>
    </w:pPr>
    <w:rPr>
      <w:rFonts w:ascii="Arial" w:eastAsia="Arial" w:hAnsi="Arial" w:cs="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272EEF"/>
    <w:rPr>
      <w:rFonts w:ascii="Arial" w:eastAsia="Arial" w:hAnsi="Arial" w:cs="Arial"/>
      <w:kern w:val="0"/>
      <w:sz w:val="20"/>
      <w:szCs w:val="20"/>
      <w:lang w:val="en-US"/>
      <w14:ligatures w14:val="none"/>
    </w:rPr>
  </w:style>
  <w:style w:type="character" w:styleId="FootnoteReference">
    <w:name w:val="footnote reference"/>
    <w:basedOn w:val="DefaultParagraphFont"/>
    <w:uiPriority w:val="99"/>
    <w:semiHidden/>
    <w:unhideWhenUsed/>
    <w:rsid w:val="00272EEF"/>
    <w:rPr>
      <w:vertAlign w:val="superscript"/>
    </w:rPr>
  </w:style>
  <w:style w:type="table" w:styleId="TableGrid">
    <w:name w:val="Table Grid"/>
    <w:basedOn w:val="TableNormal"/>
    <w:uiPriority w:val="59"/>
    <w:rsid w:val="00272EEF"/>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2EEF"/>
    <w:rPr>
      <w:color w:val="800080"/>
      <w:u w:val="single"/>
    </w:rPr>
  </w:style>
  <w:style w:type="paragraph" w:customStyle="1" w:styleId="msonormal0">
    <w:name w:val="msonormal"/>
    <w:basedOn w:val="Normal"/>
    <w:rsid w:val="00272EE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5">
    <w:name w:val="xl65"/>
    <w:basedOn w:val="Normal"/>
    <w:rsid w:val="00272EEF"/>
    <w:pPr>
      <w:spacing w:before="100" w:beforeAutospacing="1" w:after="100" w:afterAutospacing="1" w:line="240" w:lineRule="auto"/>
    </w:pPr>
    <w:rPr>
      <w:rFonts w:ascii="Times New Roman" w:eastAsia="Times New Roman" w:hAnsi="Times New Roman" w:cs="Times New Roman"/>
      <w:color w:val="FF0000"/>
      <w:kern w:val="0"/>
      <w:sz w:val="24"/>
      <w:szCs w:val="24"/>
      <w:lang w:eastAsia="en-GB"/>
      <w14:ligatures w14:val="none"/>
    </w:rPr>
  </w:style>
  <w:style w:type="paragraph" w:customStyle="1" w:styleId="xl66">
    <w:name w:val="xl66"/>
    <w:basedOn w:val="Normal"/>
    <w:rsid w:val="00272EE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7">
    <w:name w:val="xl67"/>
    <w:basedOn w:val="Normal"/>
    <w:rsid w:val="00272EE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NoSpacing1">
    <w:name w:val="No Spacing1"/>
    <w:next w:val="NoSpacing"/>
    <w:uiPriority w:val="1"/>
    <w:qFormat/>
    <w:rsid w:val="00272EEF"/>
    <w:pPr>
      <w:spacing w:after="0" w:line="240" w:lineRule="auto"/>
    </w:pPr>
    <w:rPr>
      <w:rFonts w:eastAsia="Times New Roman"/>
      <w:kern w:val="0"/>
      <w:lang w:val="en-US"/>
      <w14:ligatures w14:val="none"/>
    </w:rPr>
  </w:style>
  <w:style w:type="paragraph" w:customStyle="1" w:styleId="BodyText21">
    <w:name w:val="Body Text 21"/>
    <w:basedOn w:val="Normal"/>
    <w:next w:val="BodyText2"/>
    <w:link w:val="BodyText2Char"/>
    <w:uiPriority w:val="99"/>
    <w:unhideWhenUsed/>
    <w:rsid w:val="00272EEF"/>
    <w:pPr>
      <w:spacing w:after="120" w:line="480" w:lineRule="auto"/>
    </w:pPr>
    <w:rPr>
      <w:rFonts w:eastAsia="Times New Roman"/>
    </w:rPr>
  </w:style>
  <w:style w:type="character" w:customStyle="1" w:styleId="BodyText2Char">
    <w:name w:val="Body Text 2 Char"/>
    <w:basedOn w:val="DefaultParagraphFont"/>
    <w:link w:val="BodyText21"/>
    <w:uiPriority w:val="99"/>
    <w:rsid w:val="00272EEF"/>
    <w:rPr>
      <w:rFonts w:eastAsia="Times New Roman"/>
    </w:rPr>
  </w:style>
  <w:style w:type="paragraph" w:customStyle="1" w:styleId="BodyText31">
    <w:name w:val="Body Text 31"/>
    <w:basedOn w:val="Normal"/>
    <w:next w:val="BodyText3"/>
    <w:link w:val="BodyText3Char"/>
    <w:uiPriority w:val="99"/>
    <w:unhideWhenUsed/>
    <w:rsid w:val="00272EEF"/>
    <w:pPr>
      <w:spacing w:after="120" w:line="276" w:lineRule="auto"/>
    </w:pPr>
    <w:rPr>
      <w:rFonts w:eastAsia="Times New Roman"/>
      <w:sz w:val="16"/>
      <w:szCs w:val="16"/>
    </w:rPr>
  </w:style>
  <w:style w:type="character" w:customStyle="1" w:styleId="BodyText3Char">
    <w:name w:val="Body Text 3 Char"/>
    <w:basedOn w:val="DefaultParagraphFont"/>
    <w:link w:val="BodyText31"/>
    <w:uiPriority w:val="99"/>
    <w:rsid w:val="00272EEF"/>
    <w:rPr>
      <w:rFonts w:eastAsia="Times New Roman"/>
      <w:sz w:val="16"/>
      <w:szCs w:val="16"/>
    </w:rPr>
  </w:style>
  <w:style w:type="paragraph" w:customStyle="1" w:styleId="List1">
    <w:name w:val="List1"/>
    <w:basedOn w:val="Normal"/>
    <w:next w:val="List"/>
    <w:uiPriority w:val="99"/>
    <w:unhideWhenUsed/>
    <w:rsid w:val="00272EEF"/>
    <w:pPr>
      <w:spacing w:after="200" w:line="276" w:lineRule="auto"/>
      <w:ind w:left="360" w:hanging="360"/>
      <w:contextualSpacing/>
    </w:pPr>
    <w:rPr>
      <w:rFonts w:eastAsia="Times New Roman"/>
      <w:kern w:val="0"/>
      <w:lang w:val="en-US"/>
      <w14:ligatures w14:val="none"/>
    </w:rPr>
  </w:style>
  <w:style w:type="paragraph" w:customStyle="1" w:styleId="List21">
    <w:name w:val="List 21"/>
    <w:basedOn w:val="Normal"/>
    <w:next w:val="List2"/>
    <w:uiPriority w:val="99"/>
    <w:unhideWhenUsed/>
    <w:rsid w:val="00272EEF"/>
    <w:pPr>
      <w:spacing w:after="200" w:line="276" w:lineRule="auto"/>
      <w:ind w:left="720" w:hanging="360"/>
      <w:contextualSpacing/>
    </w:pPr>
    <w:rPr>
      <w:rFonts w:eastAsia="Times New Roman"/>
      <w:kern w:val="0"/>
      <w:lang w:val="en-US"/>
      <w14:ligatures w14:val="none"/>
    </w:rPr>
  </w:style>
  <w:style w:type="paragraph" w:customStyle="1" w:styleId="List31">
    <w:name w:val="List 31"/>
    <w:basedOn w:val="Normal"/>
    <w:next w:val="List3"/>
    <w:uiPriority w:val="99"/>
    <w:unhideWhenUsed/>
    <w:rsid w:val="00272EEF"/>
    <w:pPr>
      <w:spacing w:after="200" w:line="276" w:lineRule="auto"/>
      <w:ind w:left="1080" w:hanging="360"/>
      <w:contextualSpacing/>
    </w:pPr>
    <w:rPr>
      <w:rFonts w:eastAsia="Times New Roman"/>
      <w:kern w:val="0"/>
      <w:lang w:val="en-US"/>
      <w14:ligatures w14:val="none"/>
    </w:rPr>
  </w:style>
  <w:style w:type="paragraph" w:customStyle="1" w:styleId="ListBullet1">
    <w:name w:val="List Bullet1"/>
    <w:basedOn w:val="Normal"/>
    <w:next w:val="ListBullet"/>
    <w:uiPriority w:val="99"/>
    <w:unhideWhenUsed/>
    <w:rsid w:val="00272EEF"/>
    <w:pPr>
      <w:numPr>
        <w:numId w:val="9"/>
      </w:numPr>
      <w:spacing w:after="200" w:line="276" w:lineRule="auto"/>
      <w:contextualSpacing/>
    </w:pPr>
    <w:rPr>
      <w:rFonts w:eastAsia="Times New Roman"/>
      <w:kern w:val="0"/>
      <w:lang w:val="en-US"/>
      <w14:ligatures w14:val="none"/>
    </w:rPr>
  </w:style>
  <w:style w:type="paragraph" w:customStyle="1" w:styleId="ListBullet21">
    <w:name w:val="List Bullet 21"/>
    <w:basedOn w:val="Normal"/>
    <w:next w:val="ListBullet2"/>
    <w:uiPriority w:val="99"/>
    <w:unhideWhenUsed/>
    <w:rsid w:val="00272EEF"/>
    <w:pPr>
      <w:numPr>
        <w:numId w:val="10"/>
      </w:numPr>
      <w:spacing w:after="200" w:line="276" w:lineRule="auto"/>
      <w:contextualSpacing/>
    </w:pPr>
    <w:rPr>
      <w:rFonts w:eastAsia="Times New Roman"/>
      <w:kern w:val="0"/>
      <w:lang w:val="en-US"/>
      <w14:ligatures w14:val="none"/>
    </w:rPr>
  </w:style>
  <w:style w:type="paragraph" w:customStyle="1" w:styleId="ListBullet31">
    <w:name w:val="List Bullet 31"/>
    <w:basedOn w:val="Normal"/>
    <w:next w:val="ListBullet3"/>
    <w:uiPriority w:val="99"/>
    <w:unhideWhenUsed/>
    <w:rsid w:val="00272EEF"/>
    <w:pPr>
      <w:numPr>
        <w:numId w:val="11"/>
      </w:numPr>
      <w:spacing w:after="200" w:line="276" w:lineRule="auto"/>
      <w:contextualSpacing/>
    </w:pPr>
    <w:rPr>
      <w:rFonts w:eastAsia="Times New Roman"/>
      <w:kern w:val="0"/>
      <w:lang w:val="en-US"/>
      <w14:ligatures w14:val="none"/>
    </w:rPr>
  </w:style>
  <w:style w:type="paragraph" w:customStyle="1" w:styleId="ListNumber1">
    <w:name w:val="List Number1"/>
    <w:basedOn w:val="Normal"/>
    <w:next w:val="ListNumber"/>
    <w:uiPriority w:val="99"/>
    <w:unhideWhenUsed/>
    <w:rsid w:val="00272EEF"/>
    <w:pPr>
      <w:numPr>
        <w:numId w:val="13"/>
      </w:numPr>
      <w:spacing w:after="200" w:line="276" w:lineRule="auto"/>
      <w:contextualSpacing/>
    </w:pPr>
    <w:rPr>
      <w:rFonts w:eastAsia="Times New Roman"/>
      <w:kern w:val="0"/>
      <w:lang w:val="en-US"/>
      <w14:ligatures w14:val="none"/>
    </w:rPr>
  </w:style>
  <w:style w:type="paragraph" w:customStyle="1" w:styleId="ListNumber21">
    <w:name w:val="List Number 21"/>
    <w:basedOn w:val="Normal"/>
    <w:next w:val="ListNumber2"/>
    <w:uiPriority w:val="99"/>
    <w:unhideWhenUsed/>
    <w:rsid w:val="00272EEF"/>
    <w:pPr>
      <w:numPr>
        <w:numId w:val="14"/>
      </w:numPr>
      <w:spacing w:after="200" w:line="276" w:lineRule="auto"/>
      <w:contextualSpacing/>
    </w:pPr>
    <w:rPr>
      <w:rFonts w:eastAsia="Times New Roman"/>
      <w:kern w:val="0"/>
      <w:lang w:val="en-US"/>
      <w14:ligatures w14:val="none"/>
    </w:rPr>
  </w:style>
  <w:style w:type="paragraph" w:customStyle="1" w:styleId="ListNumber31">
    <w:name w:val="List Number 31"/>
    <w:basedOn w:val="Normal"/>
    <w:next w:val="ListNumber3"/>
    <w:uiPriority w:val="99"/>
    <w:unhideWhenUsed/>
    <w:rsid w:val="00272EEF"/>
    <w:pPr>
      <w:numPr>
        <w:numId w:val="15"/>
      </w:numPr>
      <w:spacing w:after="200" w:line="276" w:lineRule="auto"/>
      <w:contextualSpacing/>
    </w:pPr>
    <w:rPr>
      <w:rFonts w:eastAsia="Times New Roman"/>
      <w:kern w:val="0"/>
      <w:lang w:val="en-US"/>
      <w14:ligatures w14:val="none"/>
    </w:rPr>
  </w:style>
  <w:style w:type="paragraph" w:customStyle="1" w:styleId="ListContinue1">
    <w:name w:val="List Continue1"/>
    <w:basedOn w:val="Normal"/>
    <w:next w:val="ListContinue"/>
    <w:uiPriority w:val="99"/>
    <w:unhideWhenUsed/>
    <w:rsid w:val="00272EEF"/>
    <w:pPr>
      <w:spacing w:after="120" w:line="276" w:lineRule="auto"/>
      <w:ind w:left="360"/>
      <w:contextualSpacing/>
    </w:pPr>
    <w:rPr>
      <w:rFonts w:eastAsia="Times New Roman"/>
      <w:kern w:val="0"/>
      <w:lang w:val="en-US"/>
      <w14:ligatures w14:val="none"/>
    </w:rPr>
  </w:style>
  <w:style w:type="paragraph" w:customStyle="1" w:styleId="ListContinue21">
    <w:name w:val="List Continue 21"/>
    <w:basedOn w:val="Normal"/>
    <w:next w:val="ListContinue2"/>
    <w:uiPriority w:val="99"/>
    <w:unhideWhenUsed/>
    <w:rsid w:val="00272EEF"/>
    <w:pPr>
      <w:spacing w:after="120" w:line="276" w:lineRule="auto"/>
      <w:ind w:left="720"/>
      <w:contextualSpacing/>
    </w:pPr>
    <w:rPr>
      <w:rFonts w:eastAsia="Times New Roman"/>
      <w:kern w:val="0"/>
      <w:lang w:val="en-US"/>
      <w14:ligatures w14:val="none"/>
    </w:rPr>
  </w:style>
  <w:style w:type="paragraph" w:customStyle="1" w:styleId="ListContinue31">
    <w:name w:val="List Continue 31"/>
    <w:basedOn w:val="Normal"/>
    <w:next w:val="ListContinue3"/>
    <w:uiPriority w:val="99"/>
    <w:unhideWhenUsed/>
    <w:rsid w:val="00272EEF"/>
    <w:pPr>
      <w:spacing w:after="120" w:line="276" w:lineRule="auto"/>
      <w:ind w:left="1080"/>
      <w:contextualSpacing/>
    </w:pPr>
    <w:rPr>
      <w:rFonts w:eastAsia="Times New Roman"/>
      <w:kern w:val="0"/>
      <w:lang w:val="en-US"/>
      <w14:ligatures w14:val="none"/>
    </w:rPr>
  </w:style>
  <w:style w:type="paragraph" w:customStyle="1" w:styleId="MacroText1">
    <w:name w:val="Macro Text1"/>
    <w:next w:val="MacroText"/>
    <w:link w:val="MacroTextChar"/>
    <w:uiPriority w:val="99"/>
    <w:unhideWhenUsed/>
    <w:rsid w:val="00272EEF"/>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rPr>
  </w:style>
  <w:style w:type="character" w:customStyle="1" w:styleId="MacroTextChar">
    <w:name w:val="Macro Text Char"/>
    <w:basedOn w:val="DefaultParagraphFont"/>
    <w:link w:val="MacroText1"/>
    <w:uiPriority w:val="99"/>
    <w:rsid w:val="00272EEF"/>
    <w:rPr>
      <w:rFonts w:ascii="Courier" w:eastAsia="Times New Roman" w:hAnsi="Courier"/>
      <w:sz w:val="20"/>
      <w:szCs w:val="20"/>
    </w:rPr>
  </w:style>
  <w:style w:type="paragraph" w:customStyle="1" w:styleId="Caption1">
    <w:name w:val="Caption1"/>
    <w:basedOn w:val="Normal"/>
    <w:next w:val="Normal"/>
    <w:uiPriority w:val="35"/>
    <w:semiHidden/>
    <w:unhideWhenUsed/>
    <w:qFormat/>
    <w:rsid w:val="00272EEF"/>
    <w:pPr>
      <w:spacing w:after="200" w:line="240" w:lineRule="auto"/>
    </w:pPr>
    <w:rPr>
      <w:rFonts w:eastAsia="Times New Roman"/>
      <w:b/>
      <w:bCs/>
      <w:color w:val="4F81BD"/>
      <w:kern w:val="0"/>
      <w:sz w:val="18"/>
      <w:szCs w:val="18"/>
      <w:lang w:val="en-US"/>
      <w14:ligatures w14:val="none"/>
    </w:rPr>
  </w:style>
  <w:style w:type="character" w:styleId="Strong">
    <w:name w:val="Strong"/>
    <w:basedOn w:val="DefaultParagraphFont"/>
    <w:uiPriority w:val="22"/>
    <w:qFormat/>
    <w:rsid w:val="00272EEF"/>
    <w:rPr>
      <w:b/>
      <w:bCs/>
    </w:rPr>
  </w:style>
  <w:style w:type="character" w:styleId="Emphasis">
    <w:name w:val="Emphasis"/>
    <w:basedOn w:val="DefaultParagraphFont"/>
    <w:uiPriority w:val="20"/>
    <w:qFormat/>
    <w:rsid w:val="00272EEF"/>
    <w:rPr>
      <w:i/>
      <w:iCs/>
    </w:rPr>
  </w:style>
  <w:style w:type="character" w:customStyle="1" w:styleId="SubtleEmphasis1">
    <w:name w:val="Subtle Emphasis1"/>
    <w:basedOn w:val="DefaultParagraphFont"/>
    <w:uiPriority w:val="19"/>
    <w:qFormat/>
    <w:rsid w:val="00272EEF"/>
    <w:rPr>
      <w:i/>
      <w:iCs/>
      <w:color w:val="808080"/>
    </w:rPr>
  </w:style>
  <w:style w:type="character" w:customStyle="1" w:styleId="SubtleReference1">
    <w:name w:val="Subtle Reference1"/>
    <w:basedOn w:val="DefaultParagraphFont"/>
    <w:uiPriority w:val="31"/>
    <w:qFormat/>
    <w:rsid w:val="00272EEF"/>
    <w:rPr>
      <w:smallCaps/>
      <w:color w:val="C0504D"/>
      <w:u w:val="single"/>
    </w:rPr>
  </w:style>
  <w:style w:type="character" w:styleId="BookTitle">
    <w:name w:val="Book Title"/>
    <w:basedOn w:val="DefaultParagraphFont"/>
    <w:uiPriority w:val="33"/>
    <w:qFormat/>
    <w:rsid w:val="00272EEF"/>
    <w:rPr>
      <w:b/>
      <w:bCs/>
      <w:smallCaps/>
      <w:spacing w:val="5"/>
    </w:rPr>
  </w:style>
  <w:style w:type="paragraph" w:customStyle="1" w:styleId="TOCHeading1">
    <w:name w:val="TOC Heading1"/>
    <w:basedOn w:val="Heading1"/>
    <w:next w:val="Normal"/>
    <w:uiPriority w:val="39"/>
    <w:semiHidden/>
    <w:unhideWhenUsed/>
    <w:qFormat/>
    <w:rsid w:val="00272EEF"/>
    <w:pPr>
      <w:spacing w:before="480" w:after="0" w:line="276" w:lineRule="auto"/>
      <w:outlineLvl w:val="9"/>
    </w:pPr>
    <w:rPr>
      <w:b/>
      <w:bCs/>
      <w:kern w:val="0"/>
      <w:sz w:val="28"/>
      <w:szCs w:val="28"/>
      <w:lang w:val="en-US"/>
      <w14:ligatures w14:val="none"/>
    </w:rPr>
  </w:style>
  <w:style w:type="table" w:customStyle="1" w:styleId="LightShading1">
    <w:name w:val="Light Shading1"/>
    <w:basedOn w:val="TableNormal"/>
    <w:next w:val="LightShading"/>
    <w:uiPriority w:val="60"/>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272EEF"/>
    <w:pPr>
      <w:spacing w:after="0" w:line="240" w:lineRule="auto"/>
    </w:pPr>
    <w:rPr>
      <w:rFonts w:eastAsia="Times New Roman"/>
      <w:color w:val="365F91"/>
      <w:kern w:val="0"/>
      <w:lang w:val="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272EEF"/>
    <w:pPr>
      <w:spacing w:after="0" w:line="240" w:lineRule="auto"/>
    </w:pPr>
    <w:rPr>
      <w:rFonts w:eastAsia="Times New Roman"/>
      <w:color w:val="943634"/>
      <w:kern w:val="0"/>
      <w:lang w:val="en-U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272EEF"/>
    <w:pPr>
      <w:spacing w:after="0" w:line="240" w:lineRule="auto"/>
    </w:pPr>
    <w:rPr>
      <w:rFonts w:eastAsia="Times New Roman"/>
      <w:color w:val="76923C"/>
      <w:kern w:val="0"/>
      <w:lang w:val="en-US"/>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272EEF"/>
    <w:pPr>
      <w:spacing w:after="0" w:line="240" w:lineRule="auto"/>
    </w:pPr>
    <w:rPr>
      <w:rFonts w:eastAsia="Times New Roman"/>
      <w:color w:val="5F497A"/>
      <w:kern w:val="0"/>
      <w:lang w:val="en-US"/>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272EEF"/>
    <w:pPr>
      <w:spacing w:after="0" w:line="240" w:lineRule="auto"/>
    </w:pPr>
    <w:rPr>
      <w:rFonts w:eastAsia="Times New Roman"/>
      <w:color w:val="31849B"/>
      <w:kern w:val="0"/>
      <w:lang w:val="en-U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272EEF"/>
    <w:pPr>
      <w:spacing w:after="0" w:line="240" w:lineRule="auto"/>
    </w:pPr>
    <w:rPr>
      <w:rFonts w:eastAsia="Times New Roman"/>
      <w:color w:val="E36C0A"/>
      <w:kern w:val="0"/>
      <w:lang w:val="en-US"/>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272EEF"/>
    <w:pPr>
      <w:spacing w:after="0" w:line="240" w:lineRule="auto"/>
    </w:pPr>
    <w:rPr>
      <w:rFonts w:eastAsia="Times New Roman"/>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272EEF"/>
    <w:pPr>
      <w:spacing w:after="0" w:line="240" w:lineRule="auto"/>
    </w:pPr>
    <w:rPr>
      <w:rFonts w:eastAsia="Times New Roman"/>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272EEF"/>
    <w:pPr>
      <w:spacing w:after="0" w:line="240" w:lineRule="auto"/>
    </w:pPr>
    <w:rPr>
      <w:rFonts w:eastAsia="Times New Roman"/>
      <w:kern w:val="0"/>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272EEF"/>
    <w:pPr>
      <w:spacing w:after="0" w:line="240" w:lineRule="auto"/>
    </w:pPr>
    <w:rPr>
      <w:rFonts w:eastAsia="Times New Roman"/>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272EEF"/>
    <w:pPr>
      <w:spacing w:after="0" w:line="240" w:lineRule="auto"/>
    </w:pPr>
    <w:rPr>
      <w:rFonts w:eastAsia="Times New Roman"/>
      <w:color w:val="000000"/>
      <w:kern w:val="0"/>
      <w:lang w:val="en-US"/>
      <w14:ligatures w14:val="none"/>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272EEF"/>
    <w:pPr>
      <w:spacing w:after="0" w:line="240" w:lineRule="auto"/>
    </w:pPr>
    <w:rPr>
      <w:rFonts w:eastAsia="Times New Roman"/>
      <w:kern w:val="0"/>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272EEF"/>
    <w:pPr>
      <w:spacing w:after="0" w:line="240" w:lineRule="auto"/>
    </w:pPr>
    <w:rPr>
      <w:rFonts w:ascii="Cambria" w:eastAsia="Times New Roman" w:hAnsi="Cambria" w:cs="Times New Roman"/>
      <w:color w:val="000000"/>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272EEF"/>
    <w:pPr>
      <w:spacing w:after="0" w:line="240" w:lineRule="auto"/>
    </w:pPr>
    <w:rPr>
      <w:rFonts w:eastAsia="Times New Roman"/>
      <w:kern w:val="0"/>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272EEF"/>
    <w:pPr>
      <w:spacing w:after="0" w:line="240" w:lineRule="auto"/>
    </w:pPr>
    <w:rPr>
      <w:rFonts w:eastAsia="Times New Roman"/>
      <w:color w:val="FFFFFF"/>
      <w:kern w:val="0"/>
      <w:lang w:val="en-US"/>
      <w14:ligatures w14:val="none"/>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next w:val="ColorfulShading"/>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272EEF"/>
    <w:pPr>
      <w:spacing w:after="0" w:line="240" w:lineRule="auto"/>
    </w:pPr>
    <w:rPr>
      <w:rFonts w:eastAsia="Times New Roman"/>
      <w:color w:val="000000"/>
      <w:kern w:val="0"/>
      <w:lang w:val="en-US"/>
      <w14:ligatures w14:val="none"/>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272EEF"/>
    <w:pPr>
      <w:spacing w:after="0" w:line="240" w:lineRule="auto"/>
    </w:pPr>
    <w:rPr>
      <w:rFonts w:eastAsia="Times New Roman"/>
      <w:color w:val="000000"/>
      <w:kern w:val="0"/>
      <w:lang w:val="en-US"/>
      <w14:ligatures w14:val="non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272EEF"/>
    <w:pPr>
      <w:spacing w:after="0" w:line="240" w:lineRule="auto"/>
    </w:pPr>
    <w:rPr>
      <w:rFonts w:eastAsia="Times New Roman"/>
      <w:color w:val="000000"/>
      <w:kern w:val="0"/>
      <w:lang w:val="en-US"/>
      <w14:ligatures w14:val="none"/>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alloonText">
    <w:name w:val="Balloon Text"/>
    <w:basedOn w:val="Normal"/>
    <w:link w:val="BalloonTextChar"/>
    <w:uiPriority w:val="99"/>
    <w:semiHidden/>
    <w:unhideWhenUsed/>
    <w:rsid w:val="00272EEF"/>
    <w:pPr>
      <w:widowControl w:val="0"/>
      <w:autoSpaceDE w:val="0"/>
      <w:autoSpaceDN w:val="0"/>
      <w:spacing w:after="0" w:line="240" w:lineRule="auto"/>
    </w:pPr>
    <w:rPr>
      <w:rFonts w:ascii="Segoe UI" w:eastAsia="Arial"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272EEF"/>
    <w:rPr>
      <w:rFonts w:ascii="Segoe UI" w:eastAsia="Arial" w:hAnsi="Segoe UI" w:cs="Segoe UI"/>
      <w:kern w:val="0"/>
      <w:sz w:val="18"/>
      <w:szCs w:val="18"/>
      <w:lang w:val="en-US"/>
      <w14:ligatures w14:val="none"/>
    </w:rPr>
  </w:style>
  <w:style w:type="paragraph" w:styleId="Bibliography">
    <w:name w:val="Bibliography"/>
    <w:basedOn w:val="Normal"/>
    <w:next w:val="Normal"/>
    <w:uiPriority w:val="37"/>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paragraph" w:customStyle="1" w:styleId="BlockText1">
    <w:name w:val="Block Text1"/>
    <w:basedOn w:val="Normal"/>
    <w:next w:val="BlockText"/>
    <w:uiPriority w:val="99"/>
    <w:semiHidden/>
    <w:unhideWhenUsed/>
    <w:rsid w:val="00272EEF"/>
    <w:pPr>
      <w:widowControl w:val="0"/>
      <w:pBdr>
        <w:top w:val="single" w:sz="2" w:space="10" w:color="4F81BD"/>
        <w:left w:val="single" w:sz="2" w:space="10" w:color="4F81BD"/>
        <w:bottom w:val="single" w:sz="2" w:space="10" w:color="4F81BD"/>
        <w:right w:val="single" w:sz="2" w:space="10" w:color="4F81BD"/>
      </w:pBdr>
      <w:autoSpaceDE w:val="0"/>
      <w:autoSpaceDN w:val="0"/>
      <w:spacing w:after="0" w:line="240" w:lineRule="auto"/>
      <w:ind w:left="1152" w:right="1152"/>
    </w:pPr>
    <w:rPr>
      <w:rFonts w:eastAsia="Times New Roman"/>
      <w:i/>
      <w:iCs/>
      <w:color w:val="4F81BD"/>
      <w:kern w:val="0"/>
      <w:lang w:val="en-US"/>
      <w14:ligatures w14:val="none"/>
    </w:rPr>
  </w:style>
  <w:style w:type="paragraph" w:styleId="BodyTextFirstIndent">
    <w:name w:val="Body Text First Indent"/>
    <w:basedOn w:val="BodyText"/>
    <w:link w:val="BodyTextFirstIndentChar"/>
    <w:uiPriority w:val="99"/>
    <w:semiHidden/>
    <w:unhideWhenUsed/>
    <w:rsid w:val="00272EEF"/>
    <w:pPr>
      <w:ind w:firstLine="360"/>
    </w:pPr>
  </w:style>
  <w:style w:type="character" w:customStyle="1" w:styleId="BodyTextFirstIndentChar">
    <w:name w:val="Body Text First Indent Char"/>
    <w:basedOn w:val="BodyTextChar"/>
    <w:link w:val="BodyTextFirstIndent"/>
    <w:uiPriority w:val="99"/>
    <w:semiHidden/>
    <w:rsid w:val="00272EEF"/>
    <w:rPr>
      <w:rFonts w:ascii="Arial" w:eastAsia="Arial" w:hAnsi="Arial" w:cs="Arial"/>
      <w:kern w:val="0"/>
      <w:lang w:val="en-US"/>
      <w14:ligatures w14:val="none"/>
    </w:rPr>
  </w:style>
  <w:style w:type="paragraph" w:styleId="BodyTextIndent">
    <w:name w:val="Body Text Indent"/>
    <w:basedOn w:val="Normal"/>
    <w:link w:val="BodyTextIndentChar"/>
    <w:uiPriority w:val="99"/>
    <w:semiHidden/>
    <w:unhideWhenUsed/>
    <w:rsid w:val="00272EEF"/>
    <w:pPr>
      <w:widowControl w:val="0"/>
      <w:autoSpaceDE w:val="0"/>
      <w:autoSpaceDN w:val="0"/>
      <w:spacing w:after="120" w:line="240" w:lineRule="auto"/>
      <w:ind w:left="283"/>
    </w:pPr>
    <w:rPr>
      <w:rFonts w:ascii="Arial" w:eastAsia="Arial" w:hAnsi="Arial" w:cs="Arial"/>
      <w:kern w:val="0"/>
      <w:lang w:val="en-US"/>
      <w14:ligatures w14:val="none"/>
    </w:rPr>
  </w:style>
  <w:style w:type="character" w:customStyle="1" w:styleId="BodyTextIndentChar">
    <w:name w:val="Body Text Indent Char"/>
    <w:basedOn w:val="DefaultParagraphFont"/>
    <w:link w:val="BodyTextIndent"/>
    <w:uiPriority w:val="99"/>
    <w:semiHidden/>
    <w:rsid w:val="00272EEF"/>
    <w:rPr>
      <w:rFonts w:ascii="Arial" w:eastAsia="Arial" w:hAnsi="Arial" w:cs="Arial"/>
      <w:kern w:val="0"/>
      <w:lang w:val="en-US"/>
      <w14:ligatures w14:val="none"/>
    </w:rPr>
  </w:style>
  <w:style w:type="paragraph" w:styleId="BodyTextFirstIndent2">
    <w:name w:val="Body Text First Indent 2"/>
    <w:basedOn w:val="BodyTextIndent"/>
    <w:link w:val="BodyTextFirstIndent2Char"/>
    <w:uiPriority w:val="99"/>
    <w:semiHidden/>
    <w:unhideWhenUsed/>
    <w:rsid w:val="00272EEF"/>
    <w:pPr>
      <w:spacing w:after="0"/>
      <w:ind w:left="360" w:firstLine="360"/>
    </w:pPr>
  </w:style>
  <w:style w:type="character" w:customStyle="1" w:styleId="BodyTextFirstIndent2Char">
    <w:name w:val="Body Text First Indent 2 Char"/>
    <w:basedOn w:val="BodyTextIndentChar"/>
    <w:link w:val="BodyTextFirstIndent2"/>
    <w:uiPriority w:val="99"/>
    <w:semiHidden/>
    <w:rsid w:val="00272EEF"/>
    <w:rPr>
      <w:rFonts w:ascii="Arial" w:eastAsia="Arial" w:hAnsi="Arial" w:cs="Arial"/>
      <w:kern w:val="0"/>
      <w:lang w:val="en-US"/>
      <w14:ligatures w14:val="none"/>
    </w:rPr>
  </w:style>
  <w:style w:type="paragraph" w:styleId="BodyTextIndent2">
    <w:name w:val="Body Text Indent 2"/>
    <w:basedOn w:val="Normal"/>
    <w:link w:val="BodyTextIndent2Char"/>
    <w:uiPriority w:val="99"/>
    <w:semiHidden/>
    <w:unhideWhenUsed/>
    <w:rsid w:val="00272EEF"/>
    <w:pPr>
      <w:widowControl w:val="0"/>
      <w:autoSpaceDE w:val="0"/>
      <w:autoSpaceDN w:val="0"/>
      <w:spacing w:after="120" w:line="480" w:lineRule="auto"/>
      <w:ind w:left="283"/>
    </w:pPr>
    <w:rPr>
      <w:rFonts w:ascii="Arial" w:eastAsia="Arial" w:hAnsi="Arial" w:cs="Arial"/>
      <w:kern w:val="0"/>
      <w:lang w:val="en-US"/>
      <w14:ligatures w14:val="none"/>
    </w:rPr>
  </w:style>
  <w:style w:type="character" w:customStyle="1" w:styleId="BodyTextIndent2Char">
    <w:name w:val="Body Text Indent 2 Char"/>
    <w:basedOn w:val="DefaultParagraphFont"/>
    <w:link w:val="BodyTextIndent2"/>
    <w:uiPriority w:val="99"/>
    <w:semiHidden/>
    <w:rsid w:val="00272EEF"/>
    <w:rPr>
      <w:rFonts w:ascii="Arial" w:eastAsia="Arial" w:hAnsi="Arial" w:cs="Arial"/>
      <w:kern w:val="0"/>
      <w:lang w:val="en-US"/>
      <w14:ligatures w14:val="none"/>
    </w:rPr>
  </w:style>
  <w:style w:type="paragraph" w:styleId="BodyTextIndent3">
    <w:name w:val="Body Text Indent 3"/>
    <w:basedOn w:val="Normal"/>
    <w:link w:val="BodyTextIndent3Char"/>
    <w:uiPriority w:val="99"/>
    <w:semiHidden/>
    <w:unhideWhenUsed/>
    <w:rsid w:val="00272EEF"/>
    <w:pPr>
      <w:widowControl w:val="0"/>
      <w:autoSpaceDE w:val="0"/>
      <w:autoSpaceDN w:val="0"/>
      <w:spacing w:after="120" w:line="240" w:lineRule="auto"/>
      <w:ind w:left="283"/>
    </w:pPr>
    <w:rPr>
      <w:rFonts w:ascii="Arial" w:eastAsia="Arial" w:hAnsi="Arial" w:cs="Arial"/>
      <w:kern w:val="0"/>
      <w:sz w:val="16"/>
      <w:szCs w:val="16"/>
      <w:lang w:val="en-US"/>
      <w14:ligatures w14:val="none"/>
    </w:rPr>
  </w:style>
  <w:style w:type="character" w:customStyle="1" w:styleId="BodyTextIndent3Char">
    <w:name w:val="Body Text Indent 3 Char"/>
    <w:basedOn w:val="DefaultParagraphFont"/>
    <w:link w:val="BodyTextIndent3"/>
    <w:uiPriority w:val="99"/>
    <w:semiHidden/>
    <w:rsid w:val="00272EEF"/>
    <w:rPr>
      <w:rFonts w:ascii="Arial" w:eastAsia="Arial" w:hAnsi="Arial" w:cs="Arial"/>
      <w:kern w:val="0"/>
      <w:sz w:val="16"/>
      <w:szCs w:val="16"/>
      <w:lang w:val="en-US"/>
      <w14:ligatures w14:val="none"/>
    </w:rPr>
  </w:style>
  <w:style w:type="paragraph" w:styleId="Closing">
    <w:name w:val="Closing"/>
    <w:basedOn w:val="Normal"/>
    <w:link w:val="ClosingChar"/>
    <w:uiPriority w:val="99"/>
    <w:semiHidden/>
    <w:unhideWhenUsed/>
    <w:rsid w:val="00272EEF"/>
    <w:pPr>
      <w:widowControl w:val="0"/>
      <w:autoSpaceDE w:val="0"/>
      <w:autoSpaceDN w:val="0"/>
      <w:spacing w:after="0" w:line="240" w:lineRule="auto"/>
      <w:ind w:left="4252"/>
    </w:pPr>
    <w:rPr>
      <w:rFonts w:ascii="Arial" w:eastAsia="Arial" w:hAnsi="Arial" w:cs="Arial"/>
      <w:kern w:val="0"/>
      <w:lang w:val="en-US"/>
      <w14:ligatures w14:val="none"/>
    </w:rPr>
  </w:style>
  <w:style w:type="character" w:customStyle="1" w:styleId="ClosingChar">
    <w:name w:val="Closing Char"/>
    <w:basedOn w:val="DefaultParagraphFont"/>
    <w:link w:val="Closing"/>
    <w:uiPriority w:val="99"/>
    <w:semiHidden/>
    <w:rsid w:val="00272EEF"/>
    <w:rPr>
      <w:rFonts w:ascii="Arial" w:eastAsia="Arial" w:hAnsi="Arial" w:cs="Arial"/>
      <w:kern w:val="0"/>
      <w:lang w:val="en-US"/>
      <w14:ligatures w14:val="none"/>
    </w:rPr>
  </w:style>
  <w:style w:type="paragraph" w:styleId="CommentText">
    <w:name w:val="annotation text"/>
    <w:basedOn w:val="Normal"/>
    <w:link w:val="CommentTextChar"/>
    <w:uiPriority w:val="99"/>
    <w:semiHidden/>
    <w:unhideWhenUsed/>
    <w:rsid w:val="00272EEF"/>
    <w:pPr>
      <w:widowControl w:val="0"/>
      <w:autoSpaceDE w:val="0"/>
      <w:autoSpaceDN w:val="0"/>
      <w:spacing w:after="0" w:line="240" w:lineRule="auto"/>
    </w:pPr>
    <w:rPr>
      <w:rFonts w:ascii="Arial" w:eastAsia="Arial" w:hAnsi="Arial" w:cs="Arial"/>
      <w:kern w:val="0"/>
      <w:sz w:val="20"/>
      <w:szCs w:val="20"/>
      <w:lang w:val="en-US"/>
      <w14:ligatures w14:val="none"/>
    </w:rPr>
  </w:style>
  <w:style w:type="character" w:customStyle="1" w:styleId="CommentTextChar">
    <w:name w:val="Comment Text Char"/>
    <w:basedOn w:val="DefaultParagraphFont"/>
    <w:link w:val="CommentText"/>
    <w:uiPriority w:val="99"/>
    <w:semiHidden/>
    <w:rsid w:val="00272EEF"/>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72EEF"/>
    <w:rPr>
      <w:b/>
      <w:bCs/>
    </w:rPr>
  </w:style>
  <w:style w:type="character" w:customStyle="1" w:styleId="CommentSubjectChar">
    <w:name w:val="Comment Subject Char"/>
    <w:basedOn w:val="CommentTextChar"/>
    <w:link w:val="CommentSubject"/>
    <w:uiPriority w:val="99"/>
    <w:semiHidden/>
    <w:rsid w:val="00272EEF"/>
    <w:rPr>
      <w:rFonts w:ascii="Arial" w:eastAsia="Arial" w:hAnsi="Arial" w:cs="Arial"/>
      <w:b/>
      <w:bCs/>
      <w:kern w:val="0"/>
      <w:sz w:val="20"/>
      <w:szCs w:val="20"/>
      <w:lang w:val="en-US"/>
      <w14:ligatures w14:val="none"/>
    </w:rPr>
  </w:style>
  <w:style w:type="paragraph" w:styleId="Date">
    <w:name w:val="Date"/>
    <w:basedOn w:val="Normal"/>
    <w:next w:val="Normal"/>
    <w:link w:val="DateChar"/>
    <w:uiPriority w:val="99"/>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character" w:customStyle="1" w:styleId="DateChar">
    <w:name w:val="Date Char"/>
    <w:basedOn w:val="DefaultParagraphFont"/>
    <w:link w:val="Date"/>
    <w:uiPriority w:val="99"/>
    <w:semiHidden/>
    <w:rsid w:val="00272EEF"/>
    <w:rPr>
      <w:rFonts w:ascii="Arial" w:eastAsia="Arial" w:hAnsi="Arial" w:cs="Arial"/>
      <w:kern w:val="0"/>
      <w:lang w:val="en-US"/>
      <w14:ligatures w14:val="none"/>
    </w:rPr>
  </w:style>
  <w:style w:type="paragraph" w:styleId="DocumentMap">
    <w:name w:val="Document Map"/>
    <w:basedOn w:val="Normal"/>
    <w:link w:val="DocumentMapChar"/>
    <w:uiPriority w:val="99"/>
    <w:semiHidden/>
    <w:unhideWhenUsed/>
    <w:rsid w:val="00272EEF"/>
    <w:pPr>
      <w:widowControl w:val="0"/>
      <w:autoSpaceDE w:val="0"/>
      <w:autoSpaceDN w:val="0"/>
      <w:spacing w:after="0" w:line="240" w:lineRule="auto"/>
    </w:pPr>
    <w:rPr>
      <w:rFonts w:ascii="Segoe UI" w:eastAsia="Arial" w:hAnsi="Segoe UI" w:cs="Segoe UI"/>
      <w:kern w:val="0"/>
      <w:sz w:val="16"/>
      <w:szCs w:val="16"/>
      <w:lang w:val="en-US"/>
      <w14:ligatures w14:val="none"/>
    </w:rPr>
  </w:style>
  <w:style w:type="character" w:customStyle="1" w:styleId="DocumentMapChar">
    <w:name w:val="Document Map Char"/>
    <w:basedOn w:val="DefaultParagraphFont"/>
    <w:link w:val="DocumentMap"/>
    <w:uiPriority w:val="99"/>
    <w:semiHidden/>
    <w:rsid w:val="00272EEF"/>
    <w:rPr>
      <w:rFonts w:ascii="Segoe UI" w:eastAsia="Arial" w:hAnsi="Segoe UI" w:cs="Segoe UI"/>
      <w:kern w:val="0"/>
      <w:sz w:val="16"/>
      <w:szCs w:val="16"/>
      <w:lang w:val="en-US"/>
      <w14:ligatures w14:val="none"/>
    </w:rPr>
  </w:style>
  <w:style w:type="paragraph" w:styleId="E-mailSignature">
    <w:name w:val="E-mail Signature"/>
    <w:basedOn w:val="Normal"/>
    <w:link w:val="E-mailSignatureChar"/>
    <w:uiPriority w:val="99"/>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character" w:customStyle="1" w:styleId="E-mailSignatureChar">
    <w:name w:val="E-mail Signature Char"/>
    <w:basedOn w:val="DefaultParagraphFont"/>
    <w:link w:val="E-mailSignature"/>
    <w:uiPriority w:val="99"/>
    <w:semiHidden/>
    <w:rsid w:val="00272EEF"/>
    <w:rPr>
      <w:rFonts w:ascii="Arial" w:eastAsia="Arial" w:hAnsi="Arial" w:cs="Arial"/>
      <w:kern w:val="0"/>
      <w:lang w:val="en-US"/>
      <w14:ligatures w14:val="none"/>
    </w:rPr>
  </w:style>
  <w:style w:type="paragraph" w:styleId="EndnoteText">
    <w:name w:val="endnote text"/>
    <w:basedOn w:val="Normal"/>
    <w:link w:val="EndnoteTextChar"/>
    <w:uiPriority w:val="99"/>
    <w:semiHidden/>
    <w:unhideWhenUsed/>
    <w:rsid w:val="00272EEF"/>
    <w:pPr>
      <w:widowControl w:val="0"/>
      <w:autoSpaceDE w:val="0"/>
      <w:autoSpaceDN w:val="0"/>
      <w:spacing w:after="0" w:line="240" w:lineRule="auto"/>
    </w:pPr>
    <w:rPr>
      <w:rFonts w:ascii="Arial" w:eastAsia="Arial" w:hAnsi="Arial" w:cs="Arial"/>
      <w:kern w:val="0"/>
      <w:sz w:val="20"/>
      <w:szCs w:val="20"/>
      <w:lang w:val="en-US"/>
      <w14:ligatures w14:val="none"/>
    </w:rPr>
  </w:style>
  <w:style w:type="character" w:customStyle="1" w:styleId="EndnoteTextChar">
    <w:name w:val="Endnote Text Char"/>
    <w:basedOn w:val="DefaultParagraphFont"/>
    <w:link w:val="EndnoteText"/>
    <w:uiPriority w:val="99"/>
    <w:semiHidden/>
    <w:rsid w:val="00272EEF"/>
    <w:rPr>
      <w:rFonts w:ascii="Arial" w:eastAsia="Arial" w:hAnsi="Arial" w:cs="Arial"/>
      <w:kern w:val="0"/>
      <w:sz w:val="20"/>
      <w:szCs w:val="20"/>
      <w:lang w:val="en-US"/>
      <w14:ligatures w14:val="none"/>
    </w:rPr>
  </w:style>
  <w:style w:type="paragraph" w:customStyle="1" w:styleId="EnvelopeAddress1">
    <w:name w:val="Envelope Address1"/>
    <w:basedOn w:val="Normal"/>
    <w:next w:val="EnvelopeAddress"/>
    <w:uiPriority w:val="99"/>
    <w:semiHidden/>
    <w:unhideWhenUsed/>
    <w:rsid w:val="00272EEF"/>
    <w:pPr>
      <w:framePr w:w="7920" w:h="1980" w:hRule="exact" w:hSpace="180" w:wrap="auto" w:hAnchor="page" w:xAlign="center" w:yAlign="bottom"/>
      <w:widowControl w:val="0"/>
      <w:autoSpaceDE w:val="0"/>
      <w:autoSpaceDN w:val="0"/>
      <w:spacing w:after="0" w:line="240" w:lineRule="auto"/>
      <w:ind w:left="2880"/>
    </w:pPr>
    <w:rPr>
      <w:rFonts w:ascii="Cambria" w:eastAsia="Times New Roman" w:hAnsi="Cambria" w:cs="Times New Roman"/>
      <w:kern w:val="0"/>
      <w:sz w:val="24"/>
      <w:szCs w:val="24"/>
      <w:lang w:val="en-US"/>
      <w14:ligatures w14:val="none"/>
    </w:rPr>
  </w:style>
  <w:style w:type="paragraph" w:customStyle="1" w:styleId="EnvelopeReturn1">
    <w:name w:val="Envelope Return1"/>
    <w:basedOn w:val="Normal"/>
    <w:next w:val="EnvelopeReturn"/>
    <w:uiPriority w:val="99"/>
    <w:semiHidden/>
    <w:unhideWhenUsed/>
    <w:rsid w:val="00272EEF"/>
    <w:pPr>
      <w:widowControl w:val="0"/>
      <w:autoSpaceDE w:val="0"/>
      <w:autoSpaceDN w:val="0"/>
      <w:spacing w:after="0" w:line="240" w:lineRule="auto"/>
    </w:pPr>
    <w:rPr>
      <w:rFonts w:ascii="Cambria" w:eastAsia="Times New Roman" w:hAnsi="Cambria" w:cs="Times New Roman"/>
      <w:kern w:val="0"/>
      <w:sz w:val="20"/>
      <w:szCs w:val="20"/>
      <w:lang w:val="en-US"/>
      <w14:ligatures w14:val="none"/>
    </w:rPr>
  </w:style>
  <w:style w:type="paragraph" w:styleId="HTMLAddress">
    <w:name w:val="HTML Address"/>
    <w:basedOn w:val="Normal"/>
    <w:link w:val="HTMLAddressChar"/>
    <w:uiPriority w:val="99"/>
    <w:semiHidden/>
    <w:unhideWhenUsed/>
    <w:rsid w:val="00272EEF"/>
    <w:pPr>
      <w:widowControl w:val="0"/>
      <w:autoSpaceDE w:val="0"/>
      <w:autoSpaceDN w:val="0"/>
      <w:spacing w:after="0" w:line="240" w:lineRule="auto"/>
    </w:pPr>
    <w:rPr>
      <w:rFonts w:ascii="Arial" w:eastAsia="Arial" w:hAnsi="Arial" w:cs="Arial"/>
      <w:i/>
      <w:iCs/>
      <w:kern w:val="0"/>
      <w:lang w:val="en-US"/>
      <w14:ligatures w14:val="none"/>
    </w:rPr>
  </w:style>
  <w:style w:type="character" w:customStyle="1" w:styleId="HTMLAddressChar">
    <w:name w:val="HTML Address Char"/>
    <w:basedOn w:val="DefaultParagraphFont"/>
    <w:link w:val="HTMLAddress"/>
    <w:uiPriority w:val="99"/>
    <w:semiHidden/>
    <w:rsid w:val="00272EEF"/>
    <w:rPr>
      <w:rFonts w:ascii="Arial" w:eastAsia="Arial" w:hAnsi="Arial" w:cs="Arial"/>
      <w:i/>
      <w:iCs/>
      <w:kern w:val="0"/>
      <w:lang w:val="en-US"/>
      <w14:ligatures w14:val="none"/>
    </w:rPr>
  </w:style>
  <w:style w:type="paragraph" w:styleId="HTMLPreformatted">
    <w:name w:val="HTML Preformatted"/>
    <w:basedOn w:val="Normal"/>
    <w:link w:val="HTMLPreformattedChar"/>
    <w:uiPriority w:val="99"/>
    <w:semiHidden/>
    <w:unhideWhenUsed/>
    <w:rsid w:val="00272EEF"/>
    <w:pPr>
      <w:widowControl w:val="0"/>
      <w:autoSpaceDE w:val="0"/>
      <w:autoSpaceDN w:val="0"/>
      <w:spacing w:after="0" w:line="240" w:lineRule="auto"/>
    </w:pPr>
    <w:rPr>
      <w:rFonts w:ascii="Consolas" w:eastAsia="Arial" w:hAnsi="Consolas" w:cs="Arial"/>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272EEF"/>
    <w:rPr>
      <w:rFonts w:ascii="Consolas" w:eastAsia="Arial" w:hAnsi="Consolas" w:cs="Arial"/>
      <w:kern w:val="0"/>
      <w:sz w:val="20"/>
      <w:szCs w:val="20"/>
      <w:lang w:val="en-US"/>
      <w14:ligatures w14:val="none"/>
    </w:rPr>
  </w:style>
  <w:style w:type="paragraph" w:styleId="Index1">
    <w:name w:val="index 1"/>
    <w:basedOn w:val="Normal"/>
    <w:next w:val="Normal"/>
    <w:autoRedefine/>
    <w:uiPriority w:val="99"/>
    <w:semiHidden/>
    <w:unhideWhenUsed/>
    <w:rsid w:val="00272EEF"/>
    <w:pPr>
      <w:widowControl w:val="0"/>
      <w:autoSpaceDE w:val="0"/>
      <w:autoSpaceDN w:val="0"/>
      <w:spacing w:after="0" w:line="240" w:lineRule="auto"/>
      <w:ind w:left="220" w:hanging="220"/>
    </w:pPr>
    <w:rPr>
      <w:rFonts w:ascii="Arial" w:eastAsia="Arial" w:hAnsi="Arial" w:cs="Arial"/>
      <w:kern w:val="0"/>
      <w:lang w:val="en-US"/>
      <w14:ligatures w14:val="none"/>
    </w:rPr>
  </w:style>
  <w:style w:type="paragraph" w:styleId="Index2">
    <w:name w:val="index 2"/>
    <w:basedOn w:val="Normal"/>
    <w:next w:val="Normal"/>
    <w:autoRedefine/>
    <w:uiPriority w:val="99"/>
    <w:semiHidden/>
    <w:unhideWhenUsed/>
    <w:rsid w:val="00272EEF"/>
    <w:pPr>
      <w:widowControl w:val="0"/>
      <w:autoSpaceDE w:val="0"/>
      <w:autoSpaceDN w:val="0"/>
      <w:spacing w:after="0" w:line="240" w:lineRule="auto"/>
      <w:ind w:left="440" w:hanging="220"/>
    </w:pPr>
    <w:rPr>
      <w:rFonts w:ascii="Arial" w:eastAsia="Arial" w:hAnsi="Arial" w:cs="Arial"/>
      <w:kern w:val="0"/>
      <w:lang w:val="en-US"/>
      <w14:ligatures w14:val="none"/>
    </w:rPr>
  </w:style>
  <w:style w:type="paragraph" w:styleId="Index3">
    <w:name w:val="index 3"/>
    <w:basedOn w:val="Normal"/>
    <w:next w:val="Normal"/>
    <w:autoRedefine/>
    <w:uiPriority w:val="99"/>
    <w:semiHidden/>
    <w:unhideWhenUsed/>
    <w:rsid w:val="00272EEF"/>
    <w:pPr>
      <w:widowControl w:val="0"/>
      <w:autoSpaceDE w:val="0"/>
      <w:autoSpaceDN w:val="0"/>
      <w:spacing w:after="0" w:line="240" w:lineRule="auto"/>
      <w:ind w:left="660" w:hanging="220"/>
    </w:pPr>
    <w:rPr>
      <w:rFonts w:ascii="Arial" w:eastAsia="Arial" w:hAnsi="Arial" w:cs="Arial"/>
      <w:kern w:val="0"/>
      <w:lang w:val="en-US"/>
      <w14:ligatures w14:val="none"/>
    </w:rPr>
  </w:style>
  <w:style w:type="paragraph" w:styleId="Index4">
    <w:name w:val="index 4"/>
    <w:basedOn w:val="Normal"/>
    <w:next w:val="Normal"/>
    <w:autoRedefine/>
    <w:uiPriority w:val="99"/>
    <w:semiHidden/>
    <w:unhideWhenUsed/>
    <w:rsid w:val="00272EEF"/>
    <w:pPr>
      <w:widowControl w:val="0"/>
      <w:autoSpaceDE w:val="0"/>
      <w:autoSpaceDN w:val="0"/>
      <w:spacing w:after="0" w:line="240" w:lineRule="auto"/>
      <w:ind w:left="880" w:hanging="220"/>
    </w:pPr>
    <w:rPr>
      <w:rFonts w:ascii="Arial" w:eastAsia="Arial" w:hAnsi="Arial" w:cs="Arial"/>
      <w:kern w:val="0"/>
      <w:lang w:val="en-US"/>
      <w14:ligatures w14:val="none"/>
    </w:rPr>
  </w:style>
  <w:style w:type="paragraph" w:styleId="Index5">
    <w:name w:val="index 5"/>
    <w:basedOn w:val="Normal"/>
    <w:next w:val="Normal"/>
    <w:autoRedefine/>
    <w:uiPriority w:val="99"/>
    <w:semiHidden/>
    <w:unhideWhenUsed/>
    <w:rsid w:val="00272EEF"/>
    <w:pPr>
      <w:widowControl w:val="0"/>
      <w:autoSpaceDE w:val="0"/>
      <w:autoSpaceDN w:val="0"/>
      <w:spacing w:after="0" w:line="240" w:lineRule="auto"/>
      <w:ind w:left="1100" w:hanging="220"/>
    </w:pPr>
    <w:rPr>
      <w:rFonts w:ascii="Arial" w:eastAsia="Arial" w:hAnsi="Arial" w:cs="Arial"/>
      <w:kern w:val="0"/>
      <w:lang w:val="en-US"/>
      <w14:ligatures w14:val="none"/>
    </w:rPr>
  </w:style>
  <w:style w:type="paragraph" w:styleId="Index6">
    <w:name w:val="index 6"/>
    <w:basedOn w:val="Normal"/>
    <w:next w:val="Normal"/>
    <w:autoRedefine/>
    <w:uiPriority w:val="99"/>
    <w:semiHidden/>
    <w:unhideWhenUsed/>
    <w:rsid w:val="00272EEF"/>
    <w:pPr>
      <w:widowControl w:val="0"/>
      <w:autoSpaceDE w:val="0"/>
      <w:autoSpaceDN w:val="0"/>
      <w:spacing w:after="0" w:line="240" w:lineRule="auto"/>
      <w:ind w:left="1320" w:hanging="220"/>
    </w:pPr>
    <w:rPr>
      <w:rFonts w:ascii="Arial" w:eastAsia="Arial" w:hAnsi="Arial" w:cs="Arial"/>
      <w:kern w:val="0"/>
      <w:lang w:val="en-US"/>
      <w14:ligatures w14:val="none"/>
    </w:rPr>
  </w:style>
  <w:style w:type="paragraph" w:styleId="Index7">
    <w:name w:val="index 7"/>
    <w:basedOn w:val="Normal"/>
    <w:next w:val="Normal"/>
    <w:autoRedefine/>
    <w:uiPriority w:val="99"/>
    <w:semiHidden/>
    <w:unhideWhenUsed/>
    <w:rsid w:val="00272EEF"/>
    <w:pPr>
      <w:widowControl w:val="0"/>
      <w:autoSpaceDE w:val="0"/>
      <w:autoSpaceDN w:val="0"/>
      <w:spacing w:after="0" w:line="240" w:lineRule="auto"/>
      <w:ind w:left="1540" w:hanging="220"/>
    </w:pPr>
    <w:rPr>
      <w:rFonts w:ascii="Arial" w:eastAsia="Arial" w:hAnsi="Arial" w:cs="Arial"/>
      <w:kern w:val="0"/>
      <w:lang w:val="en-US"/>
      <w14:ligatures w14:val="none"/>
    </w:rPr>
  </w:style>
  <w:style w:type="paragraph" w:styleId="Index8">
    <w:name w:val="index 8"/>
    <w:basedOn w:val="Normal"/>
    <w:next w:val="Normal"/>
    <w:autoRedefine/>
    <w:uiPriority w:val="99"/>
    <w:semiHidden/>
    <w:unhideWhenUsed/>
    <w:rsid w:val="00272EEF"/>
    <w:pPr>
      <w:widowControl w:val="0"/>
      <w:autoSpaceDE w:val="0"/>
      <w:autoSpaceDN w:val="0"/>
      <w:spacing w:after="0" w:line="240" w:lineRule="auto"/>
      <w:ind w:left="1760" w:hanging="220"/>
    </w:pPr>
    <w:rPr>
      <w:rFonts w:ascii="Arial" w:eastAsia="Arial" w:hAnsi="Arial" w:cs="Arial"/>
      <w:kern w:val="0"/>
      <w:lang w:val="en-US"/>
      <w14:ligatures w14:val="none"/>
    </w:rPr>
  </w:style>
  <w:style w:type="paragraph" w:styleId="Index9">
    <w:name w:val="index 9"/>
    <w:basedOn w:val="Normal"/>
    <w:next w:val="Normal"/>
    <w:autoRedefine/>
    <w:uiPriority w:val="99"/>
    <w:semiHidden/>
    <w:unhideWhenUsed/>
    <w:rsid w:val="00272EEF"/>
    <w:pPr>
      <w:widowControl w:val="0"/>
      <w:autoSpaceDE w:val="0"/>
      <w:autoSpaceDN w:val="0"/>
      <w:spacing w:after="0" w:line="240" w:lineRule="auto"/>
      <w:ind w:left="1980" w:hanging="220"/>
    </w:pPr>
    <w:rPr>
      <w:rFonts w:ascii="Arial" w:eastAsia="Arial" w:hAnsi="Arial" w:cs="Arial"/>
      <w:kern w:val="0"/>
      <w:lang w:val="en-US"/>
      <w14:ligatures w14:val="none"/>
    </w:rPr>
  </w:style>
  <w:style w:type="paragraph" w:customStyle="1" w:styleId="IndexHeading1">
    <w:name w:val="Index Heading1"/>
    <w:basedOn w:val="Normal"/>
    <w:next w:val="Index1"/>
    <w:uiPriority w:val="99"/>
    <w:semiHidden/>
    <w:unhideWhenUsed/>
    <w:rsid w:val="00272EEF"/>
    <w:pPr>
      <w:widowControl w:val="0"/>
      <w:autoSpaceDE w:val="0"/>
      <w:autoSpaceDN w:val="0"/>
      <w:spacing w:after="0" w:line="240" w:lineRule="auto"/>
    </w:pPr>
    <w:rPr>
      <w:rFonts w:ascii="Cambria" w:eastAsia="Times New Roman" w:hAnsi="Cambria" w:cs="Times New Roman"/>
      <w:b/>
      <w:bCs/>
      <w:kern w:val="0"/>
      <w:lang w:val="en-US"/>
      <w14:ligatures w14:val="none"/>
    </w:rPr>
  </w:style>
  <w:style w:type="paragraph" w:styleId="List4">
    <w:name w:val="List 4"/>
    <w:basedOn w:val="Normal"/>
    <w:uiPriority w:val="99"/>
    <w:semiHidden/>
    <w:unhideWhenUsed/>
    <w:rsid w:val="00272EEF"/>
    <w:pPr>
      <w:widowControl w:val="0"/>
      <w:autoSpaceDE w:val="0"/>
      <w:autoSpaceDN w:val="0"/>
      <w:spacing w:after="0" w:line="240" w:lineRule="auto"/>
      <w:ind w:left="1132" w:hanging="283"/>
      <w:contextualSpacing/>
    </w:pPr>
    <w:rPr>
      <w:rFonts w:ascii="Arial" w:eastAsia="Arial" w:hAnsi="Arial" w:cs="Arial"/>
      <w:kern w:val="0"/>
      <w:lang w:val="en-US"/>
      <w14:ligatures w14:val="none"/>
    </w:rPr>
  </w:style>
  <w:style w:type="paragraph" w:styleId="List5">
    <w:name w:val="List 5"/>
    <w:basedOn w:val="Normal"/>
    <w:uiPriority w:val="99"/>
    <w:semiHidden/>
    <w:unhideWhenUsed/>
    <w:rsid w:val="00272EEF"/>
    <w:pPr>
      <w:widowControl w:val="0"/>
      <w:autoSpaceDE w:val="0"/>
      <w:autoSpaceDN w:val="0"/>
      <w:spacing w:after="0" w:line="240" w:lineRule="auto"/>
      <w:ind w:left="1415" w:hanging="283"/>
      <w:contextualSpacing/>
    </w:pPr>
    <w:rPr>
      <w:rFonts w:ascii="Arial" w:eastAsia="Arial" w:hAnsi="Arial" w:cs="Arial"/>
      <w:kern w:val="0"/>
      <w:lang w:val="en-US"/>
      <w14:ligatures w14:val="none"/>
    </w:rPr>
  </w:style>
  <w:style w:type="paragraph" w:styleId="ListBullet4">
    <w:name w:val="List Bullet 4"/>
    <w:basedOn w:val="Normal"/>
    <w:uiPriority w:val="99"/>
    <w:semiHidden/>
    <w:unhideWhenUsed/>
    <w:rsid w:val="00272EEF"/>
    <w:pPr>
      <w:widowControl w:val="0"/>
      <w:numPr>
        <w:numId w:val="12"/>
      </w:numPr>
      <w:autoSpaceDE w:val="0"/>
      <w:autoSpaceDN w:val="0"/>
      <w:spacing w:after="0" w:line="240" w:lineRule="auto"/>
      <w:contextualSpacing/>
    </w:pPr>
    <w:rPr>
      <w:rFonts w:ascii="Arial" w:eastAsia="Arial" w:hAnsi="Arial" w:cs="Arial"/>
      <w:kern w:val="0"/>
      <w:lang w:val="en-US"/>
      <w14:ligatures w14:val="none"/>
    </w:rPr>
  </w:style>
  <w:style w:type="paragraph" w:styleId="ListBullet5">
    <w:name w:val="List Bullet 5"/>
    <w:basedOn w:val="Normal"/>
    <w:uiPriority w:val="99"/>
    <w:semiHidden/>
    <w:unhideWhenUsed/>
    <w:rsid w:val="00272EEF"/>
    <w:pPr>
      <w:widowControl w:val="0"/>
      <w:numPr>
        <w:numId w:val="16"/>
      </w:numPr>
      <w:autoSpaceDE w:val="0"/>
      <w:autoSpaceDN w:val="0"/>
      <w:spacing w:after="0" w:line="240" w:lineRule="auto"/>
      <w:contextualSpacing/>
    </w:pPr>
    <w:rPr>
      <w:rFonts w:ascii="Arial" w:eastAsia="Arial" w:hAnsi="Arial" w:cs="Arial"/>
      <w:kern w:val="0"/>
      <w:lang w:val="en-US"/>
      <w14:ligatures w14:val="none"/>
    </w:rPr>
  </w:style>
  <w:style w:type="paragraph" w:styleId="ListContinue4">
    <w:name w:val="List Continue 4"/>
    <w:basedOn w:val="Normal"/>
    <w:uiPriority w:val="99"/>
    <w:semiHidden/>
    <w:unhideWhenUsed/>
    <w:rsid w:val="00272EEF"/>
    <w:pPr>
      <w:widowControl w:val="0"/>
      <w:autoSpaceDE w:val="0"/>
      <w:autoSpaceDN w:val="0"/>
      <w:spacing w:after="120" w:line="240" w:lineRule="auto"/>
      <w:ind w:left="1132"/>
      <w:contextualSpacing/>
    </w:pPr>
    <w:rPr>
      <w:rFonts w:ascii="Arial" w:eastAsia="Arial" w:hAnsi="Arial" w:cs="Arial"/>
      <w:kern w:val="0"/>
      <w:lang w:val="en-US"/>
      <w14:ligatures w14:val="none"/>
    </w:rPr>
  </w:style>
  <w:style w:type="paragraph" w:styleId="ListContinue5">
    <w:name w:val="List Continue 5"/>
    <w:basedOn w:val="Normal"/>
    <w:uiPriority w:val="99"/>
    <w:semiHidden/>
    <w:unhideWhenUsed/>
    <w:rsid w:val="00272EEF"/>
    <w:pPr>
      <w:widowControl w:val="0"/>
      <w:autoSpaceDE w:val="0"/>
      <w:autoSpaceDN w:val="0"/>
      <w:spacing w:after="120" w:line="240" w:lineRule="auto"/>
      <w:ind w:left="1415"/>
      <w:contextualSpacing/>
    </w:pPr>
    <w:rPr>
      <w:rFonts w:ascii="Arial" w:eastAsia="Arial" w:hAnsi="Arial" w:cs="Arial"/>
      <w:kern w:val="0"/>
      <w:lang w:val="en-US"/>
      <w14:ligatures w14:val="none"/>
    </w:rPr>
  </w:style>
  <w:style w:type="paragraph" w:styleId="ListNumber4">
    <w:name w:val="List Number 4"/>
    <w:basedOn w:val="Normal"/>
    <w:uiPriority w:val="99"/>
    <w:semiHidden/>
    <w:unhideWhenUsed/>
    <w:rsid w:val="00272EEF"/>
    <w:pPr>
      <w:widowControl w:val="0"/>
      <w:numPr>
        <w:numId w:val="17"/>
      </w:numPr>
      <w:autoSpaceDE w:val="0"/>
      <w:autoSpaceDN w:val="0"/>
      <w:spacing w:after="0" w:line="240" w:lineRule="auto"/>
      <w:contextualSpacing/>
    </w:pPr>
    <w:rPr>
      <w:rFonts w:ascii="Arial" w:eastAsia="Arial" w:hAnsi="Arial" w:cs="Arial"/>
      <w:kern w:val="0"/>
      <w:lang w:val="en-US"/>
      <w14:ligatures w14:val="none"/>
    </w:rPr>
  </w:style>
  <w:style w:type="paragraph" w:styleId="ListNumber5">
    <w:name w:val="List Number 5"/>
    <w:basedOn w:val="Normal"/>
    <w:uiPriority w:val="99"/>
    <w:semiHidden/>
    <w:unhideWhenUsed/>
    <w:rsid w:val="00272EEF"/>
    <w:pPr>
      <w:widowControl w:val="0"/>
      <w:numPr>
        <w:numId w:val="18"/>
      </w:numPr>
      <w:autoSpaceDE w:val="0"/>
      <w:autoSpaceDN w:val="0"/>
      <w:spacing w:after="0" w:line="240" w:lineRule="auto"/>
      <w:contextualSpacing/>
    </w:pPr>
    <w:rPr>
      <w:rFonts w:ascii="Arial" w:eastAsia="Arial" w:hAnsi="Arial" w:cs="Arial"/>
      <w:kern w:val="0"/>
      <w:lang w:val="en-US"/>
      <w14:ligatures w14:val="none"/>
    </w:rPr>
  </w:style>
  <w:style w:type="paragraph" w:customStyle="1" w:styleId="MessageHeader1">
    <w:name w:val="Message Header1"/>
    <w:basedOn w:val="Normal"/>
    <w:next w:val="MessageHeader"/>
    <w:link w:val="MessageHeaderChar"/>
    <w:uiPriority w:val="99"/>
    <w:semiHidden/>
    <w:unhideWhenUsed/>
    <w:rsid w:val="00272EEF"/>
    <w:pPr>
      <w:widowControl w:val="0"/>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134" w:hanging="1134"/>
    </w:pPr>
    <w:rPr>
      <w:rFonts w:ascii="Cambria" w:eastAsia="Times New Roman" w:hAnsi="Cambria" w:cs="Times New Roman"/>
      <w:sz w:val="24"/>
      <w:szCs w:val="24"/>
    </w:rPr>
  </w:style>
  <w:style w:type="character" w:customStyle="1" w:styleId="MessageHeaderChar">
    <w:name w:val="Message Header Char"/>
    <w:basedOn w:val="DefaultParagraphFont"/>
    <w:link w:val="MessageHeader1"/>
    <w:uiPriority w:val="99"/>
    <w:semiHidden/>
    <w:rsid w:val="00272EEF"/>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272EEF"/>
    <w:pPr>
      <w:widowControl w:val="0"/>
      <w:autoSpaceDE w:val="0"/>
      <w:autoSpaceDN w:val="0"/>
      <w:spacing w:after="0" w:line="240" w:lineRule="auto"/>
    </w:pPr>
    <w:rPr>
      <w:rFonts w:ascii="Times New Roman" w:eastAsia="Arial" w:hAnsi="Times New Roman" w:cs="Times New Roman"/>
      <w:kern w:val="0"/>
      <w:sz w:val="24"/>
      <w:szCs w:val="24"/>
      <w:lang w:val="en-US"/>
      <w14:ligatures w14:val="none"/>
    </w:rPr>
  </w:style>
  <w:style w:type="paragraph" w:styleId="NormalIndent">
    <w:name w:val="Normal Indent"/>
    <w:basedOn w:val="Normal"/>
    <w:uiPriority w:val="99"/>
    <w:semiHidden/>
    <w:unhideWhenUsed/>
    <w:rsid w:val="00272EEF"/>
    <w:pPr>
      <w:widowControl w:val="0"/>
      <w:autoSpaceDE w:val="0"/>
      <w:autoSpaceDN w:val="0"/>
      <w:spacing w:after="0" w:line="240" w:lineRule="auto"/>
      <w:ind w:left="720"/>
    </w:pPr>
    <w:rPr>
      <w:rFonts w:ascii="Arial" w:eastAsia="Arial" w:hAnsi="Arial" w:cs="Arial"/>
      <w:kern w:val="0"/>
      <w:lang w:val="en-US"/>
      <w14:ligatures w14:val="none"/>
    </w:rPr>
  </w:style>
  <w:style w:type="paragraph" w:styleId="NoteHeading">
    <w:name w:val="Note Heading"/>
    <w:basedOn w:val="Normal"/>
    <w:next w:val="Normal"/>
    <w:link w:val="NoteHeadingChar"/>
    <w:uiPriority w:val="99"/>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character" w:customStyle="1" w:styleId="NoteHeadingChar">
    <w:name w:val="Note Heading Char"/>
    <w:basedOn w:val="DefaultParagraphFont"/>
    <w:link w:val="NoteHeading"/>
    <w:uiPriority w:val="99"/>
    <w:semiHidden/>
    <w:rsid w:val="00272EEF"/>
    <w:rPr>
      <w:rFonts w:ascii="Arial" w:eastAsia="Arial" w:hAnsi="Arial" w:cs="Arial"/>
      <w:kern w:val="0"/>
      <w:lang w:val="en-US"/>
      <w14:ligatures w14:val="none"/>
    </w:rPr>
  </w:style>
  <w:style w:type="paragraph" w:styleId="PlainText">
    <w:name w:val="Plain Text"/>
    <w:basedOn w:val="Normal"/>
    <w:link w:val="PlainTextChar"/>
    <w:uiPriority w:val="99"/>
    <w:semiHidden/>
    <w:unhideWhenUsed/>
    <w:rsid w:val="00272EEF"/>
    <w:pPr>
      <w:widowControl w:val="0"/>
      <w:autoSpaceDE w:val="0"/>
      <w:autoSpaceDN w:val="0"/>
      <w:spacing w:after="0" w:line="240" w:lineRule="auto"/>
    </w:pPr>
    <w:rPr>
      <w:rFonts w:ascii="Consolas" w:eastAsia="Arial" w:hAnsi="Consolas" w:cs="Arial"/>
      <w:kern w:val="0"/>
      <w:sz w:val="21"/>
      <w:szCs w:val="21"/>
      <w:lang w:val="en-US"/>
      <w14:ligatures w14:val="none"/>
    </w:rPr>
  </w:style>
  <w:style w:type="character" w:customStyle="1" w:styleId="PlainTextChar">
    <w:name w:val="Plain Text Char"/>
    <w:basedOn w:val="DefaultParagraphFont"/>
    <w:link w:val="PlainText"/>
    <w:uiPriority w:val="99"/>
    <w:semiHidden/>
    <w:rsid w:val="00272EEF"/>
    <w:rPr>
      <w:rFonts w:ascii="Consolas" w:eastAsia="Arial" w:hAnsi="Consolas" w:cs="Arial"/>
      <w:kern w:val="0"/>
      <w:sz w:val="21"/>
      <w:szCs w:val="21"/>
      <w:lang w:val="en-US"/>
      <w14:ligatures w14:val="none"/>
    </w:rPr>
  </w:style>
  <w:style w:type="paragraph" w:styleId="Salutation">
    <w:name w:val="Salutation"/>
    <w:basedOn w:val="Normal"/>
    <w:next w:val="Normal"/>
    <w:link w:val="SalutationChar"/>
    <w:uiPriority w:val="99"/>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character" w:customStyle="1" w:styleId="SalutationChar">
    <w:name w:val="Salutation Char"/>
    <w:basedOn w:val="DefaultParagraphFont"/>
    <w:link w:val="Salutation"/>
    <w:uiPriority w:val="99"/>
    <w:semiHidden/>
    <w:rsid w:val="00272EEF"/>
    <w:rPr>
      <w:rFonts w:ascii="Arial" w:eastAsia="Arial" w:hAnsi="Arial" w:cs="Arial"/>
      <w:kern w:val="0"/>
      <w:lang w:val="en-US"/>
      <w14:ligatures w14:val="none"/>
    </w:rPr>
  </w:style>
  <w:style w:type="paragraph" w:styleId="Signature">
    <w:name w:val="Signature"/>
    <w:basedOn w:val="Normal"/>
    <w:link w:val="SignatureChar"/>
    <w:uiPriority w:val="99"/>
    <w:semiHidden/>
    <w:unhideWhenUsed/>
    <w:rsid w:val="00272EEF"/>
    <w:pPr>
      <w:widowControl w:val="0"/>
      <w:autoSpaceDE w:val="0"/>
      <w:autoSpaceDN w:val="0"/>
      <w:spacing w:after="0" w:line="240" w:lineRule="auto"/>
      <w:ind w:left="4252"/>
    </w:pPr>
    <w:rPr>
      <w:rFonts w:ascii="Arial" w:eastAsia="Arial" w:hAnsi="Arial" w:cs="Arial"/>
      <w:kern w:val="0"/>
      <w:lang w:val="en-US"/>
      <w14:ligatures w14:val="none"/>
    </w:rPr>
  </w:style>
  <w:style w:type="character" w:customStyle="1" w:styleId="SignatureChar">
    <w:name w:val="Signature Char"/>
    <w:basedOn w:val="DefaultParagraphFont"/>
    <w:link w:val="Signature"/>
    <w:uiPriority w:val="99"/>
    <w:semiHidden/>
    <w:rsid w:val="00272EEF"/>
    <w:rPr>
      <w:rFonts w:ascii="Arial" w:eastAsia="Arial" w:hAnsi="Arial" w:cs="Arial"/>
      <w:kern w:val="0"/>
      <w:lang w:val="en-US"/>
      <w14:ligatures w14:val="none"/>
    </w:rPr>
  </w:style>
  <w:style w:type="paragraph" w:styleId="TableofAuthorities">
    <w:name w:val="table of authorities"/>
    <w:basedOn w:val="Normal"/>
    <w:next w:val="Normal"/>
    <w:uiPriority w:val="99"/>
    <w:semiHidden/>
    <w:unhideWhenUsed/>
    <w:rsid w:val="00272EEF"/>
    <w:pPr>
      <w:widowControl w:val="0"/>
      <w:autoSpaceDE w:val="0"/>
      <w:autoSpaceDN w:val="0"/>
      <w:spacing w:after="0" w:line="240" w:lineRule="auto"/>
      <w:ind w:left="220" w:hanging="220"/>
    </w:pPr>
    <w:rPr>
      <w:rFonts w:ascii="Arial" w:eastAsia="Arial" w:hAnsi="Arial" w:cs="Arial"/>
      <w:kern w:val="0"/>
      <w:lang w:val="en-US"/>
      <w14:ligatures w14:val="none"/>
    </w:rPr>
  </w:style>
  <w:style w:type="paragraph" w:styleId="TableofFigures">
    <w:name w:val="table of figures"/>
    <w:basedOn w:val="Normal"/>
    <w:next w:val="Normal"/>
    <w:uiPriority w:val="99"/>
    <w:semiHidden/>
    <w:unhideWhenUsed/>
    <w:rsid w:val="00272EEF"/>
    <w:pPr>
      <w:widowControl w:val="0"/>
      <w:autoSpaceDE w:val="0"/>
      <w:autoSpaceDN w:val="0"/>
      <w:spacing w:after="0" w:line="240" w:lineRule="auto"/>
    </w:pPr>
    <w:rPr>
      <w:rFonts w:ascii="Arial" w:eastAsia="Arial" w:hAnsi="Arial" w:cs="Arial"/>
      <w:kern w:val="0"/>
      <w:lang w:val="en-US"/>
      <w14:ligatures w14:val="none"/>
    </w:rPr>
  </w:style>
  <w:style w:type="paragraph" w:customStyle="1" w:styleId="TOAHeading1">
    <w:name w:val="TOA Heading1"/>
    <w:basedOn w:val="Normal"/>
    <w:next w:val="Normal"/>
    <w:uiPriority w:val="99"/>
    <w:semiHidden/>
    <w:unhideWhenUsed/>
    <w:rsid w:val="00272EEF"/>
    <w:pPr>
      <w:widowControl w:val="0"/>
      <w:autoSpaceDE w:val="0"/>
      <w:autoSpaceDN w:val="0"/>
      <w:spacing w:before="120" w:after="0" w:line="240" w:lineRule="auto"/>
    </w:pPr>
    <w:rPr>
      <w:rFonts w:ascii="Cambria" w:eastAsia="Times New Roman" w:hAnsi="Cambria" w:cs="Times New Roman"/>
      <w:b/>
      <w:bCs/>
      <w:kern w:val="0"/>
      <w:sz w:val="24"/>
      <w:szCs w:val="24"/>
      <w:lang w:val="en-US"/>
      <w14:ligatures w14:val="none"/>
    </w:rPr>
  </w:style>
  <w:style w:type="paragraph" w:styleId="TOC1">
    <w:name w:val="toc 1"/>
    <w:basedOn w:val="Normal"/>
    <w:next w:val="Normal"/>
    <w:autoRedefine/>
    <w:uiPriority w:val="39"/>
    <w:semiHidden/>
    <w:unhideWhenUsed/>
    <w:rsid w:val="00272EEF"/>
    <w:pPr>
      <w:widowControl w:val="0"/>
      <w:autoSpaceDE w:val="0"/>
      <w:autoSpaceDN w:val="0"/>
      <w:spacing w:after="100" w:line="240" w:lineRule="auto"/>
    </w:pPr>
    <w:rPr>
      <w:rFonts w:ascii="Arial" w:eastAsia="Arial" w:hAnsi="Arial" w:cs="Arial"/>
      <w:kern w:val="0"/>
      <w:lang w:val="en-US"/>
      <w14:ligatures w14:val="none"/>
    </w:rPr>
  </w:style>
  <w:style w:type="paragraph" w:styleId="TOC2">
    <w:name w:val="toc 2"/>
    <w:basedOn w:val="Normal"/>
    <w:next w:val="Normal"/>
    <w:autoRedefine/>
    <w:uiPriority w:val="39"/>
    <w:semiHidden/>
    <w:unhideWhenUsed/>
    <w:rsid w:val="00272EEF"/>
    <w:pPr>
      <w:widowControl w:val="0"/>
      <w:autoSpaceDE w:val="0"/>
      <w:autoSpaceDN w:val="0"/>
      <w:spacing w:after="100" w:line="240" w:lineRule="auto"/>
      <w:ind w:left="220"/>
    </w:pPr>
    <w:rPr>
      <w:rFonts w:ascii="Arial" w:eastAsia="Arial" w:hAnsi="Arial" w:cs="Arial"/>
      <w:kern w:val="0"/>
      <w:lang w:val="en-US"/>
      <w14:ligatures w14:val="none"/>
    </w:rPr>
  </w:style>
  <w:style w:type="paragraph" w:styleId="TOC3">
    <w:name w:val="toc 3"/>
    <w:basedOn w:val="Normal"/>
    <w:next w:val="Normal"/>
    <w:autoRedefine/>
    <w:uiPriority w:val="39"/>
    <w:semiHidden/>
    <w:unhideWhenUsed/>
    <w:rsid w:val="00272EEF"/>
    <w:pPr>
      <w:widowControl w:val="0"/>
      <w:autoSpaceDE w:val="0"/>
      <w:autoSpaceDN w:val="0"/>
      <w:spacing w:after="100" w:line="240" w:lineRule="auto"/>
      <w:ind w:left="440"/>
    </w:pPr>
    <w:rPr>
      <w:rFonts w:ascii="Arial" w:eastAsia="Arial" w:hAnsi="Arial" w:cs="Arial"/>
      <w:kern w:val="0"/>
      <w:lang w:val="en-US"/>
      <w14:ligatures w14:val="none"/>
    </w:rPr>
  </w:style>
  <w:style w:type="paragraph" w:styleId="TOC4">
    <w:name w:val="toc 4"/>
    <w:basedOn w:val="Normal"/>
    <w:next w:val="Normal"/>
    <w:autoRedefine/>
    <w:uiPriority w:val="39"/>
    <w:semiHidden/>
    <w:unhideWhenUsed/>
    <w:rsid w:val="00272EEF"/>
    <w:pPr>
      <w:widowControl w:val="0"/>
      <w:autoSpaceDE w:val="0"/>
      <w:autoSpaceDN w:val="0"/>
      <w:spacing w:after="100" w:line="240" w:lineRule="auto"/>
      <w:ind w:left="660"/>
    </w:pPr>
    <w:rPr>
      <w:rFonts w:ascii="Arial" w:eastAsia="Arial" w:hAnsi="Arial" w:cs="Arial"/>
      <w:kern w:val="0"/>
      <w:lang w:val="en-US"/>
      <w14:ligatures w14:val="none"/>
    </w:rPr>
  </w:style>
  <w:style w:type="paragraph" w:styleId="TOC5">
    <w:name w:val="toc 5"/>
    <w:basedOn w:val="Normal"/>
    <w:next w:val="Normal"/>
    <w:autoRedefine/>
    <w:uiPriority w:val="39"/>
    <w:semiHidden/>
    <w:unhideWhenUsed/>
    <w:rsid w:val="00272EEF"/>
    <w:pPr>
      <w:widowControl w:val="0"/>
      <w:autoSpaceDE w:val="0"/>
      <w:autoSpaceDN w:val="0"/>
      <w:spacing w:after="100" w:line="240" w:lineRule="auto"/>
      <w:ind w:left="880"/>
    </w:pPr>
    <w:rPr>
      <w:rFonts w:ascii="Arial" w:eastAsia="Arial" w:hAnsi="Arial" w:cs="Arial"/>
      <w:kern w:val="0"/>
      <w:lang w:val="en-US"/>
      <w14:ligatures w14:val="none"/>
    </w:rPr>
  </w:style>
  <w:style w:type="paragraph" w:styleId="TOC6">
    <w:name w:val="toc 6"/>
    <w:basedOn w:val="Normal"/>
    <w:next w:val="Normal"/>
    <w:autoRedefine/>
    <w:uiPriority w:val="39"/>
    <w:semiHidden/>
    <w:unhideWhenUsed/>
    <w:rsid w:val="00272EEF"/>
    <w:pPr>
      <w:widowControl w:val="0"/>
      <w:autoSpaceDE w:val="0"/>
      <w:autoSpaceDN w:val="0"/>
      <w:spacing w:after="100" w:line="240" w:lineRule="auto"/>
      <w:ind w:left="1100"/>
    </w:pPr>
    <w:rPr>
      <w:rFonts w:ascii="Arial" w:eastAsia="Arial" w:hAnsi="Arial" w:cs="Arial"/>
      <w:kern w:val="0"/>
      <w:lang w:val="en-US"/>
      <w14:ligatures w14:val="none"/>
    </w:rPr>
  </w:style>
  <w:style w:type="paragraph" w:styleId="TOC7">
    <w:name w:val="toc 7"/>
    <w:basedOn w:val="Normal"/>
    <w:next w:val="Normal"/>
    <w:autoRedefine/>
    <w:uiPriority w:val="39"/>
    <w:semiHidden/>
    <w:unhideWhenUsed/>
    <w:rsid w:val="00272EEF"/>
    <w:pPr>
      <w:widowControl w:val="0"/>
      <w:autoSpaceDE w:val="0"/>
      <w:autoSpaceDN w:val="0"/>
      <w:spacing w:after="100" w:line="240" w:lineRule="auto"/>
      <w:ind w:left="1320"/>
    </w:pPr>
    <w:rPr>
      <w:rFonts w:ascii="Arial" w:eastAsia="Arial" w:hAnsi="Arial" w:cs="Arial"/>
      <w:kern w:val="0"/>
      <w:lang w:val="en-US"/>
      <w14:ligatures w14:val="none"/>
    </w:rPr>
  </w:style>
  <w:style w:type="paragraph" w:styleId="TOC8">
    <w:name w:val="toc 8"/>
    <w:basedOn w:val="Normal"/>
    <w:next w:val="Normal"/>
    <w:autoRedefine/>
    <w:uiPriority w:val="39"/>
    <w:semiHidden/>
    <w:unhideWhenUsed/>
    <w:rsid w:val="00272EEF"/>
    <w:pPr>
      <w:widowControl w:val="0"/>
      <w:autoSpaceDE w:val="0"/>
      <w:autoSpaceDN w:val="0"/>
      <w:spacing w:after="100" w:line="240" w:lineRule="auto"/>
      <w:ind w:left="1540"/>
    </w:pPr>
    <w:rPr>
      <w:rFonts w:ascii="Arial" w:eastAsia="Arial" w:hAnsi="Arial" w:cs="Arial"/>
      <w:kern w:val="0"/>
      <w:lang w:val="en-US"/>
      <w14:ligatures w14:val="none"/>
    </w:rPr>
  </w:style>
  <w:style w:type="paragraph" w:styleId="TOC9">
    <w:name w:val="toc 9"/>
    <w:basedOn w:val="Normal"/>
    <w:next w:val="Normal"/>
    <w:autoRedefine/>
    <w:uiPriority w:val="39"/>
    <w:semiHidden/>
    <w:unhideWhenUsed/>
    <w:rsid w:val="00272EEF"/>
    <w:pPr>
      <w:widowControl w:val="0"/>
      <w:autoSpaceDE w:val="0"/>
      <w:autoSpaceDN w:val="0"/>
      <w:spacing w:after="100" w:line="240" w:lineRule="auto"/>
      <w:ind w:left="1760"/>
    </w:pPr>
    <w:rPr>
      <w:rFonts w:ascii="Arial" w:eastAsia="Arial" w:hAnsi="Arial" w:cs="Arial"/>
      <w:kern w:val="0"/>
      <w:lang w:val="en-US"/>
      <w14:ligatures w14:val="none"/>
    </w:rPr>
  </w:style>
  <w:style w:type="character" w:styleId="Hyperlink">
    <w:name w:val="Hyperlink"/>
    <w:basedOn w:val="DefaultParagraphFont"/>
    <w:uiPriority w:val="99"/>
    <w:semiHidden/>
    <w:unhideWhenUsed/>
    <w:rsid w:val="00272EEF"/>
    <w:rPr>
      <w:color w:val="0563C1" w:themeColor="hyperlink"/>
      <w:u w:val="single"/>
    </w:rPr>
  </w:style>
  <w:style w:type="paragraph" w:styleId="NoSpacing">
    <w:name w:val="No Spacing"/>
    <w:uiPriority w:val="1"/>
    <w:qFormat/>
    <w:rsid w:val="00272EEF"/>
    <w:pPr>
      <w:spacing w:after="0" w:line="240" w:lineRule="auto"/>
    </w:pPr>
  </w:style>
  <w:style w:type="paragraph" w:styleId="BodyText2">
    <w:name w:val="Body Text 2"/>
    <w:basedOn w:val="Normal"/>
    <w:link w:val="BodyText2Char1"/>
    <w:uiPriority w:val="99"/>
    <w:semiHidden/>
    <w:unhideWhenUsed/>
    <w:rsid w:val="00272EEF"/>
    <w:pPr>
      <w:spacing w:after="120" w:line="480" w:lineRule="auto"/>
    </w:pPr>
  </w:style>
  <w:style w:type="character" w:customStyle="1" w:styleId="BodyText2Char1">
    <w:name w:val="Body Text 2 Char1"/>
    <w:basedOn w:val="DefaultParagraphFont"/>
    <w:link w:val="BodyText2"/>
    <w:uiPriority w:val="99"/>
    <w:semiHidden/>
    <w:rsid w:val="00272EEF"/>
  </w:style>
  <w:style w:type="paragraph" w:styleId="BodyText3">
    <w:name w:val="Body Text 3"/>
    <w:basedOn w:val="Normal"/>
    <w:link w:val="BodyText3Char1"/>
    <w:uiPriority w:val="99"/>
    <w:semiHidden/>
    <w:unhideWhenUsed/>
    <w:rsid w:val="00272EEF"/>
    <w:pPr>
      <w:spacing w:after="120"/>
    </w:pPr>
    <w:rPr>
      <w:sz w:val="16"/>
      <w:szCs w:val="16"/>
    </w:rPr>
  </w:style>
  <w:style w:type="character" w:customStyle="1" w:styleId="BodyText3Char1">
    <w:name w:val="Body Text 3 Char1"/>
    <w:basedOn w:val="DefaultParagraphFont"/>
    <w:link w:val="BodyText3"/>
    <w:uiPriority w:val="99"/>
    <w:semiHidden/>
    <w:rsid w:val="00272EEF"/>
    <w:rPr>
      <w:sz w:val="16"/>
      <w:szCs w:val="16"/>
    </w:rPr>
  </w:style>
  <w:style w:type="paragraph" w:styleId="List">
    <w:name w:val="List"/>
    <w:basedOn w:val="Normal"/>
    <w:uiPriority w:val="99"/>
    <w:semiHidden/>
    <w:unhideWhenUsed/>
    <w:rsid w:val="00272EEF"/>
    <w:pPr>
      <w:ind w:left="283" w:hanging="283"/>
      <w:contextualSpacing/>
    </w:pPr>
  </w:style>
  <w:style w:type="paragraph" w:styleId="List2">
    <w:name w:val="List 2"/>
    <w:basedOn w:val="Normal"/>
    <w:uiPriority w:val="99"/>
    <w:semiHidden/>
    <w:unhideWhenUsed/>
    <w:rsid w:val="00272EEF"/>
    <w:pPr>
      <w:ind w:left="566" w:hanging="283"/>
      <w:contextualSpacing/>
    </w:pPr>
  </w:style>
  <w:style w:type="paragraph" w:styleId="List3">
    <w:name w:val="List 3"/>
    <w:basedOn w:val="Normal"/>
    <w:uiPriority w:val="99"/>
    <w:semiHidden/>
    <w:unhideWhenUsed/>
    <w:rsid w:val="00272EEF"/>
    <w:pPr>
      <w:ind w:left="849" w:hanging="283"/>
      <w:contextualSpacing/>
    </w:pPr>
  </w:style>
  <w:style w:type="paragraph" w:styleId="ListBullet">
    <w:name w:val="List Bullet"/>
    <w:basedOn w:val="Normal"/>
    <w:uiPriority w:val="99"/>
    <w:semiHidden/>
    <w:unhideWhenUsed/>
    <w:rsid w:val="00272EEF"/>
    <w:pPr>
      <w:numPr>
        <w:numId w:val="1"/>
      </w:numPr>
      <w:contextualSpacing/>
    </w:pPr>
  </w:style>
  <w:style w:type="paragraph" w:styleId="ListBullet2">
    <w:name w:val="List Bullet 2"/>
    <w:basedOn w:val="Normal"/>
    <w:uiPriority w:val="99"/>
    <w:semiHidden/>
    <w:unhideWhenUsed/>
    <w:rsid w:val="00272EEF"/>
    <w:pPr>
      <w:numPr>
        <w:numId w:val="2"/>
      </w:numPr>
      <w:contextualSpacing/>
    </w:pPr>
  </w:style>
  <w:style w:type="paragraph" w:styleId="ListBullet3">
    <w:name w:val="List Bullet 3"/>
    <w:basedOn w:val="Normal"/>
    <w:uiPriority w:val="99"/>
    <w:semiHidden/>
    <w:unhideWhenUsed/>
    <w:rsid w:val="00272EEF"/>
    <w:pPr>
      <w:numPr>
        <w:numId w:val="3"/>
      </w:numPr>
      <w:contextualSpacing/>
    </w:pPr>
  </w:style>
  <w:style w:type="paragraph" w:styleId="ListNumber">
    <w:name w:val="List Number"/>
    <w:basedOn w:val="Normal"/>
    <w:uiPriority w:val="99"/>
    <w:semiHidden/>
    <w:unhideWhenUsed/>
    <w:rsid w:val="00272EEF"/>
    <w:pPr>
      <w:numPr>
        <w:numId w:val="4"/>
      </w:numPr>
      <w:contextualSpacing/>
    </w:pPr>
  </w:style>
  <w:style w:type="paragraph" w:styleId="ListNumber2">
    <w:name w:val="List Number 2"/>
    <w:basedOn w:val="Normal"/>
    <w:uiPriority w:val="99"/>
    <w:semiHidden/>
    <w:unhideWhenUsed/>
    <w:rsid w:val="00272EEF"/>
    <w:pPr>
      <w:numPr>
        <w:numId w:val="5"/>
      </w:numPr>
      <w:contextualSpacing/>
    </w:pPr>
  </w:style>
  <w:style w:type="paragraph" w:styleId="ListNumber3">
    <w:name w:val="List Number 3"/>
    <w:basedOn w:val="Normal"/>
    <w:uiPriority w:val="99"/>
    <w:semiHidden/>
    <w:unhideWhenUsed/>
    <w:rsid w:val="00272EEF"/>
    <w:pPr>
      <w:numPr>
        <w:numId w:val="6"/>
      </w:numPr>
      <w:contextualSpacing/>
    </w:pPr>
  </w:style>
  <w:style w:type="paragraph" w:styleId="ListContinue">
    <w:name w:val="List Continue"/>
    <w:basedOn w:val="Normal"/>
    <w:uiPriority w:val="99"/>
    <w:semiHidden/>
    <w:unhideWhenUsed/>
    <w:rsid w:val="00272EEF"/>
    <w:pPr>
      <w:spacing w:after="120"/>
      <w:ind w:left="283"/>
      <w:contextualSpacing/>
    </w:pPr>
  </w:style>
  <w:style w:type="paragraph" w:styleId="ListContinue2">
    <w:name w:val="List Continue 2"/>
    <w:basedOn w:val="Normal"/>
    <w:uiPriority w:val="99"/>
    <w:semiHidden/>
    <w:unhideWhenUsed/>
    <w:rsid w:val="00272EEF"/>
    <w:pPr>
      <w:spacing w:after="120"/>
      <w:ind w:left="566"/>
      <w:contextualSpacing/>
    </w:pPr>
  </w:style>
  <w:style w:type="paragraph" w:styleId="ListContinue3">
    <w:name w:val="List Continue 3"/>
    <w:basedOn w:val="Normal"/>
    <w:uiPriority w:val="99"/>
    <w:semiHidden/>
    <w:unhideWhenUsed/>
    <w:rsid w:val="00272EEF"/>
    <w:pPr>
      <w:spacing w:after="120"/>
      <w:ind w:left="849"/>
      <w:contextualSpacing/>
    </w:pPr>
  </w:style>
  <w:style w:type="paragraph" w:styleId="MacroText">
    <w:name w:val="macro"/>
    <w:link w:val="MacroTextChar1"/>
    <w:uiPriority w:val="99"/>
    <w:semiHidden/>
    <w:unhideWhenUsed/>
    <w:rsid w:val="00272EE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1">
    <w:name w:val="Macro Text Char1"/>
    <w:basedOn w:val="DefaultParagraphFont"/>
    <w:link w:val="MacroText"/>
    <w:uiPriority w:val="99"/>
    <w:semiHidden/>
    <w:rsid w:val="00272EEF"/>
    <w:rPr>
      <w:rFonts w:ascii="Consolas" w:hAnsi="Consolas"/>
      <w:sz w:val="20"/>
      <w:szCs w:val="20"/>
    </w:rPr>
  </w:style>
  <w:style w:type="character" w:styleId="SubtleEmphasis">
    <w:name w:val="Subtle Emphasis"/>
    <w:basedOn w:val="DefaultParagraphFont"/>
    <w:uiPriority w:val="19"/>
    <w:qFormat/>
    <w:rsid w:val="00272EEF"/>
    <w:rPr>
      <w:i/>
      <w:iCs/>
      <w:color w:val="404040" w:themeColor="text1" w:themeTint="BF"/>
    </w:rPr>
  </w:style>
  <w:style w:type="character" w:styleId="SubtleReference">
    <w:name w:val="Subtle Reference"/>
    <w:basedOn w:val="DefaultParagraphFont"/>
    <w:uiPriority w:val="31"/>
    <w:qFormat/>
    <w:rsid w:val="00272EEF"/>
    <w:rPr>
      <w:smallCaps/>
      <w:color w:val="5A5A5A" w:themeColor="text1" w:themeTint="A5"/>
    </w:rPr>
  </w:style>
  <w:style w:type="table" w:styleId="LightShading">
    <w:name w:val="Light Shading"/>
    <w:basedOn w:val="TableNormal"/>
    <w:uiPriority w:val="60"/>
    <w:semiHidden/>
    <w:unhideWhenUsed/>
    <w:rsid w:val="00272E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72EE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272EE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272EE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72EE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72EEF"/>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272EE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semiHidden/>
    <w:unhideWhenUsed/>
    <w:rsid w:val="00272E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72EE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272EE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72EE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72EE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72EE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272EE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semiHidden/>
    <w:unhideWhenUsed/>
    <w:rsid w:val="00272E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72EE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272EE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272EE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72EE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72EE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272EE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semiHidden/>
    <w:unhideWhenUsed/>
    <w:rsid w:val="00272E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72EE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72EE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72EE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72EE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72EE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72EE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72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272EE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272E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72EE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272EE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272EE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72EE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72EE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272EE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72E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272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272EEF"/>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72EEF"/>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272EE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272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BlockText">
    <w:name w:val="Block Text"/>
    <w:basedOn w:val="Normal"/>
    <w:uiPriority w:val="99"/>
    <w:semiHidden/>
    <w:unhideWhenUsed/>
    <w:rsid w:val="00272EE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EnvelopeAddress">
    <w:name w:val="envelope address"/>
    <w:basedOn w:val="Normal"/>
    <w:uiPriority w:val="99"/>
    <w:semiHidden/>
    <w:unhideWhenUsed/>
    <w:rsid w:val="00272EE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72EEF"/>
    <w:pPr>
      <w:spacing w:after="0"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1"/>
    <w:uiPriority w:val="99"/>
    <w:semiHidden/>
    <w:unhideWhenUsed/>
    <w:rsid w:val="00272E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272EEF"/>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forbes.com/sites/forbescoachescouncil/2021/01/12/how-to-build-a-culture-of-inno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2898</Words>
  <Characters>16523</Characters>
  <Application>Microsoft Office Word</Application>
  <DocSecurity>0</DocSecurity>
  <Lines>137</Lines>
  <Paragraphs>38</Paragraphs>
  <ScaleCrop>false</ScaleCrop>
  <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Dennis</dc:creator>
  <cp:keywords/>
  <dc:description/>
  <cp:lastModifiedBy>John Dennis</cp:lastModifiedBy>
  <cp:revision>2</cp:revision>
  <dcterms:created xsi:type="dcterms:W3CDTF">2024-11-06T09:29:00Z</dcterms:created>
  <dcterms:modified xsi:type="dcterms:W3CDTF">2024-11-06T09:30:00Z</dcterms:modified>
</cp:coreProperties>
</file>