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19D29" w14:textId="77777777" w:rsidR="002E02FC" w:rsidRDefault="003961AC" w:rsidP="00047724">
      <w:pPr>
        <w:pStyle w:val="Heading1"/>
        <w:tabs>
          <w:tab w:val="left" w:pos="9540"/>
        </w:tabs>
        <w:spacing w:after="120"/>
        <w:jc w:val="center"/>
      </w:pPr>
      <w:r>
        <w:t>CRAWFORD TOWNSHIP VOLUNTEER FIRE DEPARTMENT, INC.</w:t>
      </w:r>
    </w:p>
    <w:p w14:paraId="65771EA9" w14:textId="77777777" w:rsidR="002E02FC" w:rsidRDefault="003961AC" w:rsidP="005A016F">
      <w:pPr>
        <w:spacing w:after="120"/>
        <w:jc w:val="center"/>
      </w:pPr>
      <w:r>
        <w:t>121 Shawboro Road</w:t>
      </w:r>
      <w:r>
        <w:br/>
        <w:t>Moyock, NC 27958</w:t>
      </w:r>
      <w:r>
        <w:br/>
        <w:t>252-232-3313</w:t>
      </w:r>
    </w:p>
    <w:p w14:paraId="25E02179" w14:textId="77777777" w:rsidR="002E02FC" w:rsidRDefault="003961AC" w:rsidP="005A016F">
      <w:pPr>
        <w:pStyle w:val="Heading2"/>
        <w:spacing w:after="120"/>
        <w:jc w:val="center"/>
      </w:pPr>
      <w:r>
        <w:t>APPLICATION FOR MEMBERSHIP</w:t>
      </w:r>
    </w:p>
    <w:p w14:paraId="2270DDE6" w14:textId="77777777" w:rsidR="002E02FC" w:rsidRDefault="003961AC">
      <w:pPr>
        <w:spacing w:after="120"/>
      </w:pPr>
      <w:r>
        <w:t>Print Full Name: ______________________________</w:t>
      </w:r>
      <w:r w:rsidR="00047724">
        <w:rPr>
          <w:u w:val="single"/>
        </w:rPr>
        <w:tab/>
      </w:r>
      <w:r w:rsidR="00047724">
        <w:rPr>
          <w:u w:val="single"/>
        </w:rPr>
        <w:tab/>
      </w:r>
      <w:r w:rsidR="00047724">
        <w:rPr>
          <w:u w:val="single"/>
        </w:rPr>
        <w:tab/>
      </w:r>
      <w:r w:rsidR="00047724">
        <w:rPr>
          <w:u w:val="single"/>
        </w:rPr>
        <w:tab/>
      </w:r>
      <w:r w:rsidR="00047724">
        <w:rPr>
          <w:u w:val="single"/>
        </w:rPr>
        <w:tab/>
      </w:r>
      <w:r w:rsidR="00047724">
        <w:rPr>
          <w:u w:val="single"/>
        </w:rPr>
        <w:tab/>
      </w:r>
      <w:r w:rsidR="00047724">
        <w:rPr>
          <w:u w:val="single"/>
        </w:rPr>
        <w:tab/>
      </w:r>
      <w:r w:rsidR="00047724">
        <w:rPr>
          <w:u w:val="single"/>
        </w:rPr>
        <w:tab/>
      </w:r>
      <w:r>
        <w:t>_</w:t>
      </w:r>
    </w:p>
    <w:p w14:paraId="5EFD8A35" w14:textId="77777777" w:rsidR="002E02FC" w:rsidRDefault="003961AC">
      <w:pPr>
        <w:spacing w:after="120"/>
      </w:pPr>
      <w:r>
        <w:t>Current Address: _______________________________    Date of Birth: __________</w:t>
      </w:r>
      <w:r w:rsidR="00047724">
        <w:rPr>
          <w:u w:val="single"/>
        </w:rPr>
        <w:tab/>
      </w:r>
      <w:r w:rsidR="00047724">
        <w:rPr>
          <w:u w:val="single"/>
        </w:rPr>
        <w:tab/>
      </w:r>
      <w:r w:rsidR="00047724">
        <w:rPr>
          <w:u w:val="single"/>
        </w:rPr>
        <w:tab/>
      </w:r>
      <w:r w:rsidR="00047724">
        <w:rPr>
          <w:u w:val="single"/>
        </w:rPr>
        <w:tab/>
      </w:r>
      <w:r w:rsidR="00047724">
        <w:tab/>
      </w:r>
    </w:p>
    <w:p w14:paraId="3FAC024C" w14:textId="77777777" w:rsidR="00823365" w:rsidRDefault="00406516">
      <w:pPr>
        <w:keepNext/>
        <w:keepLines/>
        <w:spacing w:before="120" w:after="60"/>
      </w:pPr>
      <w:r>
        <w:rPr>
          <w:b/>
        </w:rPr>
        <w:t>RESIDENCY AND RESPONSE AVAILABILITY</w:t>
      </w:r>
    </w:p>
    <w:p w14:paraId="44E0FECB" w14:textId="77777777" w:rsidR="00823365" w:rsidRDefault="00406516">
      <w:pPr>
        <w:keepLines/>
        <w:spacing w:after="80"/>
      </w:pPr>
      <w:r>
        <w:t>Is your primary residence within a ten (10) mile radius of 121 Shawboro Road, Moyock, NC 27958?  Yes ☐  No ☐</w:t>
      </w:r>
    </w:p>
    <w:p w14:paraId="069B7BC7" w14:textId="77777777" w:rsidR="00823365" w:rsidRDefault="00406516">
      <w:pPr>
        <w:keepLines/>
        <w:spacing w:after="80"/>
      </w:pPr>
      <w:r>
        <w:t>If no, you must attach a separate written statement explaining specifically how you will actively participate in the Department, respond to calls, and attend required business meetings and training sessions. An application requiring this statement will not be considered complete until the statement is received.</w:t>
      </w:r>
    </w:p>
    <w:p w14:paraId="15E84674" w14:textId="77777777" w:rsidR="00823365" w:rsidRDefault="00406516">
      <w:pPr>
        <w:keepLines/>
        <w:spacing w:after="80"/>
      </w:pPr>
      <w:r>
        <w:t>Required written statement attached:  Yes ☐  No ☐  Not Applicable ☐</w:t>
      </w:r>
    </w:p>
    <w:p w14:paraId="0AE39CB9" w14:textId="77777777" w:rsidR="00823365" w:rsidRDefault="00406516">
      <w:pPr>
        <w:keepLines/>
        <w:spacing w:after="80"/>
      </w:pPr>
      <w:r>
        <w:t>Do you work within the Crawford Township Volunteer Fire Department fire district?  Yes ☐  No ☐</w:t>
      </w:r>
    </w:p>
    <w:p w14:paraId="59000ABF" w14:textId="77777777" w:rsidR="00823365" w:rsidRDefault="00406516">
      <w:pPr>
        <w:keepLines/>
        <w:spacing w:after="80"/>
      </w:pPr>
      <w:r>
        <w:t>Employer / Work Location: ____________________________________  Typical Work Hours: __________________</w:t>
      </w:r>
    </w:p>
    <w:p w14:paraId="71A91B4C" w14:textId="77777777" w:rsidR="002E02FC" w:rsidRPr="00047724" w:rsidRDefault="003961AC">
      <w:pPr>
        <w:spacing w:after="120"/>
        <w:rPr>
          <w:u w:val="single"/>
        </w:rPr>
      </w:pPr>
      <w:r>
        <w:t>Highest Grade Completed: ______   GED: Yes ☐  No ☐    Soci</w:t>
      </w:r>
      <w:proofErr w:type="gramStart"/>
      <w:r>
        <w:t>al Security #:</w:t>
      </w:r>
      <w:proofErr w:type="gramEnd"/>
      <w:r>
        <w:t xml:space="preserve"> ____________________</w:t>
      </w:r>
      <w:r w:rsidR="00047724">
        <w:rPr>
          <w:u w:val="single"/>
        </w:rPr>
        <w:tab/>
      </w:r>
      <w:r w:rsidR="00047724">
        <w:rPr>
          <w:u w:val="single"/>
        </w:rPr>
        <w:tab/>
      </w:r>
    </w:p>
    <w:p w14:paraId="7F89319C" w14:textId="77777777" w:rsidR="002E02FC" w:rsidRPr="00047724" w:rsidRDefault="003961AC">
      <w:pPr>
        <w:spacing w:after="120"/>
        <w:rPr>
          <w:u w:val="single"/>
        </w:rPr>
      </w:pPr>
      <w:r>
        <w:t>Home Phone: __________________  Cell: __________________  Cellular Provider: ______________</w:t>
      </w:r>
      <w:r w:rsidR="00047724">
        <w:rPr>
          <w:u w:val="single"/>
        </w:rPr>
        <w:tab/>
      </w:r>
      <w:r w:rsidR="00047724">
        <w:rPr>
          <w:u w:val="single"/>
        </w:rPr>
        <w:tab/>
      </w:r>
    </w:p>
    <w:p w14:paraId="4D412961" w14:textId="77777777" w:rsidR="002E02FC" w:rsidRDefault="003961AC">
      <w:pPr>
        <w:spacing w:after="120"/>
      </w:pPr>
      <w:r>
        <w:t>Email: __________________</w:t>
      </w:r>
      <w:r w:rsidR="00EC7F73">
        <w:t xml:space="preserve"> Emergency contact ____________________________ Phone: ________________</w:t>
      </w:r>
    </w:p>
    <w:p w14:paraId="57DD43E1" w14:textId="77777777" w:rsidR="002E02FC" w:rsidRPr="00E751FA" w:rsidRDefault="003961AC">
      <w:pPr>
        <w:spacing w:after="120"/>
        <w:rPr>
          <w:b/>
          <w:bCs/>
        </w:rPr>
      </w:pPr>
      <w:r w:rsidRPr="00E751FA">
        <w:rPr>
          <w:b/>
          <w:bCs/>
        </w:rPr>
        <w:t>Driver’s License Information (Attach current DMV driving record)</w:t>
      </w:r>
    </w:p>
    <w:p w14:paraId="5E82002E" w14:textId="77777777" w:rsidR="002E02FC" w:rsidRDefault="003961AC">
      <w:pPr>
        <w:spacing w:after="120"/>
      </w:pPr>
      <w:r>
        <w:t>Driver License #: ____________________   State: ____   Expiration: __________   Valid: Yes ☐  No ☐</w:t>
      </w:r>
    </w:p>
    <w:p w14:paraId="3C4DBEB3" w14:textId="77777777" w:rsidR="002E02FC" w:rsidRPr="00047724" w:rsidRDefault="003961AC">
      <w:pPr>
        <w:spacing w:after="120"/>
        <w:rPr>
          <w:u w:val="single"/>
        </w:rPr>
      </w:pPr>
      <w:r>
        <w:t>If no, please explain: ____________________________________________________</w:t>
      </w:r>
      <w:r w:rsidR="00047724">
        <w:rPr>
          <w:u w:val="single"/>
        </w:rPr>
        <w:tab/>
      </w:r>
      <w:r w:rsidR="00047724">
        <w:rPr>
          <w:u w:val="single"/>
        </w:rPr>
        <w:tab/>
      </w:r>
      <w:r w:rsidR="00047724">
        <w:rPr>
          <w:u w:val="single"/>
        </w:rPr>
        <w:tab/>
      </w:r>
      <w:r w:rsidR="00047724">
        <w:rPr>
          <w:u w:val="single"/>
        </w:rPr>
        <w:tab/>
      </w:r>
    </w:p>
    <w:p w14:paraId="0D99B8A4" w14:textId="77777777" w:rsidR="002E02FC" w:rsidRDefault="003961AC">
      <w:pPr>
        <w:spacing w:after="120"/>
        <w:rPr>
          <w:b/>
          <w:bCs/>
        </w:rPr>
      </w:pPr>
      <w:r w:rsidRPr="00D7336D">
        <w:rPr>
          <w:b/>
          <w:bCs/>
        </w:rPr>
        <w:t>Fire, EMS, and HazMat Experience</w:t>
      </w:r>
    </w:p>
    <w:p w14:paraId="5D4D165C" w14:textId="77777777" w:rsidR="001B3D6B" w:rsidRDefault="001B3D6B" w:rsidP="001B3D6B">
      <w:pPr>
        <w:spacing w:after="120"/>
      </w:pPr>
      <w:r>
        <w:t>Do you hold any certifications? Yes ☐  No ☐</w:t>
      </w:r>
    </w:p>
    <w:p w14:paraId="715FBCC2" w14:textId="77777777" w:rsidR="001B3D6B" w:rsidRDefault="001B3D6B" w:rsidP="001B3D6B">
      <w:pPr>
        <w:spacing w:after="120"/>
      </w:pPr>
      <w:r>
        <w:t xml:space="preserve">Certifications / Training (list): </w:t>
      </w:r>
      <w:bookmarkStart w:id="0" w:name="_Hlk218154282"/>
      <w:r>
        <w:t>_____________________________________________________________</w:t>
      </w:r>
      <w:bookmarkEnd w:id="0"/>
      <w:r>
        <w:t>_____</w:t>
      </w:r>
    </w:p>
    <w:p w14:paraId="00D9498E" w14:textId="77777777" w:rsidR="001B3D6B" w:rsidRDefault="001B3D6B" w:rsidP="001B3D6B">
      <w:pPr>
        <w:spacing w:after="120"/>
      </w:pPr>
      <w:r>
        <w:t>_________________________________________________________________</w:t>
      </w:r>
      <w:r w:rsidR="00047724">
        <w:rPr>
          <w:u w:val="single"/>
        </w:rPr>
        <w:tab/>
      </w:r>
      <w:r w:rsidR="00047724">
        <w:rPr>
          <w:u w:val="single"/>
        </w:rPr>
        <w:tab/>
      </w:r>
      <w:r w:rsidR="00047724">
        <w:rPr>
          <w:u w:val="single"/>
        </w:rPr>
        <w:tab/>
      </w:r>
      <w:r w:rsidR="00047724">
        <w:rPr>
          <w:u w:val="single"/>
        </w:rPr>
        <w:tab/>
      </w:r>
      <w:r w:rsidR="00047724">
        <w:rPr>
          <w:u w:val="single"/>
        </w:rPr>
        <w:tab/>
      </w:r>
      <w:r>
        <w:t>_</w:t>
      </w:r>
      <w:r w:rsidR="00047724">
        <w:tab/>
      </w:r>
    </w:p>
    <w:p w14:paraId="2AE76F6E" w14:textId="77777777" w:rsidR="001B3D6B" w:rsidRPr="00047724" w:rsidRDefault="001B3D6B" w:rsidP="001B3D6B">
      <w:pPr>
        <w:spacing w:after="120"/>
        <w:rPr>
          <w:u w:val="single"/>
        </w:rPr>
      </w:pPr>
      <w:r>
        <w:t>Emergency Service Agencies (Dept / Location / Dates): _____________________</w:t>
      </w:r>
      <w:r w:rsidR="00047724">
        <w:rPr>
          <w:u w:val="single"/>
        </w:rPr>
        <w:tab/>
      </w:r>
      <w:r w:rsidR="00047724">
        <w:rPr>
          <w:u w:val="single"/>
        </w:rPr>
        <w:tab/>
      </w:r>
      <w:r w:rsidR="00047724">
        <w:rPr>
          <w:u w:val="single"/>
        </w:rPr>
        <w:tab/>
      </w:r>
      <w:r w:rsidR="00047724">
        <w:rPr>
          <w:u w:val="single"/>
        </w:rPr>
        <w:tab/>
      </w:r>
    </w:p>
    <w:p w14:paraId="0BAA9433" w14:textId="77777777" w:rsidR="001B3D6B" w:rsidRPr="00047724" w:rsidRDefault="001B3D6B" w:rsidP="001B3D6B">
      <w:pPr>
        <w:spacing w:after="120"/>
        <w:rPr>
          <w:u w:val="single"/>
        </w:rPr>
      </w:pPr>
      <w:r>
        <w:t>__________________________________________________________________</w:t>
      </w:r>
      <w:r w:rsidR="00047724">
        <w:rPr>
          <w:u w:val="single"/>
        </w:rPr>
        <w:tab/>
      </w:r>
      <w:r w:rsidR="00047724">
        <w:rPr>
          <w:u w:val="single"/>
        </w:rPr>
        <w:tab/>
      </w:r>
      <w:r w:rsidR="00047724">
        <w:rPr>
          <w:u w:val="single"/>
        </w:rPr>
        <w:tab/>
      </w:r>
      <w:r w:rsidR="00047724">
        <w:rPr>
          <w:u w:val="single"/>
        </w:rPr>
        <w:tab/>
      </w:r>
    </w:p>
    <w:p w14:paraId="2A042136" w14:textId="77777777" w:rsidR="001B3D6B" w:rsidRPr="00047724" w:rsidRDefault="001B3D6B" w:rsidP="001B3D6B">
      <w:pPr>
        <w:spacing w:after="120"/>
        <w:rPr>
          <w:u w:val="single"/>
        </w:rPr>
      </w:pPr>
      <w:r>
        <w:t>Additional Skills or Experience: ________________________________________</w:t>
      </w:r>
      <w:r w:rsidR="00047724">
        <w:rPr>
          <w:u w:val="single"/>
        </w:rPr>
        <w:tab/>
      </w:r>
      <w:r w:rsidR="00047724">
        <w:rPr>
          <w:u w:val="single"/>
        </w:rPr>
        <w:tab/>
      </w:r>
      <w:r w:rsidR="00047724">
        <w:rPr>
          <w:u w:val="single"/>
        </w:rPr>
        <w:tab/>
      </w:r>
      <w:r w:rsidR="00047724">
        <w:rPr>
          <w:u w:val="single"/>
        </w:rPr>
        <w:tab/>
      </w:r>
    </w:p>
    <w:p w14:paraId="7B7AEB0B" w14:textId="77777777" w:rsidR="001B3D6B" w:rsidRPr="00047724" w:rsidRDefault="001B3D6B" w:rsidP="001B3D6B">
      <w:pPr>
        <w:spacing w:after="120"/>
        <w:rPr>
          <w:b/>
          <w:bCs/>
          <w:u w:val="single"/>
        </w:rPr>
      </w:pPr>
      <w:r>
        <w:t>___________________________________________________________________</w:t>
      </w:r>
      <w:r w:rsidR="00047724">
        <w:rPr>
          <w:u w:val="single"/>
        </w:rPr>
        <w:tab/>
      </w:r>
      <w:r w:rsidR="00047724">
        <w:rPr>
          <w:u w:val="single"/>
        </w:rPr>
        <w:tab/>
      </w:r>
      <w:r w:rsidR="00047724">
        <w:rPr>
          <w:u w:val="single"/>
        </w:rPr>
        <w:tab/>
      </w:r>
      <w:r w:rsidR="00047724">
        <w:rPr>
          <w:u w:val="single"/>
        </w:rPr>
        <w:tab/>
      </w:r>
    </w:p>
    <w:p w14:paraId="35980610" w14:textId="77777777" w:rsidR="001B3D6B" w:rsidRDefault="001B3D6B" w:rsidP="001B3D6B">
      <w:pPr>
        <w:rPr>
          <w:b/>
          <w:bCs/>
        </w:rPr>
      </w:pPr>
      <w:r w:rsidRPr="001B3D6B">
        <w:rPr>
          <w:b/>
          <w:bCs/>
        </w:rPr>
        <w:t>MILITARY SERVICE ACKNOWLEDGMENT</w:t>
      </w:r>
    </w:p>
    <w:p w14:paraId="242D55D4" w14:textId="77777777" w:rsidR="001B3D6B" w:rsidRDefault="001B3D6B" w:rsidP="001B3D6B">
      <w:r>
        <w:t>Have you ever served in the United States Armed Forces?  Yes ☐   No ☐</w:t>
      </w:r>
    </w:p>
    <w:p w14:paraId="7A425A76" w14:textId="77777777" w:rsidR="00B31E2E" w:rsidRDefault="00406516">
      <w:r>
        <w:t>Applicant Initials (Military): __________    Date: __________</w:t>
      </w:r>
    </w:p>
    <w:p w14:paraId="5E9566C3" w14:textId="77777777" w:rsidR="00B31E2E" w:rsidRDefault="00406516">
      <w:r>
        <w:t>DD‑214 (Member Copy 4 or equivalent) required if separated from service.</w:t>
      </w:r>
    </w:p>
    <w:p w14:paraId="24943776" w14:textId="77777777" w:rsidR="00B31E2E" w:rsidRDefault="00406516">
      <w:r>
        <w:t>Type of Discharge (if separated): Honorable ☐  General ☐  OTH ☐  BCD ☐  Dishonorable ☐  Still Serving ☐</w:t>
      </w:r>
    </w:p>
    <w:p w14:paraId="65205D91" w14:textId="77777777" w:rsidR="00B31E2E" w:rsidRDefault="00406516">
      <w:r>
        <w:t>Dates of Service (MM/YYYY – MM/YYYY): _______________________________</w:t>
      </w:r>
    </w:p>
    <w:p w14:paraId="25B26A41" w14:textId="77777777" w:rsidR="00B31E2E" w:rsidRDefault="00406516">
      <w:r>
        <w:t>Component (Active / Reserve / National Guard): _______________________________</w:t>
      </w:r>
    </w:p>
    <w:p w14:paraId="48A30CA4" w14:textId="77777777" w:rsidR="00B31E2E" w:rsidRDefault="00406516">
      <w:r>
        <w:t>Branch of Service: _______________________________</w:t>
      </w:r>
    </w:p>
    <w:p w14:paraId="3228BEEE" w14:textId="77777777" w:rsidR="001B3D6B" w:rsidRDefault="001B3D6B" w:rsidP="001B3D6B">
      <w:pPr>
        <w:spacing w:after="120"/>
      </w:pPr>
      <w:r>
        <w:t>I certify the above military service information is complete and accurate. I authorize Crawford Township Volunteer Fire Department to review military service documentation solely for membership eligibility purposes.</w:t>
      </w:r>
    </w:p>
    <w:p w14:paraId="603171A6" w14:textId="77777777" w:rsidR="001B3D6B" w:rsidRDefault="001B3D6B" w:rsidP="001B3D6B">
      <w:pPr>
        <w:spacing w:after="120"/>
      </w:pPr>
      <w:r>
        <w:t>Applicant Initials (Military): __________    Date: __________</w:t>
      </w:r>
    </w:p>
    <w:p w14:paraId="63E1C831" w14:textId="77777777" w:rsidR="002E02FC" w:rsidRPr="00024EA9" w:rsidRDefault="003961AC">
      <w:pPr>
        <w:spacing w:after="120"/>
        <w:rPr>
          <w:b/>
          <w:bCs/>
        </w:rPr>
      </w:pPr>
      <w:r w:rsidRPr="00024EA9">
        <w:rPr>
          <w:b/>
          <w:bCs/>
        </w:rPr>
        <w:t>Criminal Background &amp; Drug Screening</w:t>
      </w:r>
    </w:p>
    <w:p w14:paraId="67C9E64D" w14:textId="77777777" w:rsidR="002E02FC" w:rsidRDefault="003961AC">
      <w:pPr>
        <w:spacing w:after="120"/>
      </w:pPr>
      <w:r>
        <w:t>Felony charged or convicted? Yes ☐  No ☐</w:t>
      </w:r>
    </w:p>
    <w:p w14:paraId="47950465" w14:textId="77777777" w:rsidR="002E02FC" w:rsidRPr="00047724" w:rsidRDefault="003961AC">
      <w:pPr>
        <w:spacing w:after="120"/>
        <w:rPr>
          <w:u w:val="single"/>
        </w:rPr>
      </w:pPr>
      <w:r>
        <w:t>If yes, please explain: _________________________________________________</w:t>
      </w:r>
      <w:r w:rsidR="00047724">
        <w:rPr>
          <w:u w:val="single"/>
        </w:rPr>
        <w:tab/>
      </w:r>
      <w:r w:rsidR="00047724">
        <w:rPr>
          <w:u w:val="single"/>
        </w:rPr>
        <w:tab/>
      </w:r>
      <w:r w:rsidR="00047724">
        <w:rPr>
          <w:u w:val="single"/>
        </w:rPr>
        <w:tab/>
      </w:r>
    </w:p>
    <w:p w14:paraId="3AD66A2A" w14:textId="77777777" w:rsidR="002E02FC" w:rsidRPr="00047724" w:rsidRDefault="00847972">
      <w:pPr>
        <w:spacing w:after="120"/>
        <w:rPr>
          <w:u w:val="single"/>
        </w:rPr>
      </w:pPr>
      <w:r>
        <w:t>___________________________________________________________________</w:t>
      </w:r>
      <w:r w:rsidR="00047724">
        <w:rPr>
          <w:u w:val="single"/>
        </w:rPr>
        <w:tab/>
      </w:r>
      <w:r w:rsidR="00047724">
        <w:rPr>
          <w:u w:val="single"/>
        </w:rPr>
        <w:tab/>
      </w:r>
      <w:r w:rsidR="00047724">
        <w:rPr>
          <w:u w:val="single"/>
        </w:rPr>
        <w:tab/>
      </w:r>
    </w:p>
    <w:p w14:paraId="4EB38E12" w14:textId="77777777" w:rsidR="00024EA9" w:rsidRPr="00047724" w:rsidRDefault="00847972">
      <w:pPr>
        <w:spacing w:after="120"/>
        <w:rPr>
          <w:b/>
          <w:bCs/>
          <w:u w:val="single"/>
        </w:rPr>
      </w:pPr>
      <w:r>
        <w:t>___________________________________________________________________</w:t>
      </w:r>
      <w:r w:rsidR="00047724">
        <w:rPr>
          <w:u w:val="single"/>
        </w:rPr>
        <w:tab/>
      </w:r>
      <w:r w:rsidR="00047724">
        <w:rPr>
          <w:u w:val="single"/>
        </w:rPr>
        <w:tab/>
      </w:r>
      <w:r w:rsidR="00047724">
        <w:rPr>
          <w:u w:val="single"/>
        </w:rPr>
        <w:tab/>
      </w:r>
    </w:p>
    <w:p w14:paraId="595E26F3" w14:textId="77777777" w:rsidR="002E02FC" w:rsidRPr="00024EA9" w:rsidRDefault="003961AC">
      <w:pPr>
        <w:spacing w:after="120"/>
        <w:rPr>
          <w:b/>
          <w:bCs/>
        </w:rPr>
      </w:pPr>
      <w:r w:rsidRPr="00024EA9">
        <w:rPr>
          <w:b/>
          <w:bCs/>
        </w:rPr>
        <w:t>SBI Background Disclosure Statement</w:t>
      </w:r>
    </w:p>
    <w:p w14:paraId="0C090D06" w14:textId="77777777" w:rsidR="002E02FC" w:rsidRDefault="003961AC">
      <w:pPr>
        <w:spacing w:after="120"/>
      </w:pPr>
      <w:r>
        <w:t>I certify I have disclosed any arrests, charges, citations, investigations, or other incidents that may lawfully be considered and may appear on an SBI check, including matters dismissed, reduced, or occurring in the military or another jurisdiction. Information concerning a matter that has been legally expunged need not be disclosed except when disclosure is specifically required by applicable law.</w:t>
      </w:r>
    </w:p>
    <w:p w14:paraId="5245635D" w14:textId="77777777" w:rsidR="002E02FC" w:rsidRPr="00A023C0" w:rsidRDefault="003961AC">
      <w:pPr>
        <w:spacing w:after="120"/>
        <w:rPr>
          <w:b/>
          <w:bCs/>
          <w:i/>
          <w:iCs/>
        </w:rPr>
      </w:pPr>
      <w:r w:rsidRPr="00A023C0">
        <w:rPr>
          <w:b/>
          <w:bCs/>
          <w:i/>
          <w:iCs/>
        </w:rPr>
        <w:t xml:space="preserve">Nondisclosure may result in denial of membership or termination if discovered </w:t>
      </w:r>
      <w:proofErr w:type="gramStart"/>
      <w:r w:rsidRPr="00A023C0">
        <w:rPr>
          <w:b/>
          <w:bCs/>
          <w:i/>
          <w:iCs/>
        </w:rPr>
        <w:t>at a later date</w:t>
      </w:r>
      <w:proofErr w:type="gramEnd"/>
      <w:r w:rsidRPr="00A023C0">
        <w:rPr>
          <w:b/>
          <w:bCs/>
          <w:i/>
          <w:iCs/>
        </w:rPr>
        <w:t>.</w:t>
      </w:r>
    </w:p>
    <w:p w14:paraId="4B01CBDD" w14:textId="77777777" w:rsidR="002E02FC" w:rsidRDefault="003961AC">
      <w:pPr>
        <w:spacing w:after="120"/>
      </w:pPr>
      <w:r>
        <w:t>Applicant Initials (SBI): __________    Date: __________</w:t>
      </w:r>
    </w:p>
    <w:p w14:paraId="1EF6B866" w14:textId="77777777" w:rsidR="00823365" w:rsidRDefault="00406516">
      <w:pPr>
        <w:keepNext/>
        <w:keepLines/>
        <w:spacing w:before="200" w:after="120"/>
      </w:pPr>
      <w:r>
        <w:rPr>
          <w:b/>
        </w:rPr>
        <w:t>AUTOMATIC ADULT CRIMINAL DISQUALIFICATIONS</w:t>
      </w:r>
    </w:p>
    <w:p w14:paraId="7A0CF618" w14:textId="77777777" w:rsidR="00823365" w:rsidRDefault="00406516">
      <w:pPr>
        <w:keepLines/>
        <w:spacing w:after="80"/>
      </w:pPr>
      <w:r>
        <w:t>For applicants age eighteen (18) or older, the following adult criminal-history findings are disqualifying when verified and when denial is permitted or required by applicable law. The Department will apply all review factors required by North Carolina law. Matters that have been legally expunged, set aside, pardoned, or otherwise may not lawfully be considered will not be used as a basis for denial.</w:t>
      </w:r>
    </w:p>
    <w:p w14:paraId="5E49FD23" w14:textId="77777777" w:rsidR="00823365" w:rsidRDefault="00406516">
      <w:pPr>
        <w:pStyle w:val="ListBullet"/>
        <w:keepLines/>
        <w:spacing w:after="80"/>
      </w:pPr>
      <w:r>
        <w:t>A conviction for arson or another felony involving burning or setting fire, as provided by N.C. Gen. Stat. § 143B-1209.24(g), or a pending felony charge involving burning or setting fire while that charge remains unresolved.</w:t>
      </w:r>
    </w:p>
    <w:p w14:paraId="578122D2" w14:textId="77777777" w:rsidR="00823365" w:rsidRDefault="00406516">
      <w:pPr>
        <w:pStyle w:val="ListBullet"/>
        <w:keepLines/>
        <w:spacing w:after="80"/>
      </w:pPr>
      <w:r>
        <w:t>Any criminal sexual offense or criminal sexual misconduct, including rape, sexual assault, sexual exploitation, indecent liberties, child sexual abuse material, solicitation of a minor, or an offense requiring sex-offender registration.</w:t>
      </w:r>
    </w:p>
    <w:p w14:paraId="1021BCD7" w14:textId="77777777" w:rsidR="00823365" w:rsidRDefault="00406516">
      <w:pPr>
        <w:pStyle w:val="ListBullet"/>
        <w:keepLines/>
        <w:spacing w:after="80"/>
      </w:pPr>
      <w:r>
        <w:t>Domestic violence, stalking, violation of a domestic-violence protective order, or abuse, neglect, or exploitation of a child, elderly person, or disabled person.</w:t>
      </w:r>
    </w:p>
    <w:p w14:paraId="795642D1" w14:textId="77777777" w:rsidR="00823365" w:rsidRDefault="00406516">
      <w:pPr>
        <w:pStyle w:val="ListBullet"/>
        <w:keepLines/>
        <w:spacing w:after="80"/>
      </w:pPr>
      <w:r>
        <w:t>Murder, voluntary manslaughter, kidnapping, human trafficking, robbery, felony assault, terrorism, or another felony involving violence or the threatened use of deadly force.</w:t>
      </w:r>
    </w:p>
    <w:p w14:paraId="7D4E4D66" w14:textId="77777777" w:rsidR="00823365" w:rsidRDefault="00406516">
      <w:pPr>
        <w:pStyle w:val="ListBullet"/>
        <w:keepLines/>
        <w:spacing w:after="80"/>
      </w:pPr>
      <w:r>
        <w:t>A felony involving the manufacture, trafficking, or distribution of controlled substances.</w:t>
      </w:r>
    </w:p>
    <w:p w14:paraId="3FFC3D76" w14:textId="77777777" w:rsidR="00823365" w:rsidRDefault="00406516">
      <w:pPr>
        <w:pStyle w:val="ListBullet"/>
        <w:keepLines/>
        <w:spacing w:after="80"/>
      </w:pPr>
      <w:r>
        <w:t>Any conviction or active court order that makes the applicant legally prohibited from possessing firearms or ammunition or otherwise legally unable to perform essential fire-department duties.</w:t>
      </w:r>
    </w:p>
    <w:p w14:paraId="4ACEB800" w14:textId="77777777" w:rsidR="00823365" w:rsidRDefault="00406516">
      <w:pPr>
        <w:pStyle w:val="ListBullet"/>
        <w:keepLines/>
        <w:spacing w:after="80"/>
      </w:pPr>
      <w:r>
        <w:t>Refusal to consent to a criminal-history record check or to provide identifying information required to complete the check.</w:t>
      </w:r>
    </w:p>
    <w:p w14:paraId="7775B38F" w14:textId="77777777" w:rsidR="00823365" w:rsidRDefault="00406516">
      <w:pPr>
        <w:keepLines/>
        <w:spacing w:after="80"/>
      </w:pPr>
      <w:r>
        <w:t>Other convictions will be evaluated individually using the seriousness and age of the offense, the applicant's age at the time, surrounding circumstances, relationship to fire-service duties, rehabilitation and employment history, and any subsequent offenses, as required by law.</w:t>
      </w:r>
    </w:p>
    <w:p w14:paraId="797673CD" w14:textId="77777777" w:rsidR="00823365" w:rsidRDefault="00406516">
      <w:pPr>
        <w:keepLines/>
        <w:spacing w:after="80"/>
      </w:pPr>
      <w:r>
        <w:t>I acknowledge that providing false or materially incomplete information may result in denial of membership or termination after acceptance.</w:t>
      </w:r>
    </w:p>
    <w:p w14:paraId="50456D3E" w14:textId="77777777" w:rsidR="00823365" w:rsidRDefault="00406516">
      <w:pPr>
        <w:keepLines/>
        <w:spacing w:after="80"/>
      </w:pPr>
      <w:r>
        <w:t>Applicant Initials (Disqualifications): __________    Date: __________</w:t>
      </w:r>
    </w:p>
    <w:p w14:paraId="127CC169" w14:textId="77777777" w:rsidR="00047724" w:rsidRDefault="00047724" w:rsidP="00D43FA4">
      <w:pPr>
        <w:spacing w:after="120"/>
        <w:rPr>
          <w:b/>
          <w:bCs/>
        </w:rPr>
      </w:pPr>
    </w:p>
    <w:p w14:paraId="5714A379" w14:textId="77777777" w:rsidR="00D43FA4" w:rsidRPr="00D43FA4" w:rsidRDefault="00D43FA4" w:rsidP="00D43FA4">
      <w:pPr>
        <w:spacing w:after="120"/>
        <w:rPr>
          <w:b/>
          <w:bCs/>
        </w:rPr>
      </w:pPr>
      <w:r w:rsidRPr="00D43FA4">
        <w:rPr>
          <w:b/>
          <w:bCs/>
        </w:rPr>
        <w:t>MEMBERSHIP CONTRACT</w:t>
      </w:r>
    </w:p>
    <w:p w14:paraId="4DD039FD" w14:textId="77777777" w:rsidR="00D43FA4" w:rsidRDefault="00D43FA4" w:rsidP="00D43FA4">
      <w:pPr>
        <w:spacing w:after="120"/>
      </w:pPr>
      <w:r>
        <w:t>I understand that I will be on a probationary period of one hundred eighty (180) days and shall have no voting rights during that period.</w:t>
      </w:r>
    </w:p>
    <w:p w14:paraId="484D815E" w14:textId="77777777" w:rsidR="00D43FA4" w:rsidRDefault="00D43FA4" w:rsidP="00D43FA4">
      <w:pPr>
        <w:spacing w:after="120"/>
      </w:pPr>
      <w:r>
        <w:t>During the probation period, I am required to attend at least fifty percent (50%) of scheduled monthly business meetings and training sessions.</w:t>
      </w:r>
    </w:p>
    <w:p w14:paraId="6068C08C" w14:textId="77777777" w:rsidR="003276B4" w:rsidRDefault="003276B4" w:rsidP="00047724">
      <w:pPr>
        <w:pStyle w:val="ListParagraph"/>
        <w:numPr>
          <w:ilvl w:val="0"/>
          <w:numId w:val="10"/>
        </w:numPr>
        <w:spacing w:after="120"/>
      </w:pPr>
      <w:r>
        <w:t xml:space="preserve">I understand that I must comply with all departmental bylaws, Standard Operating Guidelines </w:t>
      </w:r>
      <w:r w:rsidR="00FB67A6">
        <w:t>(</w:t>
      </w:r>
      <w:r>
        <w:t>SOGs) rules, and policies as adopted and amended by the Crawford Township Fire Department.</w:t>
      </w:r>
    </w:p>
    <w:p w14:paraId="2DAFAD0D" w14:textId="77777777" w:rsidR="003276B4" w:rsidRDefault="007F32D1" w:rsidP="00047724">
      <w:pPr>
        <w:pStyle w:val="ListParagraph"/>
        <w:numPr>
          <w:ilvl w:val="0"/>
          <w:numId w:val="10"/>
        </w:numPr>
        <w:spacing w:after="120"/>
      </w:pPr>
      <w:r>
        <w:t>I agree to attend Bloodborne</w:t>
      </w:r>
      <w:r w:rsidR="00C97652">
        <w:t xml:space="preserve">/Airborne </w:t>
      </w:r>
      <w:r>
        <w:t>Pathogens</w:t>
      </w:r>
      <w:r w:rsidR="00C97652">
        <w:t xml:space="preserve"> and HIPPA training prior to being </w:t>
      </w:r>
      <w:r w:rsidR="000A08C1">
        <w:t>released to respond to calls.</w:t>
      </w:r>
    </w:p>
    <w:p w14:paraId="478E9EAB" w14:textId="77777777" w:rsidR="000A08C1" w:rsidRDefault="000A08C1" w:rsidP="00047724">
      <w:pPr>
        <w:pStyle w:val="ListParagraph"/>
        <w:numPr>
          <w:ilvl w:val="0"/>
          <w:numId w:val="10"/>
        </w:numPr>
        <w:spacing w:after="120"/>
      </w:pPr>
      <w:r>
        <w:t>I understand that</w:t>
      </w:r>
      <w:r w:rsidR="00EF55B8">
        <w:t xml:space="preserve"> </w:t>
      </w:r>
      <w:r>
        <w:t xml:space="preserve">my driving </w:t>
      </w:r>
      <w:r w:rsidR="00E45DC9">
        <w:t xml:space="preserve">record may be checked </w:t>
      </w:r>
      <w:r w:rsidR="00FB67A6">
        <w:t>annually,</w:t>
      </w:r>
      <w:r w:rsidR="00E45DC9">
        <w:t xml:space="preserve"> </w:t>
      </w:r>
      <w:r w:rsidR="00F72427">
        <w:t>and I agree to notify the Fire Chief within two (2) days of conviction, suspension, or revocation of my driver</w:t>
      </w:r>
      <w:r w:rsidR="00EF55B8">
        <w:t>’</w:t>
      </w:r>
      <w:r w:rsidR="00F72427">
        <w:t>s license.</w:t>
      </w:r>
    </w:p>
    <w:p w14:paraId="4569E2E2" w14:textId="77777777" w:rsidR="00D43FA4" w:rsidRDefault="00D43FA4" w:rsidP="00047724">
      <w:pPr>
        <w:pStyle w:val="ListParagraph"/>
        <w:numPr>
          <w:ilvl w:val="0"/>
          <w:numId w:val="10"/>
        </w:numPr>
        <w:spacing w:after="120"/>
      </w:pPr>
      <w:r>
        <w:t>I agree to comply with all department bylaws, Standard Operating Guidelines (SOGs), and policies.</w:t>
      </w:r>
    </w:p>
    <w:p w14:paraId="0A31CD00" w14:textId="77777777" w:rsidR="00047724" w:rsidRDefault="00047724" w:rsidP="00D43FA4">
      <w:pPr>
        <w:spacing w:after="120"/>
        <w:rPr>
          <w:b/>
          <w:bCs/>
          <w:i/>
          <w:iCs/>
        </w:rPr>
      </w:pPr>
    </w:p>
    <w:p w14:paraId="339224C2" w14:textId="77777777" w:rsidR="00D43FA4" w:rsidRPr="00FC63D5" w:rsidRDefault="00D43FA4" w:rsidP="00D43FA4">
      <w:pPr>
        <w:spacing w:after="120"/>
        <w:rPr>
          <w:b/>
          <w:bCs/>
        </w:rPr>
      </w:pPr>
      <w:r w:rsidRPr="00FC63D5">
        <w:rPr>
          <w:b/>
          <w:bCs/>
          <w:i/>
          <w:iCs/>
        </w:rPr>
        <w:t>I consent to criminal background checks and potential drug/alcohol screening</w:t>
      </w:r>
      <w:r w:rsidRPr="00FC63D5">
        <w:rPr>
          <w:b/>
          <w:bCs/>
        </w:rPr>
        <w:t>.</w:t>
      </w:r>
    </w:p>
    <w:p w14:paraId="08990351" w14:textId="77777777" w:rsidR="00047724" w:rsidRDefault="00047724" w:rsidP="00D43FA4">
      <w:pPr>
        <w:spacing w:after="120"/>
      </w:pPr>
    </w:p>
    <w:p w14:paraId="7120EFEC" w14:textId="77777777" w:rsidR="00D43FA4" w:rsidRDefault="00D43FA4" w:rsidP="00D43FA4">
      <w:pPr>
        <w:spacing w:after="120"/>
      </w:pPr>
      <w:r>
        <w:t>Applicant Signature</w:t>
      </w:r>
      <w:proofErr w:type="gramStart"/>
      <w:r>
        <w:t xml:space="preserve">: _______________________________   Date: </w:t>
      </w:r>
      <w:proofErr w:type="gramEnd"/>
      <w:r>
        <w:t>__________</w:t>
      </w:r>
    </w:p>
    <w:p w14:paraId="17A1251A" w14:textId="77777777" w:rsidR="00047724" w:rsidRDefault="00047724" w:rsidP="00D43FA4">
      <w:pPr>
        <w:spacing w:after="120"/>
      </w:pPr>
    </w:p>
    <w:p w14:paraId="1C190D5F" w14:textId="77777777" w:rsidR="00D43FA4" w:rsidRDefault="00D43FA4" w:rsidP="00D43FA4">
      <w:pPr>
        <w:spacing w:after="120"/>
      </w:pPr>
      <w:r>
        <w:t xml:space="preserve">Witness </w:t>
      </w:r>
      <w:proofErr w:type="gramStart"/>
      <w:r>
        <w:t>Signature: _</w:t>
      </w:r>
      <w:proofErr w:type="gramEnd"/>
      <w:r>
        <w:t xml:space="preserve">______________________________   </w:t>
      </w:r>
      <w:r w:rsidR="00FC63D5">
        <w:t xml:space="preserve">   </w:t>
      </w:r>
      <w:r>
        <w:t>Date: __________</w:t>
      </w:r>
    </w:p>
    <w:p w14:paraId="0822AE76" w14:textId="77777777" w:rsidR="008D5112" w:rsidRDefault="008D5112" w:rsidP="00FC63D5">
      <w:pPr>
        <w:spacing w:after="120"/>
        <w:rPr>
          <w:b/>
          <w:bCs/>
        </w:rPr>
      </w:pPr>
    </w:p>
    <w:p w14:paraId="358B9A24" w14:textId="77777777" w:rsidR="001B3D6B" w:rsidRDefault="001B3D6B" w:rsidP="00FC63D5">
      <w:pPr>
        <w:spacing w:after="120"/>
        <w:rPr>
          <w:b/>
          <w:bCs/>
        </w:rPr>
      </w:pPr>
    </w:p>
    <w:p w14:paraId="47A53689" w14:textId="77777777" w:rsidR="001B3D6B" w:rsidRDefault="001B3D6B" w:rsidP="00FC63D5">
      <w:pPr>
        <w:spacing w:after="120"/>
        <w:rPr>
          <w:b/>
          <w:bCs/>
        </w:rPr>
      </w:pPr>
    </w:p>
    <w:p w14:paraId="282A0F58" w14:textId="77777777" w:rsidR="001B3D6B" w:rsidRDefault="001B3D6B" w:rsidP="00FC63D5">
      <w:pPr>
        <w:spacing w:after="120"/>
        <w:rPr>
          <w:b/>
          <w:bCs/>
        </w:rPr>
      </w:pPr>
    </w:p>
    <w:p w14:paraId="709B7A2F" w14:textId="77777777" w:rsidR="00FC63D5" w:rsidRPr="00D43FA4" w:rsidRDefault="00FC63D5" w:rsidP="00FC63D5">
      <w:pPr>
        <w:spacing w:after="120"/>
        <w:rPr>
          <w:b/>
          <w:bCs/>
        </w:rPr>
      </w:pPr>
      <w:r w:rsidRPr="00D43FA4">
        <w:rPr>
          <w:b/>
          <w:bCs/>
        </w:rPr>
        <w:t>BOARD APPROVAL</w:t>
      </w:r>
    </w:p>
    <w:p w14:paraId="17AB4766" w14:textId="77777777" w:rsidR="00FC63D5" w:rsidRDefault="00FC63D5" w:rsidP="00FC63D5">
      <w:pPr>
        <w:spacing w:after="120"/>
      </w:pPr>
      <w:r>
        <w:t>Board President Signature: _______________________________   Date: __________</w:t>
      </w:r>
    </w:p>
    <w:p w14:paraId="20DEE44E" w14:textId="77777777" w:rsidR="002E02FC" w:rsidRDefault="00FC63D5" w:rsidP="00D43FA4">
      <w:pPr>
        <w:spacing w:after="120"/>
      </w:pPr>
      <w:r>
        <w:t>Membership Action: Approved ☐   Denied ☐    Effective Date (if approved): __________</w:t>
      </w:r>
      <w:r w:rsidR="00047724">
        <w:t xml:space="preserve">     </w:t>
      </w:r>
    </w:p>
    <w:sectPr w:rsidR="002E02FC" w:rsidSect="001B3D6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E5D0300"/>
    <w:multiLevelType w:val="hybridMultilevel"/>
    <w:tmpl w:val="6C28C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7230299">
    <w:abstractNumId w:val="8"/>
  </w:num>
  <w:num w:numId="2" w16cid:durableId="226572794">
    <w:abstractNumId w:val="6"/>
  </w:num>
  <w:num w:numId="3" w16cid:durableId="1786190470">
    <w:abstractNumId w:val="5"/>
  </w:num>
  <w:num w:numId="4" w16cid:durableId="874348541">
    <w:abstractNumId w:val="4"/>
  </w:num>
  <w:num w:numId="5" w16cid:durableId="2110614424">
    <w:abstractNumId w:val="7"/>
  </w:num>
  <w:num w:numId="6" w16cid:durableId="1192642521">
    <w:abstractNumId w:val="3"/>
  </w:num>
  <w:num w:numId="7" w16cid:durableId="344333613">
    <w:abstractNumId w:val="2"/>
  </w:num>
  <w:num w:numId="8" w16cid:durableId="1514415704">
    <w:abstractNumId w:val="1"/>
  </w:num>
  <w:num w:numId="9" w16cid:durableId="1716998544">
    <w:abstractNumId w:val="0"/>
  </w:num>
  <w:num w:numId="10" w16cid:durableId="5542703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EA9"/>
    <w:rsid w:val="00034616"/>
    <w:rsid w:val="00047724"/>
    <w:rsid w:val="0006063C"/>
    <w:rsid w:val="000A08C1"/>
    <w:rsid w:val="001038DD"/>
    <w:rsid w:val="0015074B"/>
    <w:rsid w:val="001B3D6B"/>
    <w:rsid w:val="001F068D"/>
    <w:rsid w:val="00216C8A"/>
    <w:rsid w:val="0029639D"/>
    <w:rsid w:val="002B1CFF"/>
    <w:rsid w:val="002E02FC"/>
    <w:rsid w:val="00326F90"/>
    <w:rsid w:val="003276B4"/>
    <w:rsid w:val="003961AC"/>
    <w:rsid w:val="003E0D26"/>
    <w:rsid w:val="00402630"/>
    <w:rsid w:val="00416861"/>
    <w:rsid w:val="004E2BEB"/>
    <w:rsid w:val="00502A53"/>
    <w:rsid w:val="005A016F"/>
    <w:rsid w:val="0062299E"/>
    <w:rsid w:val="0072564B"/>
    <w:rsid w:val="00762847"/>
    <w:rsid w:val="007A1EC4"/>
    <w:rsid w:val="007F32D1"/>
    <w:rsid w:val="00823365"/>
    <w:rsid w:val="00847972"/>
    <w:rsid w:val="00864175"/>
    <w:rsid w:val="008708F2"/>
    <w:rsid w:val="008D5112"/>
    <w:rsid w:val="008E3D5A"/>
    <w:rsid w:val="00916988"/>
    <w:rsid w:val="009E4AA1"/>
    <w:rsid w:val="00A023C0"/>
    <w:rsid w:val="00AA1D8D"/>
    <w:rsid w:val="00AC6427"/>
    <w:rsid w:val="00B31E2E"/>
    <w:rsid w:val="00B47730"/>
    <w:rsid w:val="00B84F4F"/>
    <w:rsid w:val="00C97652"/>
    <w:rsid w:val="00CB0664"/>
    <w:rsid w:val="00D128E6"/>
    <w:rsid w:val="00D43FA4"/>
    <w:rsid w:val="00D7336D"/>
    <w:rsid w:val="00E01B6B"/>
    <w:rsid w:val="00E45DC9"/>
    <w:rsid w:val="00E75103"/>
    <w:rsid w:val="00E751FA"/>
    <w:rsid w:val="00EC7F73"/>
    <w:rsid w:val="00EF2AED"/>
    <w:rsid w:val="00EF55B8"/>
    <w:rsid w:val="00F72427"/>
    <w:rsid w:val="00FB67A6"/>
    <w:rsid w:val="00FC5840"/>
    <w:rsid w:val="00FC63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7B3FFE"/>
  <w14:defaultImageDpi w14:val="300"/>
  <w15:docId w15:val="{E2EE9E76-401F-400D-8B01-09BDE78ED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1077</Words>
  <Characters>6141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Kevin Knoy</cp:lastModifiedBy>
  <cp:revision>2</cp:revision>
  <cp:lastPrinted>2026-07-29T13:59:00Z</cp:lastPrinted>
  <dcterms:created xsi:type="dcterms:W3CDTF">2026-08-28T15:10:00Z</dcterms:created>
  <dcterms:modified xsi:type="dcterms:W3CDTF">2026-08-28T15:10:00Z</dcterms:modified>
  <cp:category/>
</cp:coreProperties>
</file>