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D642C" w14:textId="77777777" w:rsidR="002E02FC" w:rsidRDefault="003961AC" w:rsidP="00047724">
      <w:pPr>
        <w:pStyle w:val="Heading1"/>
        <w:tabs>
          <w:tab w:val="left" w:pos="9540"/>
        </w:tabs>
        <w:spacing w:after="120"/>
        <w:jc w:val="center"/>
      </w:pPr>
      <w:r>
        <w:t>CRAWFORD TOWNSHIP VOLUNTEER FIRE DEPARTMENT, INC.</w:t>
      </w:r>
    </w:p>
    <w:p w14:paraId="4E98C453" w14:textId="77777777" w:rsidR="002E02FC" w:rsidRDefault="003961AC" w:rsidP="005A016F">
      <w:pPr>
        <w:spacing w:after="120"/>
        <w:jc w:val="center"/>
      </w:pPr>
      <w:r>
        <w:t xml:space="preserve">121 </w:t>
      </w:r>
      <w:proofErr w:type="spellStart"/>
      <w:r>
        <w:t>Shawboro</w:t>
      </w:r>
      <w:proofErr w:type="spellEnd"/>
      <w:r>
        <w:t xml:space="preserve"> Road</w:t>
      </w:r>
      <w:r>
        <w:br/>
        <w:t>Moyock, NC 27958</w:t>
      </w:r>
      <w:r>
        <w:br/>
        <w:t>252-232-3313</w:t>
      </w:r>
    </w:p>
    <w:p w14:paraId="55B083E9" w14:textId="48BFB67F" w:rsidR="002E02FC" w:rsidRDefault="003961AC" w:rsidP="005A016F">
      <w:pPr>
        <w:pStyle w:val="Heading2"/>
        <w:spacing w:after="120"/>
        <w:jc w:val="center"/>
      </w:pPr>
      <w:r>
        <w:t xml:space="preserve">APPLICATION FOR </w:t>
      </w:r>
      <w:r w:rsidR="000E339A">
        <w:t xml:space="preserve">AUXILIARY </w:t>
      </w:r>
      <w:r>
        <w:t>MEMBERSHIP</w:t>
      </w:r>
    </w:p>
    <w:p w14:paraId="6DCB3E89" w14:textId="77777777" w:rsidR="00640FAF" w:rsidRDefault="00640FAF">
      <w:pPr>
        <w:spacing w:after="120"/>
      </w:pPr>
    </w:p>
    <w:p w14:paraId="6FC160BA" w14:textId="30B012BA" w:rsidR="002E02FC" w:rsidRDefault="003961AC">
      <w:pPr>
        <w:spacing w:after="120"/>
      </w:pPr>
      <w:r>
        <w:t>Print Full Name: ______________________________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68A8ACAA" w14:textId="6DB312AF" w:rsidR="002E02FC" w:rsidRDefault="003961AC">
      <w:pPr>
        <w:spacing w:after="120"/>
      </w:pPr>
      <w:r>
        <w:t xml:space="preserve">Current Address: </w:t>
      </w:r>
      <w:proofErr w:type="gramStart"/>
      <w:r>
        <w:t>_______________________________</w:t>
      </w:r>
      <w:r w:rsidR="006F31DC">
        <w:tab/>
      </w:r>
      <w:proofErr w:type="gramEnd"/>
      <w:r w:rsidR="006F31DC">
        <w:tab/>
      </w:r>
      <w:r>
        <w:t>Date of Birth: 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29F4E195" w14:textId="7DC9042B" w:rsidR="002E02FC" w:rsidRPr="00047724" w:rsidRDefault="003961AC">
      <w:pPr>
        <w:spacing w:after="120"/>
        <w:rPr>
          <w:u w:val="single"/>
        </w:rPr>
      </w:pPr>
      <w:r>
        <w:t xml:space="preserve">Social </w:t>
      </w:r>
      <w:proofErr w:type="gramStart"/>
      <w:r>
        <w:t>Security #:</w:t>
      </w:r>
      <w:proofErr w:type="gramEnd"/>
      <w:r>
        <w:t xml:space="preserve"> ____________________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327ED338" w14:textId="78C48113" w:rsidR="002E02FC" w:rsidRPr="00047724" w:rsidRDefault="003961AC">
      <w:pPr>
        <w:spacing w:after="120"/>
        <w:rPr>
          <w:u w:val="single"/>
        </w:rPr>
      </w:pPr>
      <w:r>
        <w:t>Cell</w:t>
      </w:r>
      <w:r w:rsidR="00B85532">
        <w:t xml:space="preserve"> Phone Number</w:t>
      </w:r>
      <w:r>
        <w:t>: __________________</w:t>
      </w:r>
      <w:r w:rsidR="00B85532">
        <w:rPr>
          <w:u w:val="single"/>
        </w:rPr>
        <w:tab/>
      </w:r>
      <w:r w:rsidR="006F31DC">
        <w:rPr>
          <w:u w:val="single"/>
        </w:rPr>
        <w:tab/>
      </w:r>
      <w:r w:rsidR="00B85532">
        <w:tab/>
      </w:r>
      <w:r>
        <w:t xml:space="preserve">  Cellular Provider: ______________</w:t>
      </w:r>
      <w:r w:rsidR="00047724">
        <w:rPr>
          <w:u w:val="single"/>
        </w:rPr>
        <w:tab/>
      </w:r>
      <w:r w:rsidR="00047724">
        <w:rPr>
          <w:u w:val="single"/>
        </w:rPr>
        <w:tab/>
      </w:r>
    </w:p>
    <w:p w14:paraId="30CB4A3B" w14:textId="77777777" w:rsidR="006F31DC" w:rsidRDefault="003961AC">
      <w:pPr>
        <w:spacing w:after="120"/>
        <w:rPr>
          <w:u w:val="single"/>
        </w:rPr>
      </w:pPr>
      <w:r>
        <w:t>Email: _________________</w:t>
      </w:r>
      <w:r w:rsidR="00B85532">
        <w:rPr>
          <w:u w:val="single"/>
        </w:rPr>
        <w:tab/>
      </w:r>
      <w:r w:rsidR="00B85532">
        <w:rPr>
          <w:u w:val="single"/>
        </w:rPr>
        <w:tab/>
      </w:r>
      <w:r w:rsidR="00B85532">
        <w:rPr>
          <w:u w:val="single"/>
        </w:rPr>
        <w:tab/>
      </w:r>
      <w:r w:rsidR="00B85532">
        <w:rPr>
          <w:u w:val="single"/>
        </w:rPr>
        <w:tab/>
      </w:r>
      <w:r w:rsidR="00B85532">
        <w:rPr>
          <w:u w:val="single"/>
        </w:rPr>
        <w:tab/>
      </w:r>
    </w:p>
    <w:p w14:paraId="4679C6C3" w14:textId="73DE36EB" w:rsidR="002E02FC" w:rsidRPr="006F31DC" w:rsidRDefault="00EC7F73">
      <w:pPr>
        <w:spacing w:after="120"/>
        <w:rPr>
          <w:u w:val="single"/>
        </w:rPr>
      </w:pPr>
      <w:r>
        <w:t>Emergency contact ____________________________</w:t>
      </w:r>
      <w:r w:rsidR="006F31DC">
        <w:rPr>
          <w:u w:val="single"/>
        </w:rPr>
        <w:tab/>
      </w:r>
      <w:r>
        <w:t xml:space="preserve"> </w:t>
      </w:r>
      <w:r w:rsidR="006F31DC">
        <w:tab/>
      </w:r>
      <w:r w:rsidR="006F31DC">
        <w:tab/>
      </w:r>
      <w:r>
        <w:t>Phone: ________________</w:t>
      </w:r>
      <w:r w:rsidR="006F31DC">
        <w:rPr>
          <w:u w:val="single"/>
        </w:rPr>
        <w:tab/>
      </w:r>
      <w:r w:rsidR="006F31DC">
        <w:rPr>
          <w:u w:val="single"/>
        </w:rPr>
        <w:tab/>
      </w:r>
    </w:p>
    <w:p w14:paraId="73A71C7F" w14:textId="77777777" w:rsidR="00640FAF" w:rsidRDefault="00640FAF">
      <w:pPr>
        <w:spacing w:after="120"/>
        <w:rPr>
          <w:b/>
          <w:bCs/>
        </w:rPr>
      </w:pPr>
    </w:p>
    <w:p w14:paraId="5A70844E" w14:textId="292B0D39" w:rsidR="002E02FC" w:rsidRPr="00024EA9" w:rsidRDefault="003961AC">
      <w:pPr>
        <w:spacing w:after="120"/>
        <w:rPr>
          <w:b/>
          <w:bCs/>
        </w:rPr>
      </w:pPr>
      <w:r w:rsidRPr="00024EA9">
        <w:rPr>
          <w:b/>
          <w:bCs/>
        </w:rPr>
        <w:t>SBI Background Disclosure Statement</w:t>
      </w:r>
    </w:p>
    <w:p w14:paraId="2990896A" w14:textId="25AA59B1" w:rsidR="002E02FC" w:rsidRDefault="003961AC">
      <w:pPr>
        <w:spacing w:after="120"/>
      </w:pPr>
      <w:r>
        <w:t>I certify I have disclosed any arrests, charges, citations, investigations, or other incidents that may appear on an SBI check, including those dismissed, reduced, or occurring in the military or another jurisdiction.</w:t>
      </w:r>
    </w:p>
    <w:p w14:paraId="28F4829F" w14:textId="77777777" w:rsidR="002E02FC" w:rsidRPr="00A023C0" w:rsidRDefault="003961AC">
      <w:pPr>
        <w:spacing w:after="120"/>
        <w:rPr>
          <w:b/>
          <w:bCs/>
          <w:i/>
          <w:iCs/>
        </w:rPr>
      </w:pPr>
      <w:r w:rsidRPr="00A023C0">
        <w:rPr>
          <w:b/>
          <w:bCs/>
          <w:i/>
          <w:iCs/>
        </w:rPr>
        <w:t xml:space="preserve">Nondisclosure may result in denial of membership or termination if discovered </w:t>
      </w:r>
      <w:proofErr w:type="gramStart"/>
      <w:r w:rsidRPr="00A023C0">
        <w:rPr>
          <w:b/>
          <w:bCs/>
          <w:i/>
          <w:iCs/>
        </w:rPr>
        <w:t>at a later date</w:t>
      </w:r>
      <w:proofErr w:type="gramEnd"/>
      <w:r w:rsidRPr="00A023C0">
        <w:rPr>
          <w:b/>
          <w:bCs/>
          <w:i/>
          <w:iCs/>
        </w:rPr>
        <w:t>.</w:t>
      </w:r>
    </w:p>
    <w:p w14:paraId="4743E2CE" w14:textId="77777777" w:rsidR="002E02FC" w:rsidRDefault="003961AC">
      <w:pPr>
        <w:spacing w:after="120"/>
      </w:pPr>
      <w:r>
        <w:t xml:space="preserve">Applicant Initials (SBI): </w:t>
      </w:r>
      <w:proofErr w:type="gramStart"/>
      <w:r>
        <w:t xml:space="preserve">__________    Date: </w:t>
      </w:r>
      <w:proofErr w:type="gramEnd"/>
      <w:r>
        <w:t>__________</w:t>
      </w:r>
    </w:p>
    <w:p w14:paraId="0D48E0EF" w14:textId="77777777" w:rsidR="00047724" w:rsidRDefault="00047724" w:rsidP="00D43FA4">
      <w:pPr>
        <w:spacing w:after="120"/>
        <w:rPr>
          <w:b/>
          <w:bCs/>
        </w:rPr>
      </w:pPr>
    </w:p>
    <w:p w14:paraId="1260D8E6" w14:textId="133FAFD3" w:rsidR="00D43FA4" w:rsidRPr="00D43FA4" w:rsidRDefault="00D43FA4" w:rsidP="00D43FA4">
      <w:pPr>
        <w:spacing w:after="120"/>
        <w:rPr>
          <w:b/>
          <w:bCs/>
        </w:rPr>
      </w:pPr>
      <w:r w:rsidRPr="00D43FA4">
        <w:rPr>
          <w:b/>
          <w:bCs/>
        </w:rPr>
        <w:t>MEMBERSHIP CONTRACT</w:t>
      </w:r>
    </w:p>
    <w:p w14:paraId="104B04A2" w14:textId="62E2B4C8" w:rsidR="00D43FA4" w:rsidRDefault="00D43FA4" w:rsidP="00D43FA4">
      <w:pPr>
        <w:spacing w:after="120"/>
      </w:pPr>
      <w:r>
        <w:t>I understand that I will be on a probationary period of one hundred eighty (180) days and shall have no voting rights during that period.</w:t>
      </w:r>
      <w:r w:rsidR="00911AFD">
        <w:t xml:space="preserve">  </w:t>
      </w:r>
      <w:r>
        <w:t>During the probation period</w:t>
      </w:r>
      <w:r w:rsidR="00C41594">
        <w:t>:</w:t>
      </w:r>
    </w:p>
    <w:p w14:paraId="68755FB2" w14:textId="0E190282" w:rsidR="00911AFD" w:rsidRDefault="00911AFD" w:rsidP="00047724">
      <w:pPr>
        <w:pStyle w:val="ListParagraph"/>
        <w:numPr>
          <w:ilvl w:val="0"/>
          <w:numId w:val="10"/>
        </w:numPr>
        <w:spacing w:after="120"/>
      </w:pPr>
      <w:r>
        <w:t>I will attend at least fifty percent (50</w:t>
      </w:r>
      <w:r w:rsidR="00C41594">
        <w:t>%) scheduled monthly business meetings.</w:t>
      </w:r>
      <w:r w:rsidR="00640FAF" w:rsidRPr="00640FAF">
        <w:t xml:space="preserve"> </w:t>
      </w:r>
      <w:r w:rsidR="00640FAF" w:rsidRPr="003B1827">
        <w:t>Attendance of other functions with a bearing on operations may be substituted.</w:t>
      </w:r>
    </w:p>
    <w:p w14:paraId="28FD81CF" w14:textId="5E99DD46" w:rsidR="003276B4" w:rsidRDefault="003276B4" w:rsidP="00047724">
      <w:pPr>
        <w:pStyle w:val="ListParagraph"/>
        <w:numPr>
          <w:ilvl w:val="0"/>
          <w:numId w:val="10"/>
        </w:numPr>
        <w:spacing w:after="120"/>
      </w:pPr>
      <w:r>
        <w:t xml:space="preserve">I must comply with all departmental bylaws, Standard Operating Guidelines </w:t>
      </w:r>
      <w:r w:rsidR="00FB67A6">
        <w:t>(</w:t>
      </w:r>
      <w:r>
        <w:t>SOGs) rules, and policies as adopted and amended by the Crawford Township</w:t>
      </w:r>
      <w:r w:rsidR="001E11D0">
        <w:t xml:space="preserve"> Volunteer</w:t>
      </w:r>
      <w:r>
        <w:t xml:space="preserve"> Fire Department.</w:t>
      </w:r>
    </w:p>
    <w:p w14:paraId="2069BC91" w14:textId="77777777" w:rsidR="003276B4" w:rsidRDefault="007F32D1" w:rsidP="00047724">
      <w:pPr>
        <w:pStyle w:val="ListParagraph"/>
        <w:numPr>
          <w:ilvl w:val="0"/>
          <w:numId w:val="10"/>
        </w:numPr>
        <w:spacing w:after="120"/>
      </w:pPr>
      <w:r>
        <w:t>I agree to attend Bloodborne</w:t>
      </w:r>
      <w:r w:rsidR="00C97652">
        <w:t xml:space="preserve">/Airborne </w:t>
      </w:r>
      <w:r>
        <w:t>Pathogens</w:t>
      </w:r>
      <w:r w:rsidR="00C97652">
        <w:t xml:space="preserve"> and HIPPA training prior to being </w:t>
      </w:r>
      <w:r w:rsidR="000A08C1">
        <w:t>released to respond to calls.</w:t>
      </w:r>
    </w:p>
    <w:p w14:paraId="1373BC67" w14:textId="77777777" w:rsidR="000A08C1" w:rsidRDefault="000A08C1" w:rsidP="00047724">
      <w:pPr>
        <w:pStyle w:val="ListParagraph"/>
        <w:numPr>
          <w:ilvl w:val="0"/>
          <w:numId w:val="10"/>
        </w:numPr>
        <w:spacing w:after="120"/>
      </w:pPr>
      <w:r>
        <w:t>I understand that</w:t>
      </w:r>
      <w:r w:rsidR="00EF55B8">
        <w:t xml:space="preserve"> </w:t>
      </w:r>
      <w:r>
        <w:t xml:space="preserve">my driving </w:t>
      </w:r>
      <w:r w:rsidR="00E45DC9">
        <w:t xml:space="preserve">record may be checked </w:t>
      </w:r>
      <w:r w:rsidR="00FB67A6">
        <w:t>annually,</w:t>
      </w:r>
      <w:r w:rsidR="00E45DC9">
        <w:t xml:space="preserve"> </w:t>
      </w:r>
      <w:r w:rsidR="00F72427">
        <w:t>and I agree to notify the Fire Chief within two (2) days of conviction, suspension, or revocation of my driver</w:t>
      </w:r>
      <w:r w:rsidR="00EF55B8">
        <w:t>’</w:t>
      </w:r>
      <w:r w:rsidR="00F72427">
        <w:t>s license.</w:t>
      </w:r>
    </w:p>
    <w:p w14:paraId="5A0F77F5" w14:textId="77777777" w:rsidR="00D43FA4" w:rsidRDefault="00D43FA4" w:rsidP="00047724">
      <w:pPr>
        <w:pStyle w:val="ListParagraph"/>
        <w:numPr>
          <w:ilvl w:val="0"/>
          <w:numId w:val="10"/>
        </w:numPr>
        <w:spacing w:after="120"/>
      </w:pPr>
      <w:r>
        <w:t>I agree to comply with all department bylaws, Standard Operating Guidelines (SOGs), and policies.</w:t>
      </w:r>
    </w:p>
    <w:p w14:paraId="6E518524" w14:textId="77777777" w:rsidR="009427B2" w:rsidRDefault="009427B2" w:rsidP="00685F84">
      <w:pPr>
        <w:spacing w:after="160" w:line="300" w:lineRule="auto"/>
      </w:pPr>
    </w:p>
    <w:p w14:paraId="7FC264D0" w14:textId="0EA1C00E" w:rsidR="00685F84" w:rsidRDefault="00685F84" w:rsidP="00685F84">
      <w:pPr>
        <w:spacing w:after="160" w:line="300" w:lineRule="auto"/>
      </w:pPr>
      <w:r>
        <w:t>After the probation period</w:t>
      </w:r>
      <w:r w:rsidR="001F3415">
        <w:t>:</w:t>
      </w:r>
    </w:p>
    <w:p w14:paraId="0F359AC5" w14:textId="0F62F190" w:rsidR="005628AE" w:rsidRDefault="004627DD" w:rsidP="005628AE">
      <w:pPr>
        <w:pStyle w:val="ListParagraph"/>
        <w:numPr>
          <w:ilvl w:val="0"/>
          <w:numId w:val="10"/>
        </w:numPr>
        <w:spacing w:after="160" w:line="300" w:lineRule="auto"/>
      </w:pPr>
      <w:r>
        <w:t>Service and event support are required</w:t>
      </w:r>
      <w:r w:rsidR="005628AE" w:rsidRPr="003B1827">
        <w:t>.</w:t>
      </w:r>
    </w:p>
    <w:p w14:paraId="6DECBE10" w14:textId="77777777" w:rsidR="003358EC" w:rsidRDefault="005628AE" w:rsidP="005628AE">
      <w:pPr>
        <w:pStyle w:val="ListParagraph"/>
        <w:numPr>
          <w:ilvl w:val="0"/>
          <w:numId w:val="10"/>
        </w:numPr>
        <w:spacing w:after="160" w:line="300" w:lineRule="auto"/>
      </w:pPr>
      <w:r>
        <w:t>A</w:t>
      </w:r>
      <w:r w:rsidRPr="009D7A88">
        <w:t>ttendan</w:t>
      </w:r>
      <w:r w:rsidR="00CF24D2">
        <w:t>ce at monthly business meetings is encouraged</w:t>
      </w:r>
    </w:p>
    <w:p w14:paraId="167F281F" w14:textId="5FC0E351" w:rsidR="005628AE" w:rsidRDefault="003358EC" w:rsidP="005628AE">
      <w:pPr>
        <w:pStyle w:val="ListParagraph"/>
        <w:numPr>
          <w:ilvl w:val="0"/>
          <w:numId w:val="10"/>
        </w:numPr>
        <w:spacing w:after="160" w:line="300" w:lineRule="auto"/>
      </w:pPr>
      <w:r>
        <w:t>Attendance at training sessions is encouraged based upon the member</w:t>
      </w:r>
      <w:r w:rsidR="007B3561">
        <w:t>’</w:t>
      </w:r>
      <w:r>
        <w:t>s personal skills and interest</w:t>
      </w:r>
      <w:r w:rsidR="005628AE" w:rsidRPr="009D7A88">
        <w:t>.</w:t>
      </w:r>
    </w:p>
    <w:p w14:paraId="49F1DA57" w14:textId="2732FBB7" w:rsidR="005628AE" w:rsidRDefault="005628AE" w:rsidP="005628AE">
      <w:pPr>
        <w:pStyle w:val="ListParagraph"/>
        <w:numPr>
          <w:ilvl w:val="0"/>
          <w:numId w:val="10"/>
        </w:numPr>
        <w:spacing w:after="120"/>
      </w:pPr>
      <w:r>
        <w:t>I</w:t>
      </w:r>
      <w:r w:rsidRPr="00FA6FB1">
        <w:t xml:space="preserve">t shall be at the sole discretion of the </w:t>
      </w:r>
      <w:r>
        <w:t>Chief</w:t>
      </w:r>
      <w:r w:rsidRPr="00FA6FB1">
        <w:t xml:space="preserve"> for any member in this category as to when and if this member is released to drive or operate any or all apparatus</w:t>
      </w:r>
    </w:p>
    <w:p w14:paraId="1EDB30B6" w14:textId="77777777" w:rsidR="00640FAF" w:rsidRDefault="00640FAF" w:rsidP="00D43FA4">
      <w:pPr>
        <w:spacing w:after="120"/>
        <w:rPr>
          <w:b/>
          <w:bCs/>
          <w:i/>
          <w:iCs/>
        </w:rPr>
      </w:pPr>
    </w:p>
    <w:p w14:paraId="1E79E938" w14:textId="51CC1F57" w:rsidR="00D43FA4" w:rsidRPr="00FC63D5" w:rsidRDefault="00D43FA4" w:rsidP="00D43FA4">
      <w:pPr>
        <w:spacing w:after="120"/>
        <w:rPr>
          <w:b/>
          <w:bCs/>
        </w:rPr>
      </w:pPr>
      <w:r w:rsidRPr="00FC63D5">
        <w:rPr>
          <w:b/>
          <w:bCs/>
          <w:i/>
          <w:iCs/>
        </w:rPr>
        <w:t>I consent to criminal background checks and potential drug/alcohol screening</w:t>
      </w:r>
      <w:r w:rsidRPr="00FC63D5">
        <w:rPr>
          <w:b/>
          <w:bCs/>
        </w:rPr>
        <w:t>.</w:t>
      </w:r>
    </w:p>
    <w:p w14:paraId="1D60515F" w14:textId="77777777" w:rsidR="00047724" w:rsidRDefault="00047724" w:rsidP="00D43FA4">
      <w:pPr>
        <w:spacing w:after="120"/>
      </w:pPr>
    </w:p>
    <w:p w14:paraId="45F4BC72" w14:textId="5DB2547E" w:rsidR="00D43FA4" w:rsidRDefault="00D43FA4" w:rsidP="00D43FA4">
      <w:pPr>
        <w:spacing w:after="120"/>
      </w:pPr>
      <w:r>
        <w:t>Applicant Signature</w:t>
      </w:r>
      <w:proofErr w:type="gramStart"/>
      <w:r>
        <w:t xml:space="preserve">: _______________________________   Date: </w:t>
      </w:r>
      <w:proofErr w:type="gramEnd"/>
      <w:r>
        <w:t>__________</w:t>
      </w:r>
    </w:p>
    <w:p w14:paraId="1BB72FD2" w14:textId="77777777" w:rsidR="00047724" w:rsidRDefault="00047724" w:rsidP="00D43FA4">
      <w:pPr>
        <w:spacing w:after="120"/>
      </w:pPr>
    </w:p>
    <w:p w14:paraId="58EE369B" w14:textId="792BADCB" w:rsidR="00D43FA4" w:rsidRDefault="00D43FA4" w:rsidP="00D43FA4">
      <w:pPr>
        <w:spacing w:after="120"/>
      </w:pPr>
      <w:r>
        <w:t xml:space="preserve">Witness </w:t>
      </w:r>
      <w:proofErr w:type="gramStart"/>
      <w:r>
        <w:t>Signature: _</w:t>
      </w:r>
      <w:proofErr w:type="gramEnd"/>
      <w:r>
        <w:t xml:space="preserve">______________________________   </w:t>
      </w:r>
      <w:r w:rsidR="00FC63D5">
        <w:t xml:space="preserve">   </w:t>
      </w:r>
      <w:r>
        <w:t>Date: __________</w:t>
      </w:r>
    </w:p>
    <w:p w14:paraId="4736BF4C" w14:textId="77777777" w:rsidR="008D5112" w:rsidRDefault="008D5112" w:rsidP="00FC63D5">
      <w:pPr>
        <w:spacing w:after="120"/>
        <w:rPr>
          <w:b/>
          <w:bCs/>
        </w:rPr>
      </w:pPr>
    </w:p>
    <w:p w14:paraId="3159A13F" w14:textId="77777777" w:rsidR="001B3D6B" w:rsidRDefault="001B3D6B" w:rsidP="00FC63D5">
      <w:pPr>
        <w:spacing w:after="120"/>
        <w:rPr>
          <w:b/>
          <w:bCs/>
        </w:rPr>
      </w:pPr>
    </w:p>
    <w:p w14:paraId="1A55ACE4" w14:textId="77777777" w:rsidR="00FC63D5" w:rsidRPr="00D43FA4" w:rsidRDefault="00FC63D5" w:rsidP="00FC63D5">
      <w:pPr>
        <w:spacing w:after="120"/>
        <w:rPr>
          <w:b/>
          <w:bCs/>
        </w:rPr>
      </w:pPr>
      <w:r w:rsidRPr="00D43FA4">
        <w:rPr>
          <w:b/>
          <w:bCs/>
        </w:rPr>
        <w:t>BOARD APPROVAL</w:t>
      </w:r>
    </w:p>
    <w:p w14:paraId="63D657FB" w14:textId="77777777" w:rsidR="00FC63D5" w:rsidRDefault="00FC63D5" w:rsidP="00FC63D5">
      <w:pPr>
        <w:spacing w:after="120"/>
      </w:pPr>
      <w:r>
        <w:t>Board President Signature: _______________________________   Date: __________</w:t>
      </w:r>
    </w:p>
    <w:p w14:paraId="30FA1805" w14:textId="737AED7E" w:rsidR="002E02FC" w:rsidRDefault="00FC63D5" w:rsidP="00D43FA4">
      <w:pPr>
        <w:spacing w:after="120"/>
      </w:pPr>
      <w:r>
        <w:t>Effective Date (if approved): __________</w:t>
      </w:r>
      <w:r w:rsidR="00047724">
        <w:t xml:space="preserve">     </w:t>
      </w:r>
    </w:p>
    <w:sectPr w:rsidR="002E02FC" w:rsidSect="001B3D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5D0300"/>
    <w:multiLevelType w:val="hybridMultilevel"/>
    <w:tmpl w:val="6C28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8002E"/>
    <w:multiLevelType w:val="hybridMultilevel"/>
    <w:tmpl w:val="7E62E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B4040"/>
    <w:multiLevelType w:val="hybridMultilevel"/>
    <w:tmpl w:val="8078D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230299">
    <w:abstractNumId w:val="8"/>
  </w:num>
  <w:num w:numId="2" w16cid:durableId="226572794">
    <w:abstractNumId w:val="6"/>
  </w:num>
  <w:num w:numId="3" w16cid:durableId="1786190470">
    <w:abstractNumId w:val="5"/>
  </w:num>
  <w:num w:numId="4" w16cid:durableId="874348541">
    <w:abstractNumId w:val="4"/>
  </w:num>
  <w:num w:numId="5" w16cid:durableId="2110614424">
    <w:abstractNumId w:val="7"/>
  </w:num>
  <w:num w:numId="6" w16cid:durableId="1192642521">
    <w:abstractNumId w:val="3"/>
  </w:num>
  <w:num w:numId="7" w16cid:durableId="344333613">
    <w:abstractNumId w:val="2"/>
  </w:num>
  <w:num w:numId="8" w16cid:durableId="1514415704">
    <w:abstractNumId w:val="1"/>
  </w:num>
  <w:num w:numId="9" w16cid:durableId="1716998544">
    <w:abstractNumId w:val="0"/>
  </w:num>
  <w:num w:numId="10" w16cid:durableId="554270322">
    <w:abstractNumId w:val="9"/>
  </w:num>
  <w:num w:numId="11" w16cid:durableId="74711691">
    <w:abstractNumId w:val="10"/>
  </w:num>
  <w:num w:numId="12" w16cid:durableId="11978150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EA9"/>
    <w:rsid w:val="00034616"/>
    <w:rsid w:val="00047724"/>
    <w:rsid w:val="0006063C"/>
    <w:rsid w:val="000A08C1"/>
    <w:rsid w:val="000E339A"/>
    <w:rsid w:val="000F5CF7"/>
    <w:rsid w:val="001038DD"/>
    <w:rsid w:val="001155FA"/>
    <w:rsid w:val="0015074B"/>
    <w:rsid w:val="001B3D6B"/>
    <w:rsid w:val="001E11D0"/>
    <w:rsid w:val="001F068D"/>
    <w:rsid w:val="001F3415"/>
    <w:rsid w:val="00216C8A"/>
    <w:rsid w:val="0029639D"/>
    <w:rsid w:val="002B1CFF"/>
    <w:rsid w:val="002E02FC"/>
    <w:rsid w:val="00326F90"/>
    <w:rsid w:val="003276B4"/>
    <w:rsid w:val="003358EC"/>
    <w:rsid w:val="003961AC"/>
    <w:rsid w:val="003E0D26"/>
    <w:rsid w:val="00402630"/>
    <w:rsid w:val="00416861"/>
    <w:rsid w:val="004627DD"/>
    <w:rsid w:val="004A1913"/>
    <w:rsid w:val="004E2BEB"/>
    <w:rsid w:val="00502A53"/>
    <w:rsid w:val="005628AE"/>
    <w:rsid w:val="005A016F"/>
    <w:rsid w:val="0062299E"/>
    <w:rsid w:val="00640FAF"/>
    <w:rsid w:val="00685F84"/>
    <w:rsid w:val="006F31DC"/>
    <w:rsid w:val="00722FE6"/>
    <w:rsid w:val="0072564B"/>
    <w:rsid w:val="00762847"/>
    <w:rsid w:val="007A1EC4"/>
    <w:rsid w:val="007B3561"/>
    <w:rsid w:val="007F32D1"/>
    <w:rsid w:val="00847972"/>
    <w:rsid w:val="00864175"/>
    <w:rsid w:val="008D5112"/>
    <w:rsid w:val="008E3D5A"/>
    <w:rsid w:val="00911AFD"/>
    <w:rsid w:val="00916988"/>
    <w:rsid w:val="009427B2"/>
    <w:rsid w:val="00951F40"/>
    <w:rsid w:val="009E4AA1"/>
    <w:rsid w:val="00A023C0"/>
    <w:rsid w:val="00AA1D8D"/>
    <w:rsid w:val="00B31E2E"/>
    <w:rsid w:val="00B47730"/>
    <w:rsid w:val="00B84F4F"/>
    <w:rsid w:val="00B85532"/>
    <w:rsid w:val="00C41594"/>
    <w:rsid w:val="00C97652"/>
    <w:rsid w:val="00CB0664"/>
    <w:rsid w:val="00CF24D2"/>
    <w:rsid w:val="00D128E6"/>
    <w:rsid w:val="00D43FA4"/>
    <w:rsid w:val="00D7336D"/>
    <w:rsid w:val="00E01B6B"/>
    <w:rsid w:val="00E15D9F"/>
    <w:rsid w:val="00E45DC9"/>
    <w:rsid w:val="00E75103"/>
    <w:rsid w:val="00E751FA"/>
    <w:rsid w:val="00EC7F73"/>
    <w:rsid w:val="00EF2AED"/>
    <w:rsid w:val="00EF55B8"/>
    <w:rsid w:val="00F72427"/>
    <w:rsid w:val="00FB67A6"/>
    <w:rsid w:val="00FC5840"/>
    <w:rsid w:val="00FC63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E9090C"/>
  <w14:defaultImageDpi w14:val="300"/>
  <w15:docId w15:val="{E2EE9E76-401F-400D-8B01-09BDE78E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Kevin Knoy</cp:lastModifiedBy>
  <cp:revision>2</cp:revision>
  <cp:lastPrinted>2026-07-29T13:59:00Z</cp:lastPrinted>
  <dcterms:created xsi:type="dcterms:W3CDTF">2026-07-30T20:01:00Z</dcterms:created>
  <dcterms:modified xsi:type="dcterms:W3CDTF">2026-07-30T20:01:00Z</dcterms:modified>
  <cp:category/>
</cp:coreProperties>
</file>