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P="053E78D0" w14:paraId="61F4BFFB" wp14:textId="5BC7E236">
      <w:pPr/>
      <w:r w:rsidR="08819C99">
        <w:drawing>
          <wp:inline xmlns:wp14="http://schemas.microsoft.com/office/word/2010/wordprocessingDrawing" wp14:editId="741D6FE9" wp14:anchorId="68274819">
            <wp:extent cx="1171586" cy="1143020"/>
            <wp:effectExtent l="0" t="0" r="0" b="0"/>
            <wp:docPr id="204835914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048359149" name=""/>
                    <pic:cNvPicPr/>
                  </pic:nvPicPr>
                  <pic:blipFill>
                    <a:blip xmlns:r="http://schemas.openxmlformats.org/officeDocument/2006/relationships" r:embed="rId7379601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  <a:srcRect l="14204" t="16477" r="15909" b="15340"/>
                  </pic:blipFill>
                  <pic:spPr>
                    <a:xfrm rot="0">
                      <a:off x="0" y="0"/>
                      <a:ext cx="1171586" cy="11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8819C99">
        <w:rPr/>
        <w:t xml:space="preserve">         Trucking Dispatch Intake Form</w:t>
      </w:r>
    </w:p>
    <w:p xmlns:wp14="http://schemas.microsoft.com/office/word/2010/wordml" w14:paraId="40FAFCE1" wp14:textId="77777777">
      <w:r>
        <w:t>Thompson Haul Command – Carrier Intake</w:t>
      </w:r>
    </w:p>
    <w:p xmlns:wp14="http://schemas.microsoft.com/office/word/2010/wordml" w14:paraId="1BCB6C3D" wp14:textId="77777777">
      <w:pPr>
        <w:pStyle w:val="Heading2"/>
      </w:pPr>
      <w:r>
        <w:t>Carrier Information</w:t>
      </w:r>
    </w:p>
    <w:p xmlns:wp14="http://schemas.microsoft.com/office/word/2010/wordml" w14:paraId="050642DD" wp14:textId="77777777">
      <w:r>
        <w:t>Company Name: ____________________________</w:t>
      </w:r>
    </w:p>
    <w:p xmlns:wp14="http://schemas.microsoft.com/office/word/2010/wordml" w14:paraId="20C07AAD" wp14:textId="77777777">
      <w:r>
        <w:t>MC Number: ______________________________</w:t>
      </w:r>
    </w:p>
    <w:p xmlns:wp14="http://schemas.microsoft.com/office/word/2010/wordml" w14:paraId="68F2C36A" wp14:textId="77777777">
      <w:r>
        <w:t>DOT Number: _____________________________</w:t>
      </w:r>
    </w:p>
    <w:p xmlns:wp14="http://schemas.microsoft.com/office/word/2010/wordml" w14:paraId="10E0F52A" wp14:textId="77777777">
      <w:r>
        <w:t>Tax ID/EIN: ______________________________</w:t>
      </w:r>
    </w:p>
    <w:p xmlns:wp14="http://schemas.microsoft.com/office/word/2010/wordml" w14:paraId="0EE901BE" wp14:textId="77777777">
      <w:r>
        <w:t>Address: __________________________________</w:t>
      </w:r>
    </w:p>
    <w:p xmlns:wp14="http://schemas.microsoft.com/office/word/2010/wordml" w14:paraId="11B45367" wp14:textId="77777777">
      <w:r>
        <w:t>City/State/Zip: ____________________________</w:t>
      </w:r>
    </w:p>
    <w:p xmlns:wp14="http://schemas.microsoft.com/office/word/2010/wordml" w14:paraId="18A632A5" wp14:textId="77777777">
      <w:r>
        <w:t>Phone: __________________________________</w:t>
      </w:r>
    </w:p>
    <w:p xmlns:wp14="http://schemas.microsoft.com/office/word/2010/wordml" w14:paraId="447515DE" wp14:textId="77777777">
      <w:r>
        <w:t>Email: ___________________________________</w:t>
      </w:r>
    </w:p>
    <w:p xmlns:wp14="http://schemas.microsoft.com/office/word/2010/wordml" w14:paraId="619B9396" wp14:textId="77777777">
      <w:r>
        <w:t>Fax (if applicable): _________________________</w:t>
      </w:r>
    </w:p>
    <w:p xmlns:wp14="http://schemas.microsoft.com/office/word/2010/wordml" w14:paraId="32063FD3" wp14:textId="77777777">
      <w:pPr>
        <w:pStyle w:val="Heading2"/>
      </w:pPr>
      <w:r>
        <w:t>Owner/Operator Contact</w:t>
      </w:r>
    </w:p>
    <w:p xmlns:wp14="http://schemas.microsoft.com/office/word/2010/wordml" w14:paraId="118EA443" wp14:textId="77777777">
      <w:r>
        <w:t>Full Name: ______________________________</w:t>
      </w:r>
    </w:p>
    <w:p xmlns:wp14="http://schemas.microsoft.com/office/word/2010/wordml" w14:paraId="4A384E47" wp14:textId="77777777">
      <w:r>
        <w:t>Position/Role: ____________________________</w:t>
      </w:r>
    </w:p>
    <w:p xmlns:wp14="http://schemas.microsoft.com/office/word/2010/wordml" w14:paraId="58BA3A09" wp14:textId="77777777">
      <w:r>
        <w:t>Cell Phone: ______________________________</w:t>
      </w:r>
    </w:p>
    <w:p xmlns:wp14="http://schemas.microsoft.com/office/word/2010/wordml" w14:paraId="2EAB3879" wp14:textId="77777777">
      <w:r>
        <w:t>Email: ___________________________________</w:t>
      </w:r>
    </w:p>
    <w:p xmlns:wp14="http://schemas.microsoft.com/office/word/2010/wordml" w14:paraId="4B25E212" wp14:textId="77777777">
      <w:pPr>
        <w:pStyle w:val="Heading2"/>
      </w:pPr>
      <w:r>
        <w:t>Equipment Details</w:t>
      </w:r>
    </w:p>
    <w:p xmlns:wp14="http://schemas.microsoft.com/office/word/2010/wordml" w14:paraId="46E4B16C" wp14:textId="77777777">
      <w:r>
        <w:t>Type of Equipment (check all that apply):</w:t>
      </w:r>
    </w:p>
    <w:p xmlns:wp14="http://schemas.microsoft.com/office/word/2010/wordml" w14:paraId="41C91820" wp14:textId="77777777">
      <w:r>
        <w:t>☐ Dry Van</w:t>
      </w:r>
    </w:p>
    <w:p xmlns:wp14="http://schemas.microsoft.com/office/word/2010/wordml" w14:paraId="3B9F90B4" wp14:textId="77777777">
      <w:r>
        <w:t>☐ Reefer</w:t>
      </w:r>
    </w:p>
    <w:p xmlns:wp14="http://schemas.microsoft.com/office/word/2010/wordml" w14:paraId="1F21B133" wp14:textId="77777777">
      <w:r>
        <w:t>☐ Flatbed</w:t>
      </w:r>
    </w:p>
    <w:p xmlns:wp14="http://schemas.microsoft.com/office/word/2010/wordml" w14:paraId="111A8412" wp14:textId="77777777">
      <w:r>
        <w:t>☐ Step Deck</w:t>
      </w:r>
    </w:p>
    <w:p xmlns:wp14="http://schemas.microsoft.com/office/word/2010/wordml" w14:paraId="16F85A69" wp14:textId="77777777">
      <w:r>
        <w:t>☐ Power Only</w:t>
      </w:r>
    </w:p>
    <w:p xmlns:wp14="http://schemas.microsoft.com/office/word/2010/wordml" w14:paraId="6D07C2CE" wp14:textId="77777777">
      <w:r>
        <w:t>☐ Hotshot</w:t>
      </w:r>
    </w:p>
    <w:p xmlns:wp14="http://schemas.microsoft.com/office/word/2010/wordml" w14:paraId="4F7B23F9" wp14:textId="77777777">
      <w:r>
        <w:t>☐ Other: _________________________</w:t>
      </w:r>
    </w:p>
    <w:p xmlns:wp14="http://schemas.microsoft.com/office/word/2010/wordml" w14:paraId="50B9BD13" wp14:textId="77777777">
      <w:r>
        <w:t>Number of Trucks: _________________________</w:t>
      </w:r>
    </w:p>
    <w:p xmlns:wp14="http://schemas.microsoft.com/office/word/2010/wordml" w14:paraId="33140788" wp14:textId="77777777">
      <w:r>
        <w:t>Preferred Lanes/Regions: ___________________</w:t>
      </w:r>
    </w:p>
    <w:p xmlns:wp14="http://schemas.microsoft.com/office/word/2010/wordml" w14:paraId="34EB9893" wp14:textId="77777777">
      <w:r>
        <w:t>Radius (OTR/Regional/Local): ______________</w:t>
      </w:r>
    </w:p>
    <w:p xmlns:wp14="http://schemas.microsoft.com/office/word/2010/wordml" w14:paraId="1E8F0EA3" wp14:textId="77777777">
      <w:r>
        <w:t>Maximum Weight Capacity: __________________</w:t>
      </w:r>
    </w:p>
    <w:p xmlns:wp14="http://schemas.microsoft.com/office/word/2010/wordml" w14:paraId="6F9C514C" wp14:textId="77777777">
      <w:pPr>
        <w:pStyle w:val="Heading2"/>
      </w:pPr>
      <w:r>
        <w:t>Insurance Information</w:t>
      </w:r>
    </w:p>
    <w:p xmlns:wp14="http://schemas.microsoft.com/office/word/2010/wordml" w14:paraId="49EA1430" wp14:textId="77777777">
      <w:r>
        <w:t>Insurance Provider: _________________________</w:t>
      </w:r>
    </w:p>
    <w:p xmlns:wp14="http://schemas.microsoft.com/office/word/2010/wordml" w14:paraId="667FCB77" wp14:textId="77777777">
      <w:r>
        <w:t>Policy Number: ____________________________</w:t>
      </w:r>
    </w:p>
    <w:p xmlns:wp14="http://schemas.microsoft.com/office/word/2010/wordml" w14:paraId="6759EB9A" wp14:textId="77777777">
      <w:r>
        <w:t>Liability Coverage: $_______________________</w:t>
      </w:r>
    </w:p>
    <w:p xmlns:wp14="http://schemas.microsoft.com/office/word/2010/wordml" w14:paraId="45C5F4A2" wp14:textId="77777777">
      <w:r>
        <w:t>Cargo Coverage: $__________________________</w:t>
      </w:r>
    </w:p>
    <w:p xmlns:wp14="http://schemas.microsoft.com/office/word/2010/wordml" w14:paraId="0F5E78DD" wp14:textId="77777777">
      <w:r>
        <w:t>Expiration Date: ___________________________</w:t>
      </w:r>
    </w:p>
    <w:p xmlns:wp14="http://schemas.microsoft.com/office/word/2010/wordml" w14:paraId="0B55C2B2" wp14:textId="77777777">
      <w:r>
        <w:t>(Please attach Certificate of Insurance with Thompson Haul Command listed as Certificate Holder.)</w:t>
      </w:r>
    </w:p>
    <w:p xmlns:wp14="http://schemas.microsoft.com/office/word/2010/wordml" w14:paraId="462AFCFF" wp14:textId="77777777">
      <w:pPr>
        <w:pStyle w:val="Heading2"/>
      </w:pPr>
      <w:r>
        <w:t>Dispatch Preferences</w:t>
      </w:r>
    </w:p>
    <w:p xmlns:wp14="http://schemas.microsoft.com/office/word/2010/wordml" w14:paraId="1A13EFEA" wp14:textId="77777777">
      <w:r>
        <w:t>Preferred Load Boards/Brokers: ______________</w:t>
      </w:r>
    </w:p>
    <w:p xmlns:wp14="http://schemas.microsoft.com/office/word/2010/wordml" w14:paraId="6212149E" wp14:textId="77777777">
      <w:r>
        <w:t>Average Rate Per Mile Goal: _________________</w:t>
      </w:r>
    </w:p>
    <w:p xmlns:wp14="http://schemas.microsoft.com/office/word/2010/wordml" w14:paraId="0E4473BF" wp14:textId="77777777">
      <w:r>
        <w:t>Advance Notice for Dispatch (hrs): __________</w:t>
      </w:r>
    </w:p>
    <w:p xmlns:wp14="http://schemas.microsoft.com/office/word/2010/wordml" w14:paraId="7BF3801E" wp14:textId="77777777">
      <w:r>
        <w:t>Do you require factoring? ☐ Yes ☐ No</w:t>
      </w:r>
    </w:p>
    <w:p xmlns:wp14="http://schemas.microsoft.com/office/word/2010/wordml" w14:paraId="6B0A6C26" wp14:textId="77777777">
      <w:r>
        <w:t>Factoring Company (if yes): _________________</w:t>
      </w:r>
    </w:p>
    <w:p xmlns:wp14="http://schemas.microsoft.com/office/word/2010/wordml" w14:paraId="382FF54E" wp14:textId="77777777">
      <w:pPr>
        <w:pStyle w:val="Heading2"/>
      </w:pPr>
      <w:r>
        <w:t>Required Documents (Attach with Form)</w:t>
      </w:r>
    </w:p>
    <w:p xmlns:wp14="http://schemas.microsoft.com/office/word/2010/wordml" w14:paraId="5944F394" wp14:textId="77777777">
      <w:r>
        <w:t>☐ Signed W-9</w:t>
      </w:r>
    </w:p>
    <w:p xmlns:wp14="http://schemas.microsoft.com/office/word/2010/wordml" w14:paraId="067A7A46" wp14:textId="77777777">
      <w:r>
        <w:t>☐ MC Authority</w:t>
      </w:r>
    </w:p>
    <w:p xmlns:wp14="http://schemas.microsoft.com/office/word/2010/wordml" w14:paraId="4CA19858" wp14:textId="77777777">
      <w:r>
        <w:t>☐ Certificate of Insurance</w:t>
      </w:r>
    </w:p>
    <w:p xmlns:wp14="http://schemas.microsoft.com/office/word/2010/wordml" w14:paraId="28F36B20" wp14:textId="77777777">
      <w:r>
        <w:t>☐ Notice of Assignment (if factoring)</w:t>
      </w:r>
    </w:p>
    <w:p xmlns:wp14="http://schemas.microsoft.com/office/word/2010/wordml" w14:paraId="68E04895" wp14:textId="77777777">
      <w:r>
        <w:t>☐ Voided Check (for ACH payments)</w:t>
      </w:r>
    </w:p>
    <w:p xmlns:wp14="http://schemas.microsoft.com/office/word/2010/wordml" w14:paraId="44AD7A18" wp14:textId="77777777">
      <w:pPr>
        <w:pStyle w:val="Heading2"/>
      </w:pPr>
      <w:r>
        <w:t>Agreement</w:t>
      </w:r>
    </w:p>
    <w:p xmlns:wp14="http://schemas.microsoft.com/office/word/2010/wordml" w14:paraId="739CCFC3" wp14:textId="77777777">
      <w:r>
        <w:t>I, the undersigned, certify that the information provided above is true and accurate. I authorize Thompson Haul Command to act as my dispatch service under the terms of our Dispatch Agreement and Limited Power of Attorney.</w:t>
      </w:r>
    </w:p>
    <w:p xmlns:wp14="http://schemas.microsoft.com/office/word/2010/wordml" w14:paraId="193BBC8F" wp14:textId="77777777">
      <w:r>
        <w:t>Carrier/Owner Signature: ________________________</w:t>
      </w:r>
    </w:p>
    <w:p xmlns:wp14="http://schemas.microsoft.com/office/word/2010/wordml" w14:paraId="755EE98D" wp14:textId="77777777">
      <w:r>
        <w:t>Date: _____________________</w:t>
      </w:r>
    </w:p>
    <w:sectPr w:rsidRPr="0006063C" w:rsidR="00FC693F" w:rsidSect="00034616">
      <w:pgSz w:w="12240" w:h="15840" w:orient="portrait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val="bestFit"/>
  <w:trackRevisions w:val="false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053E78D0"/>
    <w:rsid w:val="08819C99"/>
    <w:rsid w:val="7222B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  <w15:docId w15:val="{96BC5EF0-3394-4961-ABF5-3A422612F0F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microsoft.com/office/2007/relationships/stylesWithEffects" Target="stylesWithEffects.xml" Id="rId4" /><Relationship Type="http://schemas.openxmlformats.org/officeDocument/2006/relationships/settings" Target="settings.xml" Id="rId5" /><Relationship Type="http://schemas.openxmlformats.org/officeDocument/2006/relationships/webSettings" Target="webSettings.xml" Id="rId6" /><Relationship Type="http://schemas.openxmlformats.org/officeDocument/2006/relationships/fontTable" Target="fontTable.xml" Id="rId7" /><Relationship Type="http://schemas.openxmlformats.org/officeDocument/2006/relationships/theme" Target="theme/theme1.xml" Id="rId8" /><Relationship Type="http://schemas.openxmlformats.org/officeDocument/2006/relationships/customXml" Target="../customXml/item1.xml" Id="rId1" /><Relationship Type="http://schemas.openxmlformats.org/officeDocument/2006/relationships/numbering" Target="numbering.xml" Id="rId2" /><Relationship Type="http://schemas.openxmlformats.org/officeDocument/2006/relationships/image" Target="/media/image.png" Id="rId73796014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python-docx</dc:creator>
  <keywords/>
  <dc:description>generated by python-docx</dc:description>
  <lastModifiedBy>Antonio Becerra</lastModifiedBy>
  <revision>2</revision>
  <dcterms:created xsi:type="dcterms:W3CDTF">2013-12-23T23:15:00.0000000Z</dcterms:created>
  <dcterms:modified xsi:type="dcterms:W3CDTF">2025-08-30T15:36:33.5352290Z</dcterms:modified>
  <category/>
</coreProperties>
</file>