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3AC54" w14:textId="77777777" w:rsidR="00E5711D" w:rsidRDefault="00000000" w:rsidP="00FA76C7">
      <w:pPr>
        <w:pStyle w:val="Heading1"/>
        <w:jc w:val="center"/>
      </w:pPr>
      <w:r>
        <w:t>RHCFA T-Shirt Design Contest Artwork Release Agreement</w:t>
      </w:r>
    </w:p>
    <w:p w14:paraId="37C02705" w14:textId="77777777" w:rsidR="00FA76C7" w:rsidRDefault="00FA76C7">
      <w:pPr>
        <w:sectPr w:rsidR="00FA76C7" w:rsidSect="00FA76C7">
          <w:headerReference w:type="default" r:id="rId8"/>
          <w:footerReference w:type="even" r:id="rId9"/>
          <w:footerReference w:type="default" r:id="rId10"/>
          <w:pgSz w:w="12240" w:h="15840"/>
          <w:pgMar w:top="720" w:right="720" w:bottom="720" w:left="720" w:header="720" w:footer="720" w:gutter="0"/>
          <w:cols w:space="720"/>
          <w:docGrid w:linePitch="360"/>
        </w:sectPr>
      </w:pPr>
    </w:p>
    <w:p w14:paraId="60570275" w14:textId="76CF7F53" w:rsidR="00E5711D" w:rsidRDefault="00000000">
      <w:r>
        <w:t>Participant Name: ___________________________________________</w:t>
      </w:r>
      <w:r w:rsidR="00FA76C7">
        <w:t>____</w:t>
      </w:r>
    </w:p>
    <w:p w14:paraId="05062A95" w14:textId="77777777" w:rsidR="00E5711D" w:rsidRDefault="00000000">
      <w:r>
        <w:t>Email Address: _______________________________________________</w:t>
      </w:r>
    </w:p>
    <w:p w14:paraId="589C5511" w14:textId="77777777" w:rsidR="00E5711D" w:rsidRDefault="00000000">
      <w:r>
        <w:t>Phone Number: _______________________________________________</w:t>
      </w:r>
    </w:p>
    <w:p w14:paraId="00785D33" w14:textId="77777777" w:rsidR="00E5711D" w:rsidRDefault="00000000">
      <w:r>
        <w:t>Status (check one):</w:t>
      </w:r>
    </w:p>
    <w:p w14:paraId="249C0FD9" w14:textId="5E7A480A" w:rsidR="00E5711D" w:rsidRDefault="00000000">
      <w:r>
        <w:t>☐ RHCFA Union Member (Faculty)</w:t>
      </w:r>
      <w:r>
        <w:br/>
        <w:t>☐ Rio Hondo College Student (</w:t>
      </w:r>
      <w:r w:rsidR="00034E1C">
        <w:t>Currently e</w:t>
      </w:r>
      <w:r>
        <w:t>nrolled in 6</w:t>
      </w:r>
      <w:r w:rsidR="00034E1C">
        <w:t xml:space="preserve"> or more u</w:t>
      </w:r>
      <w:r>
        <w:t>nits</w:t>
      </w:r>
      <w:r w:rsidR="0097555C">
        <w:t xml:space="preserve"> in Fall 2025</w:t>
      </w:r>
      <w:r>
        <w:t>)</w:t>
      </w:r>
      <w:r w:rsidR="00543F26">
        <w:t xml:space="preserve"> </w:t>
      </w:r>
    </w:p>
    <w:p w14:paraId="0997F844" w14:textId="743E6075" w:rsidR="00543F26" w:rsidRDefault="00543F26">
      <w:r>
        <w:t xml:space="preserve">     Student ID number ___________________________________</w:t>
      </w:r>
    </w:p>
    <w:p w14:paraId="61A5B6F1" w14:textId="77777777" w:rsidR="00FA76C7" w:rsidRDefault="00FA76C7">
      <w:pPr>
        <w:pStyle w:val="Heading2"/>
        <w:sectPr w:rsidR="00FA76C7" w:rsidSect="00FA76C7">
          <w:type w:val="continuous"/>
          <w:pgSz w:w="12240" w:h="15840"/>
          <w:pgMar w:top="720" w:right="720" w:bottom="720" w:left="720" w:header="720" w:footer="720" w:gutter="0"/>
          <w:cols w:num="2" w:space="720"/>
          <w:docGrid w:linePitch="360"/>
        </w:sectPr>
      </w:pPr>
    </w:p>
    <w:p w14:paraId="1218B2A8" w14:textId="77777777" w:rsidR="00E5711D" w:rsidRDefault="00000000" w:rsidP="00FA76C7">
      <w:pPr>
        <w:pStyle w:val="Heading2"/>
        <w:jc w:val="center"/>
      </w:pPr>
      <w:r>
        <w:br/>
        <w:t>Artwork Release Terms</w:t>
      </w:r>
      <w:r>
        <w:br/>
      </w:r>
    </w:p>
    <w:p w14:paraId="588A8633" w14:textId="77777777" w:rsidR="00E5711D" w:rsidRDefault="00000000">
      <w:pPr>
        <w:pStyle w:val="Heading3"/>
      </w:pPr>
      <w:r>
        <w:t>1. Originality</w:t>
      </w:r>
    </w:p>
    <w:p w14:paraId="554B2655" w14:textId="495D3351" w:rsidR="00E5711D" w:rsidRDefault="00000000">
      <w:r>
        <w:t xml:space="preserve">I affirm that the </w:t>
      </w:r>
      <w:r w:rsidR="00034E1C">
        <w:t>d</w:t>
      </w:r>
      <w:r>
        <w:t>esign is my original work. Designs may be created using platforms like Canva, Adobe Express, Procreate, etc., as long as the final product is my own original creation and does not rely on unaltered templates, clip art, or copyrighted material not owned by me. I understand that designs created using T-shirt design websites such as Bonfire, CafePress, or Zazzle will NOT be accepted.</w:t>
      </w:r>
    </w:p>
    <w:p w14:paraId="3F0A7E45" w14:textId="77777777" w:rsidR="00E5711D" w:rsidRDefault="00000000">
      <w:pPr>
        <w:pStyle w:val="Heading3"/>
      </w:pPr>
      <w:r>
        <w:t>2. Grant of Rights</w:t>
      </w:r>
    </w:p>
    <w:p w14:paraId="64F5036D" w14:textId="77777777" w:rsidR="00FA76C7" w:rsidRDefault="00000000">
      <w:r>
        <w:t>I grant RHCFA a perpetual, royalty-free, non-exclusive right to use, reproduce, publish, modify, and distribute the</w:t>
      </w:r>
      <w:r w:rsidR="00FA76C7">
        <w:t xml:space="preserve"> de</w:t>
      </w:r>
      <w:r>
        <w:t>sign in any format, including but not limited to:</w:t>
      </w:r>
    </w:p>
    <w:p w14:paraId="2B98067C" w14:textId="77777777" w:rsidR="00FA76C7" w:rsidRDefault="00FA76C7" w:rsidP="00FA76C7">
      <w:pPr>
        <w:sectPr w:rsidR="00FA76C7" w:rsidSect="00FA76C7">
          <w:type w:val="continuous"/>
          <w:pgSz w:w="12240" w:h="15840"/>
          <w:pgMar w:top="720" w:right="720" w:bottom="720" w:left="720" w:header="720" w:footer="720" w:gutter="0"/>
          <w:cols w:space="720"/>
          <w:docGrid w:linePitch="360"/>
        </w:sectPr>
      </w:pPr>
    </w:p>
    <w:p w14:paraId="109AEC6B" w14:textId="23A26547" w:rsidR="00E5711D" w:rsidRDefault="00000000" w:rsidP="00FA76C7">
      <w:r>
        <w:t>T-shirts and clothing</w:t>
      </w:r>
      <w:r>
        <w:br/>
        <w:t>Tote bags, drawstring bags, and backpacks</w:t>
      </w:r>
      <w:r>
        <w:br/>
        <w:t>Stickers, buttons, and badges</w:t>
      </w:r>
      <w:r>
        <w:br/>
      </w:r>
      <w:r>
        <w:t>Mouse pads, mugs, and lanyards</w:t>
      </w:r>
      <w:r>
        <w:br/>
        <w:t>Printed and digital promotional materials</w:t>
      </w:r>
      <w:r>
        <w:br/>
        <w:t>RHCFA social media accounts and websites</w:t>
      </w:r>
    </w:p>
    <w:p w14:paraId="023D861D" w14:textId="77777777" w:rsidR="00FA76C7" w:rsidRDefault="00FA76C7">
      <w:pPr>
        <w:pStyle w:val="Heading3"/>
        <w:sectPr w:rsidR="00FA76C7" w:rsidSect="00FA76C7">
          <w:type w:val="continuous"/>
          <w:pgSz w:w="12240" w:h="15840"/>
          <w:pgMar w:top="720" w:right="720" w:bottom="720" w:left="720" w:header="720" w:footer="720" w:gutter="0"/>
          <w:cols w:num="2" w:space="720"/>
          <w:docGrid w:linePitch="360"/>
        </w:sectPr>
      </w:pPr>
    </w:p>
    <w:p w14:paraId="226C8610" w14:textId="77777777" w:rsidR="00E5711D" w:rsidRDefault="00000000">
      <w:pPr>
        <w:pStyle w:val="Heading3"/>
      </w:pPr>
      <w:r>
        <w:t>3. Attribution</w:t>
      </w:r>
    </w:p>
    <w:p w14:paraId="385FC857" w14:textId="77777777" w:rsidR="00E5711D" w:rsidRDefault="00000000">
      <w:r>
        <w:t>RHCFA may credit me as the designer when using the design, though it is not required in every instance.</w:t>
      </w:r>
    </w:p>
    <w:p w14:paraId="4D9571BE" w14:textId="77777777" w:rsidR="00E5711D" w:rsidRDefault="00000000">
      <w:pPr>
        <w:pStyle w:val="Heading3"/>
      </w:pPr>
      <w:r>
        <w:t>4. Compensation</w:t>
      </w:r>
    </w:p>
    <w:p w14:paraId="79397271" w14:textId="1DCF3EEA" w:rsidR="00E5711D" w:rsidRDefault="00000000">
      <w:r>
        <w:t xml:space="preserve">I understand that if my </w:t>
      </w:r>
      <w:r w:rsidR="00034E1C">
        <w:t>d</w:t>
      </w:r>
      <w:r>
        <w:t>esign is selected as the winner, I will receive a one-time $200 gift card provided by RHCFA. No additional compensation will be provided.</w:t>
      </w:r>
    </w:p>
    <w:p w14:paraId="2BE852E3" w14:textId="77777777" w:rsidR="00E5711D" w:rsidRDefault="00000000">
      <w:pPr>
        <w:pStyle w:val="Heading3"/>
      </w:pPr>
      <w:r>
        <w:t>5. Promotional Use</w:t>
      </w:r>
    </w:p>
    <w:p w14:paraId="0AC08F48" w14:textId="3D82438C" w:rsidR="00E5711D" w:rsidRDefault="00000000">
      <w:r>
        <w:t xml:space="preserve">I understand that the </w:t>
      </w:r>
      <w:r w:rsidR="00034E1C">
        <w:t>d</w:t>
      </w:r>
      <w:r>
        <w:t>esign may be used to promote RHCFA’s activities, events, and membership outreach efforts in accordance with the union’s mission and values.</w:t>
      </w:r>
    </w:p>
    <w:p w14:paraId="2226D167" w14:textId="24DEC9EB" w:rsidR="00E5711D" w:rsidRDefault="00D60753">
      <w:pPr>
        <w:pStyle w:val="Heading3"/>
      </w:pPr>
      <w:r>
        <w:lastRenderedPageBreak/>
        <w:t>6. Discretion and Final Decision</w:t>
      </w:r>
    </w:p>
    <w:p w14:paraId="463C1B22" w14:textId="77777777" w:rsidR="00E5711D" w:rsidRDefault="00000000">
      <w:r>
        <w:t>I understand that all decisions regarding contest eligibility, judging, and final selection of the winning design will be made at the sole discretion of RHCFA and are final. No appeals or disputes will be considered.</w:t>
      </w:r>
    </w:p>
    <w:p w14:paraId="0AE9C278" w14:textId="5410D0FE" w:rsidR="00E5711D" w:rsidRDefault="00D60753">
      <w:pPr>
        <w:pStyle w:val="Heading3"/>
      </w:pPr>
      <w:r>
        <w:t>7. Release of Liability</w:t>
      </w:r>
    </w:p>
    <w:p w14:paraId="44D62446" w14:textId="77777777" w:rsidR="00E5711D" w:rsidRDefault="00000000">
      <w:r>
        <w:t>I release and hold harmless the Rio Hondo College Faculty Association (RHCFA), its officers, agents, and representatives from any and all claims, demands, and liabilities in connection with the contest, including but not limited to claims related to copyright, reproduction, contest outcomes, and promotional use of the submitted design.</w:t>
      </w:r>
    </w:p>
    <w:p w14:paraId="663A717C" w14:textId="2161EDD0" w:rsidR="00E5711D" w:rsidRDefault="00D60753">
      <w:pPr>
        <w:pStyle w:val="Heading3"/>
      </w:pPr>
      <w:r>
        <w:t>8. No Guarantee of Use</w:t>
      </w:r>
    </w:p>
    <w:p w14:paraId="6B209D00" w14:textId="77777777" w:rsidR="00E5711D" w:rsidRDefault="00000000">
      <w:r>
        <w:t>I understand that submission of artwork does not guarantee publication or use of the design, even if selected as the winner.</w:t>
      </w:r>
    </w:p>
    <w:p w14:paraId="10792B71" w14:textId="59D7AE62" w:rsidR="00D60753" w:rsidRDefault="00D60753" w:rsidP="00D60753">
      <w:pPr>
        <w:pStyle w:val="Heading3"/>
      </w:pPr>
      <w:r>
        <w:t>9. Contest Rules</w:t>
      </w:r>
    </w:p>
    <w:p w14:paraId="13843B03" w14:textId="6DE11821" w:rsidR="00D60753" w:rsidRDefault="00D60753" w:rsidP="00D60753">
      <w:r>
        <w:t xml:space="preserve">I confirm that I meet the eligibility requirements for the contest and understand that my </w:t>
      </w:r>
      <w:r w:rsidR="00034E1C">
        <w:t>d</w:t>
      </w:r>
      <w:r>
        <w:t>esign may be disqualified if I am found to be in violation of any contest guidelines.</w:t>
      </w:r>
    </w:p>
    <w:p w14:paraId="3B2EE0F7" w14:textId="77777777" w:rsidR="00D60753" w:rsidRDefault="00D60753"/>
    <w:p w14:paraId="30BC3CC7" w14:textId="35048343" w:rsidR="00E5711D" w:rsidRDefault="00000000">
      <w:r>
        <w:br/>
        <w:t>Signature: ___________________________________________</w:t>
      </w:r>
      <w:r w:rsidR="00034E1C">
        <w:t xml:space="preserve">______________               </w:t>
      </w:r>
      <w:r>
        <w:t>Date: _______________________________________________</w:t>
      </w:r>
    </w:p>
    <w:sectPr w:rsidR="00E5711D" w:rsidSect="00FA76C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8FA27" w14:textId="77777777" w:rsidR="00EE23FF" w:rsidRDefault="00EE23FF" w:rsidP="00D60753">
      <w:pPr>
        <w:spacing w:after="0" w:line="240" w:lineRule="auto"/>
      </w:pPr>
      <w:r>
        <w:separator/>
      </w:r>
    </w:p>
  </w:endnote>
  <w:endnote w:type="continuationSeparator" w:id="0">
    <w:p w14:paraId="15BA56BE" w14:textId="77777777" w:rsidR="00EE23FF" w:rsidRDefault="00EE23FF" w:rsidP="00D60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4934858"/>
      <w:docPartObj>
        <w:docPartGallery w:val="Page Numbers (Bottom of Page)"/>
        <w:docPartUnique/>
      </w:docPartObj>
    </w:sdtPr>
    <w:sdtContent>
      <w:p w14:paraId="103A1D73" w14:textId="321A9D84" w:rsidR="00A0778D" w:rsidRDefault="00A0778D" w:rsidP="00DC23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AB0159E" w14:textId="77777777" w:rsidR="00A0778D" w:rsidRDefault="00A0778D" w:rsidP="00A07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5101014"/>
      <w:docPartObj>
        <w:docPartGallery w:val="Page Numbers (Bottom of Page)"/>
        <w:docPartUnique/>
      </w:docPartObj>
    </w:sdtPr>
    <w:sdtContent>
      <w:p w14:paraId="1CC299DF" w14:textId="39D27DEB" w:rsidR="00A0778D" w:rsidRDefault="00A0778D" w:rsidP="00DC23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7C75DF" w14:textId="77777777" w:rsidR="00A0778D" w:rsidRDefault="00A0778D" w:rsidP="00A077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FE5FB" w14:textId="77777777" w:rsidR="00EE23FF" w:rsidRDefault="00EE23FF" w:rsidP="00D60753">
      <w:pPr>
        <w:spacing w:after="0" w:line="240" w:lineRule="auto"/>
      </w:pPr>
      <w:r>
        <w:separator/>
      </w:r>
    </w:p>
  </w:footnote>
  <w:footnote w:type="continuationSeparator" w:id="0">
    <w:p w14:paraId="04BB7A5E" w14:textId="77777777" w:rsidR="00EE23FF" w:rsidRDefault="00EE23FF" w:rsidP="00D60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8E3E" w14:textId="5F0C9357" w:rsidR="00D60753" w:rsidRDefault="00D60753" w:rsidP="00D60753">
    <w:pPr>
      <w:pStyle w:val="Header"/>
      <w:jc w:val="center"/>
    </w:pPr>
    <w:r>
      <w:rPr>
        <w:noProof/>
      </w:rPr>
      <w:drawing>
        <wp:inline distT="0" distB="0" distL="0" distR="0" wp14:anchorId="007D59A9" wp14:editId="591AE2FC">
          <wp:extent cx="2006930" cy="1337953"/>
          <wp:effectExtent l="0" t="0" r="0" b="0"/>
          <wp:docPr id="499498608" name="Picture 1" descr="A yellow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8608" name="Picture 1" descr="A yellow and white sign&#10;&#10;AI-generated content may be incorrect."/>
                  <pic:cNvPicPr/>
                </pic:nvPicPr>
                <pic:blipFill>
                  <a:blip r:embed="rId1"/>
                  <a:stretch>
                    <a:fillRect/>
                  </a:stretch>
                </pic:blipFill>
                <pic:spPr>
                  <a:xfrm>
                    <a:off x="0" y="0"/>
                    <a:ext cx="2022830" cy="13485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C14853"/>
    <w:multiLevelType w:val="hybridMultilevel"/>
    <w:tmpl w:val="C84E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550F1"/>
    <w:multiLevelType w:val="hybridMultilevel"/>
    <w:tmpl w:val="04D2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758288">
    <w:abstractNumId w:val="8"/>
  </w:num>
  <w:num w:numId="2" w16cid:durableId="415329183">
    <w:abstractNumId w:val="6"/>
  </w:num>
  <w:num w:numId="3" w16cid:durableId="805508708">
    <w:abstractNumId w:val="5"/>
  </w:num>
  <w:num w:numId="4" w16cid:durableId="1943485956">
    <w:abstractNumId w:val="4"/>
  </w:num>
  <w:num w:numId="5" w16cid:durableId="1853228795">
    <w:abstractNumId w:val="7"/>
  </w:num>
  <w:num w:numId="6" w16cid:durableId="1592664721">
    <w:abstractNumId w:val="3"/>
  </w:num>
  <w:num w:numId="7" w16cid:durableId="1779715940">
    <w:abstractNumId w:val="2"/>
  </w:num>
  <w:num w:numId="8" w16cid:durableId="515274191">
    <w:abstractNumId w:val="1"/>
  </w:num>
  <w:num w:numId="9" w16cid:durableId="261844541">
    <w:abstractNumId w:val="0"/>
  </w:num>
  <w:num w:numId="10" w16cid:durableId="797916851">
    <w:abstractNumId w:val="9"/>
  </w:num>
  <w:num w:numId="11" w16cid:durableId="12362845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27C"/>
    <w:rsid w:val="00034616"/>
    <w:rsid w:val="00034E1C"/>
    <w:rsid w:val="0006063C"/>
    <w:rsid w:val="0007646E"/>
    <w:rsid w:val="00087714"/>
    <w:rsid w:val="0015074B"/>
    <w:rsid w:val="001F1CF3"/>
    <w:rsid w:val="0029639D"/>
    <w:rsid w:val="00326F90"/>
    <w:rsid w:val="00543F26"/>
    <w:rsid w:val="005E3132"/>
    <w:rsid w:val="008B5A90"/>
    <w:rsid w:val="009254AD"/>
    <w:rsid w:val="0097555C"/>
    <w:rsid w:val="00A0778D"/>
    <w:rsid w:val="00AA1D8D"/>
    <w:rsid w:val="00B47730"/>
    <w:rsid w:val="00CB0664"/>
    <w:rsid w:val="00D60753"/>
    <w:rsid w:val="00E5711D"/>
    <w:rsid w:val="00EE23FF"/>
    <w:rsid w:val="00FA76C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A55AF"/>
  <w14:defaultImageDpi w14:val="300"/>
  <w15:docId w15:val="{D3956091-EB9C-FE47-927D-C952F6FC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A07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Connie Y. Isais</cp:lastModifiedBy>
  <cp:revision>2</cp:revision>
  <dcterms:created xsi:type="dcterms:W3CDTF">2025-09-17T17:17:00Z</dcterms:created>
  <dcterms:modified xsi:type="dcterms:W3CDTF">2025-09-17T17:17:00Z</dcterms:modified>
  <cp:category/>
</cp:coreProperties>
</file>