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to make a puppet stage</w:t>
      </w:r>
    </w:p>
    <w:p>
      <w:r>
        <w:t>Turn an everyday cardboard box into a theatre with curtains that open and close. Decorate it for Cinderella, a woodland adventure or any story you can imagine.</w:t>
      </w:r>
    </w:p>
    <w:p>
      <w:r>
        <w:t>Imani and I used an IKEA box that cost £2, but a reused cardboard box or cereal box can work too. Use whatever craft bits you already have at home.</w:t>
      </w:r>
    </w:p>
    <w:p>
      <w:pPr>
        <w:pStyle w:val="Heading1"/>
      </w:pPr>
      <w:r>
        <w:t>Supplies</w:t>
      </w:r>
    </w:p>
    <w:p>
      <w:pPr>
        <w:pStyle w:val="ListBullet"/>
      </w:pPr>
      <w:r>
        <w:t>A cardboard box — choose one large enough for your puppets and hands.</w:t>
      </w:r>
    </w:p>
    <w:p>
      <w:pPr>
        <w:pStyle w:val="ListBullet"/>
      </w:pPr>
      <w:r>
        <w:t>3 pipe cleaners — one long enough to span the stage opening, plus two for attaching it. A wider box may need extra pipe cleaners joined together.</w:t>
      </w:r>
    </w:p>
    <w:p>
      <w:pPr>
        <w:pStyle w:val="ListBullet"/>
      </w:pPr>
      <w:r>
        <w:t>Fabric scraps or paper serviettes — enough for two curtains.</w:t>
      </w:r>
    </w:p>
    <w:p>
      <w:pPr>
        <w:pStyle w:val="ListBullet"/>
      </w:pPr>
      <w:r>
        <w:t>Paint and brushes, or paper to cover the box — plain paper to draw on, wrapping paper or wallpaper scraps.</w:t>
      </w:r>
    </w:p>
    <w:p>
      <w:pPr>
        <w:pStyle w:val="ListBullet"/>
      </w:pPr>
      <w:r>
        <w:t>Pencil, scissors and glue or tape — plus a ruler if you want one.</w:t>
      </w:r>
    </w:p>
    <w:p>
      <w:pPr>
        <w:pStyle w:val="ListBullet"/>
      </w:pPr>
      <w:r>
        <w:t>A sharp craft knife and a protected cutting surface — for an adult to cut the box and make the holes.</w:t>
      </w:r>
    </w:p>
    <w:p>
      <w:pPr>
        <w:pStyle w:val="ListBullet"/>
      </w:pPr>
      <w:r>
        <w:t>Optional decorations — artificial foliage, flowers, ribbons, little disco balls or other odds and sods from your craft stash.</w:t>
      </w:r>
    </w:p>
    <w:p>
      <w:pPr>
        <w:pStyle w:val="ListBullet"/>
      </w:pPr>
      <w:r>
        <w:t>Optional hot glue gun and glue sticks — for an adult to secure decorations.</w:t>
      </w:r>
    </w:p>
    <w:p>
      <w:pPr>
        <w:pStyle w:val="Heading1"/>
      </w:pPr>
      <w:r>
        <w:t>Before you begin</w:t>
      </w:r>
    </w:p>
    <w:p>
      <w:r>
        <w:t>Adults do all craft-knife cutting, hole making and hot gluing. Supervise scissors, tuck sharp wire ends safely inside and keep small decorations away from very young children. Let hot glue cool before handling.</w:t>
      </w:r>
    </w:p>
    <w:p>
      <w:r>
        <w:t>There are no fixed measurements: fit the opening and curtains to your box. Leave a generous cardboard frame around the front opening so the stage stays sturdy.</w:t>
      </w:r>
    </w:p>
    <w:p>
      <w:pPr>
        <w:pStyle w:val="Heading2"/>
      </w:pPr>
      <w:r>
        <w:t>1  Decorate the box</w:t>
      </w:r>
    </w:p>
    <w:p>
      <w:r>
        <w:t>Paint the outside and let it dry. Or glue on paper, wrapping paper or wallpaper. Plain paper is lovely for drawing your own scenery. We painted ours green.</w:t>
      </w:r>
    </w:p>
    <w:p>
      <w:r>
        <w:br w:type="page"/>
      </w:r>
    </w:p>
    <w:p>
      <w:pPr>
        <w:pStyle w:val="Title"/>
      </w:pPr>
      <w:r>
        <w:t>Build the stage and curtains</w:t>
      </w:r>
    </w:p>
    <w:p>
      <w:pPr>
        <w:pStyle w:val="Heading2"/>
      </w:pPr>
      <w:r>
        <w:t>2  Open the back and front</w:t>
      </w:r>
    </w:p>
    <w:p>
      <w:r>
        <w:t>An adult removes the back panel of the box, leaving the sides, top and bottom in place. This is where you will reach in to work the puppets. Draw a smaller stage window on the front, leaving a wide frame, then ask an adult to cut it out.</w:t>
      </w:r>
    </w:p>
    <w:p>
      <w:pPr>
        <w:pStyle w:val="Heading2"/>
      </w:pPr>
      <w:r>
        <w:t>3  Make two curtains</w:t>
      </w:r>
    </w:p>
    <w:p>
      <w:r>
        <w:t>Cut your fabric into two curtain panels. Each panel should reach from above the stage window to just below it. Together they should cover the opening, with a little extra width for soft folds. Serviettes work too; handle them gently so they do not tear.</w:t>
      </w:r>
    </w:p>
    <w:p>
      <w:r>
        <w:t>Fold each panel into loose concertina pleats. Near the top edge, carefully snip tiny holes through the folds, leaving enough material above the holes so they will not rip out. Unfold and thread one pipe cleaner through the holes in both curtains.</w:t>
      </w:r>
    </w:p>
    <w:p>
      <w:pPr>
        <w:pStyle w:val="Heading2"/>
      </w:pPr>
      <w:r>
        <w:t>4  Attach the curtain rail</w:t>
      </w:r>
    </w:p>
    <w:p>
      <w:r>
        <w:t>An adult makes two small holes close together above the top left corner of the stage window, and another pair above the top right corner. These holes go through the front cardboard frame.</w:t>
      </w:r>
    </w:p>
    <w:p>
      <w:r>
        <w:t>At the left, push the ends of a second pipe cleaner through its pair of holes from the front, so both ends are inside the box. Repeat on the right with the third pipe cleaner. You now have two fixings with ends inside.</w:t>
      </w:r>
    </w:p>
    <w:p>
      <w:r>
        <w:t>Hold the curtain rail inside the box, just above the stage window. Twist the left fixing tightly around the left end of the rail, then secure the right end in the same way. Keep the rail fairly straight and tuck away all wire ends. Slide the curtains towards the sides to open them and towards the middle to close them.</w:t>
      </w:r>
    </w:p>
    <w:p>
      <w:pPr>
        <w:pStyle w:val="Heading2"/>
      </w:pPr>
      <w:r>
        <w:t>5  Add your decorations</w:t>
      </w:r>
    </w:p>
    <w:p>
      <w:r>
        <w:t>For optional wired foliage, an adult makes one further hole on each side of the front frame. Push the stems through, then bend the wire upwards inside to hold them. Tuck sharp ends out of reach. An adult can add small spots of hot glue along the foliage where it touches the box for extra security.</w:t>
      </w:r>
    </w:p>
    <w:p>
      <w:r>
        <w:t>Imani and I added flowers, disco balls, a pumpkin and a little mouse on top. You can use as much or as little decoration as you like. Keep the stage window and moving curtains clear, and make sure the box stays balanced.</w:t>
      </w:r>
    </w:p>
    <w:p>
      <w:pPr>
        <w:pStyle w:val="Heading2"/>
      </w:pPr>
      <w:r>
        <w:t>6  Put on a show</w:t>
      </w:r>
    </w:p>
    <w:p>
      <w:r>
        <w:t>Stand the theatre on a steady surface. Work the puppets through the open back, check that the curtains slide, and let the story begin! Change the decorations whenever you fancy a different adventure.</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Crafty Cinders Creative Club  •  Create your own story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20"/>
      </w:rPr>
      <w:t>CRAFTY CINDERS CREATIVE CLUB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