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74778" w14:textId="77777777" w:rsidR="0082433A" w:rsidRDefault="008F07F1">
      <w:pPr>
        <w:pStyle w:val="Title"/>
      </w:pPr>
      <w:r>
        <w:t>CITY OF MARBLE HILL EMPLOYMENT APPLICATION</w:t>
      </w:r>
    </w:p>
    <w:p w14:paraId="1D7D8ADB" w14:textId="77777777" w:rsidR="0082433A" w:rsidRDefault="008F07F1">
      <w:r>
        <w:t>305 First Street | P.O. Box 799 | Marble Hill, MO 63764</w:t>
      </w:r>
    </w:p>
    <w:p w14:paraId="7444B93D" w14:textId="77777777" w:rsidR="0082433A" w:rsidRDefault="008F07F1">
      <w:r>
        <w:t>Complete this application and email it to admin@cityofmarblehill.org</w:t>
      </w:r>
    </w:p>
    <w:p w14:paraId="0B835685" w14:textId="77777777" w:rsidR="0082433A" w:rsidRDefault="008F07F1">
      <w:pPr>
        <w:pStyle w:val="Heading1"/>
      </w:pPr>
      <w:r>
        <w:t>Personal Information</w:t>
      </w:r>
    </w:p>
    <w:p w14:paraId="489ADB72" w14:textId="77777777" w:rsidR="0082433A" w:rsidRDefault="008F07F1">
      <w:r>
        <w:t>Position Applied For: _______________________________</w:t>
      </w:r>
    </w:p>
    <w:p w14:paraId="77E187EA" w14:textId="77777777" w:rsidR="0082433A" w:rsidRDefault="008F07F1">
      <w:r>
        <w:t>Application Date: _________________________________</w:t>
      </w:r>
    </w:p>
    <w:p w14:paraId="2228249B" w14:textId="77777777" w:rsidR="0082433A" w:rsidRDefault="008F07F1">
      <w:r>
        <w:t>Full Name: _______________________________________</w:t>
      </w:r>
    </w:p>
    <w:p w14:paraId="791106E0" w14:textId="77777777" w:rsidR="0082433A" w:rsidRDefault="008F07F1">
      <w:r>
        <w:t>Address: _________________________________________</w:t>
      </w:r>
    </w:p>
    <w:p w14:paraId="1D41C4E6" w14:textId="77777777" w:rsidR="0082433A" w:rsidRDefault="008F07F1">
      <w:r>
        <w:t>City/State/Zip: ___________________________________</w:t>
      </w:r>
    </w:p>
    <w:p w14:paraId="7F2B7967" w14:textId="77777777" w:rsidR="0082433A" w:rsidRDefault="008F07F1">
      <w:r>
        <w:t>Phone: __________________ Email: __________________</w:t>
      </w:r>
    </w:p>
    <w:p w14:paraId="41DD5A0E" w14:textId="77777777" w:rsidR="0082433A" w:rsidRDefault="008F07F1">
      <w:r>
        <w:t>Authorized to work in the U.S.?  Yes ☐  No ☐</w:t>
      </w:r>
    </w:p>
    <w:p w14:paraId="63D4ABD1" w14:textId="77777777" w:rsidR="0082433A" w:rsidRDefault="008F07F1">
      <w:pPr>
        <w:pStyle w:val="Heading1"/>
      </w:pPr>
      <w:r>
        <w:t>Availability</w:t>
      </w:r>
    </w:p>
    <w:p w14:paraId="70D05DDE" w14:textId="77777777" w:rsidR="0082433A" w:rsidRDefault="008F07F1">
      <w:r>
        <w:t>Date Available to Start: ___________________________</w:t>
      </w:r>
    </w:p>
    <w:p w14:paraId="04AE11E7" w14:textId="77777777" w:rsidR="0082433A" w:rsidRDefault="008F07F1">
      <w:r>
        <w:t>Hours Available Per Week: __________________________</w:t>
      </w:r>
    </w:p>
    <w:p w14:paraId="24F16EF6" w14:textId="77777777" w:rsidR="0082433A" w:rsidRDefault="008F07F1">
      <w:r>
        <w:t>Days Available: ___________________________________</w:t>
      </w:r>
    </w:p>
    <w:p w14:paraId="5D3A9501" w14:textId="77777777" w:rsidR="0082433A" w:rsidRDefault="008F07F1">
      <w:pPr>
        <w:pStyle w:val="Heading1"/>
      </w:pPr>
      <w:r>
        <w:t>Education</w:t>
      </w:r>
    </w:p>
    <w:p w14:paraId="2B7325B3" w14:textId="77777777" w:rsidR="0082433A" w:rsidRDefault="008F07F1">
      <w:r>
        <w:t>High School: ______________________________________</w:t>
      </w:r>
    </w:p>
    <w:p w14:paraId="7B7A11CD" w14:textId="77777777" w:rsidR="0082433A" w:rsidRDefault="008F07F1">
      <w:r>
        <w:t>Diploma/GED: ______________________________________</w:t>
      </w:r>
    </w:p>
    <w:p w14:paraId="1509D425" w14:textId="77777777" w:rsidR="0082433A" w:rsidRDefault="008F07F1">
      <w:r>
        <w:t>College/Technical School: __________________________</w:t>
      </w:r>
    </w:p>
    <w:p w14:paraId="351C4DDC" w14:textId="77777777" w:rsidR="0082433A" w:rsidRDefault="008F07F1">
      <w:r>
        <w:t>Degree/Certification: _____________________________</w:t>
      </w:r>
    </w:p>
    <w:p w14:paraId="19E3B02A" w14:textId="77777777" w:rsidR="0082433A" w:rsidRDefault="008F07F1">
      <w:r>
        <w:t>Additional Training/Certifications: ________________</w:t>
      </w:r>
    </w:p>
    <w:p w14:paraId="4EE9FA6C" w14:textId="77777777" w:rsidR="0082433A" w:rsidRDefault="008F07F1">
      <w:r>
        <w:t>_______________________________________________</w:t>
      </w:r>
    </w:p>
    <w:p w14:paraId="0138DFCC" w14:textId="77777777" w:rsidR="0082433A" w:rsidRDefault="008F07F1">
      <w:pPr>
        <w:pStyle w:val="Heading1"/>
      </w:pPr>
      <w:r>
        <w:lastRenderedPageBreak/>
        <w:t>Employment History #1</w:t>
      </w:r>
    </w:p>
    <w:p w14:paraId="7DEE516C" w14:textId="77777777" w:rsidR="0082433A" w:rsidRDefault="008F07F1">
      <w:r>
        <w:t>Employer: _______________________________________</w:t>
      </w:r>
    </w:p>
    <w:p w14:paraId="3AB6A4E8" w14:textId="77777777" w:rsidR="0082433A" w:rsidRDefault="008F07F1">
      <w:r>
        <w:t>Supervisor: _____________________________________</w:t>
      </w:r>
    </w:p>
    <w:p w14:paraId="0BE1234A" w14:textId="77777777" w:rsidR="0082433A" w:rsidRDefault="008F07F1">
      <w:r>
        <w:t>Position Held: __________________________________</w:t>
      </w:r>
    </w:p>
    <w:p w14:paraId="57137A8A" w14:textId="77777777" w:rsidR="0082433A" w:rsidRDefault="008F07F1">
      <w:r>
        <w:t>Dates Employed: _________________________________</w:t>
      </w:r>
    </w:p>
    <w:p w14:paraId="2150E3DD" w14:textId="77777777" w:rsidR="0082433A" w:rsidRDefault="008F07F1">
      <w:r>
        <w:t>Starting Salary: __________ Ending Salary: ________</w:t>
      </w:r>
    </w:p>
    <w:p w14:paraId="3742660F" w14:textId="77777777" w:rsidR="0082433A" w:rsidRDefault="008F07F1">
      <w:r>
        <w:t>May We Contact This Employer? Yes ☐ No ☐</w:t>
      </w:r>
    </w:p>
    <w:p w14:paraId="09521FF3" w14:textId="77777777" w:rsidR="0082433A" w:rsidRDefault="008F07F1">
      <w:r>
        <w:t>Reason for Leaving: ______________________________</w:t>
      </w:r>
    </w:p>
    <w:p w14:paraId="2EA0603B" w14:textId="53C28ECC" w:rsidR="0082433A" w:rsidRDefault="008F07F1">
      <w:r>
        <w:t>Primary Duties: _________________________________</w:t>
      </w:r>
    </w:p>
    <w:p w14:paraId="59987EB0" w14:textId="77777777" w:rsidR="0082433A" w:rsidRDefault="008F07F1">
      <w:r>
        <w:t>_______________________________________________</w:t>
      </w:r>
    </w:p>
    <w:p w14:paraId="4A411C2D" w14:textId="77777777" w:rsidR="0082433A" w:rsidRDefault="008F07F1">
      <w:pPr>
        <w:pStyle w:val="Heading1"/>
      </w:pPr>
      <w:r>
        <w:t>Employment History #2</w:t>
      </w:r>
    </w:p>
    <w:p w14:paraId="3EE2B5F3" w14:textId="77777777" w:rsidR="0082433A" w:rsidRDefault="008F07F1">
      <w:r>
        <w:t>Employer: _______________________________________</w:t>
      </w:r>
    </w:p>
    <w:p w14:paraId="1A6B0FAF" w14:textId="77777777" w:rsidR="0082433A" w:rsidRDefault="008F07F1">
      <w:r>
        <w:t>Supervisor: _____________________________________</w:t>
      </w:r>
    </w:p>
    <w:p w14:paraId="18456F57" w14:textId="77777777" w:rsidR="0082433A" w:rsidRDefault="008F07F1">
      <w:r>
        <w:t>Position Held: __________________________________</w:t>
      </w:r>
    </w:p>
    <w:p w14:paraId="3ACD0A03" w14:textId="77777777" w:rsidR="0082433A" w:rsidRDefault="008F07F1">
      <w:r>
        <w:t>Dates Employed: _________________________________</w:t>
      </w:r>
    </w:p>
    <w:p w14:paraId="6705F1C6" w14:textId="77777777" w:rsidR="0082433A" w:rsidRDefault="008F07F1">
      <w:r>
        <w:t>Starting Salary: __________ Ending Salary: ________</w:t>
      </w:r>
    </w:p>
    <w:p w14:paraId="6A192D37" w14:textId="77777777" w:rsidR="0082433A" w:rsidRDefault="008F07F1">
      <w:r>
        <w:t>May We Contact This Employer? Yes ☐ No ☐</w:t>
      </w:r>
    </w:p>
    <w:p w14:paraId="62E89396" w14:textId="77777777" w:rsidR="0082433A" w:rsidRDefault="008F07F1">
      <w:r>
        <w:t>Reason for Leaving: ______________________________</w:t>
      </w:r>
    </w:p>
    <w:p w14:paraId="0F72BDF5" w14:textId="77777777" w:rsidR="0082433A" w:rsidRDefault="008F07F1">
      <w:r>
        <w:t>Primary Duties: _________________________________</w:t>
      </w:r>
    </w:p>
    <w:p w14:paraId="3FEE1906" w14:textId="77777777" w:rsidR="0082433A" w:rsidRDefault="008F07F1">
      <w:r>
        <w:t>_______________________________________________</w:t>
      </w:r>
    </w:p>
    <w:p w14:paraId="2C42DDC9" w14:textId="77777777" w:rsidR="0082433A" w:rsidRDefault="008F07F1">
      <w:pPr>
        <w:pStyle w:val="Heading1"/>
      </w:pPr>
      <w:r>
        <w:t>Employment History #3</w:t>
      </w:r>
    </w:p>
    <w:p w14:paraId="1C43435C" w14:textId="77777777" w:rsidR="0082433A" w:rsidRDefault="008F07F1">
      <w:r>
        <w:t>Employer: _______________________________________</w:t>
      </w:r>
    </w:p>
    <w:p w14:paraId="5B7BE401" w14:textId="77777777" w:rsidR="0082433A" w:rsidRDefault="008F07F1">
      <w:r>
        <w:t>Supervisor: _____________________________________</w:t>
      </w:r>
    </w:p>
    <w:p w14:paraId="3AE6F46C" w14:textId="77777777" w:rsidR="0082433A" w:rsidRDefault="008F07F1">
      <w:r>
        <w:t>Position Held: __________________________________</w:t>
      </w:r>
    </w:p>
    <w:p w14:paraId="493BA8F4" w14:textId="77777777" w:rsidR="0082433A" w:rsidRDefault="008F07F1">
      <w:r>
        <w:t>Dates Employed: _________________________________</w:t>
      </w:r>
    </w:p>
    <w:p w14:paraId="10CD6AB1" w14:textId="77777777" w:rsidR="0082433A" w:rsidRDefault="008F07F1">
      <w:r>
        <w:t>Starting Salary: __________ Ending Salary: ________</w:t>
      </w:r>
    </w:p>
    <w:p w14:paraId="3382B7CE" w14:textId="77777777" w:rsidR="0082433A" w:rsidRDefault="008F07F1">
      <w:r>
        <w:lastRenderedPageBreak/>
        <w:t>May We Contact This Employer? Yes ☐ No ☐</w:t>
      </w:r>
    </w:p>
    <w:p w14:paraId="38D239D2" w14:textId="77777777" w:rsidR="0082433A" w:rsidRDefault="008F07F1">
      <w:r>
        <w:t>Reason for Leaving: ______________________________</w:t>
      </w:r>
    </w:p>
    <w:p w14:paraId="7400FAE9" w14:textId="77777777" w:rsidR="0082433A" w:rsidRDefault="008F07F1">
      <w:r>
        <w:t>Primary Duties: _________________________________</w:t>
      </w:r>
    </w:p>
    <w:p w14:paraId="64A6C3BD" w14:textId="77777777" w:rsidR="0082433A" w:rsidRDefault="008F07F1">
      <w:r>
        <w:t>_______________________________________________</w:t>
      </w:r>
    </w:p>
    <w:p w14:paraId="6CB016AE" w14:textId="77777777" w:rsidR="0082433A" w:rsidRDefault="008F07F1">
      <w:pPr>
        <w:pStyle w:val="Heading1"/>
      </w:pPr>
      <w:r>
        <w:t>References</w:t>
      </w:r>
    </w:p>
    <w:p w14:paraId="3A62F611" w14:textId="77777777" w:rsidR="0082433A" w:rsidRDefault="008F07F1">
      <w:r>
        <w:t>Reference #1 Name: ______________________________</w:t>
      </w:r>
    </w:p>
    <w:p w14:paraId="0186B08A" w14:textId="77777777" w:rsidR="0082433A" w:rsidRDefault="008F07F1">
      <w:r>
        <w:t>Phone: ______________ Relationship: ______________</w:t>
      </w:r>
    </w:p>
    <w:p w14:paraId="272F40C0" w14:textId="77777777" w:rsidR="0082433A" w:rsidRDefault="008F07F1">
      <w:r>
        <w:t>Reference #2 Name: ______________________________</w:t>
      </w:r>
    </w:p>
    <w:p w14:paraId="5AD3DC71" w14:textId="77777777" w:rsidR="0082433A" w:rsidRDefault="008F07F1">
      <w:r>
        <w:t>Phone: ______________ Relationship: ______________</w:t>
      </w:r>
    </w:p>
    <w:p w14:paraId="0CBCC677" w14:textId="77777777" w:rsidR="0082433A" w:rsidRDefault="008F07F1">
      <w:r>
        <w:t>Reference #3 Name: ______________________________</w:t>
      </w:r>
    </w:p>
    <w:p w14:paraId="41167223" w14:textId="77777777" w:rsidR="0082433A" w:rsidRDefault="008F07F1">
      <w:r>
        <w:t>Phone: ______________ Relationship: ______________</w:t>
      </w:r>
    </w:p>
    <w:p w14:paraId="15257751" w14:textId="77777777" w:rsidR="0082433A" w:rsidRDefault="008F07F1">
      <w:pPr>
        <w:pStyle w:val="Heading1"/>
      </w:pPr>
      <w:r>
        <w:t>Skills and Qualifications</w:t>
      </w:r>
    </w:p>
    <w:p w14:paraId="595F26A8" w14:textId="77777777" w:rsidR="0082433A" w:rsidRDefault="008F07F1">
      <w:r>
        <w:t>________________________________________________</w:t>
      </w:r>
    </w:p>
    <w:p w14:paraId="325AD8C5" w14:textId="77777777" w:rsidR="0082433A" w:rsidRDefault="008F07F1">
      <w:r>
        <w:t>________________________________________________</w:t>
      </w:r>
    </w:p>
    <w:p w14:paraId="623AB9F5" w14:textId="77777777" w:rsidR="0082433A" w:rsidRDefault="008F07F1">
      <w:r>
        <w:t>________________________________________________</w:t>
      </w:r>
    </w:p>
    <w:p w14:paraId="01FCD548" w14:textId="77777777" w:rsidR="0082433A" w:rsidRDefault="008F07F1">
      <w:r>
        <w:t>________________________________________________</w:t>
      </w:r>
    </w:p>
    <w:p w14:paraId="5B8EE680" w14:textId="77777777" w:rsidR="0082433A" w:rsidRDefault="008F07F1">
      <w:r>
        <w:t>________________________________________________</w:t>
      </w:r>
    </w:p>
    <w:p w14:paraId="142D90F3" w14:textId="77777777" w:rsidR="0082433A" w:rsidRDefault="008F07F1">
      <w:pPr>
        <w:pStyle w:val="Heading1"/>
      </w:pPr>
      <w:r>
        <w:t>Applicant Certification</w:t>
      </w:r>
    </w:p>
    <w:p w14:paraId="331E7998" w14:textId="77777777" w:rsidR="0082433A" w:rsidRDefault="008F07F1">
      <w:r>
        <w:t>I certify that the information provided is true and complete to the best of my knowledge.</w:t>
      </w:r>
    </w:p>
    <w:p w14:paraId="332B825A" w14:textId="77777777" w:rsidR="0082433A" w:rsidRDefault="008F07F1">
      <w:r>
        <w:t>Electronic Signature: ____________________________</w:t>
      </w:r>
    </w:p>
    <w:p w14:paraId="27349123" w14:textId="77777777" w:rsidR="0082433A" w:rsidRDefault="008F07F1">
      <w:r>
        <w:t>Date: __________________________________________</w:t>
      </w:r>
    </w:p>
    <w:p w14:paraId="46A5E2A1" w14:textId="77777777" w:rsidR="0025352C" w:rsidRDefault="0025352C"/>
    <w:p w14:paraId="034C65BA" w14:textId="4B4BDD88" w:rsidR="0025352C" w:rsidRDefault="00FD6A31">
      <w:r>
        <w:t>Hold Ctrl</w:t>
      </w:r>
      <w:r w:rsidR="007175D7">
        <w:t xml:space="preserve"> and </w:t>
      </w:r>
      <w:r w:rsidR="00713FB6">
        <w:t>CLICK LINK &gt;</w:t>
      </w:r>
      <w:r w:rsidR="000E686F">
        <w:t xml:space="preserve">  </w:t>
      </w:r>
      <w:hyperlink r:id="rId6" w:history="1">
        <w:r w:rsidR="00713FB6" w:rsidRPr="00713FB6">
          <w:rPr>
            <w:rStyle w:val="Hyperlink"/>
          </w:rPr>
          <w:t>Employment Applicat</w:t>
        </w:r>
        <w:r w:rsidR="00713FB6" w:rsidRPr="00713FB6">
          <w:rPr>
            <w:rStyle w:val="Hyperlink"/>
          </w:rPr>
          <w:t>i</w:t>
        </w:r>
        <w:r w:rsidR="00713FB6" w:rsidRPr="00713FB6">
          <w:rPr>
            <w:rStyle w:val="Hyperlink"/>
          </w:rPr>
          <w:t>on</w:t>
        </w:r>
      </w:hyperlink>
    </w:p>
    <w:sectPr w:rsidR="0025352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05083925">
    <w:abstractNumId w:val="8"/>
  </w:num>
  <w:num w:numId="2" w16cid:durableId="1338582754">
    <w:abstractNumId w:val="6"/>
  </w:num>
  <w:num w:numId="3" w16cid:durableId="1339113687">
    <w:abstractNumId w:val="5"/>
  </w:num>
  <w:num w:numId="4" w16cid:durableId="1839423819">
    <w:abstractNumId w:val="4"/>
  </w:num>
  <w:num w:numId="5" w16cid:durableId="84113795">
    <w:abstractNumId w:val="7"/>
  </w:num>
  <w:num w:numId="6" w16cid:durableId="1855993140">
    <w:abstractNumId w:val="3"/>
  </w:num>
  <w:num w:numId="7" w16cid:durableId="530262757">
    <w:abstractNumId w:val="2"/>
  </w:num>
  <w:num w:numId="8" w16cid:durableId="1027605577">
    <w:abstractNumId w:val="1"/>
  </w:num>
  <w:num w:numId="9" w16cid:durableId="963120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7BC3"/>
    <w:rsid w:val="00034616"/>
    <w:rsid w:val="0006063C"/>
    <w:rsid w:val="000E686F"/>
    <w:rsid w:val="0015074B"/>
    <w:rsid w:val="0025352C"/>
    <w:rsid w:val="0029639D"/>
    <w:rsid w:val="00326F90"/>
    <w:rsid w:val="00630230"/>
    <w:rsid w:val="00713FB6"/>
    <w:rsid w:val="007175D7"/>
    <w:rsid w:val="0082433A"/>
    <w:rsid w:val="00845E77"/>
    <w:rsid w:val="008F07F1"/>
    <w:rsid w:val="009030E3"/>
    <w:rsid w:val="009E59AF"/>
    <w:rsid w:val="00AA1D8D"/>
    <w:rsid w:val="00B47730"/>
    <w:rsid w:val="00CB0664"/>
    <w:rsid w:val="00FC693F"/>
    <w:rsid w:val="00FD6A31"/>
    <w:rsid w:val="00FE1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1BA360"/>
  <w14:defaultImageDpi w14:val="300"/>
  <w15:docId w15:val="{A9222E08-A75E-40FF-8FF4-C68D1E4BB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25352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352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E686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dmin@cityofmarblehill.org?subject=Employment%20Applicatio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501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M365 Copilot</dc:creator>
  <cp:keywords/>
  <dc:description>generated by python-docx</dc:description>
  <cp:lastModifiedBy>T.W. Meek</cp:lastModifiedBy>
  <cp:revision>7</cp:revision>
  <dcterms:created xsi:type="dcterms:W3CDTF">2026-11-04T19:28:00Z</dcterms:created>
  <dcterms:modified xsi:type="dcterms:W3CDTF">2026-11-04T19:33:00Z</dcterms:modified>
  <cp:category/>
</cp:coreProperties>
</file>