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DE54" w14:textId="77777777" w:rsidR="009A2D4B" w:rsidRDefault="00F04FC1">
      <w:pPr>
        <w:spacing w:after="0"/>
        <w:jc w:val="center"/>
      </w:pPr>
      <w:r>
        <w:rPr>
          <w:b/>
          <w:sz w:val="32"/>
        </w:rPr>
        <w:t>LAWRENCE PARK GOLF CLUB</w:t>
      </w:r>
    </w:p>
    <w:p w14:paraId="73AB3B97" w14:textId="77777777" w:rsidR="009A2D4B" w:rsidRDefault="00F04FC1">
      <w:pPr>
        <w:spacing w:after="60"/>
        <w:jc w:val="center"/>
      </w:pPr>
      <w:r>
        <w:t>3700 East Lake Rd • Erie, PA 16511</w:t>
      </w:r>
    </w:p>
    <w:p w14:paraId="0B1A1276" w14:textId="77777777" w:rsidR="009A2D4B" w:rsidRDefault="00F04FC1">
      <w:pPr>
        <w:spacing w:after="20"/>
        <w:jc w:val="center"/>
      </w:pPr>
      <w:r>
        <w:rPr>
          <w:b/>
          <w:sz w:val="28"/>
        </w:rPr>
        <w:t>2026 NEW MEMBER GOLF SPECIAL</w:t>
      </w:r>
    </w:p>
    <w:p w14:paraId="0242DD10" w14:textId="77777777" w:rsidR="009A2D4B" w:rsidRDefault="00F04FC1">
      <w:pPr>
        <w:spacing w:after="100"/>
        <w:jc w:val="center"/>
      </w:pPr>
      <w:r>
        <w:rPr>
          <w:b/>
          <w:sz w:val="20"/>
        </w:rPr>
        <w:t>September 1 – December 31,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9A2D4B" w14:paraId="18558391" w14:textId="77777777">
        <w:trPr>
          <w:jc w:val="center"/>
        </w:trPr>
        <w:tc>
          <w:tcPr>
            <w:tcW w:w="10512" w:type="dxa"/>
            <w:shd w:val="clear" w:color="auto" w:fill="E7E7E7"/>
            <w:vAlign w:val="center"/>
          </w:tcPr>
          <w:p w14:paraId="5A275806" w14:textId="77777777" w:rsidR="009A2D4B" w:rsidRDefault="00F04FC1">
            <w:pPr>
              <w:spacing w:after="60"/>
              <w:jc w:val="center"/>
            </w:pPr>
            <w:r>
              <w:rPr>
                <w:b/>
                <w:sz w:val="28"/>
              </w:rPr>
              <w:t>$600 MEMBERSHIP SPECIAL</w:t>
            </w:r>
          </w:p>
          <w:p w14:paraId="3268B447" w14:textId="77777777" w:rsidR="009A2D4B" w:rsidRDefault="00F04FC1">
            <w:pPr>
              <w:spacing w:after="40"/>
              <w:jc w:val="center"/>
            </w:pPr>
            <w:r>
              <w:rPr>
                <w:b/>
                <w:sz w:val="20"/>
              </w:rPr>
              <w:t>Available for ALL Golf Membership classifications</w:t>
            </w:r>
          </w:p>
          <w:p w14:paraId="75D8C6F4" w14:textId="77777777" w:rsidR="009A2D4B" w:rsidRDefault="00F04FC1">
            <w:pPr>
              <w:spacing w:after="40"/>
              <w:jc w:val="center"/>
            </w:pPr>
            <w:r>
              <w:rPr>
                <w:b/>
                <w:sz w:val="20"/>
              </w:rPr>
              <w:t>$600 is due in full at the time of application.</w:t>
            </w:r>
          </w:p>
        </w:tc>
      </w:tr>
    </w:tbl>
    <w:p w14:paraId="23A50E25" w14:textId="77777777" w:rsidR="009A2D4B" w:rsidRDefault="009A2D4B">
      <w:pPr>
        <w:spacing w:after="20"/>
      </w:pPr>
    </w:p>
    <w:p w14:paraId="0E1C6B53" w14:textId="77777777" w:rsidR="009A2D4B" w:rsidRPr="008914D6" w:rsidRDefault="00F04FC1">
      <w:pPr>
        <w:spacing w:after="40"/>
        <w:rPr>
          <w:sz w:val="24"/>
          <w:szCs w:val="24"/>
        </w:rPr>
      </w:pPr>
      <w:r w:rsidRPr="008914D6">
        <w:rPr>
          <w:b/>
          <w:sz w:val="24"/>
          <w:szCs w:val="24"/>
        </w:rPr>
        <w:t>SPECIAL MEMBERSHIP BENEFITS</w:t>
      </w:r>
    </w:p>
    <w:p w14:paraId="734E065F" w14:textId="77777777" w:rsidR="009A2D4B" w:rsidRPr="008914D6" w:rsidRDefault="00F04FC1">
      <w:pPr>
        <w:spacing w:after="20"/>
        <w:ind w:left="259" w:hanging="202"/>
        <w:rPr>
          <w:sz w:val="22"/>
        </w:rPr>
      </w:pPr>
      <w:r w:rsidRPr="008914D6">
        <w:rPr>
          <w:sz w:val="22"/>
        </w:rPr>
        <w:t>• Join Lawrence Park Golf Club for the remainder of the 2026 golf season for only $600.</w:t>
      </w:r>
    </w:p>
    <w:p w14:paraId="135765B2" w14:textId="77777777" w:rsidR="009A2D4B" w:rsidRPr="008914D6" w:rsidRDefault="00F04FC1">
      <w:pPr>
        <w:spacing w:after="20"/>
        <w:ind w:left="259" w:hanging="202"/>
        <w:rPr>
          <w:sz w:val="22"/>
        </w:rPr>
      </w:pPr>
      <w:r w:rsidRPr="008914D6">
        <w:rPr>
          <w:sz w:val="22"/>
        </w:rPr>
        <w:t>• NO 2026 annual food minimum.</w:t>
      </w:r>
    </w:p>
    <w:p w14:paraId="1AE528D2" w14:textId="77777777" w:rsidR="009A2D4B" w:rsidRPr="008914D6" w:rsidRDefault="00F04FC1">
      <w:pPr>
        <w:spacing w:after="20"/>
        <w:ind w:left="259" w:hanging="202"/>
        <w:rPr>
          <w:sz w:val="22"/>
        </w:rPr>
      </w:pPr>
      <w:r w:rsidRPr="008914D6">
        <w:rPr>
          <w:sz w:val="22"/>
        </w:rPr>
        <w:t>• NO 2026 membership assessments or capital assessment.</w:t>
      </w:r>
    </w:p>
    <w:p w14:paraId="645BBAE2" w14:textId="77777777" w:rsidR="009A2D4B" w:rsidRPr="008914D6" w:rsidRDefault="00F04FC1">
      <w:pPr>
        <w:spacing w:after="20"/>
        <w:ind w:left="259" w:hanging="202"/>
        <w:rPr>
          <w:sz w:val="22"/>
        </w:rPr>
      </w:pPr>
      <w:r w:rsidRPr="008914D6">
        <w:rPr>
          <w:sz w:val="22"/>
        </w:rPr>
        <w:t>• $600 CREDIT toward your 2027 Golf Membership Dues.</w:t>
      </w:r>
    </w:p>
    <w:p w14:paraId="2E1D4B97" w14:textId="77777777" w:rsidR="009A2D4B" w:rsidRPr="008914D6" w:rsidRDefault="00F04FC1">
      <w:pPr>
        <w:spacing w:after="100"/>
        <w:rPr>
          <w:sz w:val="22"/>
        </w:rPr>
      </w:pPr>
      <w:r w:rsidRPr="008914D6">
        <w:rPr>
          <w:b/>
          <w:sz w:val="22"/>
        </w:rPr>
        <w:t>2027 CREDIT: The $600 credit applies toward 2027 Golf Membership Dues only and has no cash value.</w:t>
      </w:r>
    </w:p>
    <w:p w14:paraId="34E9B161" w14:textId="77777777" w:rsidR="009A2D4B" w:rsidRPr="008914D6" w:rsidRDefault="00F04FC1">
      <w:pPr>
        <w:spacing w:after="40"/>
        <w:rPr>
          <w:sz w:val="24"/>
          <w:szCs w:val="24"/>
        </w:rPr>
      </w:pPr>
      <w:r w:rsidRPr="008914D6">
        <w:rPr>
          <w:b/>
          <w:sz w:val="24"/>
          <w:szCs w:val="24"/>
        </w:rPr>
        <w:t>MEMBERSHIP INFORMATION</w:t>
      </w:r>
    </w:p>
    <w:p w14:paraId="0446A1B2" w14:textId="77777777" w:rsidR="009A2D4B" w:rsidRDefault="00F04FC1">
      <w:pPr>
        <w:spacing w:after="60"/>
      </w:pPr>
      <w:r>
        <w:t>Member Number: __________________________    Deposit/Application Date: __________________________</w:t>
      </w:r>
    </w:p>
    <w:p w14:paraId="24B5D9C5" w14:textId="77777777" w:rsidR="009A2D4B" w:rsidRPr="008914D6" w:rsidRDefault="00F04FC1">
      <w:pPr>
        <w:spacing w:after="20"/>
        <w:rPr>
          <w:sz w:val="24"/>
          <w:szCs w:val="24"/>
        </w:rPr>
      </w:pPr>
      <w:r w:rsidRPr="008914D6">
        <w:rPr>
          <w:b/>
          <w:sz w:val="24"/>
          <w:szCs w:val="24"/>
        </w:rPr>
        <w:t>CIRCLE TYPE OF MEMBERSHIP DESIRED:</w:t>
      </w:r>
    </w:p>
    <w:p w14:paraId="6F702591" w14:textId="77777777" w:rsidR="009A2D4B" w:rsidRPr="008914D6" w:rsidRDefault="00F04FC1">
      <w:pPr>
        <w:spacing w:after="60"/>
        <w:rPr>
          <w:sz w:val="22"/>
        </w:rPr>
      </w:pPr>
      <w:r w:rsidRPr="008914D6">
        <w:rPr>
          <w:sz w:val="22"/>
        </w:rPr>
        <w:t>Single Golf          Family Golf          Intermediate Single          Intermediate Family</w:t>
      </w:r>
    </w:p>
    <w:p w14:paraId="3C5E250F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Name: __________________________________________________________    Phone: ______________________________</w:t>
      </w:r>
    </w:p>
    <w:p w14:paraId="02C0942F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Address: _______________________________________________________    City: _______________________________</w:t>
      </w:r>
    </w:p>
    <w:p w14:paraId="3101797C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State: _________________</w:t>
      </w:r>
      <w:proofErr w:type="gramStart"/>
      <w:r w:rsidRPr="008914D6">
        <w:rPr>
          <w:sz w:val="24"/>
          <w:szCs w:val="24"/>
        </w:rPr>
        <w:t xml:space="preserve">_   </w:t>
      </w:r>
      <w:proofErr w:type="gramEnd"/>
      <w:r w:rsidRPr="008914D6">
        <w:rPr>
          <w:sz w:val="24"/>
          <w:szCs w:val="24"/>
        </w:rPr>
        <w:t xml:space="preserve"> </w:t>
      </w:r>
      <w:proofErr w:type="gramStart"/>
      <w:r w:rsidRPr="008914D6">
        <w:rPr>
          <w:sz w:val="24"/>
          <w:szCs w:val="24"/>
        </w:rPr>
        <w:t>Zip: _</w:t>
      </w:r>
      <w:proofErr w:type="gramEnd"/>
      <w:r w:rsidRPr="008914D6">
        <w:rPr>
          <w:sz w:val="24"/>
          <w:szCs w:val="24"/>
        </w:rPr>
        <w:t>_________________    Alt. Phone: ______________________________________</w:t>
      </w:r>
    </w:p>
    <w:p w14:paraId="209E5C8C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Employer: ______________________________________________________    Occupation: __________________________</w:t>
      </w:r>
    </w:p>
    <w:p w14:paraId="765130D0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Date of Birth: __________________________    Email Address: ______________________________________________</w:t>
      </w:r>
    </w:p>
    <w:p w14:paraId="30F72DF8" w14:textId="77777777" w:rsidR="008914D6" w:rsidRDefault="008914D6" w:rsidP="008914D6">
      <w:pPr>
        <w:pStyle w:val="NoSpacing"/>
        <w:rPr>
          <w:b/>
          <w:sz w:val="24"/>
          <w:szCs w:val="24"/>
        </w:rPr>
      </w:pPr>
    </w:p>
    <w:p w14:paraId="23CA801E" w14:textId="18F959D0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b/>
          <w:sz w:val="24"/>
          <w:szCs w:val="24"/>
        </w:rPr>
        <w:t>FOR FAMILY MEMBERSHIP, INCLUDE THE FOLLOWING INFORMATION:</w:t>
      </w:r>
    </w:p>
    <w:p w14:paraId="2AA1CFBF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Spouse/Domestic Partner: _______________________________________    Date of Birth: ________________________</w:t>
      </w:r>
    </w:p>
    <w:p w14:paraId="1CABABDB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Email Address: _______________________________________________________________________________________</w:t>
      </w:r>
    </w:p>
    <w:p w14:paraId="00EC9F65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Children: _____________________________________________________________________________________________</w:t>
      </w:r>
    </w:p>
    <w:p w14:paraId="10AB86F6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 xml:space="preserve">          _____________________________________________________________________________________________</w:t>
      </w:r>
    </w:p>
    <w:p w14:paraId="1F6557B9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 xml:space="preserve">          _____________________________________________________________________________________________</w:t>
      </w:r>
    </w:p>
    <w:p w14:paraId="6A864994" w14:textId="77777777" w:rsidR="008914D6" w:rsidRDefault="008914D6">
      <w:pPr>
        <w:spacing w:after="20"/>
        <w:rPr>
          <w:b/>
          <w:sz w:val="20"/>
        </w:rPr>
      </w:pPr>
    </w:p>
    <w:p w14:paraId="0DE316B6" w14:textId="15AB5FC8" w:rsidR="009A2D4B" w:rsidRDefault="00F04FC1">
      <w:pPr>
        <w:spacing w:after="20"/>
      </w:pPr>
      <w:r>
        <w:rPr>
          <w:b/>
          <w:sz w:val="20"/>
        </w:rPr>
        <w:t>APPLICATION AGREEMENT</w:t>
      </w:r>
    </w:p>
    <w:p w14:paraId="5BEAEC51" w14:textId="77777777" w:rsidR="009A2D4B" w:rsidRPr="008914D6" w:rsidRDefault="00F04FC1">
      <w:pPr>
        <w:spacing w:after="60"/>
        <w:rPr>
          <w:sz w:val="20"/>
          <w:szCs w:val="20"/>
        </w:rPr>
      </w:pPr>
      <w:r w:rsidRPr="008914D6">
        <w:rPr>
          <w:sz w:val="20"/>
          <w:szCs w:val="20"/>
        </w:rPr>
        <w:t>I HEREBY APPLY FOR MEMBERSHIP AT LAWRENCE PARK GOLF CLUB AND AGREE TO FOLLOW THE BY-LAWS, RULES &amp; REGULATIONS OF THE CLUB.</w:t>
      </w:r>
    </w:p>
    <w:p w14:paraId="5E78B75A" w14:textId="77777777" w:rsidR="009A2D4B" w:rsidRPr="008914D6" w:rsidRDefault="00F04FC1">
      <w:pPr>
        <w:spacing w:after="80"/>
        <w:rPr>
          <w:sz w:val="20"/>
          <w:szCs w:val="20"/>
        </w:rPr>
      </w:pPr>
      <w:r w:rsidRPr="008914D6">
        <w:rPr>
          <w:sz w:val="20"/>
          <w:szCs w:val="20"/>
        </w:rPr>
        <w:t xml:space="preserve">I understand that the $600 New Member Special payment is due in full at the time of application. I understand that the special covers the remainder of the 2026 season, includes no 2026 food minimum or assessments, and provides </w:t>
      </w:r>
      <w:proofErr w:type="gramStart"/>
      <w:r w:rsidRPr="008914D6">
        <w:rPr>
          <w:sz w:val="20"/>
          <w:szCs w:val="20"/>
        </w:rPr>
        <w:t>a $</w:t>
      </w:r>
      <w:proofErr w:type="gramEnd"/>
      <w:r w:rsidRPr="008914D6">
        <w:rPr>
          <w:sz w:val="20"/>
          <w:szCs w:val="20"/>
        </w:rPr>
        <w:t>600 credit toward my 2027 Golf Membership Dues.</w:t>
      </w:r>
    </w:p>
    <w:p w14:paraId="581EEAA2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Signature of Applicant: _________________________________________________    Date: ______________________</w:t>
      </w:r>
    </w:p>
    <w:p w14:paraId="351C3B1E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 xml:space="preserve">Name of Sponsoring Golf </w:t>
      </w:r>
      <w:proofErr w:type="gramStart"/>
      <w:r w:rsidRPr="008914D6">
        <w:rPr>
          <w:sz w:val="24"/>
          <w:szCs w:val="24"/>
        </w:rPr>
        <w:t>Member: __</w:t>
      </w:r>
      <w:proofErr w:type="gramEnd"/>
      <w:r w:rsidRPr="008914D6">
        <w:rPr>
          <w:sz w:val="24"/>
          <w:szCs w:val="24"/>
        </w:rPr>
        <w:t>_____________________________________    Member No.: ________________</w:t>
      </w:r>
    </w:p>
    <w:p w14:paraId="1714C7D1" w14:textId="77777777" w:rsidR="009A2D4B" w:rsidRDefault="00F04FC1" w:rsidP="008914D6">
      <w:pPr>
        <w:pStyle w:val="NoSpacing"/>
      </w:pPr>
      <w:r w:rsidRPr="008914D6">
        <w:rPr>
          <w:sz w:val="24"/>
          <w:szCs w:val="24"/>
        </w:rPr>
        <w:t>Signature of Sponsoring Golf Member: ___________________________________    Phone: ______________________</w:t>
      </w:r>
    </w:p>
    <w:p w14:paraId="51F878F0" w14:textId="77777777" w:rsidR="008914D6" w:rsidRDefault="008914D6">
      <w:pPr>
        <w:spacing w:after="40"/>
        <w:jc w:val="center"/>
        <w:rPr>
          <w:b/>
        </w:rPr>
      </w:pPr>
    </w:p>
    <w:p w14:paraId="0E952DB2" w14:textId="77777777" w:rsidR="008914D6" w:rsidRDefault="008914D6">
      <w:pPr>
        <w:spacing w:after="40"/>
        <w:jc w:val="center"/>
        <w:rPr>
          <w:b/>
        </w:rPr>
      </w:pPr>
    </w:p>
    <w:p w14:paraId="7730604F" w14:textId="77777777" w:rsidR="008914D6" w:rsidRDefault="008914D6">
      <w:pPr>
        <w:spacing w:after="40"/>
        <w:jc w:val="center"/>
        <w:rPr>
          <w:b/>
        </w:rPr>
      </w:pPr>
    </w:p>
    <w:p w14:paraId="0F392937" w14:textId="77777777" w:rsidR="008914D6" w:rsidRDefault="008914D6">
      <w:pPr>
        <w:spacing w:after="40"/>
        <w:jc w:val="center"/>
        <w:rPr>
          <w:b/>
        </w:rPr>
      </w:pPr>
    </w:p>
    <w:p w14:paraId="13424F35" w14:textId="4351A49C" w:rsidR="009A2D4B" w:rsidRDefault="00F04FC1">
      <w:pPr>
        <w:spacing w:after="40"/>
        <w:jc w:val="center"/>
      </w:pPr>
      <w:r>
        <w:rPr>
          <w:b/>
        </w:rPr>
        <w:t>PLEASE RETURN COMPLETED APPLICATION AND $600 PAYMENT TO THE BUSINESS OFFICE.</w:t>
      </w:r>
    </w:p>
    <w:p w14:paraId="71E55328" w14:textId="77777777" w:rsidR="009A2D4B" w:rsidRDefault="00F04FC1">
      <w:pPr>
        <w:spacing w:after="0"/>
      </w:pPr>
      <w:r>
        <w:t>Membership Chairperson: ______________________________________________    Approval Date: _______________</w:t>
      </w:r>
    </w:p>
    <w:p w14:paraId="05B41A80" w14:textId="77777777" w:rsidR="009A2D4B" w:rsidRDefault="00F04FC1">
      <w:r>
        <w:br w:type="page"/>
      </w:r>
    </w:p>
    <w:p w14:paraId="69694271" w14:textId="77777777" w:rsidR="009A2D4B" w:rsidRDefault="00F04FC1">
      <w:pPr>
        <w:spacing w:after="0"/>
        <w:jc w:val="center"/>
      </w:pPr>
      <w:r>
        <w:rPr>
          <w:b/>
          <w:sz w:val="28"/>
        </w:rPr>
        <w:lastRenderedPageBreak/>
        <w:t>LAWRENCE PARK GOLF CLUB</w:t>
      </w:r>
    </w:p>
    <w:p w14:paraId="0626CDC2" w14:textId="77777777" w:rsidR="009A2D4B" w:rsidRDefault="00F04FC1">
      <w:pPr>
        <w:spacing w:after="100"/>
        <w:jc w:val="center"/>
      </w:pPr>
      <w:r>
        <w:rPr>
          <w:b/>
          <w:sz w:val="22"/>
        </w:rPr>
        <w:t>2026 NEW MEMBER GOLF SPECIAL — ADDITIONAL INFORMATION</w:t>
      </w:r>
    </w:p>
    <w:p w14:paraId="19B043C0" w14:textId="77777777" w:rsidR="009A2D4B" w:rsidRDefault="00F04FC1">
      <w:pPr>
        <w:spacing w:after="40"/>
      </w:pPr>
      <w:r>
        <w:rPr>
          <w:b/>
          <w:sz w:val="20"/>
        </w:rPr>
        <w:t>MEMBERSHIP APPROVAL PROCESS</w:t>
      </w:r>
    </w:p>
    <w:p w14:paraId="1A23E00A" w14:textId="77777777" w:rsidR="009A2D4B" w:rsidRPr="008914D6" w:rsidRDefault="00F04FC1">
      <w:pPr>
        <w:spacing w:after="40"/>
        <w:ind w:left="259" w:hanging="202"/>
        <w:rPr>
          <w:sz w:val="22"/>
        </w:rPr>
      </w:pPr>
      <w:r w:rsidRPr="008914D6">
        <w:rPr>
          <w:sz w:val="22"/>
        </w:rPr>
        <w:t>• Applications for Golf Membership are reviewed by the Membership Chairperson and then presented to the Board of Directors for approval.</w:t>
      </w:r>
    </w:p>
    <w:p w14:paraId="6D569774" w14:textId="77777777" w:rsidR="009A2D4B" w:rsidRPr="008914D6" w:rsidRDefault="00F04FC1">
      <w:pPr>
        <w:spacing w:after="40"/>
        <w:ind w:left="259" w:hanging="202"/>
        <w:rPr>
          <w:sz w:val="22"/>
        </w:rPr>
      </w:pPr>
      <w:r w:rsidRPr="008914D6">
        <w:rPr>
          <w:sz w:val="22"/>
        </w:rPr>
        <w:t>• When you are accepted as a Golf Member, you will be sent a letter stating that you are accepted as a Golf Member. A copy of the Club’s By-Laws and Rules &amp; Regulations will be emailed to you.</w:t>
      </w:r>
    </w:p>
    <w:p w14:paraId="2DFD2358" w14:textId="77777777" w:rsidR="009A2D4B" w:rsidRPr="008914D6" w:rsidRDefault="00F04FC1">
      <w:pPr>
        <w:spacing w:after="40"/>
        <w:ind w:left="259" w:hanging="202"/>
        <w:rPr>
          <w:sz w:val="22"/>
        </w:rPr>
      </w:pPr>
      <w:r w:rsidRPr="008914D6">
        <w:rPr>
          <w:sz w:val="22"/>
        </w:rPr>
        <w:t>• Your $600 New Member Special payment is due at the time of application.</w:t>
      </w:r>
    </w:p>
    <w:p w14:paraId="6341B784" w14:textId="77777777" w:rsidR="009A2D4B" w:rsidRPr="008914D6" w:rsidRDefault="00F04FC1">
      <w:pPr>
        <w:spacing w:after="40"/>
        <w:ind w:left="259" w:hanging="202"/>
        <w:rPr>
          <w:sz w:val="22"/>
        </w:rPr>
      </w:pPr>
      <w:r w:rsidRPr="008914D6">
        <w:rPr>
          <w:sz w:val="22"/>
        </w:rPr>
        <w:t>• The $600 New Member Special applies through December 31, 2026. No 2026 food minimum or assessments will be charged under this special.</w:t>
      </w:r>
    </w:p>
    <w:p w14:paraId="6B2A26E8" w14:textId="77777777" w:rsidR="009A2D4B" w:rsidRPr="008914D6" w:rsidRDefault="00F04FC1">
      <w:pPr>
        <w:spacing w:after="40"/>
        <w:ind w:left="259" w:hanging="202"/>
        <w:rPr>
          <w:sz w:val="22"/>
        </w:rPr>
      </w:pPr>
      <w:r w:rsidRPr="008914D6">
        <w:rPr>
          <w:sz w:val="22"/>
        </w:rPr>
        <w:t>• A $600 credit will be applied toward your 2027 Golf Membership Dues. The credit is for membership dues only and has no cash value.</w:t>
      </w:r>
    </w:p>
    <w:p w14:paraId="4B2377F5" w14:textId="77777777" w:rsidR="009A2D4B" w:rsidRPr="008914D6" w:rsidRDefault="00F04FC1">
      <w:pPr>
        <w:spacing w:after="40"/>
        <w:ind w:left="259" w:hanging="202"/>
        <w:rPr>
          <w:sz w:val="22"/>
        </w:rPr>
      </w:pPr>
      <w:r w:rsidRPr="008914D6">
        <w:rPr>
          <w:sz w:val="22"/>
        </w:rPr>
        <w:t>• Beginning in 2027, regular membership dues, assessments, and applicable food minimum requirements will apply.</w:t>
      </w:r>
    </w:p>
    <w:p w14:paraId="28E6470C" w14:textId="77777777" w:rsidR="008914D6" w:rsidRDefault="008914D6">
      <w:pPr>
        <w:spacing w:after="60"/>
        <w:rPr>
          <w:b/>
          <w:sz w:val="20"/>
        </w:rPr>
      </w:pPr>
    </w:p>
    <w:p w14:paraId="2ABDDE94" w14:textId="55D00896" w:rsidR="009A2D4B" w:rsidRDefault="00F04FC1">
      <w:pPr>
        <w:spacing w:after="60"/>
      </w:pPr>
      <w:r>
        <w:rPr>
          <w:b/>
          <w:sz w:val="20"/>
        </w:rPr>
        <w:t>ADDITIONAL INFORMATION</w:t>
      </w:r>
    </w:p>
    <w:p w14:paraId="51108ECF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Current Members You Know:</w:t>
      </w:r>
    </w:p>
    <w:p w14:paraId="03437A23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________________________________________________________________________________________________________</w:t>
      </w:r>
    </w:p>
    <w:p w14:paraId="4EB14983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________________________________________________________________________________________________________</w:t>
      </w:r>
    </w:p>
    <w:p w14:paraId="025DF44C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Previous or Other Club Affiliations:</w:t>
      </w:r>
    </w:p>
    <w:p w14:paraId="6971B996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________________________________________________________________________________________________________</w:t>
      </w:r>
    </w:p>
    <w:p w14:paraId="4AE98F41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________________________________________________________________________________________________________</w:t>
      </w:r>
    </w:p>
    <w:p w14:paraId="7D298055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Times You Are Looking to Play:</w:t>
      </w:r>
    </w:p>
    <w:p w14:paraId="3C2D4746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________________________________________________________________________________________________________</w:t>
      </w:r>
    </w:p>
    <w:p w14:paraId="30140ECA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Current Handicap or Score Range:</w:t>
      </w:r>
    </w:p>
    <w:p w14:paraId="0C88245E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________________________________________________________________________________________________________</w:t>
      </w:r>
    </w:p>
    <w:p w14:paraId="5DE7DA7A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As a New Member, What Are Your Expectations of Lawrence Park Golf Club?</w:t>
      </w:r>
    </w:p>
    <w:p w14:paraId="22B55A3B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________________________________________________________________________________________________________</w:t>
      </w:r>
    </w:p>
    <w:p w14:paraId="22535018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________________________________________________________________________________________________________</w:t>
      </w:r>
    </w:p>
    <w:p w14:paraId="71346735" w14:textId="77777777" w:rsidR="009A2D4B" w:rsidRPr="008914D6" w:rsidRDefault="00F04FC1" w:rsidP="008914D6">
      <w:pPr>
        <w:pStyle w:val="NoSpacing"/>
        <w:rPr>
          <w:sz w:val="24"/>
          <w:szCs w:val="24"/>
        </w:rPr>
      </w:pPr>
      <w:r w:rsidRPr="008914D6">
        <w:rPr>
          <w:sz w:val="24"/>
          <w:szCs w:val="24"/>
        </w:rPr>
        <w:t>________________________________________________________________________________________________________</w:t>
      </w:r>
    </w:p>
    <w:p w14:paraId="026848D4" w14:textId="77777777" w:rsidR="009A2D4B" w:rsidRDefault="00F04FC1" w:rsidP="008914D6">
      <w:pPr>
        <w:pStyle w:val="NoSpacing"/>
      </w:pPr>
      <w:r w:rsidRPr="008914D6">
        <w:rPr>
          <w:sz w:val="24"/>
          <w:szCs w:val="24"/>
        </w:rPr>
        <w:t>________________________________________________________________________________________________________</w:t>
      </w:r>
    </w:p>
    <w:p w14:paraId="01FA6F1E" w14:textId="77777777" w:rsidR="008914D6" w:rsidRDefault="008914D6">
      <w:pPr>
        <w:spacing w:after="80"/>
        <w:rPr>
          <w:b/>
          <w:sz w:val="20"/>
        </w:rPr>
      </w:pPr>
    </w:p>
    <w:p w14:paraId="3DBFA38E" w14:textId="77777777" w:rsidR="008914D6" w:rsidRDefault="008914D6">
      <w:pPr>
        <w:spacing w:after="80"/>
        <w:rPr>
          <w:b/>
          <w:sz w:val="20"/>
        </w:rPr>
      </w:pPr>
    </w:p>
    <w:p w14:paraId="18687F9B" w14:textId="77777777" w:rsidR="008914D6" w:rsidRDefault="008914D6">
      <w:pPr>
        <w:spacing w:after="80"/>
        <w:rPr>
          <w:b/>
          <w:sz w:val="20"/>
        </w:rPr>
      </w:pPr>
    </w:p>
    <w:p w14:paraId="5C4ECB09" w14:textId="77777777" w:rsidR="008914D6" w:rsidRDefault="008914D6">
      <w:pPr>
        <w:spacing w:after="80"/>
        <w:rPr>
          <w:b/>
          <w:sz w:val="20"/>
        </w:rPr>
      </w:pPr>
    </w:p>
    <w:p w14:paraId="75BEA822" w14:textId="7BF40AC9" w:rsidR="009A2D4B" w:rsidRDefault="00F04FC1">
      <w:pPr>
        <w:spacing w:after="80"/>
      </w:pPr>
      <w:r>
        <w:rPr>
          <w:b/>
          <w:sz w:val="20"/>
        </w:rPr>
        <w:t>OFFICE USE ONLY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56"/>
        <w:gridCol w:w="5256"/>
      </w:tblGrid>
      <w:tr w:rsidR="009A2D4B" w14:paraId="14001AEA" w14:textId="77777777">
        <w:trPr>
          <w:jc w:val="center"/>
        </w:trPr>
        <w:tc>
          <w:tcPr>
            <w:tcW w:w="5256" w:type="dxa"/>
            <w:shd w:val="clear" w:color="auto" w:fill="F2F2F2"/>
            <w:vAlign w:val="center"/>
          </w:tcPr>
          <w:p w14:paraId="2E450642" w14:textId="77777777" w:rsidR="009A2D4B" w:rsidRDefault="00F04FC1">
            <w:r>
              <w:rPr>
                <w:sz w:val="17"/>
              </w:rPr>
              <w:t>Application Received:</w:t>
            </w:r>
          </w:p>
        </w:tc>
        <w:tc>
          <w:tcPr>
            <w:tcW w:w="5256" w:type="dxa"/>
            <w:shd w:val="clear" w:color="auto" w:fill="F2F2F2"/>
            <w:vAlign w:val="center"/>
          </w:tcPr>
          <w:p w14:paraId="290DDDBB" w14:textId="77777777" w:rsidR="009A2D4B" w:rsidRDefault="00F04FC1">
            <w:r>
              <w:rPr>
                <w:sz w:val="17"/>
              </w:rPr>
              <w:t>________________________________________</w:t>
            </w:r>
          </w:p>
        </w:tc>
      </w:tr>
      <w:tr w:rsidR="009A2D4B" w14:paraId="5B14C1F4" w14:textId="77777777">
        <w:trPr>
          <w:jc w:val="center"/>
        </w:trPr>
        <w:tc>
          <w:tcPr>
            <w:tcW w:w="5256" w:type="dxa"/>
            <w:vAlign w:val="center"/>
          </w:tcPr>
          <w:p w14:paraId="63153D86" w14:textId="77777777" w:rsidR="009A2D4B" w:rsidRDefault="00F04FC1">
            <w:r>
              <w:rPr>
                <w:sz w:val="17"/>
              </w:rPr>
              <w:t>$600 Payment Received:</w:t>
            </w:r>
          </w:p>
        </w:tc>
        <w:tc>
          <w:tcPr>
            <w:tcW w:w="5256" w:type="dxa"/>
            <w:vAlign w:val="center"/>
          </w:tcPr>
          <w:p w14:paraId="40E63890" w14:textId="77777777" w:rsidR="009A2D4B" w:rsidRDefault="00F04FC1">
            <w:r>
              <w:rPr>
                <w:sz w:val="17"/>
              </w:rPr>
              <w:t>________________________________________</w:t>
            </w:r>
          </w:p>
        </w:tc>
      </w:tr>
      <w:tr w:rsidR="009A2D4B" w14:paraId="45D70702" w14:textId="77777777">
        <w:trPr>
          <w:jc w:val="center"/>
        </w:trPr>
        <w:tc>
          <w:tcPr>
            <w:tcW w:w="5256" w:type="dxa"/>
            <w:shd w:val="clear" w:color="auto" w:fill="F2F2F2"/>
            <w:vAlign w:val="center"/>
          </w:tcPr>
          <w:p w14:paraId="46619F15" w14:textId="77777777" w:rsidR="009A2D4B" w:rsidRDefault="00F04FC1">
            <w:r>
              <w:rPr>
                <w:sz w:val="17"/>
              </w:rPr>
              <w:t>Membership Chairperson:</w:t>
            </w:r>
          </w:p>
        </w:tc>
        <w:tc>
          <w:tcPr>
            <w:tcW w:w="5256" w:type="dxa"/>
            <w:shd w:val="clear" w:color="auto" w:fill="F2F2F2"/>
            <w:vAlign w:val="center"/>
          </w:tcPr>
          <w:p w14:paraId="2A20C29F" w14:textId="77777777" w:rsidR="009A2D4B" w:rsidRDefault="00F04FC1">
            <w:r>
              <w:rPr>
                <w:sz w:val="17"/>
              </w:rPr>
              <w:t>________________________________________</w:t>
            </w:r>
          </w:p>
        </w:tc>
      </w:tr>
      <w:tr w:rsidR="009A2D4B" w14:paraId="0B930968" w14:textId="77777777">
        <w:trPr>
          <w:jc w:val="center"/>
        </w:trPr>
        <w:tc>
          <w:tcPr>
            <w:tcW w:w="5256" w:type="dxa"/>
            <w:vAlign w:val="center"/>
          </w:tcPr>
          <w:p w14:paraId="6534A8DF" w14:textId="77777777" w:rsidR="009A2D4B" w:rsidRDefault="00F04FC1">
            <w:r>
              <w:rPr>
                <w:sz w:val="17"/>
              </w:rPr>
              <w:t>Board Approval Date:</w:t>
            </w:r>
          </w:p>
        </w:tc>
        <w:tc>
          <w:tcPr>
            <w:tcW w:w="5256" w:type="dxa"/>
            <w:vAlign w:val="center"/>
          </w:tcPr>
          <w:p w14:paraId="303F685A" w14:textId="77777777" w:rsidR="009A2D4B" w:rsidRDefault="00F04FC1">
            <w:r>
              <w:rPr>
                <w:sz w:val="17"/>
              </w:rPr>
              <w:t>________________________________________</w:t>
            </w:r>
          </w:p>
        </w:tc>
      </w:tr>
      <w:tr w:rsidR="009A2D4B" w14:paraId="74C28318" w14:textId="77777777">
        <w:trPr>
          <w:jc w:val="center"/>
        </w:trPr>
        <w:tc>
          <w:tcPr>
            <w:tcW w:w="5256" w:type="dxa"/>
            <w:shd w:val="clear" w:color="auto" w:fill="F2F2F2"/>
            <w:vAlign w:val="center"/>
          </w:tcPr>
          <w:p w14:paraId="22DCA3EA" w14:textId="77777777" w:rsidR="009A2D4B" w:rsidRDefault="00F04FC1">
            <w:r>
              <w:rPr>
                <w:sz w:val="17"/>
              </w:rPr>
              <w:t>Member Number Assigned:</w:t>
            </w:r>
          </w:p>
        </w:tc>
        <w:tc>
          <w:tcPr>
            <w:tcW w:w="5256" w:type="dxa"/>
            <w:shd w:val="clear" w:color="auto" w:fill="F2F2F2"/>
            <w:vAlign w:val="center"/>
          </w:tcPr>
          <w:p w14:paraId="05890647" w14:textId="77777777" w:rsidR="009A2D4B" w:rsidRDefault="00F04FC1">
            <w:r>
              <w:rPr>
                <w:sz w:val="17"/>
              </w:rPr>
              <w:t>________________________________________</w:t>
            </w:r>
          </w:p>
        </w:tc>
      </w:tr>
    </w:tbl>
    <w:p w14:paraId="652C1D7D" w14:textId="77777777" w:rsidR="009A2D4B" w:rsidRDefault="009A2D4B">
      <w:pPr>
        <w:spacing w:after="20"/>
      </w:pPr>
    </w:p>
    <w:p w14:paraId="6874224B" w14:textId="77777777" w:rsidR="009A2D4B" w:rsidRDefault="00F04FC1">
      <w:pPr>
        <w:spacing w:after="0"/>
        <w:jc w:val="center"/>
      </w:pPr>
      <w:r>
        <w:rPr>
          <w:sz w:val="16"/>
        </w:rPr>
        <w:t>LAWRENCE PARK GOLF CLUB • 3700 East Lake Rd • Erie, PA 16511</w:t>
      </w:r>
    </w:p>
    <w:sectPr w:rsidR="009A2D4B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7172406">
    <w:abstractNumId w:val="8"/>
  </w:num>
  <w:num w:numId="2" w16cid:durableId="271981430">
    <w:abstractNumId w:val="6"/>
  </w:num>
  <w:num w:numId="3" w16cid:durableId="1276906527">
    <w:abstractNumId w:val="5"/>
  </w:num>
  <w:num w:numId="4" w16cid:durableId="309675988">
    <w:abstractNumId w:val="4"/>
  </w:num>
  <w:num w:numId="5" w16cid:durableId="434712320">
    <w:abstractNumId w:val="7"/>
  </w:num>
  <w:num w:numId="6" w16cid:durableId="683096200">
    <w:abstractNumId w:val="3"/>
  </w:num>
  <w:num w:numId="7" w16cid:durableId="304505633">
    <w:abstractNumId w:val="2"/>
  </w:num>
  <w:num w:numId="8" w16cid:durableId="1790317136">
    <w:abstractNumId w:val="1"/>
  </w:num>
  <w:num w:numId="9" w16cid:durableId="3076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F29"/>
    <w:rsid w:val="0015074B"/>
    <w:rsid w:val="0029639D"/>
    <w:rsid w:val="00326F90"/>
    <w:rsid w:val="008914D6"/>
    <w:rsid w:val="009A2D4B"/>
    <w:rsid w:val="00AA1D8D"/>
    <w:rsid w:val="00B47730"/>
    <w:rsid w:val="00CB0664"/>
    <w:rsid w:val="00F04F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5E84D6"/>
  <w14:defaultImageDpi w14:val="300"/>
  <w15:docId w15:val="{7A124D86-E878-41B9-9293-DBBEC2CD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Sondra Orozco</cp:lastModifiedBy>
  <cp:revision>2</cp:revision>
  <cp:lastPrinted>2026-08-27T15:25:00Z</cp:lastPrinted>
  <dcterms:created xsi:type="dcterms:W3CDTF">2026-08-27T15:33:00Z</dcterms:created>
  <dcterms:modified xsi:type="dcterms:W3CDTF">2026-08-27T15:33:00Z</dcterms:modified>
  <cp:category/>
</cp:coreProperties>
</file>