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ECF348" w14:textId="77777777" w:rsidR="00986C10" w:rsidRDefault="00785B63">
      <w:r>
        <w:rPr>
          <w:noProof/>
        </w:rPr>
        <w:drawing>
          <wp:anchor distT="0" distB="0" distL="114300" distR="114300" simplePos="0" relativeHeight="251658240" behindDoc="1" locked="0" layoutInCell="1" allowOverlap="1" wp14:anchorId="4691F725" wp14:editId="33E338A0">
            <wp:simplePos x="0" y="0"/>
            <wp:positionH relativeFrom="column">
              <wp:posOffset>-249886</wp:posOffset>
            </wp:positionH>
            <wp:positionV relativeFrom="paragraph">
              <wp:posOffset>-290912</wp:posOffset>
            </wp:positionV>
            <wp:extent cx="1143000" cy="1143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ASE Logo 2025(1)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3DEB73" w14:textId="77777777" w:rsidR="00986C10" w:rsidRDefault="00785B63">
      <w:pPr>
        <w:jc w:val="center"/>
      </w:pPr>
      <w:r>
        <w:rPr>
          <w:b/>
          <w:sz w:val="38"/>
        </w:rPr>
        <w:t>TAASE LEGAL CONFERENCE 2026</w:t>
      </w:r>
    </w:p>
    <w:p w14:paraId="627E4988" w14:textId="77777777" w:rsidR="00986C10" w:rsidRDefault="00785B63">
      <w:pPr>
        <w:jc w:val="center"/>
      </w:pPr>
      <w:r>
        <w:rPr>
          <w:b/>
          <w:sz w:val="28"/>
        </w:rPr>
        <w:t>AGENDA AT A GLANCE</w:t>
      </w:r>
    </w:p>
    <w:p w14:paraId="21D7CD70" w14:textId="77777777" w:rsidR="00986C10" w:rsidRDefault="00785B63">
      <w:pPr>
        <w:jc w:val="center"/>
      </w:pPr>
      <w:r>
        <w:t>December 7–9, 2026  •  Music Road Hotel &amp; Convention Center  •  Pigeon Forge, Tennessee</w:t>
      </w:r>
    </w:p>
    <w:p w14:paraId="6EF0FA2E" w14:textId="77777777" w:rsidR="00986C10" w:rsidRDefault="00785B63">
      <w:pPr>
        <w:spacing w:before="120" w:after="60"/>
      </w:pPr>
      <w:r>
        <w:rPr>
          <w:b/>
          <w:sz w:val="24"/>
        </w:rPr>
        <w:t>MONDAY • DECEMBER 7, 2026</w:t>
      </w:r>
    </w:p>
    <w:tbl>
      <w:tblPr>
        <w:tblW w:w="10080" w:type="dxa"/>
        <w:jc w:val="center"/>
        <w:tblBorders>
          <w:top w:val="single" w:sz="8" w:space="0" w:color="9EADBD"/>
          <w:left w:val="single" w:sz="8" w:space="0" w:color="9EADBD"/>
          <w:bottom w:val="single" w:sz="8" w:space="0" w:color="9EADBD"/>
          <w:right w:val="single" w:sz="8" w:space="0" w:color="9EADBD"/>
          <w:insideH w:val="single" w:sz="8" w:space="0" w:color="9EADBD"/>
          <w:insideV w:val="single" w:sz="8" w:space="0" w:color="9EADBD"/>
        </w:tblBorders>
        <w:tblLayout w:type="fixed"/>
        <w:tblLook w:val="04A0" w:firstRow="1" w:lastRow="0" w:firstColumn="1" w:lastColumn="0" w:noHBand="0" w:noVBand="1"/>
      </w:tblPr>
      <w:tblGrid>
        <w:gridCol w:w="3866"/>
        <w:gridCol w:w="6214"/>
      </w:tblGrid>
      <w:tr w:rsidR="00986C10" w14:paraId="2704B2E1" w14:textId="77777777">
        <w:trPr>
          <w:jc w:val="center"/>
        </w:trPr>
        <w:tc>
          <w:tcPr>
            <w:tcW w:w="525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BAB544" w14:textId="77777777" w:rsidR="00986C10" w:rsidRPr="001B0B97" w:rsidRDefault="00785B63">
            <w:pPr>
              <w:spacing w:after="0"/>
              <w:rPr>
                <w:color w:val="FFFFFF" w:themeColor="background1"/>
              </w:rPr>
            </w:pPr>
            <w:r w:rsidRPr="001B0B97">
              <w:rPr>
                <w:b/>
                <w:color w:val="FFFFFF" w:themeColor="background1"/>
                <w:sz w:val="16"/>
              </w:rPr>
              <w:t>TIME</w:t>
            </w:r>
          </w:p>
        </w:tc>
        <w:tc>
          <w:tcPr>
            <w:tcW w:w="525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C8C399" w14:textId="77777777" w:rsidR="00986C10" w:rsidRPr="001B0B97" w:rsidRDefault="00785B63">
            <w:pPr>
              <w:spacing w:after="0"/>
              <w:rPr>
                <w:color w:val="FFFFFF" w:themeColor="background1"/>
              </w:rPr>
            </w:pPr>
            <w:r w:rsidRPr="001B0B97">
              <w:rPr>
                <w:b/>
                <w:color w:val="FFFFFF" w:themeColor="background1"/>
                <w:sz w:val="16"/>
              </w:rPr>
              <w:t>AGENDA</w:t>
            </w:r>
          </w:p>
        </w:tc>
      </w:tr>
      <w:tr w:rsidR="00986C10" w14:paraId="5C6E3B10" w14:textId="77777777">
        <w:trPr>
          <w:jc w:val="center"/>
        </w:trPr>
        <w:tc>
          <w:tcPr>
            <w:tcW w:w="223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4F2399" w14:textId="77777777" w:rsidR="00986C10" w:rsidRDefault="00785B63">
            <w:pPr>
              <w:spacing w:after="0"/>
            </w:pPr>
            <w:r>
              <w:rPr>
                <w:b/>
                <w:sz w:val="17"/>
              </w:rPr>
              <w:t>7:30 AM</w:t>
            </w:r>
          </w:p>
        </w:tc>
        <w:tc>
          <w:tcPr>
            <w:tcW w:w="849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1597D2" w14:textId="77777777" w:rsidR="00986C10" w:rsidRDefault="00785B63">
            <w:pPr>
              <w:spacing w:after="0"/>
            </w:pPr>
            <w:r>
              <w:rPr>
                <w:sz w:val="17"/>
              </w:rPr>
              <w:t>Registration</w:t>
            </w:r>
          </w:p>
        </w:tc>
      </w:tr>
      <w:tr w:rsidR="00986C10" w14:paraId="5B3B2AF5" w14:textId="77777777">
        <w:trPr>
          <w:jc w:val="center"/>
        </w:trPr>
        <w:tc>
          <w:tcPr>
            <w:tcW w:w="223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DCC49C" w14:textId="45C099EE" w:rsidR="00986C10" w:rsidRDefault="00785B63">
            <w:pPr>
              <w:spacing w:after="0"/>
            </w:pPr>
            <w:r>
              <w:rPr>
                <w:b/>
                <w:sz w:val="17"/>
              </w:rPr>
              <w:t>8:00–8</w:t>
            </w:r>
            <w:r w:rsidR="00D00A3B">
              <w:rPr>
                <w:b/>
                <w:sz w:val="17"/>
              </w:rPr>
              <w:t>:20</w:t>
            </w:r>
          </w:p>
        </w:tc>
        <w:tc>
          <w:tcPr>
            <w:tcW w:w="849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6F4873" w14:textId="77777777" w:rsidR="00986C10" w:rsidRDefault="00785B63">
            <w:pPr>
              <w:spacing w:after="0"/>
            </w:pPr>
            <w:r>
              <w:rPr>
                <w:sz w:val="17"/>
              </w:rPr>
              <w:t>Welcome &amp; Opening</w:t>
            </w:r>
          </w:p>
        </w:tc>
      </w:tr>
      <w:tr w:rsidR="00986C10" w14:paraId="6278DD32" w14:textId="77777777">
        <w:trPr>
          <w:jc w:val="center"/>
        </w:trPr>
        <w:tc>
          <w:tcPr>
            <w:tcW w:w="223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EBE847" w14:textId="70EA44EB" w:rsidR="00986C10" w:rsidRDefault="00785B63">
            <w:pPr>
              <w:spacing w:after="0"/>
            </w:pPr>
            <w:r>
              <w:rPr>
                <w:b/>
                <w:sz w:val="17"/>
              </w:rPr>
              <w:t>8:</w:t>
            </w:r>
            <w:r w:rsidR="00D00A3B">
              <w:rPr>
                <w:b/>
                <w:sz w:val="17"/>
              </w:rPr>
              <w:t>20 -</w:t>
            </w:r>
            <w:r>
              <w:rPr>
                <w:b/>
                <w:sz w:val="17"/>
              </w:rPr>
              <w:t>8:30 AM</w:t>
            </w:r>
          </w:p>
        </w:tc>
        <w:tc>
          <w:tcPr>
            <w:tcW w:w="849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3A9528" w14:textId="77777777" w:rsidR="00986C10" w:rsidRDefault="00785B63">
            <w:pPr>
              <w:spacing w:after="0"/>
            </w:pPr>
            <w:r>
              <w:rPr>
                <w:sz w:val="17"/>
              </w:rPr>
              <w:t>Sponsor Presentation</w:t>
            </w:r>
          </w:p>
        </w:tc>
      </w:tr>
      <w:tr w:rsidR="00986C10" w14:paraId="6CBB6D62" w14:textId="77777777">
        <w:trPr>
          <w:jc w:val="center"/>
        </w:trPr>
        <w:tc>
          <w:tcPr>
            <w:tcW w:w="223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CAB3D0" w14:textId="77777777" w:rsidR="00986C10" w:rsidRDefault="00785B63">
            <w:pPr>
              <w:spacing w:after="0"/>
            </w:pPr>
            <w:r>
              <w:rPr>
                <w:b/>
                <w:sz w:val="17"/>
              </w:rPr>
              <w:t>8:30–9:00 AM</w:t>
            </w:r>
          </w:p>
        </w:tc>
        <w:tc>
          <w:tcPr>
            <w:tcW w:w="849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6102F5" w14:textId="77777777" w:rsidR="00986C10" w:rsidRDefault="00785B63">
            <w:pPr>
              <w:spacing w:after="0"/>
            </w:pPr>
            <w:r>
              <w:rPr>
                <w:sz w:val="17"/>
              </w:rPr>
              <w:t>State Department of Education Update</w:t>
            </w:r>
          </w:p>
        </w:tc>
      </w:tr>
      <w:tr w:rsidR="00986C10" w14:paraId="08C5BF3E" w14:textId="77777777">
        <w:trPr>
          <w:jc w:val="center"/>
        </w:trPr>
        <w:tc>
          <w:tcPr>
            <w:tcW w:w="223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603685" w14:textId="77777777" w:rsidR="00986C10" w:rsidRDefault="00785B63">
            <w:pPr>
              <w:spacing w:after="0"/>
            </w:pPr>
            <w:r>
              <w:rPr>
                <w:b/>
                <w:sz w:val="17"/>
              </w:rPr>
              <w:t>9:00–11:30 AM</w:t>
            </w:r>
          </w:p>
        </w:tc>
        <w:tc>
          <w:tcPr>
            <w:tcW w:w="849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187824" w14:textId="77777777" w:rsidR="00986C10" w:rsidRDefault="00785B63">
            <w:pPr>
              <w:spacing w:after="0"/>
            </w:pPr>
            <w:r>
              <w:rPr>
                <w:sz w:val="17"/>
              </w:rPr>
              <w:t>Keynote Session</w:t>
            </w:r>
          </w:p>
        </w:tc>
      </w:tr>
      <w:tr w:rsidR="00986C10" w14:paraId="2770061E" w14:textId="77777777">
        <w:trPr>
          <w:jc w:val="center"/>
        </w:trPr>
        <w:tc>
          <w:tcPr>
            <w:tcW w:w="223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466FE9" w14:textId="77777777" w:rsidR="00986C10" w:rsidRDefault="00785B63">
            <w:pPr>
              <w:spacing w:after="0"/>
            </w:pPr>
            <w:r>
              <w:rPr>
                <w:b/>
                <w:sz w:val="17"/>
              </w:rPr>
              <w:t>11:30 AM–1:00 PM</w:t>
            </w:r>
          </w:p>
        </w:tc>
        <w:tc>
          <w:tcPr>
            <w:tcW w:w="849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4014F0" w14:textId="77777777" w:rsidR="00986C10" w:rsidRDefault="00785B63">
            <w:pPr>
              <w:spacing w:after="0"/>
            </w:pPr>
            <w:r>
              <w:rPr>
                <w:sz w:val="17"/>
              </w:rPr>
              <w:t>Lunch — On Your Own</w:t>
            </w:r>
          </w:p>
        </w:tc>
      </w:tr>
      <w:tr w:rsidR="00986C10" w14:paraId="443DC463" w14:textId="77777777">
        <w:trPr>
          <w:jc w:val="center"/>
        </w:trPr>
        <w:tc>
          <w:tcPr>
            <w:tcW w:w="223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A778F4" w14:textId="77777777" w:rsidR="00986C10" w:rsidRDefault="00785B63">
            <w:pPr>
              <w:spacing w:after="0"/>
            </w:pPr>
            <w:r>
              <w:rPr>
                <w:b/>
                <w:sz w:val="17"/>
              </w:rPr>
              <w:t>1:00–2:15 PM</w:t>
            </w:r>
          </w:p>
        </w:tc>
        <w:tc>
          <w:tcPr>
            <w:tcW w:w="849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D7EA21" w14:textId="77777777" w:rsidR="00986C10" w:rsidRDefault="00785B63">
            <w:pPr>
              <w:spacing w:after="0"/>
            </w:pPr>
            <w:r>
              <w:rPr>
                <w:sz w:val="17"/>
              </w:rPr>
              <w:t>Breakout Sessions</w:t>
            </w:r>
          </w:p>
        </w:tc>
      </w:tr>
      <w:tr w:rsidR="00986C10" w14:paraId="6A5C6731" w14:textId="77777777">
        <w:trPr>
          <w:jc w:val="center"/>
        </w:trPr>
        <w:tc>
          <w:tcPr>
            <w:tcW w:w="223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A3DFFC" w14:textId="77777777" w:rsidR="00986C10" w:rsidRDefault="00785B63">
            <w:pPr>
              <w:spacing w:after="0"/>
            </w:pPr>
            <w:r>
              <w:rPr>
                <w:b/>
                <w:sz w:val="17"/>
              </w:rPr>
              <w:t>2:15–2:45 PM</w:t>
            </w:r>
          </w:p>
        </w:tc>
        <w:tc>
          <w:tcPr>
            <w:tcW w:w="849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D48E1A" w14:textId="77777777" w:rsidR="00986C10" w:rsidRDefault="00785B63">
            <w:pPr>
              <w:spacing w:after="0"/>
            </w:pPr>
            <w:r>
              <w:rPr>
                <w:sz w:val="17"/>
              </w:rPr>
              <w:t>Break — Coffee, Soft Drinks &amp; Snacks</w:t>
            </w:r>
          </w:p>
        </w:tc>
      </w:tr>
      <w:tr w:rsidR="00986C10" w14:paraId="5805CE7C" w14:textId="77777777">
        <w:trPr>
          <w:jc w:val="center"/>
        </w:trPr>
        <w:tc>
          <w:tcPr>
            <w:tcW w:w="223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EFA448" w14:textId="77777777" w:rsidR="00986C10" w:rsidRDefault="00785B63">
            <w:pPr>
              <w:spacing w:after="0"/>
            </w:pPr>
            <w:r>
              <w:rPr>
                <w:b/>
                <w:sz w:val="17"/>
              </w:rPr>
              <w:t>2:45–4:00 PM</w:t>
            </w:r>
          </w:p>
        </w:tc>
        <w:tc>
          <w:tcPr>
            <w:tcW w:w="849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7E4410" w14:textId="77777777" w:rsidR="00986C10" w:rsidRDefault="00785B63">
            <w:pPr>
              <w:spacing w:after="0"/>
            </w:pPr>
            <w:r>
              <w:rPr>
                <w:sz w:val="17"/>
              </w:rPr>
              <w:t>Breakout Sessions</w:t>
            </w:r>
          </w:p>
        </w:tc>
      </w:tr>
      <w:tr w:rsidR="00986C10" w14:paraId="776F115D" w14:textId="77777777">
        <w:trPr>
          <w:jc w:val="center"/>
        </w:trPr>
        <w:tc>
          <w:tcPr>
            <w:tcW w:w="223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CF5F7C" w14:textId="77777777" w:rsidR="00986C10" w:rsidRDefault="00785B63">
            <w:pPr>
              <w:spacing w:after="0"/>
            </w:pPr>
            <w:r>
              <w:rPr>
                <w:b/>
                <w:sz w:val="17"/>
              </w:rPr>
              <w:t>5:00–6:30 PM</w:t>
            </w:r>
          </w:p>
        </w:tc>
        <w:tc>
          <w:tcPr>
            <w:tcW w:w="849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8EFC3A" w14:textId="77777777" w:rsidR="00986C10" w:rsidRDefault="00785B63">
            <w:pPr>
              <w:spacing w:after="0"/>
            </w:pPr>
            <w:r>
              <w:rPr>
                <w:sz w:val="17"/>
              </w:rPr>
              <w:t>Evening Reception</w:t>
            </w:r>
          </w:p>
        </w:tc>
      </w:tr>
    </w:tbl>
    <w:p w14:paraId="7AFA03E2" w14:textId="77777777" w:rsidR="00986C10" w:rsidRDefault="00785B63">
      <w:pPr>
        <w:spacing w:before="120" w:after="60"/>
      </w:pPr>
      <w:r>
        <w:rPr>
          <w:b/>
          <w:sz w:val="24"/>
        </w:rPr>
        <w:t>TUESDAY • DECEMBER 8, 2026</w:t>
      </w:r>
    </w:p>
    <w:tbl>
      <w:tblPr>
        <w:tblW w:w="10080" w:type="dxa"/>
        <w:jc w:val="center"/>
        <w:tblBorders>
          <w:top w:val="single" w:sz="8" w:space="0" w:color="9EADBD"/>
          <w:left w:val="single" w:sz="8" w:space="0" w:color="9EADBD"/>
          <w:bottom w:val="single" w:sz="8" w:space="0" w:color="9EADBD"/>
          <w:right w:val="single" w:sz="8" w:space="0" w:color="9EADBD"/>
          <w:insideH w:val="single" w:sz="8" w:space="0" w:color="9EADBD"/>
          <w:insideV w:val="single" w:sz="8" w:space="0" w:color="9EADBD"/>
        </w:tblBorders>
        <w:tblLayout w:type="fixed"/>
        <w:tblLook w:val="04A0" w:firstRow="1" w:lastRow="0" w:firstColumn="1" w:lastColumn="0" w:noHBand="0" w:noVBand="1"/>
      </w:tblPr>
      <w:tblGrid>
        <w:gridCol w:w="3866"/>
        <w:gridCol w:w="6214"/>
      </w:tblGrid>
      <w:tr w:rsidR="00986C10" w14:paraId="1362607D" w14:textId="77777777" w:rsidTr="00DA0CEB">
        <w:trPr>
          <w:jc w:val="center"/>
        </w:trPr>
        <w:tc>
          <w:tcPr>
            <w:tcW w:w="38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73F2E7" w14:textId="77777777" w:rsidR="00986C10" w:rsidRPr="001B0B97" w:rsidRDefault="00785B63">
            <w:pPr>
              <w:spacing w:after="0"/>
              <w:rPr>
                <w:color w:val="FFFFFF" w:themeColor="background1"/>
              </w:rPr>
            </w:pPr>
            <w:r w:rsidRPr="001B0B97">
              <w:rPr>
                <w:b/>
                <w:color w:val="FFFFFF" w:themeColor="background1"/>
                <w:sz w:val="16"/>
              </w:rPr>
              <w:t>TIME</w:t>
            </w:r>
          </w:p>
        </w:tc>
        <w:tc>
          <w:tcPr>
            <w:tcW w:w="621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3A8738" w14:textId="77777777" w:rsidR="00986C10" w:rsidRPr="001B0B97" w:rsidRDefault="00785B63">
            <w:pPr>
              <w:spacing w:after="0"/>
              <w:rPr>
                <w:color w:val="FFFFFF" w:themeColor="background1"/>
              </w:rPr>
            </w:pPr>
            <w:r w:rsidRPr="001B0B97">
              <w:rPr>
                <w:b/>
                <w:color w:val="FFFFFF" w:themeColor="background1"/>
                <w:sz w:val="16"/>
              </w:rPr>
              <w:t>AGENDA</w:t>
            </w:r>
          </w:p>
        </w:tc>
      </w:tr>
      <w:tr w:rsidR="00986C10" w14:paraId="07B7D095" w14:textId="77777777" w:rsidTr="00DA0CEB">
        <w:trPr>
          <w:jc w:val="center"/>
        </w:trPr>
        <w:tc>
          <w:tcPr>
            <w:tcW w:w="38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1C5987" w14:textId="79D7959C" w:rsidR="00986C10" w:rsidRDefault="00785B63">
            <w:pPr>
              <w:spacing w:after="0"/>
            </w:pPr>
            <w:r>
              <w:rPr>
                <w:b/>
                <w:sz w:val="17"/>
              </w:rPr>
              <w:t>8:</w:t>
            </w:r>
            <w:r w:rsidR="00C664B7">
              <w:rPr>
                <w:b/>
                <w:sz w:val="17"/>
              </w:rPr>
              <w:t>30</w:t>
            </w:r>
            <w:r>
              <w:rPr>
                <w:b/>
                <w:sz w:val="17"/>
              </w:rPr>
              <w:t>–9:</w:t>
            </w:r>
            <w:r w:rsidR="00C664B7">
              <w:rPr>
                <w:b/>
                <w:sz w:val="17"/>
              </w:rPr>
              <w:t>4</w:t>
            </w:r>
            <w:r>
              <w:rPr>
                <w:b/>
                <w:sz w:val="17"/>
              </w:rPr>
              <w:t>5 AM</w:t>
            </w:r>
          </w:p>
        </w:tc>
        <w:tc>
          <w:tcPr>
            <w:tcW w:w="621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A359C6" w14:textId="77777777" w:rsidR="00986C10" w:rsidRDefault="00785B63">
            <w:pPr>
              <w:spacing w:after="0"/>
            </w:pPr>
            <w:r>
              <w:rPr>
                <w:sz w:val="17"/>
              </w:rPr>
              <w:t>Breakout Sessions</w:t>
            </w:r>
          </w:p>
        </w:tc>
      </w:tr>
      <w:tr w:rsidR="00986C10" w14:paraId="6B82CDDF" w14:textId="77777777" w:rsidTr="00DA0CEB">
        <w:trPr>
          <w:jc w:val="center"/>
        </w:trPr>
        <w:tc>
          <w:tcPr>
            <w:tcW w:w="38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C99AD4" w14:textId="56117F59" w:rsidR="00986C10" w:rsidRDefault="00785B63">
            <w:pPr>
              <w:spacing w:after="0"/>
            </w:pPr>
            <w:r>
              <w:rPr>
                <w:b/>
                <w:sz w:val="17"/>
              </w:rPr>
              <w:t>9:</w:t>
            </w:r>
            <w:r w:rsidR="00C664B7">
              <w:rPr>
                <w:b/>
                <w:sz w:val="17"/>
              </w:rPr>
              <w:t>4</w:t>
            </w:r>
            <w:r>
              <w:rPr>
                <w:b/>
                <w:sz w:val="17"/>
              </w:rPr>
              <w:t>5–10:</w:t>
            </w:r>
            <w:r w:rsidR="004E087C">
              <w:rPr>
                <w:b/>
                <w:sz w:val="17"/>
              </w:rPr>
              <w:t>15</w:t>
            </w:r>
            <w:r>
              <w:rPr>
                <w:b/>
                <w:sz w:val="17"/>
              </w:rPr>
              <w:t xml:space="preserve"> AM</w:t>
            </w:r>
          </w:p>
        </w:tc>
        <w:tc>
          <w:tcPr>
            <w:tcW w:w="621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45816C" w14:textId="77777777" w:rsidR="00986C10" w:rsidRDefault="00785B63">
            <w:pPr>
              <w:spacing w:after="0"/>
            </w:pPr>
            <w:r>
              <w:rPr>
                <w:sz w:val="17"/>
              </w:rPr>
              <w:t>Break — Coffee, Soft Drinks &amp; Snacks</w:t>
            </w:r>
          </w:p>
        </w:tc>
      </w:tr>
      <w:tr w:rsidR="00986C10" w14:paraId="0FDD405A" w14:textId="77777777" w:rsidTr="00DA0CEB">
        <w:trPr>
          <w:jc w:val="center"/>
        </w:trPr>
        <w:tc>
          <w:tcPr>
            <w:tcW w:w="38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20C259" w14:textId="6350E53F" w:rsidR="00986C10" w:rsidRDefault="00785B63">
            <w:pPr>
              <w:spacing w:after="0"/>
            </w:pPr>
            <w:r>
              <w:rPr>
                <w:b/>
                <w:sz w:val="17"/>
              </w:rPr>
              <w:t>10:</w:t>
            </w:r>
            <w:r w:rsidR="004E087C">
              <w:rPr>
                <w:b/>
                <w:sz w:val="17"/>
              </w:rPr>
              <w:t>15</w:t>
            </w:r>
            <w:r>
              <w:rPr>
                <w:b/>
                <w:sz w:val="17"/>
              </w:rPr>
              <w:t>–10:</w:t>
            </w:r>
            <w:r w:rsidR="004E087C">
              <w:rPr>
                <w:b/>
                <w:sz w:val="17"/>
              </w:rPr>
              <w:t>25</w:t>
            </w:r>
            <w:r w:rsidR="005E2697"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AM</w:t>
            </w:r>
          </w:p>
        </w:tc>
        <w:tc>
          <w:tcPr>
            <w:tcW w:w="621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CC9E2F" w14:textId="77777777" w:rsidR="00986C10" w:rsidRDefault="00785B63">
            <w:pPr>
              <w:spacing w:after="0"/>
            </w:pPr>
            <w:r>
              <w:rPr>
                <w:sz w:val="17"/>
              </w:rPr>
              <w:t>Sponsor Presentation</w:t>
            </w:r>
          </w:p>
        </w:tc>
      </w:tr>
      <w:tr w:rsidR="00986C10" w14:paraId="1E71A352" w14:textId="77777777" w:rsidTr="00DA0CEB">
        <w:trPr>
          <w:jc w:val="center"/>
        </w:trPr>
        <w:tc>
          <w:tcPr>
            <w:tcW w:w="38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CBFEB6" w14:textId="77777777" w:rsidR="00986C10" w:rsidRDefault="00785B63">
            <w:pPr>
              <w:spacing w:after="0"/>
            </w:pPr>
            <w:r>
              <w:rPr>
                <w:b/>
                <w:sz w:val="17"/>
              </w:rPr>
              <w:t>10:25 AM–12:00 PM</w:t>
            </w:r>
          </w:p>
        </w:tc>
        <w:tc>
          <w:tcPr>
            <w:tcW w:w="621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F74DD5" w14:textId="77777777" w:rsidR="00986C10" w:rsidRDefault="00785B63">
            <w:pPr>
              <w:spacing w:after="0"/>
            </w:pPr>
            <w:r>
              <w:rPr>
                <w:sz w:val="17"/>
              </w:rPr>
              <w:t>Keynote Session</w:t>
            </w:r>
          </w:p>
        </w:tc>
      </w:tr>
      <w:tr w:rsidR="00986C10" w14:paraId="132539E7" w14:textId="77777777" w:rsidTr="00DA0CEB">
        <w:trPr>
          <w:jc w:val="center"/>
        </w:trPr>
        <w:tc>
          <w:tcPr>
            <w:tcW w:w="38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934A73" w14:textId="77777777" w:rsidR="00986C10" w:rsidRDefault="00785B63">
            <w:pPr>
              <w:spacing w:after="0"/>
            </w:pPr>
            <w:r>
              <w:rPr>
                <w:b/>
                <w:sz w:val="17"/>
              </w:rPr>
              <w:t>12:00–1:30 PM</w:t>
            </w:r>
          </w:p>
        </w:tc>
        <w:tc>
          <w:tcPr>
            <w:tcW w:w="621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9BC019" w14:textId="77777777" w:rsidR="00986C10" w:rsidRDefault="00785B63">
            <w:pPr>
              <w:spacing w:after="0"/>
            </w:pPr>
            <w:r>
              <w:rPr>
                <w:sz w:val="17"/>
              </w:rPr>
              <w:t>Lunch — On Your Own</w:t>
            </w:r>
          </w:p>
        </w:tc>
      </w:tr>
      <w:tr w:rsidR="00986C10" w14:paraId="687AA443" w14:textId="77777777" w:rsidTr="00DA0CEB">
        <w:trPr>
          <w:jc w:val="center"/>
        </w:trPr>
        <w:tc>
          <w:tcPr>
            <w:tcW w:w="38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2B1CF3" w14:textId="792822F9" w:rsidR="00986C10" w:rsidRDefault="00785B63">
            <w:pPr>
              <w:spacing w:after="0"/>
            </w:pPr>
            <w:r>
              <w:rPr>
                <w:b/>
                <w:sz w:val="17"/>
              </w:rPr>
              <w:t>1:30–</w:t>
            </w:r>
            <w:r w:rsidR="00DA2898">
              <w:rPr>
                <w:b/>
                <w:sz w:val="17"/>
              </w:rPr>
              <w:t>3:00</w:t>
            </w:r>
            <w:r>
              <w:rPr>
                <w:b/>
                <w:sz w:val="17"/>
              </w:rPr>
              <w:t xml:space="preserve"> PM</w:t>
            </w:r>
          </w:p>
        </w:tc>
        <w:tc>
          <w:tcPr>
            <w:tcW w:w="621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025B71" w14:textId="7C4BBFA3" w:rsidR="00DA2898" w:rsidRDefault="00DA2898">
            <w:pPr>
              <w:spacing w:after="0"/>
            </w:pPr>
            <w:r>
              <w:rPr>
                <w:sz w:val="17"/>
              </w:rPr>
              <w:t>Ask the Attorneys</w:t>
            </w:r>
          </w:p>
        </w:tc>
      </w:tr>
    </w:tbl>
    <w:p w14:paraId="5117A69A" w14:textId="77777777" w:rsidR="00986C10" w:rsidRDefault="00785B63">
      <w:pPr>
        <w:spacing w:before="120" w:after="60"/>
      </w:pPr>
      <w:r>
        <w:rPr>
          <w:b/>
          <w:sz w:val="24"/>
        </w:rPr>
        <w:t>WEDNESDAY • DECEMBER 9, 2026</w:t>
      </w:r>
    </w:p>
    <w:tbl>
      <w:tblPr>
        <w:tblW w:w="10080" w:type="dxa"/>
        <w:jc w:val="center"/>
        <w:tblBorders>
          <w:top w:val="single" w:sz="8" w:space="0" w:color="9EADBD"/>
          <w:left w:val="single" w:sz="8" w:space="0" w:color="9EADBD"/>
          <w:bottom w:val="single" w:sz="8" w:space="0" w:color="9EADBD"/>
          <w:right w:val="single" w:sz="8" w:space="0" w:color="9EADBD"/>
          <w:insideH w:val="single" w:sz="8" w:space="0" w:color="9EADBD"/>
          <w:insideV w:val="single" w:sz="8" w:space="0" w:color="9EADBD"/>
        </w:tblBorders>
        <w:tblLayout w:type="fixed"/>
        <w:tblLook w:val="04A0" w:firstRow="1" w:lastRow="0" w:firstColumn="1" w:lastColumn="0" w:noHBand="0" w:noVBand="1"/>
      </w:tblPr>
      <w:tblGrid>
        <w:gridCol w:w="3866"/>
        <w:gridCol w:w="6214"/>
      </w:tblGrid>
      <w:tr w:rsidR="00986C10" w14:paraId="4572D717" w14:textId="77777777">
        <w:trPr>
          <w:jc w:val="center"/>
        </w:trPr>
        <w:tc>
          <w:tcPr>
            <w:tcW w:w="525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5F308C" w14:textId="77777777" w:rsidR="00986C10" w:rsidRPr="001B0B97" w:rsidRDefault="00785B63">
            <w:pPr>
              <w:spacing w:after="0"/>
              <w:rPr>
                <w:color w:val="FFFFFF" w:themeColor="background1"/>
              </w:rPr>
            </w:pPr>
            <w:r w:rsidRPr="001B0B97">
              <w:rPr>
                <w:b/>
                <w:color w:val="FFFFFF" w:themeColor="background1"/>
                <w:sz w:val="16"/>
              </w:rPr>
              <w:t>TIME</w:t>
            </w:r>
          </w:p>
        </w:tc>
        <w:tc>
          <w:tcPr>
            <w:tcW w:w="525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D63317" w14:textId="77777777" w:rsidR="00986C10" w:rsidRPr="001B0B97" w:rsidRDefault="00785B63">
            <w:pPr>
              <w:spacing w:after="0"/>
              <w:rPr>
                <w:color w:val="FFFFFF" w:themeColor="background1"/>
              </w:rPr>
            </w:pPr>
            <w:r w:rsidRPr="001B0B97">
              <w:rPr>
                <w:b/>
                <w:color w:val="FFFFFF" w:themeColor="background1"/>
                <w:sz w:val="16"/>
              </w:rPr>
              <w:t>AGENDA</w:t>
            </w:r>
          </w:p>
        </w:tc>
      </w:tr>
      <w:tr w:rsidR="00986C10" w14:paraId="7C20B61E" w14:textId="77777777">
        <w:trPr>
          <w:jc w:val="center"/>
        </w:trPr>
        <w:tc>
          <w:tcPr>
            <w:tcW w:w="223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B2701C" w14:textId="77777777" w:rsidR="00986C10" w:rsidRDefault="00785B63">
            <w:pPr>
              <w:spacing w:after="0"/>
            </w:pPr>
            <w:r>
              <w:rPr>
                <w:b/>
                <w:sz w:val="17"/>
              </w:rPr>
              <w:t>8:30–9:00 AM</w:t>
            </w:r>
          </w:p>
        </w:tc>
        <w:tc>
          <w:tcPr>
            <w:tcW w:w="849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83CB73" w14:textId="77777777" w:rsidR="00986C10" w:rsidRDefault="00785B63">
            <w:pPr>
              <w:spacing w:after="0"/>
            </w:pPr>
            <w:r>
              <w:rPr>
                <w:sz w:val="17"/>
              </w:rPr>
              <w:t>TAASE Board Meeting</w:t>
            </w:r>
          </w:p>
        </w:tc>
      </w:tr>
      <w:tr w:rsidR="00986C10" w14:paraId="50D63008" w14:textId="77777777">
        <w:trPr>
          <w:jc w:val="center"/>
        </w:trPr>
        <w:tc>
          <w:tcPr>
            <w:tcW w:w="223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F797B6" w14:textId="77777777" w:rsidR="00986C10" w:rsidRDefault="00785B63">
            <w:pPr>
              <w:spacing w:after="0"/>
            </w:pPr>
            <w:r>
              <w:rPr>
                <w:b/>
                <w:sz w:val="17"/>
              </w:rPr>
              <w:t>9:00–11:00 AM</w:t>
            </w:r>
          </w:p>
        </w:tc>
        <w:tc>
          <w:tcPr>
            <w:tcW w:w="849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83C980" w14:textId="04CFC430" w:rsidR="00986C10" w:rsidRDefault="00BD702D">
            <w:pPr>
              <w:spacing w:after="0"/>
            </w:pPr>
            <w:r>
              <w:rPr>
                <w:sz w:val="17"/>
              </w:rPr>
              <w:t>State and Federal Legal Updates</w:t>
            </w:r>
          </w:p>
        </w:tc>
      </w:tr>
      <w:tr w:rsidR="00986C10" w14:paraId="2E81842E" w14:textId="77777777">
        <w:trPr>
          <w:jc w:val="center"/>
        </w:trPr>
        <w:tc>
          <w:tcPr>
            <w:tcW w:w="223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FD7866" w14:textId="77777777" w:rsidR="00986C10" w:rsidRDefault="00785B63">
            <w:pPr>
              <w:spacing w:after="0"/>
            </w:pPr>
            <w:r>
              <w:rPr>
                <w:b/>
                <w:sz w:val="17"/>
              </w:rPr>
              <w:t>11:00–11:30 AM</w:t>
            </w:r>
          </w:p>
        </w:tc>
        <w:tc>
          <w:tcPr>
            <w:tcW w:w="849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00C48F" w14:textId="77777777" w:rsidR="00986C10" w:rsidRDefault="00785B63">
            <w:pPr>
              <w:spacing w:after="0"/>
            </w:pPr>
            <w:r>
              <w:rPr>
                <w:sz w:val="17"/>
              </w:rPr>
              <w:t>Closing Remarks &amp; Certificates of Attendance</w:t>
            </w:r>
          </w:p>
        </w:tc>
      </w:tr>
    </w:tbl>
    <w:p w14:paraId="39B8B7A5" w14:textId="77777777" w:rsidR="00986C10" w:rsidRDefault="00986C10"/>
    <w:p w14:paraId="7E6A1419" w14:textId="77777777" w:rsidR="00986C10" w:rsidRDefault="00785B63">
      <w:pPr>
        <w:jc w:val="center"/>
      </w:pPr>
      <w:r>
        <w:rPr>
          <w:i/>
          <w:sz w:val="16"/>
        </w:rPr>
        <w:t>Times and activities are subject to change.</w:t>
      </w:r>
    </w:p>
    <w:sectPr w:rsidR="00986C10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634FBE" w14:textId="77777777" w:rsidR="00CA66C9" w:rsidRDefault="00CA66C9">
      <w:pPr>
        <w:spacing w:after="0" w:line="240" w:lineRule="auto"/>
      </w:pPr>
      <w:r>
        <w:separator/>
      </w:r>
    </w:p>
  </w:endnote>
  <w:endnote w:type="continuationSeparator" w:id="0">
    <w:p w14:paraId="4963988D" w14:textId="77777777" w:rsidR="00CA66C9" w:rsidRDefault="00CA6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A65609" w14:textId="77777777" w:rsidR="00924578" w:rsidRDefault="009245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AADBB7" w14:textId="77777777" w:rsidR="009220B9" w:rsidRDefault="00F676FD">
    <w:pPr>
      <w:pStyle w:val="Footer"/>
      <w:jc w:val="center"/>
    </w:pPr>
    <w:r>
      <w:rPr>
        <w:i/>
        <w:sz w:val="15"/>
      </w:rPr>
      <w:t>TAASE Legal Conference 2026 • Agenda at a Glance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DA2CB4" w14:textId="77777777" w:rsidR="00924578" w:rsidRDefault="009245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C25A98" w14:textId="77777777" w:rsidR="00CA66C9" w:rsidRDefault="00CA66C9">
      <w:pPr>
        <w:spacing w:after="0" w:line="240" w:lineRule="auto"/>
      </w:pPr>
      <w:r>
        <w:separator/>
      </w:r>
    </w:p>
  </w:footnote>
  <w:footnote w:type="continuationSeparator" w:id="0">
    <w:p w14:paraId="1838548A" w14:textId="77777777" w:rsidR="00CA66C9" w:rsidRDefault="00CA6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822ED5" w14:textId="25C3634B" w:rsidR="00924578" w:rsidRDefault="00CA66C9">
    <w:pPr>
      <w:pStyle w:val="Header"/>
    </w:pPr>
    <w:r>
      <w:rPr>
        <w:noProof/>
      </w:rPr>
      <w:pict w14:anchorId="4A3267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32232" o:spid="_x0000_s1027" type="#_x0000_t136" alt="" style="position:absolute;margin-left:0;margin-top:0;width:508.45pt;height:222.45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35064B" w14:textId="7C70794C" w:rsidR="00924578" w:rsidRDefault="00CA66C9">
    <w:pPr>
      <w:pStyle w:val="Header"/>
    </w:pPr>
    <w:r>
      <w:rPr>
        <w:noProof/>
      </w:rPr>
      <w:pict w14:anchorId="271E26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32233" o:spid="_x0000_s1026" type="#_x0000_t136" alt="" style="position:absolute;margin-left:0;margin-top:0;width:508.45pt;height:222.45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86E979" w14:textId="5B9A21C8" w:rsidR="00924578" w:rsidRDefault="00CA66C9">
    <w:pPr>
      <w:pStyle w:val="Header"/>
    </w:pPr>
    <w:r>
      <w:rPr>
        <w:noProof/>
      </w:rPr>
      <w:pict w14:anchorId="7724B2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32231" o:spid="_x0000_s1025" type="#_x0000_t136" alt="" style="position:absolute;margin-left:0;margin-top:0;width:508.45pt;height:222.4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9696697">
    <w:abstractNumId w:val="8"/>
  </w:num>
  <w:num w:numId="2" w16cid:durableId="1425958175">
    <w:abstractNumId w:val="6"/>
  </w:num>
  <w:num w:numId="3" w16cid:durableId="958217237">
    <w:abstractNumId w:val="5"/>
  </w:num>
  <w:num w:numId="4" w16cid:durableId="359287051">
    <w:abstractNumId w:val="4"/>
  </w:num>
  <w:num w:numId="5" w16cid:durableId="249775766">
    <w:abstractNumId w:val="7"/>
  </w:num>
  <w:num w:numId="6" w16cid:durableId="287395789">
    <w:abstractNumId w:val="3"/>
  </w:num>
  <w:num w:numId="7" w16cid:durableId="800999449">
    <w:abstractNumId w:val="2"/>
  </w:num>
  <w:num w:numId="8" w16cid:durableId="1845901590">
    <w:abstractNumId w:val="1"/>
  </w:num>
  <w:num w:numId="9" w16cid:durableId="7289220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CCC"/>
    <w:rsid w:val="00034616"/>
    <w:rsid w:val="0004544B"/>
    <w:rsid w:val="0006063C"/>
    <w:rsid w:val="000A3F36"/>
    <w:rsid w:val="00105490"/>
    <w:rsid w:val="00144FCA"/>
    <w:rsid w:val="0015074B"/>
    <w:rsid w:val="001B0B97"/>
    <w:rsid w:val="001C10CE"/>
    <w:rsid w:val="002957CE"/>
    <w:rsid w:val="0029639D"/>
    <w:rsid w:val="002A44DB"/>
    <w:rsid w:val="00326F90"/>
    <w:rsid w:val="003E5B7C"/>
    <w:rsid w:val="004E087C"/>
    <w:rsid w:val="005E2697"/>
    <w:rsid w:val="00637AC9"/>
    <w:rsid w:val="00653314"/>
    <w:rsid w:val="006B1C0A"/>
    <w:rsid w:val="007330F9"/>
    <w:rsid w:val="00785B63"/>
    <w:rsid w:val="0079029D"/>
    <w:rsid w:val="008104B3"/>
    <w:rsid w:val="009220B9"/>
    <w:rsid w:val="00924578"/>
    <w:rsid w:val="00986C10"/>
    <w:rsid w:val="00AA1D8D"/>
    <w:rsid w:val="00B47730"/>
    <w:rsid w:val="00BD702D"/>
    <w:rsid w:val="00C664B7"/>
    <w:rsid w:val="00CA66C9"/>
    <w:rsid w:val="00CB0664"/>
    <w:rsid w:val="00D00A3B"/>
    <w:rsid w:val="00DA0CEB"/>
    <w:rsid w:val="00DA2898"/>
    <w:rsid w:val="00E57D96"/>
    <w:rsid w:val="00F676FD"/>
    <w:rsid w:val="00FC2A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61C1DE"/>
  <w14:defaultImageDpi w14:val="300"/>
  <w15:docId w15:val="{1A2013A8-8ABA-214B-8DEE-5700EEB3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165</Words>
  <Characters>837</Characters>
  <Application>Microsoft Office Word</Application>
  <DocSecurity>0</DocSecurity>
  <Lines>53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Haney, Cynthia</cp:lastModifiedBy>
  <cp:revision>22</cp:revision>
  <cp:lastPrinted>2026-09-18T15:27:00Z</cp:lastPrinted>
  <dcterms:created xsi:type="dcterms:W3CDTF">2026-09-02T01:23:00Z</dcterms:created>
  <dcterms:modified xsi:type="dcterms:W3CDTF">2026-09-18T19:09:00Z</dcterms:modified>
  <cp:category/>
</cp:coreProperties>
</file>