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7FFEC"/>
  <w:body>
    <w:p w14:paraId="3E477A89" w14:textId="1CD61213" w:rsidR="00650F13" w:rsidRDefault="00000000">
      <w:pPr>
        <w:jc w:val="center"/>
      </w:pPr>
      <w:r>
        <w:rPr>
          <w:b/>
        </w:rPr>
        <w:t>Spring Creek of Goldendale</w:t>
      </w:r>
      <w:r>
        <w:rPr>
          <w:b/>
        </w:rPr>
        <w:br/>
        <w:t>Phone: +1 971-263-2966 | Email: springcreekofgoldendale@gmail.com</w:t>
      </w:r>
      <w:r>
        <w:rPr>
          <w:b/>
        </w:rPr>
        <w:br/>
        <w:t xml:space="preserve"> www.springcreekofgoldendale.com</w:t>
      </w:r>
    </w:p>
    <w:p w14:paraId="5734ADD5" w14:textId="77777777" w:rsidR="00650F13" w:rsidRDefault="00000000">
      <w:r>
        <w:br/>
      </w:r>
    </w:p>
    <w:p w14:paraId="1AFDACAF" w14:textId="77777777" w:rsidR="00650F13" w:rsidRDefault="00000000">
      <w:pPr>
        <w:jc w:val="center"/>
      </w:pPr>
      <w:r>
        <w:rPr>
          <w:b/>
          <w:sz w:val="28"/>
        </w:rPr>
        <w:t>Puppy Application Questionnaire</w:t>
      </w:r>
    </w:p>
    <w:p w14:paraId="10D6630F" w14:textId="77777777" w:rsidR="00650F13" w:rsidRDefault="00000000">
      <w:r>
        <w:t>Thank you for your interest in a Bernese Mountain Dog from Spring Creek of Goldendale. This questionnaire helps us place our puppies with families that match their needs and personality. We appreciate your time and thoughtful responses.</w:t>
      </w:r>
    </w:p>
    <w:p w14:paraId="0BA2F3BE" w14:textId="77777777" w:rsidR="00650F13" w:rsidRDefault="00000000">
      <w:r>
        <w:br/>
      </w:r>
    </w:p>
    <w:p w14:paraId="056D89D5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1. Name: ___________________________________________</w:t>
      </w:r>
    </w:p>
    <w:p w14:paraId="564D60A2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2. Address: _________________________________________</w:t>
      </w:r>
    </w:p>
    <w:p w14:paraId="7180FFCA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3. City, State &amp; Zip code: ____________________________</w:t>
      </w:r>
    </w:p>
    <w:p w14:paraId="7CE1D985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4. Phone number(s): _________________________________</w:t>
      </w:r>
    </w:p>
    <w:p w14:paraId="7F62CE28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5. Email address: ____________________________________</w:t>
      </w:r>
    </w:p>
    <w:p w14:paraId="0C8BC4B4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6. What made you want to get a Bernese Mountain Dog?</w:t>
      </w:r>
    </w:p>
    <w:p w14:paraId="6905DDB8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7. How would you describe the area you live? (Apartment, Condo, House, Rural, Suburb, Farm, Ranch)</w:t>
      </w:r>
    </w:p>
    <w:p w14:paraId="2117BBC1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8. Do you rent or live in a condo? If yes, does your landlord or HOA allow large dogs?</w:t>
      </w:r>
    </w:p>
    <w:p w14:paraId="268AA1C6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9. Do you have a fenced yard? If yes, describe. If no, what are your plans for safe outdoor time?</w:t>
      </w:r>
    </w:p>
    <w:p w14:paraId="2F6CE76C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10. Will this dog be a surprise for anyone in the home?</w:t>
      </w:r>
    </w:p>
    <w:p w14:paraId="7FF6E070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11. Occupation: _______________________________________</w:t>
      </w:r>
    </w:p>
    <w:p w14:paraId="3D0D3075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12. Have you owned dogs before? If yes, please describe your experience.</w:t>
      </w:r>
    </w:p>
    <w:p w14:paraId="3E08D770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13. Have you owned a Bernese Mountain Dog or other large breed? If yes, provide details.</w:t>
      </w:r>
    </w:p>
    <w:p w14:paraId="743DC2D8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14. Have you raised a puppy before? Please explain.</w:t>
      </w:r>
    </w:p>
    <w:p w14:paraId="0068CC89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15. Will your dog live indoors or outdoors?</w:t>
      </w:r>
    </w:p>
    <w:p w14:paraId="4F7B652E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16. How many hours a day will the dog be left alone?</w:t>
      </w:r>
    </w:p>
    <w:p w14:paraId="4BE58581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17. Where will your dog stay when you're not home?</w:t>
      </w:r>
    </w:p>
    <w:p w14:paraId="3F3F8E63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lastRenderedPageBreak/>
        <w:t>18. Where will your dog sleep at night?</w:t>
      </w:r>
    </w:p>
    <w:p w14:paraId="044654B8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19. Do you have a preferred Sire or Dam for your puppy?</w:t>
      </w:r>
    </w:p>
    <w:p w14:paraId="192CC7C6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20. What are your thoughts on crossbreeds/designer dogs like Bernedoodles?</w:t>
      </w:r>
    </w:p>
    <w:p w14:paraId="65F8C1DB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21. Gender preference: Pet Male / Show/Breeding Male / Pet Female / Show/Breeding Female</w:t>
      </w:r>
    </w:p>
    <w:p w14:paraId="1331E0FA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22. If you're requesting breeding rights, what are your plans?</w:t>
      </w:r>
    </w:p>
    <w:p w14:paraId="7B90984E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23. If your preferred puppy is unavailable, are you open to another or waiting for a future litter?</w:t>
      </w:r>
    </w:p>
    <w:p w14:paraId="752FDF18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24. Preferred time frame to bring a puppy home:</w:t>
      </w:r>
    </w:p>
    <w:p w14:paraId="488E982D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25. Have you bred a litter before? If yes, describe your experience.</w:t>
      </w:r>
    </w:p>
    <w:p w14:paraId="2170C4F3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26. Are you a member of any breed clubs? If yes, which ones?</w:t>
      </w:r>
    </w:p>
    <w:p w14:paraId="7E406681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27. Do you have any concerns about spay/neuter? Please explain.</w:t>
      </w:r>
    </w:p>
    <w:p w14:paraId="07A966F7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28. Are you willing to sign a spay/neuter contract? Yes / No</w:t>
      </w:r>
    </w:p>
    <w:p w14:paraId="08DFCE34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29. What qualities are you looking for in a Bernese Mountain Dog?</w:t>
      </w:r>
    </w:p>
    <w:p w14:paraId="0CF64469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30. What accommodations do you have for the dog (fenced yard, kennel, shade, etc.)?</w:t>
      </w:r>
    </w:p>
    <w:p w14:paraId="5EAB275D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31. What brand of food do you plan to feed your dog?</w:t>
      </w:r>
    </w:p>
    <w:p w14:paraId="671215F7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 xml:space="preserve">32. How would </w:t>
      </w:r>
      <w:proofErr w:type="gramStart"/>
      <w:r>
        <w:t>you</w:t>
      </w:r>
      <w:proofErr w:type="gramEnd"/>
      <w:r>
        <w:t xml:space="preserve"> potty train a puppy?</w:t>
      </w:r>
    </w:p>
    <w:p w14:paraId="3BE1963F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33. Will you crate train? Questions about it?</w:t>
      </w:r>
    </w:p>
    <w:p w14:paraId="584DCFD8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34. How will you train and correct your dog?</w:t>
      </w:r>
    </w:p>
    <w:p w14:paraId="3C2B6CF5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35. How often will you exercise your Bernese Mountain Dog?</w:t>
      </w:r>
    </w:p>
    <w:p w14:paraId="68FFC486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36. Do you have any plans to move? If so, what happens to the dog?</w:t>
      </w:r>
    </w:p>
    <w:p w14:paraId="37233A7F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37. What is your plan for the dog in the event of major life changes?</w:t>
      </w:r>
    </w:p>
    <w:p w14:paraId="5D87F09A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38. Are you willing to sign a contract stating that you will return the dog to the breeder if needed?</w:t>
      </w:r>
    </w:p>
    <w:p w14:paraId="43263550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39. Are you looking for a protection dog?</w:t>
      </w:r>
    </w:p>
    <w:p w14:paraId="2BD81116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40. What activities are you interested in? (Companion, Therapy, Conformation, Breeding, Hiking, Obedience, etc.)</w:t>
      </w:r>
    </w:p>
    <w:p w14:paraId="1B14365C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41. What energy level are you looking for? High / Moderate / Low</w:t>
      </w:r>
    </w:p>
    <w:p w14:paraId="71763831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42. What traits would you find undesirable in a dog?</w:t>
      </w:r>
    </w:p>
    <w:p w14:paraId="5F56A8A9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43. How do you plan to pick up your puppy? (Drive, fly, use a courier, etc.)</w:t>
      </w:r>
    </w:p>
    <w:p w14:paraId="1A9134C9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44. How many people live in your home? Please list ages.</w:t>
      </w:r>
    </w:p>
    <w:p w14:paraId="4FA2D13E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45. Do any household members have special needs or concerns?</w:t>
      </w:r>
    </w:p>
    <w:p w14:paraId="344229A4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46. How do others in the home feel about getting a Bernese Mountain Dog?</w:t>
      </w:r>
    </w:p>
    <w:p w14:paraId="6944448E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47. Do you have other pets? Please list species, breed, and age.</w:t>
      </w:r>
    </w:p>
    <w:p w14:paraId="7B06DC77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lastRenderedPageBreak/>
        <w:t>48. How were your previous dogs acquired? (Breeder, rescue, gift, etc.)</w:t>
      </w:r>
    </w:p>
    <w:p w14:paraId="5144BC1D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49. Tell us about the personality and energy level of your current pets.</w:t>
      </w:r>
    </w:p>
    <w:p w14:paraId="54F17A2D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50. Have you ever euthanized or rehomed a pet? If yes, please explain.</w:t>
      </w:r>
    </w:p>
    <w:p w14:paraId="4EE901CA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51. Are you committed to grooming your Bernese regularly or using a professional groomer?</w:t>
      </w:r>
    </w:p>
    <w:p w14:paraId="5BF67C5F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52. Are you familiar with common health issues in the breed? List any you know.</w:t>
      </w:r>
    </w:p>
    <w:p w14:paraId="1A0E281F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53. Are you prepared for the financial responsibility of a dog (vet care, food, grooming, training, etc.)?</w:t>
      </w:r>
    </w:p>
    <w:p w14:paraId="2C25FE69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54. Would you like to keep in contact with the breeder?</w:t>
      </w:r>
    </w:p>
    <w:p w14:paraId="489DD11E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55. What qualities are important to you in a breeder?</w:t>
      </w:r>
    </w:p>
    <w:p w14:paraId="696C56F8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56. Are you willing to reach out if you need support in training or health concerns?</w:t>
      </w:r>
    </w:p>
    <w:p w14:paraId="7C515795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57. Is your lifestyle suitable for this loving and intelligent breed?</w:t>
      </w:r>
    </w:p>
    <w:p w14:paraId="5799FA1F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58. How did you hear about Spring Creek of Goldendale?</w:t>
      </w:r>
    </w:p>
    <w:p w14:paraId="491D4F01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59. Tell us what you're hoping for in your perfect dog. Why a purebred Bernese?</w:t>
      </w:r>
    </w:p>
    <w:p w14:paraId="046CA7BE" w14:textId="77777777" w:rsidR="00650F13" w:rsidRDefault="00000000" w:rsidP="00D85E8E">
      <w:pPr>
        <w:pStyle w:val="ListNumber"/>
        <w:numPr>
          <w:ilvl w:val="0"/>
          <w:numId w:val="0"/>
        </w:numPr>
        <w:ind w:left="360" w:hanging="360"/>
      </w:pPr>
      <w:r>
        <w:t>60. Signed: ____________________________ Date: ___ / ___ / ___</w:t>
      </w:r>
    </w:p>
    <w:sectPr w:rsidR="00650F13" w:rsidSect="00D85E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pgBorders w:offsetFrom="page">
        <w:top w:val="single" w:sz="24" w:space="24" w:color="948A54" w:themeColor="background2" w:themeShade="80" w:shadow="1"/>
        <w:left w:val="single" w:sz="24" w:space="24" w:color="948A54" w:themeColor="background2" w:themeShade="80" w:shadow="1"/>
        <w:bottom w:val="single" w:sz="24" w:space="24" w:color="948A54" w:themeColor="background2" w:themeShade="80" w:shadow="1"/>
        <w:right w:val="single" w:sz="24" w:space="24" w:color="948A54" w:themeColor="background2" w:themeShade="80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89611A" w14:textId="77777777" w:rsidR="00AF0EAF" w:rsidRDefault="00AF0EAF">
      <w:pPr>
        <w:spacing w:after="0" w:line="240" w:lineRule="auto"/>
      </w:pPr>
      <w:r>
        <w:separator/>
      </w:r>
    </w:p>
  </w:endnote>
  <w:endnote w:type="continuationSeparator" w:id="0">
    <w:p w14:paraId="73625BD4" w14:textId="77777777" w:rsidR="00AF0EAF" w:rsidRDefault="00AF0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614562628"/>
      <w:docPartObj>
        <w:docPartGallery w:val="Page Numbers (Bottom of Page)"/>
        <w:docPartUnique/>
      </w:docPartObj>
    </w:sdtPr>
    <w:sdtContent>
      <w:p w14:paraId="300BD128" w14:textId="1D5B6D69" w:rsidR="00D85E8E" w:rsidRDefault="00D85E8E" w:rsidP="00A4647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0DEED1E" w14:textId="77777777" w:rsidR="00D85E8E" w:rsidRDefault="00D85E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491878744"/>
      <w:docPartObj>
        <w:docPartGallery w:val="Page Numbers (Bottom of Page)"/>
        <w:docPartUnique/>
      </w:docPartObj>
    </w:sdtPr>
    <w:sdtContent>
      <w:p w14:paraId="22EF050D" w14:textId="0AC77147" w:rsidR="00D85E8E" w:rsidRDefault="00D85E8E" w:rsidP="00A4647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ADD6D73" w14:textId="77777777" w:rsidR="00D85E8E" w:rsidRDefault="00D85E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34E10" w14:textId="77777777" w:rsidR="00D85E8E" w:rsidRDefault="00D85E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35666" w14:textId="77777777" w:rsidR="00AF0EAF" w:rsidRDefault="00AF0EAF">
      <w:pPr>
        <w:spacing w:after="0" w:line="240" w:lineRule="auto"/>
      </w:pPr>
      <w:r>
        <w:separator/>
      </w:r>
    </w:p>
  </w:footnote>
  <w:footnote w:type="continuationSeparator" w:id="0">
    <w:p w14:paraId="4DF1F020" w14:textId="77777777" w:rsidR="00AF0EAF" w:rsidRDefault="00AF0E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DDFBF" w14:textId="77777777" w:rsidR="00D85E8E" w:rsidRDefault="00D85E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2F54E" w14:textId="77777777" w:rsidR="00650F13" w:rsidRDefault="00000000">
    <w:pPr>
      <w:pStyle w:val="Header"/>
      <w:jc w:val="center"/>
    </w:pPr>
    <w:r>
      <w:rPr>
        <w:noProof/>
      </w:rPr>
      <w:drawing>
        <wp:inline distT="0" distB="0" distL="0" distR="0" wp14:anchorId="5D30BE39" wp14:editId="31FE78A2">
          <wp:extent cx="2286000" cy="22860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nverte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86000" cy="22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A8273" w14:textId="77777777" w:rsidR="00D85E8E" w:rsidRDefault="00D85E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20445572">
    <w:abstractNumId w:val="8"/>
  </w:num>
  <w:num w:numId="2" w16cid:durableId="1911116302">
    <w:abstractNumId w:val="6"/>
  </w:num>
  <w:num w:numId="3" w16cid:durableId="1410735574">
    <w:abstractNumId w:val="5"/>
  </w:num>
  <w:num w:numId="4" w16cid:durableId="663093550">
    <w:abstractNumId w:val="4"/>
  </w:num>
  <w:num w:numId="5" w16cid:durableId="212233325">
    <w:abstractNumId w:val="7"/>
  </w:num>
  <w:num w:numId="6" w16cid:durableId="1808161574">
    <w:abstractNumId w:val="3"/>
  </w:num>
  <w:num w:numId="7" w16cid:durableId="1523587897">
    <w:abstractNumId w:val="2"/>
  </w:num>
  <w:num w:numId="8" w16cid:durableId="663438269">
    <w:abstractNumId w:val="1"/>
  </w:num>
  <w:num w:numId="9" w16cid:durableId="20507152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40357"/>
    <w:rsid w:val="0015074B"/>
    <w:rsid w:val="0029639D"/>
    <w:rsid w:val="00326F90"/>
    <w:rsid w:val="00650F13"/>
    <w:rsid w:val="00AA1D8D"/>
    <w:rsid w:val="00AF0EAF"/>
    <w:rsid w:val="00B47730"/>
    <w:rsid w:val="00CB0664"/>
    <w:rsid w:val="00D85E8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69543E"/>
  <w14:defaultImageDpi w14:val="300"/>
  <w15:docId w15:val="{C7F01634-9AF0-0F46-A9C3-C4B6EDFBD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D85E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FE8CFD9-DDBE-0F4A-8376-0F0E93D99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4393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Olga Storozhuk-Plamadeala</cp:lastModifiedBy>
  <cp:revision>2</cp:revision>
  <dcterms:created xsi:type="dcterms:W3CDTF">2013-12-23T23:15:00Z</dcterms:created>
  <dcterms:modified xsi:type="dcterms:W3CDTF">2025-04-14T05:24:00Z</dcterms:modified>
  <cp:category/>
</cp:coreProperties>
</file>