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rFonts w:ascii="Arial" w:hAnsi="Arial" w:cs="Arial"/>
          <w:b/>
          <w:i w:val="0"/>
          <w:color w:val="B82828"/>
          <w:sz w:val="22"/>
          <w:u w:val="none"/>
          <w:caps w:val="true"/>
          <w:spacing w:val="30"/>
        </w:rPr>
        <w:t>valifecoaching.com</w:t>
      </w:r>
    </w:p>
    <w:p>
      <w:pPr>
        <w:spacing w:before="40" w:after="40"/>
        <w:pBdr>
          <w:bottom w:val="single" w:sz="24" w:space="4" w:color="B82828"/>
        </w:pBdr>
      </w:pPr>
      <w:r>
        <w:rPr>
          <w:rFonts w:ascii="Arial" w:hAnsi="Arial" w:cs="Arial"/>
          <w:b/>
          <w:i w:val="0"/>
          <w:color w:val="1B1B1B"/>
          <w:sz w:val="40"/>
          <w:u w:val="none"/>
          <w:caps w:val="true"/>
          <w:spacing w:val="20"/>
        </w:rPr>
        <w:t>Program Renewal Form</w:t>
      </w:r>
    </w:p>
    <w:p>
      <w:pPr>
        <w:spacing w:after="40"/>
      </w:pPr>
    </w:p>
    <w:p>
      <w:pPr>
        <w:spacing w:after="160"/>
      </w:pPr>
      <w:r>
        <w:rPr>
          <w:rFonts w:ascii="Arial" w:hAnsi="Arial" w:cs="Arial"/>
          <w:b w:val="0"/>
          <w:i/>
          <w:color w:val="5E5E5E"/>
          <w:sz w:val="21"/>
          <w:u w:val="none"/>
        </w:rPr>
        <w:t>I'm glad to continue this journey with you. This form renews your coaching for another term and serves as an addendum to your original Service Agreement — all of its original terms remain in full effect.</w:t>
      </w:r>
    </w:p>
    <w:p>
      <w:pPr>
        <w:spacing w:after="160"/>
      </w:pPr>
      <w:r>
        <w:rPr>
          <w:rFonts w:ascii="Arial" w:hAnsi="Arial" w:cs="Arial"/>
          <w:b/>
          <w:i w:val="0"/>
          <w:color w:val="1B1B1B"/>
          <w:sz w:val="21"/>
          <w:u w:val="none"/>
        </w:rPr>
        <w:t xml:space="preserve">Client Name: </w:t>
      </w:r>
      <w:r>
        <w:rPr>
          <w:rFonts w:ascii="Arial" w:hAnsi="Arial" w:cs="Arial"/>
          <w:b w:val="0"/>
          <w:i w:val="0"/>
          <w:color w:val="5E5E5E"/>
          <w:sz w:val="21"/>
          <w:u w:val="none"/>
        </w:rPr>
        <w:t>__________________________________</w:t>
      </w:r>
      <w:r>
        <w:rPr>
          <w:rFonts w:ascii="Arial" w:hAnsi="Arial" w:cs="Arial"/>
          <w:b/>
          <w:i w:val="0"/>
          <w:color w:val="1B1B1B"/>
          <w:sz w:val="21"/>
          <w:u w:val="none"/>
        </w:rPr>
        <w:t xml:space="preserve">    Renewal Date: </w:t>
      </w:r>
      <w:r>
        <w:rPr>
          <w:rFonts w:ascii="Arial" w:hAnsi="Arial" w:cs="Arial"/>
          <w:b w:val="0"/>
          <w:i w:val="0"/>
          <w:color w:val="5E5E5E"/>
          <w:sz w:val="21"/>
          <w:u w:val="none"/>
        </w:rPr>
        <w:t>________________</w:t>
      </w:r>
    </w:p>
    <w:p>
      <w:pPr>
        <w:spacing w:before="160" w:after="60"/>
        <w:pBdr>
          <w:bottom w:val="single" w:sz="6" w:space="4" w:color="B82828"/>
        </w:pBdr>
      </w:pPr>
      <w:r>
        <w:rPr>
          <w:rFonts w:ascii="Arial" w:hAnsi="Arial" w:cs="Arial"/>
          <w:b/>
          <w:i w:val="0"/>
          <w:color w:val="B82828"/>
          <w:sz w:val="23"/>
          <w:u w:val="none"/>
        </w:rPr>
        <w:t xml:space="preserve">1.  </w:t>
      </w:r>
      <w:r>
        <w:rPr>
          <w:rFonts w:ascii="Arial" w:hAnsi="Arial" w:cs="Arial"/>
          <w:b/>
          <w:i w:val="0"/>
          <w:color w:val="B82828"/>
          <w:sz w:val="23"/>
          <w:u w:val="none"/>
          <w:caps w:val="true"/>
          <w:spacing w:val="10"/>
        </w:rPr>
        <w:t>Renewal Term</w:t>
      </w:r>
    </w:p>
    <w:p>
      <w:pPr>
        <w:spacing w:after="60"/>
      </w:pPr>
      <w:r>
        <w:rPr>
          <w:rFonts w:ascii="Arial" w:hAnsi="Arial" w:cs="Arial"/>
          <w:b w:val="0"/>
          <w:i w:val="0"/>
          <w:color w:val="1B1B1B"/>
          <w:sz w:val="21"/>
          <w:u w:val="none"/>
        </w:rPr>
        <w:t>This renewal adds one additional seven (7) week term. Your existing schedule continues unless noted below.</w:t>
      </w:r>
    </w:p>
    <w:p>
      <w:pPr>
        <w:ind w:left="432"/>
      </w:pPr>
      <w:r>
        <w:rPr>
          <w:rFonts w:ascii="Arial" w:hAnsi="Arial" w:cs="Arial"/>
          <w:b/>
          <w:i w:val="0"/>
          <w:color w:val="1B1B1B"/>
          <w:sz w:val="21"/>
          <w:u w:val="none"/>
        </w:rPr>
        <w:t xml:space="preserve">Number of sessions: </w:t>
      </w:r>
      <w:r>
        <w:rPr>
          <w:rFonts w:ascii="Arial" w:hAnsi="Arial" w:cs="Arial"/>
          <w:b w:val="0"/>
          <w:i w:val="0"/>
          <w:color w:val="5E5E5E"/>
          <w:sz w:val="21"/>
          <w:u w:val="none"/>
        </w:rPr>
        <w:t>__________</w:t>
      </w:r>
      <w:r>
        <w:rPr>
          <w:rFonts w:ascii="Arial" w:hAnsi="Arial" w:cs="Arial"/>
          <w:b/>
          <w:i w:val="0"/>
          <w:color w:val="1B1B1B"/>
          <w:sz w:val="21"/>
          <w:u w:val="none"/>
        </w:rPr>
        <w:t xml:space="preserve">    Duration each: </w:t>
      </w:r>
      <w:r>
        <w:rPr>
          <w:rFonts w:ascii="Arial" w:hAnsi="Arial" w:cs="Arial"/>
          <w:b w:val="0"/>
          <w:i w:val="0"/>
          <w:color w:val="5E5E5E"/>
          <w:sz w:val="21"/>
          <w:u w:val="none"/>
        </w:rPr>
        <w:t>____________</w:t>
      </w:r>
    </w:p>
    <w:p>
      <w:pPr>
        <w:spacing w:after="40"/>
      </w:pPr>
      <w:r>
        <w:rPr>
          <w:rFonts w:ascii="Arial" w:hAnsi="Arial" w:cs="Arial"/>
          <w:b/>
          <w:i w:val="0"/>
          <w:color w:val="1B1B1B"/>
          <w:sz w:val="21"/>
          <w:u w:val="none"/>
        </w:rPr>
        <w:t>Schedule changes (if any):</w:t>
      </w:r>
    </w:p>
    <w:p>
      <w:pPr>
        <w:spacing w:after="40"/>
      </w:pPr>
      <w:r>
        <w:rPr>
          <w:rFonts w:ascii="Arial" w:hAnsi="Arial" w:cs="Arial"/>
          <w:b w:val="0"/>
          <w:i w:val="0"/>
          <w:color w:val="5E5E5E"/>
          <w:sz w:val="21"/>
          <w:u w:val="none"/>
        </w:rPr>
        <w:t>____________________________________________________________________________________________</w:t>
      </w:r>
    </w:p>
    <w:p>
      <w:pPr>
        <w:spacing w:after="40"/>
      </w:pPr>
    </w:p>
    <w:p>
      <w:pPr>
        <w:spacing w:before="160" w:after="60"/>
        <w:pBdr>
          <w:bottom w:val="single" w:sz="6" w:space="4" w:color="B82828"/>
        </w:pBdr>
      </w:pPr>
      <w:r>
        <w:rPr>
          <w:rFonts w:ascii="Arial" w:hAnsi="Arial" w:cs="Arial"/>
          <w:b/>
          <w:i w:val="0"/>
          <w:color w:val="B82828"/>
          <w:sz w:val="23"/>
          <w:u w:val="none"/>
        </w:rPr>
        <w:t xml:space="preserve">2.  </w:t>
      </w:r>
      <w:r>
        <w:rPr>
          <w:rFonts w:ascii="Arial" w:hAnsi="Arial" w:cs="Arial"/>
          <w:b/>
          <w:i w:val="0"/>
          <w:color w:val="B82828"/>
          <w:sz w:val="23"/>
          <w:u w:val="none"/>
          <w:caps w:val="true"/>
          <w:spacing w:val="10"/>
        </w:rPr>
        <w:t>New Goals &amp; Focus Areas</w:t>
      </w:r>
    </w:p>
    <w:p>
      <w:pPr>
        <w:spacing w:after="40"/>
      </w:pPr>
      <w:r>
        <w:rPr>
          <w:rFonts w:ascii="Arial" w:hAnsi="Arial" w:cs="Arial"/>
          <w:b/>
          <w:i w:val="0"/>
          <w:color w:val="1B1B1B"/>
          <w:sz w:val="21"/>
          <w:u w:val="none"/>
        </w:rPr>
        <w:t>Outline your priorities and what you want to achieve in this next term:</w:t>
      </w:r>
    </w:p>
    <w:p>
      <w:pPr>
        <w:spacing w:after="40"/>
      </w:pPr>
      <w:r>
        <w:rPr>
          <w:rFonts w:ascii="Arial" w:hAnsi="Arial" w:cs="Arial"/>
          <w:b w:val="0"/>
          <w:i w:val="0"/>
          <w:color w:val="5E5E5E"/>
          <w:sz w:val="21"/>
          <w:u w:val="none"/>
        </w:rPr>
        <w:t>____________________________________________________________________________________________</w:t>
      </w:r>
    </w:p>
    <w:p>
      <w:pPr>
        <w:spacing w:after="40"/>
      </w:pPr>
      <w:r>
        <w:rPr>
          <w:rFonts w:ascii="Arial" w:hAnsi="Arial" w:cs="Arial"/>
          <w:b w:val="0"/>
          <w:i w:val="0"/>
          <w:color w:val="5E5E5E"/>
          <w:sz w:val="21"/>
          <w:u w:val="none"/>
        </w:rPr>
        <w:t>____________________________________________________________________________________________</w:t>
      </w:r>
    </w:p>
    <w:p>
      <w:pPr>
        <w:spacing w:after="40"/>
      </w:pPr>
      <w:r>
        <w:rPr>
          <w:rFonts w:ascii="Arial" w:hAnsi="Arial" w:cs="Arial"/>
          <w:b w:val="0"/>
          <w:i w:val="0"/>
          <w:color w:val="5E5E5E"/>
          <w:sz w:val="21"/>
          <w:u w:val="none"/>
        </w:rPr>
        <w:t>____________________________________________________________________________________________</w:t>
      </w:r>
    </w:p>
    <w:p>
      <w:pPr>
        <w:spacing w:after="40"/>
      </w:pPr>
      <w:r>
        <w:rPr>
          <w:rFonts w:ascii="Arial" w:hAnsi="Arial" w:cs="Arial"/>
          <w:b w:val="0"/>
          <w:i w:val="0"/>
          <w:color w:val="5E5E5E"/>
          <w:sz w:val="21"/>
          <w:u w:val="none"/>
        </w:rPr>
        <w:t>____________________________________________________________________________________________</w:t>
      </w:r>
    </w:p>
    <w:p>
      <w:pPr>
        <w:spacing w:after="40"/>
      </w:pPr>
    </w:p>
    <w:p>
      <w:pPr>
        <w:spacing w:before="160" w:after="60"/>
        <w:pBdr>
          <w:bottom w:val="single" w:sz="6" w:space="4" w:color="B82828"/>
        </w:pBdr>
      </w:pPr>
      <w:r>
        <w:rPr>
          <w:rFonts w:ascii="Arial" w:hAnsi="Arial" w:cs="Arial"/>
          <w:b/>
          <w:i w:val="0"/>
          <w:color w:val="B82828"/>
          <w:sz w:val="23"/>
          <w:u w:val="none"/>
        </w:rPr>
        <w:t xml:space="preserve">3.  </w:t>
      </w:r>
      <w:r>
        <w:rPr>
          <w:rFonts w:ascii="Arial" w:hAnsi="Arial" w:cs="Arial"/>
          <w:b/>
          <w:i w:val="0"/>
          <w:color w:val="B82828"/>
          <w:sz w:val="23"/>
          <w:u w:val="none"/>
          <w:caps w:val="true"/>
          <w:spacing w:val="10"/>
        </w:rPr>
        <w:t>Renewal Pricing — 30% Loyalty Discount</w:t>
      </w:r>
    </w:p>
    <w:p>
      <w:pPr>
        <w:spacing w:after="60"/>
      </w:pPr>
      <w:r>
        <w:rPr>
          <w:rFonts w:ascii="Arial" w:hAnsi="Arial" w:cs="Arial"/>
          <w:b w:val="0"/>
          <w:i w:val="0"/>
          <w:color w:val="1B1B1B"/>
          <w:sz w:val="21"/>
          <w:u w:val="none"/>
        </w:rPr>
        <w:t>As a returning Client, you receive 30% off the standard rate.</w:t>
      </w:r>
    </w:p>
    <w:p>
      <w:pPr>
        <w:spacing w:after="80"/>
        <w:ind w:left="432"/>
      </w:pPr>
      <w:r>
        <w:rPr>
          <w:rFonts w:ascii="Arial" w:hAnsi="Arial" w:cs="Arial"/>
          <w:b/>
          <w:i w:val="0"/>
          <w:color w:val="1B1B1B"/>
          <w:sz w:val="21"/>
          <w:u w:val="none"/>
        </w:rPr>
        <w:t>Loyalty Renewal Total:  $</w:t>
      </w:r>
      <w:r>
        <w:rPr>
          <w:rFonts w:ascii="Arial" w:hAnsi="Arial" w:cs="Arial"/>
          <w:b w:val="0"/>
          <w:i w:val="0"/>
          <w:color w:val="5E5E5E"/>
          <w:sz w:val="21"/>
          <w:u w:val="none"/>
        </w:rPr>
        <w:t>__________________</w:t>
      </w:r>
    </w:p>
    <w:p>
      <w:pPr>
        <w:spacing w:before="160" w:after="60"/>
        <w:pBdr>
          <w:bottom w:val="single" w:sz="6" w:space="4" w:color="B82828"/>
        </w:pBdr>
      </w:pPr>
      <w:r>
        <w:rPr>
          <w:rFonts w:ascii="Arial" w:hAnsi="Arial" w:cs="Arial"/>
          <w:b/>
          <w:i w:val="0"/>
          <w:color w:val="B82828"/>
          <w:sz w:val="23"/>
          <w:u w:val="none"/>
        </w:rPr>
        <w:t xml:space="preserve">4.  </w:t>
      </w:r>
      <w:r>
        <w:rPr>
          <w:rFonts w:ascii="Arial" w:hAnsi="Arial" w:cs="Arial"/>
          <w:b/>
          <w:i w:val="0"/>
          <w:color w:val="B82828"/>
          <w:sz w:val="23"/>
          <w:u w:val="none"/>
          <w:caps w:val="true"/>
          <w:spacing w:val="10"/>
        </w:rPr>
        <w:t>Payment Terms</w:t>
      </w:r>
    </w:p>
    <w:p>
      <w:pPr>
        <w:ind w:left="432"/>
      </w:pPr>
      <w:r>
        <w:rPr>
          <w:rFonts w:ascii="Arial" w:hAnsi="Arial" w:cs="Arial"/>
          <w:b/>
          <w:i w:val="0"/>
          <w:color w:val="1B1B1B"/>
          <w:sz w:val="21"/>
          <w:u w:val="none"/>
        </w:rPr>
        <w:t xml:space="preserve">Due date: </w:t>
      </w:r>
      <w:r>
        <w:rPr>
          <w:rFonts w:ascii="Arial" w:hAnsi="Arial" w:cs="Arial"/>
          <w:b w:val="0"/>
          <w:i w:val="0"/>
          <w:color w:val="5E5E5E"/>
          <w:sz w:val="21"/>
          <w:u w:val="none"/>
        </w:rPr>
        <w:t>____________________</w:t>
      </w:r>
      <w:r>
        <w:rPr>
          <w:rFonts w:ascii="Arial" w:hAnsi="Arial" w:cs="Arial"/>
          <w:b/>
          <w:i w:val="0"/>
          <w:color w:val="1B1B1B"/>
          <w:sz w:val="21"/>
          <w:u w:val="none"/>
        </w:rPr>
        <w:t xml:space="preserve">    Payment method: </w:t>
      </w:r>
      <w:r>
        <w:rPr>
          <w:rFonts w:ascii="Arial" w:hAnsi="Arial" w:cs="Arial"/>
          <w:b w:val="0"/>
          <w:i w:val="0"/>
          <w:color w:val="5E5E5E"/>
          <w:sz w:val="21"/>
          <w:u w:val="none"/>
        </w:rPr>
        <w:t>________________________</w:t>
      </w:r>
    </w:p>
    <w:p>
      <w:pPr>
        <w:spacing w:before="160" w:after="60"/>
        <w:pBdr>
          <w:bottom w:val="single" w:sz="6" w:space="4" w:color="B82828"/>
        </w:pBdr>
      </w:pPr>
      <w:r>
        <w:rPr>
          <w:rFonts w:ascii="Arial" w:hAnsi="Arial" w:cs="Arial"/>
          <w:b/>
          <w:i w:val="0"/>
          <w:color w:val="B82828"/>
          <w:sz w:val="23"/>
          <w:u w:val="none"/>
        </w:rPr>
        <w:t xml:space="preserve">5.  </w:t>
      </w:r>
      <w:r>
        <w:rPr>
          <w:rFonts w:ascii="Arial" w:hAnsi="Arial" w:cs="Arial"/>
          <w:b/>
          <w:i w:val="0"/>
          <w:color w:val="B82828"/>
          <w:sz w:val="23"/>
          <w:u w:val="none"/>
          <w:caps w:val="true"/>
          <w:spacing w:val="10"/>
        </w:rPr>
        <w:t>Acknowledgment of Continued Terms</w:t>
      </w:r>
    </w:p>
    <w:p>
      <w:pPr>
        <w:spacing w:after="60"/>
      </w:pPr>
      <w:r>
        <w:rPr>
          <w:rFonts w:ascii="Arial" w:hAnsi="Arial" w:cs="Arial"/>
          <w:b w:val="0"/>
          <w:i w:val="0"/>
          <w:color w:val="1B1B1B"/>
          <w:sz w:val="21"/>
          <w:u w:val="none"/>
        </w:rPr>
        <w:t>By signing below, the Client reaffirms the following from the original Service Agreement:</w:t>
      </w:r>
    </w:p>
    <w:p>
      <w:pPr>
        <w:spacing w:after="40"/>
        <w:ind w:left="432"/>
      </w:pPr>
      <w:r>
        <w:rPr>
          <w:rFonts w:ascii="Arial" w:hAnsi="Arial" w:cs="Arial"/>
          <w:b/>
          <w:i w:val="0"/>
          <w:color w:val="B82828"/>
          <w:sz w:val="21"/>
          <w:u w:val="none"/>
        </w:rPr>
        <w:t xml:space="preserve">•  </w:t>
      </w:r>
      <w:r>
        <w:rPr>
          <w:rFonts w:ascii="Arial" w:hAnsi="Arial" w:cs="Arial"/>
          <w:b w:val="0"/>
          <w:i w:val="0"/>
          <w:color w:val="1B1B1B"/>
          <w:sz w:val="21"/>
          <w:u w:val="none"/>
        </w:rPr>
        <w:t>the representation that the Client is of healthy mind and body and fit to engage in coaching;</w:t>
      </w:r>
    </w:p>
    <w:p>
      <w:pPr>
        <w:spacing w:after="40"/>
        <w:ind w:left="432"/>
      </w:pPr>
      <w:r>
        <w:rPr>
          <w:rFonts w:ascii="Arial" w:hAnsi="Arial" w:cs="Arial"/>
          <w:b/>
          <w:i w:val="0"/>
          <w:color w:val="B82828"/>
          <w:sz w:val="21"/>
          <w:u w:val="none"/>
        </w:rPr>
        <w:t xml:space="preserve">•  </w:t>
      </w:r>
      <w:r>
        <w:rPr>
          <w:rFonts w:ascii="Arial" w:hAnsi="Arial" w:cs="Arial"/>
          <w:b w:val="0"/>
          <w:i w:val="0"/>
          <w:color w:val="1B1B1B"/>
          <w:sz w:val="21"/>
          <w:u w:val="none"/>
        </w:rPr>
        <w:t>responsibility for their own outcomes, with no guarantee of any particular result; and</w:t>
      </w:r>
    </w:p>
    <w:p>
      <w:pPr>
        <w:spacing w:after="40"/>
        <w:ind w:left="432"/>
      </w:pPr>
      <w:r>
        <w:rPr>
          <w:rFonts w:ascii="Arial" w:hAnsi="Arial" w:cs="Arial"/>
          <w:b/>
          <w:i w:val="0"/>
          <w:color w:val="B82828"/>
          <w:sz w:val="21"/>
          <w:u w:val="none"/>
        </w:rPr>
        <w:t xml:space="preserve">•  </w:t>
      </w:r>
      <w:r>
        <w:rPr>
          <w:rFonts w:ascii="Arial" w:hAnsi="Arial" w:cs="Arial"/>
          <w:b w:val="0"/>
          <w:i w:val="0"/>
          <w:color w:val="1B1B1B"/>
          <w:sz w:val="21"/>
          <w:u w:val="none"/>
        </w:rPr>
        <w:t>that coaching does not constitute business, legal, or financial advice.</w:t>
      </w:r>
    </w:p>
    <w:p>
      <w:pPr>
        <w:spacing w:before="160" w:after="60"/>
        <w:pBdr>
          <w:bottom w:val="single" w:sz="6" w:space="4" w:color="B82828"/>
        </w:pBdr>
      </w:pPr>
      <w:r>
        <w:rPr>
          <w:rFonts w:ascii="Arial" w:hAnsi="Arial" w:cs="Arial"/>
          <w:b/>
          <w:i w:val="0"/>
          <w:color w:val="B82828"/>
          <w:sz w:val="23"/>
          <w:u w:val="none"/>
        </w:rPr>
        <w:t xml:space="preserve">6.  </w:t>
      </w:r>
      <w:r>
        <w:rPr>
          <w:rFonts w:ascii="Arial" w:hAnsi="Arial" w:cs="Arial"/>
          <w:b/>
          <w:i w:val="0"/>
          <w:color w:val="B82828"/>
          <w:sz w:val="23"/>
          <w:u w:val="none"/>
          <w:caps w:val="true"/>
          <w:spacing w:val="10"/>
        </w:rPr>
        <w:t>Signatures</w:t>
      </w:r>
    </w:p>
    <w:p>
      <w:pPr>
        <w:spacing w:after="80"/>
      </w:pPr>
    </w:p>
    <w:p>
      <w:pPr>
        <w:spacing w:after="0"/>
      </w:pPr>
      <w:r>
        <w:rPr>
          <w:rFonts w:ascii="Arial" w:hAnsi="Arial" w:cs="Arial"/>
          <w:b/>
          <w:i w:val="0"/>
          <w:color w:val="1B1B1B"/>
          <w:sz w:val="21"/>
          <w:u w:val="none"/>
        </w:rPr>
        <w:t xml:space="preserve">Coach Signature: </w:t>
      </w:r>
      <w:r>
        <w:rPr>
          <w:rFonts w:ascii="Arial" w:hAnsi="Arial" w:cs="Arial"/>
          <w:b w:val="0"/>
          <w:i w:val="0"/>
          <w:color w:val="5E5E5E"/>
          <w:sz w:val="21"/>
          <w:u w:val="none"/>
        </w:rPr>
        <w:t>__________________________________</w:t>
      </w:r>
      <w:r>
        <w:rPr>
          <w:rFonts w:ascii="Arial" w:hAnsi="Arial" w:cs="Arial"/>
          <w:b/>
          <w:i w:val="0"/>
          <w:color w:val="1B1B1B"/>
          <w:sz w:val="21"/>
          <w:u w:val="none"/>
        </w:rPr>
        <w:t xml:space="preserve">    Date: </w:t>
      </w:r>
      <w:r>
        <w:rPr>
          <w:rFonts w:ascii="Arial" w:hAnsi="Arial" w:cs="Arial"/>
          <w:b w:val="0"/>
          <w:i w:val="0"/>
          <w:color w:val="5E5E5E"/>
          <w:sz w:val="21"/>
          <w:u w:val="none"/>
        </w:rPr>
        <w:t>________________</w:t>
      </w:r>
    </w:p>
    <w:p>
      <w:pPr>
        <w:spacing w:after="40"/>
      </w:pPr>
      <w:r>
        <w:rPr>
          <w:rFonts w:ascii="Arial" w:hAnsi="Arial" w:cs="Arial"/>
          <w:b/>
          <w:i w:val="0"/>
          <w:color w:val="1B1B1B"/>
          <w:sz w:val="21"/>
          <w:u w:val="none"/>
        </w:rPr>
        <w:t xml:space="preserve">Coach Printed Name: </w:t>
      </w:r>
      <w:r>
        <w:rPr>
          <w:rFonts w:ascii="Arial" w:hAnsi="Arial" w:cs="Arial"/>
          <w:b w:val="0"/>
          <w:i w:val="0"/>
          <w:color w:val="5E5E5E"/>
          <w:sz w:val="21"/>
          <w:u w:val="none"/>
        </w:rPr>
        <w:t>________________________________________</w:t>
      </w:r>
    </w:p>
    <w:p>
      <w:pPr>
        <w:spacing w:after="80"/>
      </w:pPr>
    </w:p>
    <w:p>
      <w:pPr>
        <w:spacing w:after="0"/>
      </w:pPr>
      <w:r>
        <w:rPr>
          <w:rFonts w:ascii="Arial" w:hAnsi="Arial" w:cs="Arial"/>
          <w:b/>
          <w:i w:val="0"/>
          <w:color w:val="1B1B1B"/>
          <w:sz w:val="21"/>
          <w:u w:val="none"/>
        </w:rPr>
        <w:t xml:space="preserve">Client Signature: </w:t>
      </w:r>
      <w:r>
        <w:rPr>
          <w:rFonts w:ascii="Arial" w:hAnsi="Arial" w:cs="Arial"/>
          <w:b w:val="0"/>
          <w:i w:val="0"/>
          <w:color w:val="5E5E5E"/>
          <w:sz w:val="21"/>
          <w:u w:val="none"/>
        </w:rPr>
        <w:t>__________________________________</w:t>
      </w:r>
      <w:r>
        <w:rPr>
          <w:rFonts w:ascii="Arial" w:hAnsi="Arial" w:cs="Arial"/>
          <w:b/>
          <w:i w:val="0"/>
          <w:color w:val="1B1B1B"/>
          <w:sz w:val="21"/>
          <w:u w:val="none"/>
        </w:rPr>
        <w:t xml:space="preserve">    Date: </w:t>
      </w:r>
      <w:r>
        <w:rPr>
          <w:rFonts w:ascii="Arial" w:hAnsi="Arial" w:cs="Arial"/>
          <w:b w:val="0"/>
          <w:i w:val="0"/>
          <w:color w:val="5E5E5E"/>
          <w:sz w:val="21"/>
          <w:u w:val="none"/>
        </w:rPr>
        <w:t>________________</w:t>
      </w:r>
    </w:p>
    <w:p>
      <w:pPr>
        <w:spacing w:after="40"/>
      </w:pPr>
      <w:r>
        <w:rPr>
          <w:rFonts w:ascii="Arial" w:hAnsi="Arial" w:cs="Arial"/>
          <w:b/>
          <w:i w:val="0"/>
          <w:color w:val="1B1B1B"/>
          <w:sz w:val="21"/>
          <w:u w:val="none"/>
        </w:rPr>
        <w:t xml:space="preserve">Client Printed Name: </w:t>
      </w:r>
      <w:r>
        <w:rPr>
          <w:rFonts w:ascii="Arial" w:hAnsi="Arial" w:cs="Arial"/>
          <w:b w:val="0"/>
          <w:i w:val="0"/>
          <w:color w:val="5E5E5E"/>
          <w:sz w:val="21"/>
          <w:u w:val="none"/>
        </w:rPr>
        <w:t>________________________________________</w:t>
      </w:r>
    </w:p>
    <w:sectPr w:rsidR="00FC693F" w:rsidRPr="0006063C" w:rsidSect="00034616">
      <w:footerReference w:type="default" r:id="rId9"/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cs="Arial"/>
        <w:b w:val="0"/>
        <w:i w:val="0"/>
        <w:color w:val="5E5E5E"/>
        <w:sz w:val="16"/>
        <w:u w:val="none"/>
      </w:rPr>
      <w:t>Lee Robert Kern Jr. d/b/a VA Life Coaching   |   leekern@valifecoaching.com   |   804-837-9544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color w:val="1B1B1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