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rFonts w:ascii="Arial" w:hAnsi="Arial" w:cs="Arial"/>
          <w:b/>
          <w:i w:val="0"/>
          <w:color w:val="B82828"/>
          <w:sz w:val="22"/>
          <w:u w:val="none"/>
          <w:caps w:val="true"/>
          <w:spacing w:val="30"/>
        </w:rPr>
        <w:t>valifecoaching.com</w:t>
      </w:r>
    </w:p>
    <w:p>
      <w:pPr>
        <w:spacing w:before="40" w:after="40"/>
        <w:pBdr>
          <w:bottom w:val="single" w:sz="24" w:space="4" w:color="B82828"/>
        </w:pBdr>
      </w:pPr>
      <w:r>
        <w:rPr>
          <w:rFonts w:ascii="Arial" w:hAnsi="Arial" w:cs="Arial"/>
          <w:b/>
          <w:i w:val="0"/>
          <w:color w:val="1B1B1B"/>
          <w:sz w:val="40"/>
          <w:u w:val="none"/>
          <w:caps w:val="true"/>
          <w:spacing w:val="20"/>
        </w:rPr>
        <w:t>Client Intake Questionnaire</w:t>
      </w:r>
    </w:p>
    <w:p>
      <w:pPr>
        <w:spacing w:after="40"/>
      </w:pPr>
    </w:p>
    <w:p>
      <w:pPr>
        <w:spacing w:after="160"/>
      </w:pPr>
      <w:r>
        <w:rPr>
          <w:rFonts w:ascii="Arial" w:hAnsi="Arial" w:cs="Arial"/>
          <w:b w:val="0"/>
          <w:i/>
          <w:color w:val="5E5E5E"/>
          <w:sz w:val="21"/>
          <w:u w:val="none"/>
        </w:rPr>
        <w:t>Thank you for taking this step. Your answers help me understand where you are today and how to make our work together count from the very first session. Please complete this form and return it to leekern@valifecoaching.com at least 24 hours before your next session.</w:t>
      </w:r>
    </w:p>
    <w:p>
      <w:pPr>
        <w:spacing w:after="160"/>
      </w:pPr>
      <w:r>
        <w:rPr>
          <w:rFonts w:ascii="Arial" w:hAnsi="Arial" w:cs="Arial"/>
          <w:b/>
          <w:i w:val="0"/>
          <w:color w:val="B82828"/>
          <w:sz w:val="21"/>
          <w:u w:val="none"/>
        </w:rPr>
        <w:t xml:space="preserve">Your privacy matters. </w:t>
      </w:r>
      <w:r>
        <w:rPr>
          <w:rFonts w:ascii="Arial" w:hAnsi="Arial" w:cs="Arial"/>
          <w:b w:val="0"/>
          <w:i/>
          <w:color w:val="5E5E5E"/>
          <w:sz w:val="21"/>
          <w:u w:val="none"/>
        </w:rPr>
        <w:t>Everything you share here is kept confidential and used solely to support your coaching, in line with the Confidentiality &amp; Privacy terms of your Service Agreement.</w:t>
      </w:r>
    </w:p>
    <w:p>
      <w:pPr>
        <w:spacing w:before="160" w:after="60"/>
        <w:pBdr>
          <w:bottom w:val="single" w:sz="6" w:space="4" w:color="B82828"/>
        </w:pBdr>
      </w:pPr>
      <w:r>
        <w:rPr>
          <w:rFonts w:ascii="Arial" w:hAnsi="Arial" w:cs="Arial"/>
          <w:b/>
          <w:i w:val="0"/>
          <w:color w:val="B82828"/>
          <w:sz w:val="23"/>
          <w:u w:val="none"/>
        </w:rPr>
        <w:t xml:space="preserve">1.  </w:t>
      </w:r>
      <w:r>
        <w:rPr>
          <w:rFonts w:ascii="Arial" w:hAnsi="Arial" w:cs="Arial"/>
          <w:b/>
          <w:i w:val="0"/>
          <w:color w:val="B82828"/>
          <w:sz w:val="23"/>
          <w:u w:val="none"/>
          <w:caps w:val="true"/>
          <w:spacing w:val="10"/>
        </w:rPr>
        <w:t>Basic Information</w:t>
      </w:r>
    </w:p>
    <w:p>
      <w:pPr>
        <w:spacing w:after="80"/>
      </w:pPr>
      <w:r>
        <w:rPr>
          <w:rFonts w:ascii="Arial" w:hAnsi="Arial" w:cs="Arial"/>
          <w:b/>
          <w:i w:val="0"/>
          <w:color w:val="1B1B1B"/>
          <w:sz w:val="21"/>
          <w:u w:val="none"/>
        </w:rPr>
        <w:t xml:space="preserve">Full Name:  </w:t>
      </w:r>
      <w:r>
        <w:rPr>
          <w:rFonts w:ascii="Arial" w:hAnsi="Arial" w:cs="Arial"/>
          <w:b w:val="0"/>
          <w:i w:val="0"/>
          <w:color w:val="5E5E5E"/>
          <w:sz w:val="21"/>
          <w:u w:val="none"/>
        </w:rPr>
        <w:t>_______________________________________________________</w:t>
      </w:r>
    </w:p>
    <w:p>
      <w:pPr>
        <w:spacing w:after="80"/>
      </w:pPr>
      <w:r>
        <w:rPr>
          <w:rFonts w:ascii="Arial" w:hAnsi="Arial" w:cs="Arial"/>
          <w:b/>
          <w:i w:val="0"/>
          <w:color w:val="1B1B1B"/>
          <w:sz w:val="21"/>
          <w:u w:val="none"/>
        </w:rPr>
        <w:t xml:space="preserve">Preferred Phone:  </w:t>
      </w:r>
      <w:r>
        <w:rPr>
          <w:rFonts w:ascii="Arial" w:hAnsi="Arial" w:cs="Arial"/>
          <w:b w:val="0"/>
          <w:i w:val="0"/>
          <w:color w:val="5E5E5E"/>
          <w:sz w:val="21"/>
          <w:u w:val="none"/>
        </w:rPr>
        <w:t>______________________________</w:t>
      </w:r>
    </w:p>
    <w:p>
      <w:pPr>
        <w:spacing w:after="80"/>
      </w:pPr>
      <w:r>
        <w:rPr>
          <w:rFonts w:ascii="Arial" w:hAnsi="Arial" w:cs="Arial"/>
          <w:b/>
          <w:i w:val="0"/>
          <w:color w:val="1B1B1B"/>
          <w:sz w:val="21"/>
          <w:u w:val="none"/>
        </w:rPr>
        <w:t xml:space="preserve">Preferred Email:  </w:t>
      </w:r>
      <w:r>
        <w:rPr>
          <w:rFonts w:ascii="Arial" w:hAnsi="Arial" w:cs="Arial"/>
          <w:b w:val="0"/>
          <w:i w:val="0"/>
          <w:color w:val="5E5E5E"/>
          <w:sz w:val="21"/>
          <w:u w:val="none"/>
        </w:rPr>
        <w:t>_____________________________________________</w:t>
      </w:r>
    </w:p>
    <w:p>
      <w:pPr>
        <w:spacing w:after="80"/>
      </w:pPr>
      <w:r>
        <w:rPr>
          <w:rFonts w:ascii="Arial" w:hAnsi="Arial" w:cs="Arial"/>
          <w:b/>
          <w:i w:val="0"/>
          <w:color w:val="1B1B1B"/>
          <w:sz w:val="21"/>
          <w:u w:val="none"/>
        </w:rPr>
        <w:t xml:space="preserve">Occupation:  </w:t>
      </w:r>
      <w:r>
        <w:rPr>
          <w:rFonts w:ascii="Arial" w:hAnsi="Arial" w:cs="Arial"/>
          <w:b w:val="0"/>
          <w:i w:val="0"/>
          <w:color w:val="5E5E5E"/>
          <w:sz w:val="21"/>
          <w:u w:val="none"/>
        </w:rPr>
        <w:t>__________________________________________________</w:t>
      </w:r>
    </w:p>
    <w:p>
      <w:pPr>
        <w:spacing w:before="160" w:after="60"/>
        <w:pBdr>
          <w:bottom w:val="single" w:sz="6" w:space="4" w:color="B82828"/>
        </w:pBdr>
      </w:pPr>
      <w:r>
        <w:rPr>
          <w:rFonts w:ascii="Arial" w:hAnsi="Arial" w:cs="Arial"/>
          <w:b/>
          <w:i w:val="0"/>
          <w:color w:val="B82828"/>
          <w:sz w:val="23"/>
          <w:u w:val="none"/>
        </w:rPr>
        <w:t xml:space="preserve">2.  </w:t>
      </w:r>
      <w:r>
        <w:rPr>
          <w:rFonts w:ascii="Arial" w:hAnsi="Arial" w:cs="Arial"/>
          <w:b/>
          <w:i w:val="0"/>
          <w:color w:val="B82828"/>
          <w:sz w:val="23"/>
          <w:u w:val="none"/>
          <w:caps w:val="true"/>
          <w:spacing w:val="10"/>
        </w:rPr>
        <w:t>Readiness &amp; Well-Being</w:t>
      </w:r>
    </w:p>
    <w:p>
      <w:pPr>
        <w:spacing w:after="80"/>
      </w:pPr>
      <w:r>
        <w:rPr>
          <w:rFonts w:ascii="Arial" w:hAnsi="Arial" w:cs="Arial"/>
          <w:b/>
          <w:i w:val="0"/>
          <w:color w:val="1B1B1B"/>
          <w:sz w:val="21"/>
          <w:u w:val="none"/>
        </w:rPr>
        <w:t xml:space="preserve">Are you currently under the care of a mental-health professional?  </w:t>
      </w:r>
      <w:r>
        <w:rPr>
          <w:rFonts w:ascii="Arial" w:hAnsi="Arial" w:cs="Arial"/>
          <w:b w:val="0"/>
          <w:i w:val="0"/>
          <w:color w:val="1B1B1B"/>
          <w:sz w:val="21"/>
          <w:u w:val="none"/>
        </w:rPr>
        <w:t>Yes  /  No</w:t>
      </w:r>
    </w:p>
    <w:p>
      <w:pPr>
        <w:spacing w:after="80"/>
      </w:pPr>
      <w:r>
        <w:rPr>
          <w:rFonts w:ascii="Arial" w:hAnsi="Arial" w:cs="Arial"/>
          <w:b/>
          <w:i w:val="0"/>
          <w:color w:val="1B1B1B"/>
          <w:sz w:val="21"/>
          <w:u w:val="none"/>
        </w:rPr>
        <w:t xml:space="preserve">On a scale of 1–10, how would you rate your overall physical and mental wellbeing?  </w:t>
      </w:r>
      <w:r>
        <w:rPr>
          <w:rFonts w:ascii="Arial" w:hAnsi="Arial" w:cs="Arial"/>
          <w:b w:val="0"/>
          <w:i w:val="0"/>
          <w:color w:val="1B1B1B"/>
          <w:sz w:val="21"/>
          <w:u w:val="none"/>
        </w:rPr>
        <w:t>_____ / 10</w:t>
      </w:r>
    </w:p>
    <w:p>
      <w:pPr>
        <w:spacing w:after="40"/>
      </w:pPr>
      <w:r>
        <w:rPr>
          <w:rFonts w:ascii="Arial" w:hAnsi="Arial" w:cs="Arial"/>
          <w:b/>
          <w:i w:val="0"/>
          <w:color w:val="1B1B1B"/>
          <w:sz w:val="21"/>
          <w:u w:val="none"/>
        </w:rPr>
        <w:t>Is there anything health-related I should be aware of during the next 7 weeks?</w:t>
      </w:r>
    </w:p>
    <w:p>
      <w:pPr>
        <w:spacing w:after="40"/>
      </w:pPr>
      <w:r>
        <w:rPr>
          <w:rFonts w:ascii="Arial" w:hAnsi="Arial" w:cs="Arial"/>
          <w:b w:val="0"/>
          <w:i w:val="0"/>
          <w:color w:val="5E5E5E"/>
          <w:sz w:val="21"/>
          <w:u w:val="none"/>
        </w:rPr>
        <w:t>____________________________________________________________________________________________</w:t>
      </w:r>
    </w:p>
    <w:p>
      <w:pPr>
        <w:spacing w:after="40"/>
      </w:pPr>
      <w:r>
        <w:rPr>
          <w:rFonts w:ascii="Arial" w:hAnsi="Arial" w:cs="Arial"/>
          <w:b w:val="0"/>
          <w:i w:val="0"/>
          <w:color w:val="5E5E5E"/>
          <w:sz w:val="21"/>
          <w:u w:val="none"/>
        </w:rPr>
        <w:t>____________________________________________________________________________________________</w:t>
      </w:r>
    </w:p>
    <w:p>
      <w:pPr>
        <w:spacing w:after="40"/>
      </w:pPr>
    </w:p>
    <w:p>
      <w:pPr>
        <w:spacing w:before="160" w:after="60"/>
        <w:pBdr>
          <w:bottom w:val="single" w:sz="6" w:space="4" w:color="B82828"/>
        </w:pBdr>
      </w:pPr>
      <w:r>
        <w:rPr>
          <w:rFonts w:ascii="Arial" w:hAnsi="Arial" w:cs="Arial"/>
          <w:b/>
          <w:i w:val="0"/>
          <w:color w:val="B82828"/>
          <w:sz w:val="23"/>
          <w:u w:val="none"/>
        </w:rPr>
        <w:t xml:space="preserve">3.  </w:t>
      </w:r>
      <w:r>
        <w:rPr>
          <w:rFonts w:ascii="Arial" w:hAnsi="Arial" w:cs="Arial"/>
          <w:b/>
          <w:i w:val="0"/>
          <w:color w:val="B82828"/>
          <w:sz w:val="23"/>
          <w:u w:val="none"/>
          <w:caps w:val="true"/>
          <w:spacing w:val="10"/>
        </w:rPr>
        <w:t>Goals &amp; Expectations</w:t>
      </w:r>
    </w:p>
    <w:p>
      <w:pPr>
        <w:spacing w:after="40"/>
      </w:pPr>
      <w:r>
        <w:rPr>
          <w:rFonts w:ascii="Arial" w:hAnsi="Arial" w:cs="Arial"/>
          <w:b/>
          <w:i w:val="0"/>
          <w:color w:val="1B1B1B"/>
          <w:sz w:val="21"/>
          <w:u w:val="none"/>
        </w:rPr>
        <w:t>What is the #1 challenge you are facing right now?</w:t>
      </w:r>
    </w:p>
    <w:p>
      <w:pPr>
        <w:spacing w:after="40"/>
      </w:pPr>
      <w:r>
        <w:rPr>
          <w:rFonts w:ascii="Arial" w:hAnsi="Arial" w:cs="Arial"/>
          <w:b w:val="0"/>
          <w:i w:val="0"/>
          <w:color w:val="5E5E5E"/>
          <w:sz w:val="21"/>
          <w:u w:val="none"/>
        </w:rPr>
        <w:t>____________________________________________________________________________________________</w:t>
      </w:r>
    </w:p>
    <w:p>
      <w:pPr>
        <w:spacing w:after="40"/>
      </w:pPr>
      <w:r>
        <w:rPr>
          <w:rFonts w:ascii="Arial" w:hAnsi="Arial" w:cs="Arial"/>
          <w:b w:val="0"/>
          <w:i w:val="0"/>
          <w:color w:val="5E5E5E"/>
          <w:sz w:val="21"/>
          <w:u w:val="none"/>
        </w:rPr>
        <w:t>____________________________________________________________________________________________</w:t>
      </w:r>
    </w:p>
    <w:p>
      <w:pPr>
        <w:spacing w:after="40"/>
      </w:pPr>
      <w:r>
        <w:rPr>
          <w:rFonts w:ascii="Arial" w:hAnsi="Arial" w:cs="Arial"/>
          <w:b w:val="0"/>
          <w:i w:val="0"/>
          <w:color w:val="5E5E5E"/>
          <w:sz w:val="21"/>
          <w:u w:val="none"/>
        </w:rPr>
        <w:t>____________________________________________________________________________________________</w:t>
      </w:r>
    </w:p>
    <w:p>
      <w:pPr>
        <w:spacing w:after="40"/>
      </w:pPr>
    </w:p>
    <w:p>
      <w:pPr>
        <w:spacing w:after="40"/>
      </w:pPr>
      <w:r>
        <w:rPr>
          <w:rFonts w:ascii="Arial" w:hAnsi="Arial" w:cs="Arial"/>
          <w:b/>
          <w:i w:val="0"/>
          <w:color w:val="1B1B1B"/>
          <w:sz w:val="21"/>
          <w:u w:val="none"/>
        </w:rPr>
        <w:t>What does “success” look like for you in 7 weeks?</w:t>
      </w:r>
      <w:r>
        <w:rPr>
          <w:rFonts w:ascii="Arial" w:hAnsi="Arial" w:cs="Arial"/>
          <w:b w:val="0"/>
          <w:i/>
          <w:color w:val="5E5E5E"/>
          <w:sz w:val="18"/>
          <w:u w:val="none"/>
        </w:rPr>
        <w:t xml:space="preserve">  (Be as specific as you can.)</w:t>
      </w:r>
    </w:p>
    <w:p>
      <w:pPr>
        <w:spacing w:after="40"/>
      </w:pPr>
      <w:r>
        <w:rPr>
          <w:rFonts w:ascii="Arial" w:hAnsi="Arial" w:cs="Arial"/>
          <w:b w:val="0"/>
          <w:i w:val="0"/>
          <w:color w:val="5E5E5E"/>
          <w:sz w:val="21"/>
          <w:u w:val="none"/>
        </w:rPr>
        <w:t>____________________________________________________________________________________________</w:t>
      </w:r>
    </w:p>
    <w:p>
      <w:pPr>
        <w:spacing w:after="40"/>
      </w:pPr>
      <w:r>
        <w:rPr>
          <w:rFonts w:ascii="Arial" w:hAnsi="Arial" w:cs="Arial"/>
          <w:b w:val="0"/>
          <w:i w:val="0"/>
          <w:color w:val="5E5E5E"/>
          <w:sz w:val="21"/>
          <w:u w:val="none"/>
        </w:rPr>
        <w:t>____________________________________________________________________________________________</w:t>
      </w:r>
    </w:p>
    <w:p>
      <w:pPr>
        <w:spacing w:after="40"/>
      </w:pPr>
      <w:r>
        <w:rPr>
          <w:rFonts w:ascii="Arial" w:hAnsi="Arial" w:cs="Arial"/>
          <w:b w:val="0"/>
          <w:i w:val="0"/>
          <w:color w:val="5E5E5E"/>
          <w:sz w:val="21"/>
          <w:u w:val="none"/>
        </w:rPr>
        <w:t>____________________________________________________________________________________________</w:t>
      </w:r>
    </w:p>
    <w:p>
      <w:pPr>
        <w:spacing w:after="40"/>
      </w:pPr>
    </w:p>
    <w:p>
      <w:pPr>
        <w:spacing w:after="40"/>
      </w:pPr>
      <w:r>
        <w:rPr>
          <w:rFonts w:ascii="Arial" w:hAnsi="Arial" w:cs="Arial"/>
          <w:b/>
          <w:i w:val="0"/>
          <w:color w:val="1B1B1B"/>
          <w:sz w:val="21"/>
          <w:u w:val="none"/>
        </w:rPr>
        <w:t>What are the 3 biggest strengths you bring to this partnership?</w:t>
      </w:r>
    </w:p>
    <w:p>
      <w:pPr>
        <w:spacing w:after="40"/>
      </w:pPr>
      <w:r>
        <w:rPr>
          <w:rFonts w:ascii="Arial" w:hAnsi="Arial" w:cs="Arial"/>
          <w:b w:val="0"/>
          <w:i w:val="0"/>
          <w:color w:val="5E5E5E"/>
          <w:sz w:val="21"/>
          <w:u w:val="none"/>
        </w:rPr>
        <w:t>____________________________________________________________________________________________</w:t>
      </w:r>
    </w:p>
    <w:p>
      <w:pPr>
        <w:spacing w:after="40"/>
      </w:pPr>
      <w:r>
        <w:rPr>
          <w:rFonts w:ascii="Arial" w:hAnsi="Arial" w:cs="Arial"/>
          <w:b w:val="0"/>
          <w:i w:val="0"/>
          <w:color w:val="5E5E5E"/>
          <w:sz w:val="21"/>
          <w:u w:val="none"/>
        </w:rPr>
        <w:t>____________________________________________________________________________________________</w:t>
      </w:r>
    </w:p>
    <w:p>
      <w:pPr>
        <w:spacing w:after="40"/>
      </w:pPr>
      <w:r>
        <w:rPr>
          <w:rFonts w:ascii="Arial" w:hAnsi="Arial" w:cs="Arial"/>
          <w:b w:val="0"/>
          <w:i w:val="0"/>
          <w:color w:val="5E5E5E"/>
          <w:sz w:val="21"/>
          <w:u w:val="none"/>
        </w:rPr>
        <w:t>____________________________________________________________________________________________</w:t>
      </w:r>
    </w:p>
    <w:p>
      <w:pPr>
        <w:spacing w:after="40"/>
      </w:pPr>
    </w:p>
    <w:p>
      <w:pPr>
        <w:spacing w:before="160" w:after="60"/>
        <w:pBdr>
          <w:bottom w:val="single" w:sz="6" w:space="4" w:color="B82828"/>
        </w:pBdr>
      </w:pPr>
      <w:r>
        <w:rPr>
          <w:rFonts w:ascii="Arial" w:hAnsi="Arial" w:cs="Arial"/>
          <w:b/>
          <w:i w:val="0"/>
          <w:color w:val="B82828"/>
          <w:sz w:val="23"/>
          <w:u w:val="none"/>
        </w:rPr>
        <w:t xml:space="preserve">4.  </w:t>
      </w:r>
      <w:r>
        <w:rPr>
          <w:rFonts w:ascii="Arial" w:hAnsi="Arial" w:cs="Arial"/>
          <w:b/>
          <w:i w:val="0"/>
          <w:color w:val="B82828"/>
          <w:sz w:val="23"/>
          <w:u w:val="none"/>
          <w:caps w:val="true"/>
          <w:spacing w:val="10"/>
        </w:rPr>
        <w:t>Disclaimer Acknowledgment</w:t>
      </w:r>
    </w:p>
    <w:p>
      <w:pPr>
        <w:spacing w:after="60"/>
      </w:pPr>
      <w:r>
        <w:rPr>
          <w:rFonts w:ascii="Arial" w:hAnsi="Arial" w:cs="Arial"/>
          <w:b w:val="0"/>
          <w:i w:val="0"/>
          <w:color w:val="1B1B1B"/>
          <w:sz w:val="21"/>
          <w:u w:val="none"/>
        </w:rPr>
        <w:t>By signing below, I confirm that I am of healthy mind and body and fit to engage in coaching, and I understand that coaching is not therapy and does not constitute business, legal, or financial advice.</w:t>
      </w:r>
    </w:p>
    <w:p>
      <w:pPr>
        <w:spacing w:after="80"/>
      </w:pPr>
    </w:p>
    <w:p>
      <w:pPr>
        <w:spacing w:after="0"/>
      </w:pPr>
      <w:r>
        <w:rPr>
          <w:rFonts w:ascii="Arial" w:hAnsi="Arial" w:cs="Arial"/>
          <w:b/>
          <w:i w:val="0"/>
          <w:color w:val="1B1B1B"/>
          <w:sz w:val="21"/>
          <w:u w:val="none"/>
        </w:rPr>
        <w:t xml:space="preserve">Client Signature: </w:t>
      </w:r>
      <w:r>
        <w:rPr>
          <w:rFonts w:ascii="Arial" w:hAnsi="Arial" w:cs="Arial"/>
          <w:b w:val="0"/>
          <w:i w:val="0"/>
          <w:color w:val="5E5E5E"/>
          <w:sz w:val="21"/>
          <w:u w:val="none"/>
        </w:rPr>
        <w:t>__________________________________</w:t>
      </w:r>
      <w:r>
        <w:rPr>
          <w:rFonts w:ascii="Arial" w:hAnsi="Arial" w:cs="Arial"/>
          <w:b/>
          <w:i w:val="0"/>
          <w:color w:val="1B1B1B"/>
          <w:sz w:val="21"/>
          <w:u w:val="none"/>
        </w:rPr>
        <w:t xml:space="preserve">    Date: </w:t>
      </w:r>
      <w:r>
        <w:rPr>
          <w:rFonts w:ascii="Arial" w:hAnsi="Arial" w:cs="Arial"/>
          <w:b w:val="0"/>
          <w:i w:val="0"/>
          <w:color w:val="5E5E5E"/>
          <w:sz w:val="21"/>
          <w:u w:val="none"/>
        </w:rPr>
        <w:t>________________</w:t>
      </w:r>
    </w:p>
    <w:p>
      <w:pPr>
        <w:spacing w:after="40"/>
      </w:pPr>
      <w:r>
        <w:rPr>
          <w:rFonts w:ascii="Arial" w:hAnsi="Arial" w:cs="Arial"/>
          <w:b/>
          <w:i w:val="0"/>
          <w:color w:val="1B1B1B"/>
          <w:sz w:val="21"/>
          <w:u w:val="none"/>
        </w:rPr>
        <w:t xml:space="preserve">Client Printed Name: </w:t>
      </w:r>
      <w:r>
        <w:rPr>
          <w:rFonts w:ascii="Arial" w:hAnsi="Arial" w:cs="Arial"/>
          <w:b w:val="0"/>
          <w:i w:val="0"/>
          <w:color w:val="5E5E5E"/>
          <w:sz w:val="21"/>
          <w:u w:val="none"/>
        </w:rPr>
        <w:t>________________________________________</w:t>
      </w:r>
    </w:p>
    <w:sectPr w:rsidR="00FC693F" w:rsidRPr="0006063C" w:rsidSect="00034616">
      <w:footerReference w:type="default" r:id="rId9"/>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s="Arial"/>
        <w:b w:val="0"/>
        <w:i w:val="0"/>
        <w:color w:val="5E5E5E"/>
        <w:sz w:val="16"/>
        <w:u w:val="none"/>
      </w:rPr>
      <w:t>Lee Robert Kern Jr. d/b/a VA Life Coaching   |   leekern@valifecoaching.com   |   804-837-9544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color w:val="1B1B1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