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rFonts w:ascii="Arial" w:hAnsi="Arial" w:cs="Arial"/>
          <w:b/>
          <w:i w:val="0"/>
          <w:color w:val="B82828"/>
          <w:sz w:val="22"/>
          <w:u w:val="none"/>
          <w:caps w:val="true"/>
          <w:spacing w:val="30"/>
        </w:rPr>
        <w:t>valifecoaching.com</w:t>
      </w:r>
    </w:p>
    <w:p>
      <w:pPr>
        <w:spacing w:before="40" w:after="40"/>
        <w:pBdr>
          <w:bottom w:val="single" w:sz="24" w:space="4" w:color="B82828"/>
        </w:pBdr>
      </w:pPr>
      <w:r>
        <w:rPr>
          <w:rFonts w:ascii="Arial" w:hAnsi="Arial" w:cs="Arial"/>
          <w:b/>
          <w:i w:val="0"/>
          <w:color w:val="1B1B1B"/>
          <w:sz w:val="40"/>
          <w:u w:val="none"/>
          <w:caps w:val="true"/>
          <w:spacing w:val="20"/>
        </w:rPr>
        <w:t>Session Prep Form</w:t>
      </w:r>
    </w:p>
    <w:p>
      <w:pPr>
        <w:spacing w:after="40"/>
      </w:pPr>
    </w:p>
    <w:p>
      <w:pPr>
        <w:spacing w:after="160"/>
      </w:pPr>
      <w:r>
        <w:rPr>
          <w:rFonts w:ascii="Arial" w:hAnsi="Arial" w:cs="Arial"/>
          <w:b w:val="0"/>
          <w:i/>
          <w:color w:val="5E5E5E"/>
          <w:sz w:val="21"/>
          <w:u w:val="none"/>
        </w:rPr>
        <w:t>A few focused minutes here makes our session sharper and more valuable for you. Please complete this form and submit it 24 hours before each session.</w:t>
      </w:r>
    </w:p>
    <w:p>
      <w:pPr>
        <w:spacing w:after="160"/>
      </w:pPr>
      <w:r>
        <w:rPr>
          <w:rFonts w:ascii="Arial" w:hAnsi="Arial" w:cs="Arial"/>
          <w:b/>
          <w:i w:val="0"/>
          <w:color w:val="1B1B1B"/>
          <w:sz w:val="21"/>
          <w:u w:val="none"/>
        </w:rPr>
        <w:t xml:space="preserve">Client Name: </w:t>
      </w:r>
      <w:r>
        <w:rPr>
          <w:rFonts w:ascii="Arial" w:hAnsi="Arial" w:cs="Arial"/>
          <w:b w:val="0"/>
          <w:i w:val="0"/>
          <w:color w:val="5E5E5E"/>
          <w:sz w:val="21"/>
          <w:u w:val="none"/>
        </w:rPr>
        <w:t>__________________________________</w:t>
      </w:r>
      <w:r>
        <w:rPr>
          <w:rFonts w:ascii="Arial" w:hAnsi="Arial" w:cs="Arial"/>
          <w:b/>
          <w:i w:val="0"/>
          <w:color w:val="1B1B1B"/>
          <w:sz w:val="21"/>
          <w:u w:val="none"/>
        </w:rPr>
        <w:t xml:space="preserve">    Session Date: </w:t>
      </w:r>
      <w:r>
        <w:rPr>
          <w:rFonts w:ascii="Arial" w:hAnsi="Arial" w:cs="Arial"/>
          <w:b w:val="0"/>
          <w:i w:val="0"/>
          <w:color w:val="5E5E5E"/>
          <w:sz w:val="21"/>
          <w:u w:val="none"/>
        </w:rPr>
        <w:t>________________</w:t>
      </w:r>
    </w:p>
    <w:p>
      <w:pPr>
        <w:spacing w:before="160" w:after="60"/>
        <w:pBdr>
          <w:bottom w:val="single" w:sz="6" w:space="4" w:color="B82828"/>
        </w:pBdr>
      </w:pPr>
      <w:r>
        <w:rPr>
          <w:rFonts w:ascii="Arial" w:hAnsi="Arial" w:cs="Arial"/>
          <w:b/>
          <w:i w:val="0"/>
          <w:color w:val="B82828"/>
          <w:sz w:val="23"/>
          <w:u w:val="none"/>
        </w:rPr>
        <w:t xml:space="preserve">1.  </w:t>
      </w:r>
      <w:r>
        <w:rPr>
          <w:rFonts w:ascii="Arial" w:hAnsi="Arial" w:cs="Arial"/>
          <w:b/>
          <w:i w:val="0"/>
          <w:color w:val="B82828"/>
          <w:sz w:val="23"/>
          <w:u w:val="none"/>
          <w:caps w:val="true"/>
          <w:spacing w:val="10"/>
        </w:rPr>
        <w:t>Wins</w:t>
      </w:r>
    </w:p>
    <w:p>
      <w:pPr>
        <w:spacing w:after="40"/>
      </w:pPr>
      <w:r>
        <w:rPr>
          <w:rFonts w:ascii="Arial" w:hAnsi="Arial" w:cs="Arial"/>
          <w:b/>
          <w:i w:val="0"/>
          <w:color w:val="1B1B1B"/>
          <w:sz w:val="21"/>
          <w:u w:val="none"/>
        </w:rPr>
        <w:t>What are your 3 biggest successes or wins since our last meeting?</w:t>
      </w:r>
    </w:p>
    <w:p>
      <w:pPr>
        <w:spacing w:after="40"/>
      </w:pPr>
      <w:r>
        <w:rPr>
          <w:rFonts w:ascii="Arial" w:hAnsi="Arial" w:cs="Arial"/>
          <w:b w:val="0"/>
          <w:i w:val="0"/>
          <w:color w:val="5E5E5E"/>
          <w:sz w:val="21"/>
          <w:u w:val="none"/>
        </w:rPr>
        <w:t>____________________________________________________________________________________________</w:t>
      </w:r>
    </w:p>
    <w:p>
      <w:pPr>
        <w:spacing w:after="40"/>
      </w:pPr>
      <w:r>
        <w:rPr>
          <w:rFonts w:ascii="Arial" w:hAnsi="Arial" w:cs="Arial"/>
          <w:b w:val="0"/>
          <w:i w:val="0"/>
          <w:color w:val="5E5E5E"/>
          <w:sz w:val="21"/>
          <w:u w:val="none"/>
        </w:rPr>
        <w:t>____________________________________________________________________________________________</w:t>
      </w:r>
    </w:p>
    <w:p>
      <w:pPr>
        <w:spacing w:after="40"/>
      </w:pPr>
      <w:r>
        <w:rPr>
          <w:rFonts w:ascii="Arial" w:hAnsi="Arial" w:cs="Arial"/>
          <w:b w:val="0"/>
          <w:i w:val="0"/>
          <w:color w:val="5E5E5E"/>
          <w:sz w:val="21"/>
          <w:u w:val="none"/>
        </w:rPr>
        <w:t>____________________________________________________________________________________________</w:t>
      </w:r>
    </w:p>
    <w:p>
      <w:pPr>
        <w:spacing w:after="40"/>
      </w:pPr>
    </w:p>
    <w:p>
      <w:pPr>
        <w:spacing w:before="160" w:after="60"/>
        <w:pBdr>
          <w:bottom w:val="single" w:sz="6" w:space="4" w:color="B82828"/>
        </w:pBdr>
      </w:pPr>
      <w:r>
        <w:rPr>
          <w:rFonts w:ascii="Arial" w:hAnsi="Arial" w:cs="Arial"/>
          <w:b/>
          <w:i w:val="0"/>
          <w:color w:val="B82828"/>
          <w:sz w:val="23"/>
          <w:u w:val="none"/>
        </w:rPr>
        <w:t xml:space="preserve">2.  </w:t>
      </w:r>
      <w:r>
        <w:rPr>
          <w:rFonts w:ascii="Arial" w:hAnsi="Arial" w:cs="Arial"/>
          <w:b/>
          <w:i w:val="0"/>
          <w:color w:val="B82828"/>
          <w:sz w:val="23"/>
          <w:u w:val="none"/>
          <w:caps w:val="true"/>
          <w:spacing w:val="10"/>
        </w:rPr>
        <w:t>Progress</w:t>
      </w:r>
    </w:p>
    <w:p>
      <w:pPr>
        <w:spacing w:after="40"/>
      </w:pPr>
      <w:r>
        <w:rPr>
          <w:rFonts w:ascii="Arial" w:hAnsi="Arial" w:cs="Arial"/>
          <w:b/>
          <w:i w:val="0"/>
          <w:color w:val="1B1B1B"/>
          <w:sz w:val="21"/>
          <w:u w:val="none"/>
        </w:rPr>
        <w:t>What did you accomplish on your previous action steps?</w:t>
      </w:r>
    </w:p>
    <w:p>
      <w:pPr>
        <w:spacing w:after="40"/>
      </w:pPr>
      <w:r>
        <w:rPr>
          <w:rFonts w:ascii="Arial" w:hAnsi="Arial" w:cs="Arial"/>
          <w:b w:val="0"/>
          <w:i w:val="0"/>
          <w:color w:val="5E5E5E"/>
          <w:sz w:val="21"/>
          <w:u w:val="none"/>
        </w:rPr>
        <w:t>____________________________________________________________________________________________</w:t>
      </w:r>
    </w:p>
    <w:p>
      <w:pPr>
        <w:spacing w:after="40"/>
      </w:pPr>
      <w:r>
        <w:rPr>
          <w:rFonts w:ascii="Arial" w:hAnsi="Arial" w:cs="Arial"/>
          <w:b w:val="0"/>
          <w:i w:val="0"/>
          <w:color w:val="5E5E5E"/>
          <w:sz w:val="21"/>
          <w:u w:val="none"/>
        </w:rPr>
        <w:t>____________________________________________________________________________________________</w:t>
      </w:r>
    </w:p>
    <w:p>
      <w:pPr>
        <w:spacing w:after="40"/>
      </w:pPr>
      <w:r>
        <w:rPr>
          <w:rFonts w:ascii="Arial" w:hAnsi="Arial" w:cs="Arial"/>
          <w:b w:val="0"/>
          <w:i w:val="0"/>
          <w:color w:val="5E5E5E"/>
          <w:sz w:val="21"/>
          <w:u w:val="none"/>
        </w:rPr>
        <w:t>____________________________________________________________________________________________</w:t>
      </w:r>
    </w:p>
    <w:p>
      <w:pPr>
        <w:spacing w:after="40"/>
      </w:pPr>
    </w:p>
    <w:p>
      <w:pPr>
        <w:spacing w:before="160" w:after="60"/>
        <w:pBdr>
          <w:bottom w:val="single" w:sz="6" w:space="4" w:color="B82828"/>
        </w:pBdr>
      </w:pPr>
      <w:r>
        <w:rPr>
          <w:rFonts w:ascii="Arial" w:hAnsi="Arial" w:cs="Arial"/>
          <w:b/>
          <w:i w:val="0"/>
          <w:color w:val="B82828"/>
          <w:sz w:val="23"/>
          <w:u w:val="none"/>
        </w:rPr>
        <w:t xml:space="preserve">3.  </w:t>
      </w:r>
      <w:r>
        <w:rPr>
          <w:rFonts w:ascii="Arial" w:hAnsi="Arial" w:cs="Arial"/>
          <w:b/>
          <w:i w:val="0"/>
          <w:color w:val="B82828"/>
          <w:sz w:val="23"/>
          <w:u w:val="none"/>
          <w:caps w:val="true"/>
          <w:spacing w:val="10"/>
        </w:rPr>
        <w:t>Agenda</w:t>
      </w:r>
    </w:p>
    <w:p>
      <w:pPr>
        <w:spacing w:after="40"/>
      </w:pPr>
      <w:r>
        <w:rPr>
          <w:rFonts w:ascii="Arial" w:hAnsi="Arial" w:cs="Arial"/>
          <w:b/>
          <w:i w:val="0"/>
          <w:color w:val="1B1B1B"/>
          <w:sz w:val="21"/>
          <w:u w:val="none"/>
        </w:rPr>
        <w:t>What is the #1 thing you want to focus on today?</w:t>
      </w:r>
    </w:p>
    <w:p>
      <w:pPr>
        <w:spacing w:after="40"/>
      </w:pPr>
      <w:r>
        <w:rPr>
          <w:rFonts w:ascii="Arial" w:hAnsi="Arial" w:cs="Arial"/>
          <w:b w:val="0"/>
          <w:i w:val="0"/>
          <w:color w:val="5E5E5E"/>
          <w:sz w:val="21"/>
          <w:u w:val="none"/>
        </w:rPr>
        <w:t>____________________________________________________________________________________________</w:t>
      </w:r>
    </w:p>
    <w:p>
      <w:pPr>
        <w:spacing w:after="40"/>
      </w:pPr>
      <w:r>
        <w:rPr>
          <w:rFonts w:ascii="Arial" w:hAnsi="Arial" w:cs="Arial"/>
          <w:b w:val="0"/>
          <w:i w:val="0"/>
          <w:color w:val="5E5E5E"/>
          <w:sz w:val="21"/>
          <w:u w:val="none"/>
        </w:rPr>
        <w:t>____________________________________________________________________________________________</w:t>
      </w:r>
    </w:p>
    <w:p>
      <w:pPr>
        <w:spacing w:after="40"/>
      </w:pPr>
      <w:r>
        <w:rPr>
          <w:rFonts w:ascii="Arial" w:hAnsi="Arial" w:cs="Arial"/>
          <w:b w:val="0"/>
          <w:i w:val="0"/>
          <w:color w:val="5E5E5E"/>
          <w:sz w:val="21"/>
          <w:u w:val="none"/>
        </w:rPr>
        <w:t>____________________________________________________________________________________________</w:t>
      </w:r>
    </w:p>
    <w:p>
      <w:pPr>
        <w:spacing w:after="40"/>
      </w:pPr>
    </w:p>
    <w:p>
      <w:pPr>
        <w:spacing w:before="160" w:after="60"/>
        <w:pBdr>
          <w:bottom w:val="single" w:sz="6" w:space="4" w:color="B82828"/>
        </w:pBdr>
      </w:pPr>
      <w:r>
        <w:rPr>
          <w:rFonts w:ascii="Arial" w:hAnsi="Arial" w:cs="Arial"/>
          <w:b/>
          <w:i w:val="0"/>
          <w:color w:val="B82828"/>
          <w:sz w:val="23"/>
          <w:u w:val="none"/>
        </w:rPr>
        <w:t xml:space="preserve">4.  </w:t>
      </w:r>
      <w:r>
        <w:rPr>
          <w:rFonts w:ascii="Arial" w:hAnsi="Arial" w:cs="Arial"/>
          <w:b/>
          <w:i w:val="0"/>
          <w:color w:val="B82828"/>
          <w:sz w:val="23"/>
          <w:u w:val="none"/>
          <w:caps w:val="true"/>
          <w:spacing w:val="10"/>
        </w:rPr>
        <w:t>Challenges</w:t>
      </w:r>
    </w:p>
    <w:p>
      <w:pPr>
        <w:spacing w:after="40"/>
      </w:pPr>
      <w:r>
        <w:rPr>
          <w:rFonts w:ascii="Arial" w:hAnsi="Arial" w:cs="Arial"/>
          <w:b/>
          <w:i w:val="0"/>
          <w:color w:val="1B1B1B"/>
          <w:sz w:val="21"/>
          <w:u w:val="none"/>
        </w:rPr>
        <w:t>What is the biggest obstacle to moving forward right now?</w:t>
      </w:r>
    </w:p>
    <w:p>
      <w:pPr>
        <w:spacing w:after="40"/>
      </w:pPr>
      <w:r>
        <w:rPr>
          <w:rFonts w:ascii="Arial" w:hAnsi="Arial" w:cs="Arial"/>
          <w:b w:val="0"/>
          <w:i w:val="0"/>
          <w:color w:val="5E5E5E"/>
          <w:sz w:val="21"/>
          <w:u w:val="none"/>
        </w:rPr>
        <w:t>____________________________________________________________________________________________</w:t>
      </w:r>
    </w:p>
    <w:p>
      <w:pPr>
        <w:spacing w:after="40"/>
      </w:pPr>
      <w:r>
        <w:rPr>
          <w:rFonts w:ascii="Arial" w:hAnsi="Arial" w:cs="Arial"/>
          <w:b w:val="0"/>
          <w:i w:val="0"/>
          <w:color w:val="5E5E5E"/>
          <w:sz w:val="21"/>
          <w:u w:val="none"/>
        </w:rPr>
        <w:t>____________________________________________________________________________________________</w:t>
      </w:r>
    </w:p>
    <w:p>
      <w:pPr>
        <w:spacing w:after="40"/>
      </w:pPr>
      <w:r>
        <w:rPr>
          <w:rFonts w:ascii="Arial" w:hAnsi="Arial" w:cs="Arial"/>
          <w:b w:val="0"/>
          <w:i w:val="0"/>
          <w:color w:val="5E5E5E"/>
          <w:sz w:val="21"/>
          <w:u w:val="none"/>
        </w:rPr>
        <w:t>____________________________________________________________________________________________</w:t>
      </w:r>
    </w:p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cs="Arial"/>
        <w:b w:val="0"/>
        <w:i w:val="0"/>
        <w:color w:val="5E5E5E"/>
        <w:sz w:val="16"/>
        <w:u w:val="none"/>
      </w:rPr>
      <w:t>Lee Robert Kern Jr. d/b/a VA Life Coaching   |   leekern@valifecoaching.com   |   804-837-9544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color w:val="1B1B1B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