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1CE0EC" w14:textId="7072DAE7" w:rsidR="00CD3345" w:rsidRDefault="00000000">
      <w:pPr>
        <w:pStyle w:val="Title"/>
        <w:spacing w:after="80"/>
        <w:jc w:val="center"/>
      </w:pPr>
      <w:r>
        <w:t>NEFC Team Information Form</w:t>
      </w:r>
    </w:p>
    <w:p w14:paraId="72EDADF9" w14:textId="77777777" w:rsidR="00CD3345" w:rsidRDefault="00000000">
      <w:pPr>
        <w:spacing w:after="240"/>
        <w:jc w:val="center"/>
      </w:pPr>
      <w:r>
        <w:rPr>
          <w:b/>
          <w:color w:val="BF5700"/>
        </w:rPr>
        <w:t>National Energy Finance Challenge  |  Texas McCombs</w:t>
      </w:r>
    </w:p>
    <w:p w14:paraId="23382D68" w14:textId="77777777" w:rsidR="00CD3345" w:rsidRDefault="00000000">
      <w:pPr>
        <w:spacing w:after="240"/>
      </w:pPr>
      <w:r>
        <w:t>Please complete one form per team and return it by the stated deadline. Attach one PDF resume for each team member when submitting this form.</w:t>
      </w:r>
    </w:p>
    <w:p w14:paraId="3D32C3AD" w14:textId="77777777" w:rsidR="00CD3345" w:rsidRDefault="00000000">
      <w:pPr>
        <w:pStyle w:val="Heading1"/>
      </w:pPr>
      <w:r>
        <w:t>School and Team Information</w:t>
      </w:r>
    </w:p>
    <w:p w14:paraId="5F8995F8" w14:textId="77777777" w:rsidR="00CD3345" w:rsidRDefault="00000000">
      <w:pPr>
        <w:spacing w:after="140"/>
      </w:pPr>
      <w:r>
        <w:rPr>
          <w:b/>
        </w:rPr>
        <w:t xml:space="preserve">School  </w:t>
      </w:r>
      <w:r>
        <w:t>____________________________________________________________</w:t>
      </w:r>
    </w:p>
    <w:p w14:paraId="3C4B27EE" w14:textId="77777777" w:rsidR="00CD3345" w:rsidRDefault="00000000">
      <w:pPr>
        <w:spacing w:after="140"/>
      </w:pPr>
      <w:r>
        <w:rPr>
          <w:b/>
        </w:rPr>
        <w:t xml:space="preserve">Team name  </w:t>
      </w:r>
      <w:r>
        <w:t>____________________________________________________________</w:t>
      </w:r>
    </w:p>
    <w:p w14:paraId="2A47B153" w14:textId="77777777" w:rsidR="00CD3345" w:rsidRDefault="00000000">
      <w:pPr>
        <w:spacing w:after="160"/>
      </w:pPr>
      <w:r>
        <w:rPr>
          <w:b/>
        </w:rPr>
        <w:t xml:space="preserve">Team naming rule: </w:t>
      </w:r>
      <w:r>
        <w:t>The team name may not reference your school, city, conference, or mascot. Judges should not be able to infer the team's school affiliation.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CD3345" w14:paraId="1C0B4595" w14:textId="77777777">
        <w:trPr>
          <w:jc w:val="center"/>
        </w:trPr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6A8B28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Primary team contact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693461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Email</w:t>
            </w:r>
          </w:p>
        </w:tc>
      </w:tr>
      <w:tr w:rsidR="00CD3345" w14:paraId="7572FB02" w14:textId="77777777">
        <w:trPr>
          <w:jc w:val="center"/>
        </w:trPr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791E85" w14:textId="77777777" w:rsidR="00CD3345" w:rsidRDefault="00CD3345">
            <w:pPr>
              <w:spacing w:after="0" w:line="240" w:lineRule="auto"/>
            </w:pP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94D9C3" w14:textId="77777777" w:rsidR="00CD3345" w:rsidRDefault="00CD3345">
            <w:pPr>
              <w:spacing w:after="0" w:line="240" w:lineRule="auto"/>
            </w:pPr>
          </w:p>
        </w:tc>
      </w:tr>
      <w:tr w:rsidR="00CD3345" w14:paraId="4407D013" w14:textId="77777777">
        <w:trPr>
          <w:jc w:val="center"/>
        </w:trPr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146E97" w14:textId="77777777" w:rsidR="00CD3345" w:rsidRDefault="00000000">
            <w:pPr>
              <w:spacing w:after="0" w:line="240" w:lineRule="auto"/>
            </w:pPr>
            <w:r>
              <w:rPr>
                <w:sz w:val="19"/>
              </w:rPr>
              <w:t>Mobile phone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E3823A" w14:textId="77777777" w:rsidR="00CD3345" w:rsidRDefault="00000000">
            <w:pPr>
              <w:spacing w:after="0" w:line="240" w:lineRule="auto"/>
            </w:pPr>
            <w:r>
              <w:rPr>
                <w:sz w:val="19"/>
              </w:rPr>
              <w:t>Faculty advisor or school contact</w:t>
            </w:r>
          </w:p>
        </w:tc>
      </w:tr>
    </w:tbl>
    <w:p w14:paraId="7AC63D0B" w14:textId="77777777" w:rsidR="00CD3345" w:rsidRDefault="00CD3345">
      <w:pPr>
        <w:spacing w:after="0"/>
      </w:pPr>
    </w:p>
    <w:p w14:paraId="2220CE87" w14:textId="77777777" w:rsidR="00CD3345" w:rsidRDefault="00000000">
      <w:pPr>
        <w:pStyle w:val="Heading1"/>
      </w:pPr>
      <w:r>
        <w:t>Team Members</w:t>
      </w:r>
    </w:p>
    <w:p w14:paraId="5F9FCA5D" w14:textId="77777777" w:rsidR="00CD3345" w:rsidRDefault="00000000">
      <w:pPr>
        <w:spacing w:after="140"/>
      </w:pPr>
      <w:r>
        <w:t>List every competitor. The primary contact should appear in Row 1.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2232"/>
        <w:gridCol w:w="2952"/>
        <w:gridCol w:w="1800"/>
        <w:gridCol w:w="2736"/>
      </w:tblGrid>
      <w:tr w:rsidR="00CD3345" w14:paraId="6784D548" w14:textId="77777777">
        <w:trPr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2329E7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0B4DC6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Full name</w:t>
            </w: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B36A04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Email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F6E110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Phone</w:t>
            </w:r>
          </w:p>
        </w:tc>
        <w:tc>
          <w:tcPr>
            <w:tcW w:w="27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24F2D7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Program and graduation year</w:t>
            </w:r>
          </w:p>
        </w:tc>
      </w:tr>
      <w:tr w:rsidR="00CD3345" w14:paraId="7EB74374" w14:textId="77777777">
        <w:trPr>
          <w:trHeight w:val="605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F70751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E0984D" w14:textId="77777777" w:rsidR="00CD3345" w:rsidRDefault="00CD3345">
            <w:pPr>
              <w:spacing w:after="0" w:line="240" w:lineRule="auto"/>
            </w:pP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3F8EC7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5522BC" w14:textId="77777777" w:rsidR="00CD3345" w:rsidRDefault="00CD3345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227A37" w14:textId="77777777" w:rsidR="00CD3345" w:rsidRDefault="00CD3345">
            <w:pPr>
              <w:spacing w:after="0" w:line="240" w:lineRule="auto"/>
            </w:pPr>
          </w:p>
        </w:tc>
      </w:tr>
      <w:tr w:rsidR="00CD3345" w14:paraId="3A50AEAC" w14:textId="77777777">
        <w:trPr>
          <w:trHeight w:val="605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A3B12D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D0E4BD" w14:textId="77777777" w:rsidR="00CD3345" w:rsidRDefault="00CD3345">
            <w:pPr>
              <w:spacing w:after="0" w:line="240" w:lineRule="auto"/>
            </w:pP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E3F4E3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367437" w14:textId="77777777" w:rsidR="00CD3345" w:rsidRDefault="00CD3345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155452" w14:textId="77777777" w:rsidR="00CD3345" w:rsidRDefault="00CD3345">
            <w:pPr>
              <w:spacing w:after="0" w:line="240" w:lineRule="auto"/>
            </w:pPr>
          </w:p>
        </w:tc>
      </w:tr>
      <w:tr w:rsidR="00CD3345" w14:paraId="7A29C57C" w14:textId="77777777">
        <w:trPr>
          <w:trHeight w:val="605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49D101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E3E901" w14:textId="77777777" w:rsidR="00CD3345" w:rsidRDefault="00CD3345">
            <w:pPr>
              <w:spacing w:after="0" w:line="240" w:lineRule="auto"/>
            </w:pP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6EBCCD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4E04D2" w14:textId="77777777" w:rsidR="00CD3345" w:rsidRDefault="00CD3345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1BF242" w14:textId="77777777" w:rsidR="00CD3345" w:rsidRDefault="00CD3345">
            <w:pPr>
              <w:spacing w:after="0" w:line="240" w:lineRule="auto"/>
            </w:pPr>
          </w:p>
        </w:tc>
      </w:tr>
      <w:tr w:rsidR="00CD3345" w14:paraId="60F39318" w14:textId="77777777">
        <w:trPr>
          <w:trHeight w:val="605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8A1B76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4C499E" w14:textId="77777777" w:rsidR="00CD3345" w:rsidRDefault="00CD3345">
            <w:pPr>
              <w:spacing w:after="0" w:line="240" w:lineRule="auto"/>
            </w:pP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B124BD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DB478B" w14:textId="77777777" w:rsidR="00CD3345" w:rsidRDefault="00CD3345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547404" w14:textId="77777777" w:rsidR="00CD3345" w:rsidRDefault="00CD3345">
            <w:pPr>
              <w:spacing w:after="0" w:line="240" w:lineRule="auto"/>
            </w:pPr>
          </w:p>
        </w:tc>
      </w:tr>
    </w:tbl>
    <w:p w14:paraId="7B5EF128" w14:textId="77777777" w:rsidR="00CD3345" w:rsidRDefault="00000000">
      <w:r>
        <w:br w:type="page"/>
      </w:r>
    </w:p>
    <w:p w14:paraId="04568BE3" w14:textId="77777777" w:rsidR="00CD3345" w:rsidRDefault="00000000">
      <w:pPr>
        <w:pStyle w:val="Heading1"/>
      </w:pPr>
      <w:r>
        <w:lastRenderedPageBreak/>
        <w:t>Coffee Chat Preferences</w:t>
      </w:r>
    </w:p>
    <w:p w14:paraId="07413CCA" w14:textId="77777777" w:rsidR="00CD3345" w:rsidRDefault="00000000">
      <w:pPr>
        <w:spacing w:after="180"/>
      </w:pPr>
      <w:r>
        <w:t>Each team member should rank the available sponsor or employer options from 1 to 4, where 1 is the highest preference. Use each rank once. Assignments are limited and will also depend on sponsor preferences.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2376"/>
        <w:gridCol w:w="1800"/>
        <w:gridCol w:w="1800"/>
        <w:gridCol w:w="1800"/>
        <w:gridCol w:w="1800"/>
      </w:tblGrid>
      <w:tr w:rsidR="00CD3345" w14:paraId="0FE45E0D" w14:textId="77777777">
        <w:trPr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C5C322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DBE091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Team member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430634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Preference 1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519F2E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Preference 2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547A95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Preference 3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EF92EC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Preference 4</w:t>
            </w:r>
          </w:p>
        </w:tc>
      </w:tr>
      <w:tr w:rsidR="00CD3345" w14:paraId="57AA9A3E" w14:textId="77777777">
        <w:trPr>
          <w:trHeight w:val="547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F8C4EE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A7BEBE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4D6886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AFACEE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89EE8C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911A4C" w14:textId="77777777" w:rsidR="00CD3345" w:rsidRDefault="00CD3345">
            <w:pPr>
              <w:spacing w:after="0" w:line="240" w:lineRule="auto"/>
            </w:pPr>
          </w:p>
        </w:tc>
      </w:tr>
      <w:tr w:rsidR="00CD3345" w14:paraId="648D35CD" w14:textId="77777777">
        <w:trPr>
          <w:trHeight w:val="547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EC250C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56261B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00D777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56BB3B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9BFD1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2098A9" w14:textId="77777777" w:rsidR="00CD3345" w:rsidRDefault="00CD3345">
            <w:pPr>
              <w:spacing w:after="0" w:line="240" w:lineRule="auto"/>
            </w:pPr>
          </w:p>
        </w:tc>
      </w:tr>
      <w:tr w:rsidR="00CD3345" w14:paraId="5C046B00" w14:textId="77777777">
        <w:trPr>
          <w:trHeight w:val="547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55F256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3E8032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C8C56B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4A901C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874DC6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BF8955" w14:textId="77777777" w:rsidR="00CD3345" w:rsidRDefault="00CD3345">
            <w:pPr>
              <w:spacing w:after="0" w:line="240" w:lineRule="auto"/>
            </w:pPr>
          </w:p>
        </w:tc>
      </w:tr>
      <w:tr w:rsidR="00CD3345" w14:paraId="5E2C07F7" w14:textId="77777777">
        <w:trPr>
          <w:trHeight w:val="547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89D936" w14:textId="77777777" w:rsidR="00CD3345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5EA9E9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A91973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422765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EE26A3" w14:textId="77777777" w:rsidR="00CD3345" w:rsidRDefault="00CD3345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4CDFA1" w14:textId="77777777" w:rsidR="00CD3345" w:rsidRDefault="00CD3345">
            <w:pPr>
              <w:spacing w:after="0" w:line="240" w:lineRule="auto"/>
            </w:pPr>
          </w:p>
        </w:tc>
      </w:tr>
    </w:tbl>
    <w:p w14:paraId="5A3A7ED2" w14:textId="77777777" w:rsidR="00CD3345" w:rsidRDefault="00CD3345">
      <w:pPr>
        <w:spacing w:after="0"/>
      </w:pPr>
    </w:p>
    <w:p w14:paraId="1120344E" w14:textId="77777777" w:rsidR="00CD3345" w:rsidRDefault="00000000">
      <w:pPr>
        <w:pStyle w:val="Heading1"/>
      </w:pPr>
      <w:r>
        <w:t>Dietary Restrictions and Accessibility Needs</w:t>
      </w:r>
    </w:p>
    <w:p w14:paraId="1B834B09" w14:textId="77777777" w:rsidR="00CD3345" w:rsidRDefault="00000000">
      <w:pPr>
        <w:spacing w:after="160"/>
      </w:pPr>
      <w:r>
        <w:t>Enter None if a team member has no restrictions or accommodation needs. Please identify severe allergies clearly.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2952"/>
        <w:gridCol w:w="7128"/>
      </w:tblGrid>
      <w:tr w:rsidR="00CD3345" w14:paraId="676ACC60" w14:textId="77777777">
        <w:trPr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E262AD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F0487D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Team member</w:t>
            </w: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57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199B61" w14:textId="77777777" w:rsidR="00CD33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Dietary restriction, allergy, or accessibility need</w:t>
            </w:r>
          </w:p>
        </w:tc>
      </w:tr>
      <w:tr w:rsidR="00CD3345" w14:paraId="3F1D078B" w14:textId="77777777">
        <w:trPr>
          <w:trHeight w:val="576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2F6D8C" w14:textId="77777777" w:rsidR="00CD3345" w:rsidRDefault="00000000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8A5233" w14:textId="77777777" w:rsidR="00CD3345" w:rsidRDefault="00CD3345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804D29" w14:textId="77777777" w:rsidR="00CD3345" w:rsidRDefault="00CD3345">
            <w:pPr>
              <w:spacing w:after="0" w:line="240" w:lineRule="auto"/>
            </w:pPr>
          </w:p>
        </w:tc>
      </w:tr>
      <w:tr w:rsidR="00CD3345" w14:paraId="3AB8B60A" w14:textId="77777777">
        <w:trPr>
          <w:trHeight w:val="576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B73DAE" w14:textId="77777777" w:rsidR="00CD3345" w:rsidRDefault="00000000">
            <w:pPr>
              <w:spacing w:after="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C6226A" w14:textId="77777777" w:rsidR="00CD3345" w:rsidRDefault="00CD3345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230D0E" w14:textId="77777777" w:rsidR="00CD3345" w:rsidRDefault="00CD3345">
            <w:pPr>
              <w:spacing w:after="0" w:line="240" w:lineRule="auto"/>
            </w:pPr>
          </w:p>
        </w:tc>
      </w:tr>
      <w:tr w:rsidR="00CD3345" w14:paraId="09369901" w14:textId="77777777">
        <w:trPr>
          <w:trHeight w:val="576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2C834F" w14:textId="77777777" w:rsidR="00CD3345" w:rsidRDefault="00000000">
            <w:pPr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B65A32" w14:textId="77777777" w:rsidR="00CD3345" w:rsidRDefault="00CD3345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AF0A9A" w14:textId="77777777" w:rsidR="00CD3345" w:rsidRDefault="00CD3345">
            <w:pPr>
              <w:spacing w:after="0" w:line="240" w:lineRule="auto"/>
            </w:pPr>
          </w:p>
        </w:tc>
      </w:tr>
      <w:tr w:rsidR="00CD3345" w14:paraId="7EA10B2E" w14:textId="77777777">
        <w:trPr>
          <w:trHeight w:val="576"/>
          <w:jc w:val="center"/>
        </w:trPr>
        <w:tc>
          <w:tcPr>
            <w:tcW w:w="5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9873CA" w14:textId="77777777" w:rsidR="00CD3345" w:rsidRDefault="00000000">
            <w:pPr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2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9EB73F" w14:textId="77777777" w:rsidR="00CD3345" w:rsidRDefault="00CD3345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EE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E89B78" w14:textId="77777777" w:rsidR="00CD3345" w:rsidRDefault="00CD3345">
            <w:pPr>
              <w:spacing w:after="0" w:line="240" w:lineRule="auto"/>
            </w:pPr>
          </w:p>
        </w:tc>
      </w:tr>
    </w:tbl>
    <w:p w14:paraId="0336D395" w14:textId="77777777" w:rsidR="00CD3345" w:rsidRDefault="00CD3345">
      <w:pPr>
        <w:spacing w:after="0"/>
      </w:pPr>
    </w:p>
    <w:p w14:paraId="695FB5F2" w14:textId="77777777" w:rsidR="00CD3345" w:rsidRDefault="00000000">
      <w:pPr>
        <w:pStyle w:val="Heading1"/>
      </w:pPr>
      <w:r>
        <w:t>Submission Checklist</w:t>
      </w:r>
    </w:p>
    <w:p w14:paraId="17D3F550" w14:textId="77777777" w:rsidR="00CD3345" w:rsidRDefault="00000000">
      <w:pPr>
        <w:spacing w:after="40"/>
        <w:ind w:left="173"/>
      </w:pPr>
      <w:r>
        <w:t>☐ One PDF resume is attached for every team member.</w:t>
      </w:r>
    </w:p>
    <w:p w14:paraId="3976B3DD" w14:textId="77777777" w:rsidR="00CD3345" w:rsidRDefault="00000000">
      <w:pPr>
        <w:spacing w:after="40"/>
        <w:ind w:left="173"/>
      </w:pPr>
      <w:r>
        <w:t>☐ Coffee chat preferences are complete for every team member.</w:t>
      </w:r>
    </w:p>
    <w:p w14:paraId="19DEE8CC" w14:textId="77777777" w:rsidR="00CD3345" w:rsidRDefault="00000000">
      <w:pPr>
        <w:spacing w:after="40"/>
        <w:ind w:left="173"/>
      </w:pPr>
      <w:r>
        <w:t>☐ Dietary restrictions and accessibility needs are complete.</w:t>
      </w:r>
    </w:p>
    <w:p w14:paraId="1795A6D7" w14:textId="77777777" w:rsidR="00CD3345" w:rsidRDefault="00000000">
      <w:pPr>
        <w:spacing w:after="40"/>
        <w:ind w:left="173"/>
      </w:pPr>
      <w:r>
        <w:t>☐ The team name follows the anonymity rule.</w:t>
      </w:r>
    </w:p>
    <w:p w14:paraId="632E3994" w14:textId="77777777" w:rsidR="00CD3345" w:rsidRDefault="00000000">
      <w:pPr>
        <w:spacing w:after="140"/>
      </w:pPr>
      <w:r>
        <w:rPr>
          <w:b/>
        </w:rPr>
        <w:t xml:space="preserve">Submitted by  </w:t>
      </w:r>
      <w:r>
        <w:t>___________________________________     Date  ____________________</w:t>
      </w:r>
    </w:p>
    <w:sectPr w:rsidR="00CD334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FF17D" w14:textId="77777777" w:rsidR="00611558" w:rsidRDefault="00611558">
      <w:pPr>
        <w:spacing w:after="0" w:line="240" w:lineRule="auto"/>
      </w:pPr>
      <w:r>
        <w:separator/>
      </w:r>
    </w:p>
  </w:endnote>
  <w:endnote w:type="continuationSeparator" w:id="0">
    <w:p w14:paraId="291C4EE1" w14:textId="77777777" w:rsidR="00611558" w:rsidRDefault="00611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7D4185" w14:textId="77777777" w:rsidR="00F66477" w:rsidRDefault="00F664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904DF" w14:textId="440547CD" w:rsidR="00CD3345" w:rsidRDefault="00000000">
    <w:pPr>
      <w:pStyle w:val="Footer"/>
      <w:jc w:val="center"/>
    </w:pPr>
    <w:r>
      <w:rPr>
        <w:color w:val="646464"/>
        <w:sz w:val="16"/>
      </w:rPr>
      <w:t xml:space="preserve">National Energy Finance </w:t>
    </w:r>
    <w:r w:rsidR="00F66477">
      <w:rPr>
        <w:color w:val="646464"/>
        <w:sz w:val="16"/>
      </w:rPr>
      <w:t>Competition</w:t>
    </w:r>
    <w:r>
      <w:rPr>
        <w:color w:val="646464"/>
        <w:sz w:val="16"/>
      </w:rPr>
      <w:t xml:space="preserve">  |  Texas McCombs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154763" w14:textId="77777777" w:rsidR="00F66477" w:rsidRDefault="00F664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B64695" w14:textId="77777777" w:rsidR="00611558" w:rsidRDefault="00611558">
      <w:pPr>
        <w:spacing w:after="0" w:line="240" w:lineRule="auto"/>
      </w:pPr>
      <w:r>
        <w:separator/>
      </w:r>
    </w:p>
  </w:footnote>
  <w:footnote w:type="continuationSeparator" w:id="0">
    <w:p w14:paraId="5F929762" w14:textId="77777777" w:rsidR="00611558" w:rsidRDefault="00611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B837A3" w14:textId="77777777" w:rsidR="00F66477" w:rsidRDefault="00F664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B2D52" w14:textId="77777777" w:rsidR="00F66477" w:rsidRDefault="00F664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E4D8C" w14:textId="77777777" w:rsidR="00F66477" w:rsidRDefault="00F664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0437844">
    <w:abstractNumId w:val="8"/>
  </w:num>
  <w:num w:numId="2" w16cid:durableId="1947081621">
    <w:abstractNumId w:val="6"/>
  </w:num>
  <w:num w:numId="3" w16cid:durableId="644313191">
    <w:abstractNumId w:val="5"/>
  </w:num>
  <w:num w:numId="4" w16cid:durableId="1034309950">
    <w:abstractNumId w:val="4"/>
  </w:num>
  <w:num w:numId="5" w16cid:durableId="211700254">
    <w:abstractNumId w:val="7"/>
  </w:num>
  <w:num w:numId="6" w16cid:durableId="474613810">
    <w:abstractNumId w:val="3"/>
  </w:num>
  <w:num w:numId="7" w16cid:durableId="1362437126">
    <w:abstractNumId w:val="2"/>
  </w:num>
  <w:num w:numId="8" w16cid:durableId="1928609905">
    <w:abstractNumId w:val="1"/>
  </w:num>
  <w:num w:numId="9" w16cid:durableId="1400056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11558"/>
    <w:rsid w:val="00AA1D8D"/>
    <w:rsid w:val="00B47730"/>
    <w:rsid w:val="00CB0664"/>
    <w:rsid w:val="00CD3345"/>
    <w:rsid w:val="00D449DE"/>
    <w:rsid w:val="00D52C04"/>
    <w:rsid w:val="00F664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1628F"/>
  <w14:defaultImageDpi w14:val="300"/>
  <w15:docId w15:val="{9F12D347-9548-A849-9B07-04B41C11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Fedotov, Vladimir</cp:lastModifiedBy>
  <cp:revision>2</cp:revision>
  <dcterms:created xsi:type="dcterms:W3CDTF">2026-09-11T03:48:00Z</dcterms:created>
  <dcterms:modified xsi:type="dcterms:W3CDTF">2026-09-11T03:48:00Z</dcterms:modified>
  <cp:category/>
</cp:coreProperties>
</file>