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D48A" w14:textId="77777777" w:rsidR="0065692F" w:rsidRDefault="00000000">
      <w:pPr>
        <w:pStyle w:val="Heading1"/>
        <w:jc w:val="center"/>
      </w:pPr>
      <w:r>
        <w:t>Fuel Their Passion. Build Their Future.</w:t>
      </w:r>
    </w:p>
    <w:p w14:paraId="75E2BCF9" w14:textId="77777777" w:rsidR="0065692F" w:rsidRDefault="00000000">
      <w:r>
        <w:rPr>
          <w:b/>
        </w:rPr>
        <w:t>Dear Community Partner,</w:t>
      </w:r>
      <w:r>
        <w:rPr>
          <w:b/>
        </w:rPr>
        <w:br/>
      </w:r>
      <w:r>
        <w:rPr>
          <w:b/>
        </w:rPr>
        <w:br/>
      </w:r>
      <w:r>
        <w:t>Thank you for considering a partnership with Greene Dragons Youth Football &amp; Cheer. Our organization is dedicated to teaching teamwork, discipline, leadership, sportsmanship, and character while providing a safe environment for youth athletes to grow.</w:t>
      </w:r>
      <w:r>
        <w:br/>
      </w:r>
      <w:r>
        <w:br/>
      </w:r>
      <w:r>
        <w:rPr>
          <w:b/>
        </w:rPr>
        <w:t>Your sponsorship directly supports:</w:t>
      </w:r>
      <w:r>
        <w:rPr>
          <w:b/>
        </w:rPr>
        <w:br/>
      </w:r>
    </w:p>
    <w:p w14:paraId="16788CA1" w14:textId="77777777" w:rsidR="0065692F" w:rsidRDefault="00000000">
      <w:pPr>
        <w:pStyle w:val="ListBullet"/>
      </w:pPr>
      <w:r>
        <w:t>Equipment and uniforms</w:t>
      </w:r>
    </w:p>
    <w:p w14:paraId="29B7ACD2" w14:textId="77777777" w:rsidR="0065692F" w:rsidRDefault="00000000">
      <w:pPr>
        <w:pStyle w:val="ListBullet"/>
      </w:pPr>
      <w:r>
        <w:t>League fees and officials</w:t>
      </w:r>
    </w:p>
    <w:p w14:paraId="066DADD6" w14:textId="77777777" w:rsidR="0065692F" w:rsidRDefault="00000000">
      <w:pPr>
        <w:pStyle w:val="ListBullet"/>
      </w:pPr>
      <w:r>
        <w:t>Field maintenance and lighting</w:t>
      </w:r>
    </w:p>
    <w:p w14:paraId="38B2B166" w14:textId="77777777" w:rsidR="0065692F" w:rsidRDefault="00000000">
      <w:pPr>
        <w:pStyle w:val="ListBullet"/>
      </w:pPr>
      <w:r>
        <w:t>Player scholarships for families in need</w:t>
      </w:r>
    </w:p>
    <w:p w14:paraId="3A4C7AE9" w14:textId="77777777" w:rsidR="0065692F" w:rsidRDefault="00000000">
      <w:pPr>
        <w:pStyle w:val="ListBullet"/>
      </w:pPr>
      <w:r>
        <w:t>Program growth and community outreach</w:t>
      </w:r>
    </w:p>
    <w:p w14:paraId="231402DB" w14:textId="77777777" w:rsidR="0065692F" w:rsidRDefault="00000000">
      <w:pPr>
        <w:pStyle w:val="Heading2"/>
      </w:pPr>
      <w:r>
        <w:t>Sponsorship Levels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6"/>
        <w:gridCol w:w="2878"/>
      </w:tblGrid>
      <w:tr w:rsidR="0065692F" w14:paraId="3DAA2341" w14:textId="77777777">
        <w:tc>
          <w:tcPr>
            <w:tcW w:w="2880" w:type="dxa"/>
          </w:tcPr>
          <w:p w14:paraId="51BE469A" w14:textId="77777777" w:rsidR="0065692F" w:rsidRDefault="00000000">
            <w:r>
              <w:t>Level</w:t>
            </w:r>
          </w:p>
        </w:tc>
        <w:tc>
          <w:tcPr>
            <w:tcW w:w="2880" w:type="dxa"/>
          </w:tcPr>
          <w:p w14:paraId="0BA760E2" w14:textId="77777777" w:rsidR="0065692F" w:rsidRDefault="00000000">
            <w:r>
              <w:t>Amount</w:t>
            </w:r>
          </w:p>
        </w:tc>
        <w:tc>
          <w:tcPr>
            <w:tcW w:w="2880" w:type="dxa"/>
          </w:tcPr>
          <w:p w14:paraId="2F3C76E6" w14:textId="77777777" w:rsidR="0065692F" w:rsidRDefault="00000000">
            <w:r>
              <w:t>Benefits</w:t>
            </w:r>
          </w:p>
        </w:tc>
      </w:tr>
      <w:tr w:rsidR="0065692F" w14:paraId="56AE5987" w14:textId="77777777">
        <w:tc>
          <w:tcPr>
            <w:tcW w:w="2880" w:type="dxa"/>
          </w:tcPr>
          <w:p w14:paraId="43175C50" w14:textId="77777777" w:rsidR="0065692F" w:rsidRDefault="00000000">
            <w:r>
              <w:t>Bronze</w:t>
            </w:r>
          </w:p>
        </w:tc>
        <w:tc>
          <w:tcPr>
            <w:tcW w:w="2880" w:type="dxa"/>
          </w:tcPr>
          <w:p w14:paraId="723D51E2" w14:textId="77777777" w:rsidR="0065692F" w:rsidRDefault="00000000">
            <w:r>
              <w:t>$250</w:t>
            </w:r>
          </w:p>
        </w:tc>
        <w:tc>
          <w:tcPr>
            <w:tcW w:w="2880" w:type="dxa"/>
          </w:tcPr>
          <w:p w14:paraId="357B4FBA" w14:textId="77777777" w:rsidR="0065692F" w:rsidRDefault="00000000">
            <w:r>
              <w:t>Website logo, social media recognition, certificate of appreciation</w:t>
            </w:r>
          </w:p>
        </w:tc>
      </w:tr>
      <w:tr w:rsidR="0065692F" w14:paraId="25A7EE4E" w14:textId="77777777">
        <w:tc>
          <w:tcPr>
            <w:tcW w:w="2880" w:type="dxa"/>
          </w:tcPr>
          <w:p w14:paraId="79AD6A67" w14:textId="77777777" w:rsidR="0065692F" w:rsidRDefault="00000000">
            <w:r>
              <w:t>Silver</w:t>
            </w:r>
          </w:p>
        </w:tc>
        <w:tc>
          <w:tcPr>
            <w:tcW w:w="2880" w:type="dxa"/>
          </w:tcPr>
          <w:p w14:paraId="0CD7F3DF" w14:textId="77777777" w:rsidR="0065692F" w:rsidRDefault="00000000">
            <w:r>
              <w:t>$500</w:t>
            </w:r>
          </w:p>
        </w:tc>
        <w:tc>
          <w:tcPr>
            <w:tcW w:w="2880" w:type="dxa"/>
          </w:tcPr>
          <w:p w14:paraId="53B36EA1" w14:textId="18499D94" w:rsidR="0065692F" w:rsidRDefault="00000000">
            <w:r>
              <w:t xml:space="preserve">Bronze benefits plus home game announcements and </w:t>
            </w:r>
            <w:r w:rsidR="0024269E">
              <w:t>Logo on a large Battle Flag</w:t>
            </w:r>
          </w:p>
        </w:tc>
      </w:tr>
      <w:tr w:rsidR="0065692F" w14:paraId="51AA9850" w14:textId="77777777">
        <w:tc>
          <w:tcPr>
            <w:tcW w:w="2880" w:type="dxa"/>
          </w:tcPr>
          <w:p w14:paraId="366DFBAE" w14:textId="77777777" w:rsidR="0065692F" w:rsidRDefault="00000000">
            <w:r>
              <w:t>Gold</w:t>
            </w:r>
          </w:p>
        </w:tc>
        <w:tc>
          <w:tcPr>
            <w:tcW w:w="2880" w:type="dxa"/>
          </w:tcPr>
          <w:p w14:paraId="345D17C8" w14:textId="77777777" w:rsidR="0065692F" w:rsidRDefault="00000000">
            <w:r>
              <w:t>$1,000+</w:t>
            </w:r>
          </w:p>
        </w:tc>
        <w:tc>
          <w:tcPr>
            <w:tcW w:w="2880" w:type="dxa"/>
          </w:tcPr>
          <w:p w14:paraId="726617C3" w14:textId="3DDEFF1E" w:rsidR="0065692F" w:rsidRDefault="00000000">
            <w:r>
              <w:t>Silver benefits plus</w:t>
            </w:r>
            <w:r w:rsidR="0024269E">
              <w:t xml:space="preserve"> spot on</w:t>
            </w:r>
            <w:r>
              <w:t xml:space="preserve"> large banner displayed at home games</w:t>
            </w:r>
          </w:p>
        </w:tc>
      </w:tr>
    </w:tbl>
    <w:p w14:paraId="18A2144D" w14:textId="77777777" w:rsidR="0065692F" w:rsidRDefault="00000000">
      <w:pPr>
        <w:pStyle w:val="Heading2"/>
      </w:pPr>
      <w:r>
        <w:t>Payment Information</w:t>
      </w:r>
    </w:p>
    <w:p w14:paraId="1CF17C48" w14:textId="77777777" w:rsidR="0065692F" w:rsidRDefault="00000000">
      <w:r>
        <w:rPr>
          <w:b/>
        </w:rPr>
        <w:t>Make checks payable to:</w:t>
      </w:r>
      <w:r>
        <w:rPr>
          <w:b/>
        </w:rPr>
        <w:br/>
      </w:r>
      <w:r>
        <w:t>Greene Dragons Football, Inc.</w:t>
      </w:r>
      <w:r>
        <w:br/>
        <w:t>6031 Celt Rd</w:t>
      </w:r>
      <w:r>
        <w:br/>
        <w:t>Stanardsville, VA 22973</w:t>
      </w:r>
      <w:r>
        <w:br/>
      </w:r>
      <w:r>
        <w:br/>
      </w:r>
      <w:r w:rsidRPr="0024269E">
        <w:rPr>
          <w:b/>
          <w:sz w:val="24"/>
          <w:szCs w:val="24"/>
        </w:rPr>
        <w:t xml:space="preserve">Notice: </w:t>
      </w:r>
      <w:r w:rsidRPr="0024269E">
        <w:rPr>
          <w:sz w:val="24"/>
          <w:szCs w:val="24"/>
        </w:rPr>
        <w:t>Tax receipts are available upon request.</w:t>
      </w:r>
      <w:r w:rsidRPr="0024269E">
        <w:rPr>
          <w:sz w:val="24"/>
          <w:szCs w:val="24"/>
        </w:rPr>
        <w:br/>
      </w:r>
      <w:r w:rsidRPr="0024269E">
        <w:rPr>
          <w:sz w:val="24"/>
          <w:szCs w:val="24"/>
        </w:rPr>
        <w:br/>
      </w:r>
      <w:r w:rsidRPr="0024269E">
        <w:rPr>
          <w:b/>
          <w:sz w:val="24"/>
          <w:szCs w:val="24"/>
        </w:rPr>
        <w:t xml:space="preserve">Email: </w:t>
      </w:r>
      <w:r w:rsidRPr="0024269E">
        <w:rPr>
          <w:sz w:val="24"/>
          <w:szCs w:val="24"/>
        </w:rPr>
        <w:t>GDYFCDragons@gmail.com</w:t>
      </w:r>
    </w:p>
    <w:p w14:paraId="6B336ADF" w14:textId="77777777" w:rsidR="0024269E" w:rsidRDefault="0024269E" w:rsidP="0024269E">
      <w:pPr>
        <w:pStyle w:val="Heading2"/>
        <w:jc w:val="center"/>
      </w:pPr>
    </w:p>
    <w:p w14:paraId="7739935F" w14:textId="69CFFD40" w:rsidR="0065692F" w:rsidRDefault="00000000" w:rsidP="0024269E">
      <w:pPr>
        <w:pStyle w:val="Heading2"/>
        <w:jc w:val="center"/>
      </w:pPr>
      <w:r>
        <w:t>Sponsorship Commitment Form</w:t>
      </w:r>
    </w:p>
    <w:p w14:paraId="76D78CB5" w14:textId="77777777" w:rsidR="0065692F" w:rsidRDefault="00000000" w:rsidP="0024269E">
      <w:pPr>
        <w:jc w:val="center"/>
      </w:pPr>
      <w:r>
        <w:t>Business Name: ________________________________</w:t>
      </w:r>
    </w:p>
    <w:p w14:paraId="463DFCDB" w14:textId="77777777" w:rsidR="0065692F" w:rsidRDefault="00000000" w:rsidP="0024269E">
      <w:pPr>
        <w:jc w:val="center"/>
      </w:pPr>
      <w:r>
        <w:t>Contact Person: ________________________________</w:t>
      </w:r>
    </w:p>
    <w:p w14:paraId="531A3633" w14:textId="77777777" w:rsidR="0065692F" w:rsidRDefault="00000000" w:rsidP="0024269E">
      <w:pPr>
        <w:jc w:val="center"/>
      </w:pPr>
      <w:r>
        <w:t>Phone: ________________________________________</w:t>
      </w:r>
    </w:p>
    <w:p w14:paraId="2F9E17CC" w14:textId="77777777" w:rsidR="0065692F" w:rsidRDefault="00000000" w:rsidP="0024269E">
      <w:pPr>
        <w:jc w:val="center"/>
      </w:pPr>
      <w:r>
        <w:t>Email: ________________________________________</w:t>
      </w:r>
    </w:p>
    <w:p w14:paraId="5F03BBB5" w14:textId="77777777" w:rsidR="0065692F" w:rsidRDefault="00000000" w:rsidP="0024269E">
      <w:pPr>
        <w:jc w:val="center"/>
      </w:pPr>
      <w:r>
        <w:t>Mailing Address: _______________________________</w:t>
      </w:r>
    </w:p>
    <w:p w14:paraId="2D44FD59" w14:textId="77777777" w:rsidR="0065692F" w:rsidRDefault="00000000" w:rsidP="0024269E">
      <w:pPr>
        <w:jc w:val="center"/>
      </w:pPr>
      <w:r>
        <w:t>Sponsorship Level:  □ Bronze   □ Silver   □ Gold</w:t>
      </w:r>
    </w:p>
    <w:p w14:paraId="4AB81D11" w14:textId="77777777" w:rsidR="0065692F" w:rsidRDefault="00000000" w:rsidP="0024269E">
      <w:pPr>
        <w:jc w:val="center"/>
      </w:pPr>
      <w:r>
        <w:t>Authorized Signature: __________________  Date: __________</w:t>
      </w:r>
    </w:p>
    <w:sectPr w:rsidR="0065692F" w:rsidSect="00034616">
      <w:headerReference w:type="default" r:id="rId8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EBBF" w14:textId="77777777" w:rsidR="00E612AE" w:rsidRDefault="00E612AE">
      <w:pPr>
        <w:spacing w:after="0" w:line="240" w:lineRule="auto"/>
      </w:pPr>
      <w:r>
        <w:separator/>
      </w:r>
    </w:p>
  </w:endnote>
  <w:endnote w:type="continuationSeparator" w:id="0">
    <w:p w14:paraId="1EC9A294" w14:textId="77777777" w:rsidR="00E612AE" w:rsidRDefault="00E6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38F4A" w14:textId="77777777" w:rsidR="00E612AE" w:rsidRDefault="00E612AE">
      <w:pPr>
        <w:spacing w:after="0" w:line="240" w:lineRule="auto"/>
      </w:pPr>
      <w:r>
        <w:separator/>
      </w:r>
    </w:p>
  </w:footnote>
  <w:footnote w:type="continuationSeparator" w:id="0">
    <w:p w14:paraId="338FDFBD" w14:textId="77777777" w:rsidR="00E612AE" w:rsidRDefault="00E6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7635" w14:textId="77777777" w:rsidR="0065692F" w:rsidRDefault="00000000">
    <w:pPr>
      <w:pStyle w:val="Header"/>
      <w:jc w:val="center"/>
    </w:pPr>
    <w:r>
      <w:rPr>
        <w:noProof/>
      </w:rPr>
      <w:drawing>
        <wp:inline distT="0" distB="0" distL="0" distR="0" wp14:anchorId="1D69CFD7" wp14:editId="160E1E5B">
          <wp:extent cx="1005840" cy="10058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5A28"/>
        <w:sz w:val="40"/>
      </w:rPr>
      <w:br/>
      <w:t>GREENE DRAGONS YOUTH FOOTBALL &amp; CHEER</w:t>
    </w:r>
    <w:r>
      <w:rPr>
        <w:b/>
        <w:color w:val="005A28"/>
        <w:sz w:val="40"/>
      </w:rPr>
      <w:br/>
    </w:r>
    <w:r>
      <w:rPr>
        <w:b/>
        <w:sz w:val="26"/>
      </w:rPr>
      <w:t>Corporate Sponsorship Packet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5446122">
    <w:abstractNumId w:val="8"/>
  </w:num>
  <w:num w:numId="2" w16cid:durableId="1410733689">
    <w:abstractNumId w:val="6"/>
  </w:num>
  <w:num w:numId="3" w16cid:durableId="300308195">
    <w:abstractNumId w:val="5"/>
  </w:num>
  <w:num w:numId="4" w16cid:durableId="1755585965">
    <w:abstractNumId w:val="4"/>
  </w:num>
  <w:num w:numId="5" w16cid:durableId="1903104478">
    <w:abstractNumId w:val="7"/>
  </w:num>
  <w:num w:numId="6" w16cid:durableId="936600812">
    <w:abstractNumId w:val="3"/>
  </w:num>
  <w:num w:numId="7" w16cid:durableId="884486068">
    <w:abstractNumId w:val="2"/>
  </w:num>
  <w:num w:numId="8" w16cid:durableId="1743211901">
    <w:abstractNumId w:val="1"/>
  </w:num>
  <w:num w:numId="9" w16cid:durableId="182211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269E"/>
    <w:rsid w:val="0029639D"/>
    <w:rsid w:val="00326F90"/>
    <w:rsid w:val="0065692F"/>
    <w:rsid w:val="00951666"/>
    <w:rsid w:val="00AA1D8D"/>
    <w:rsid w:val="00B47730"/>
    <w:rsid w:val="00CB0664"/>
    <w:rsid w:val="00E46EFB"/>
    <w:rsid w:val="00E612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890785"/>
  <w14:defaultImageDpi w14:val="300"/>
  <w15:docId w15:val="{47A8819E-3E14-4521-8D0F-E69E8B8C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1213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Christopher A. Robinson</cp:lastModifiedBy>
  <cp:revision>2</cp:revision>
  <dcterms:created xsi:type="dcterms:W3CDTF">2026-07-16T03:29:00Z</dcterms:created>
  <dcterms:modified xsi:type="dcterms:W3CDTF">2026-07-16T03:29:00Z</dcterms:modified>
  <cp:category/>
</cp:coreProperties>
</file>