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A4CC5" w14:textId="4B29E3BA" w:rsidR="00C37BB2" w:rsidRDefault="007F05C8">
      <w:pPr>
        <w:jc w:val="center"/>
      </w:pPr>
      <w:r>
        <w:rPr>
          <w:b/>
          <w:color w:val="5B8A3C"/>
          <w:sz w:val="34"/>
        </w:rPr>
        <w:t>WILD ROOTS FOREST CHILDCARE</w:t>
      </w:r>
    </w:p>
    <w:p w14:paraId="1EEFFCAF" w14:textId="77777777" w:rsidR="00C37BB2" w:rsidRDefault="00000000">
      <w:pPr>
        <w:jc w:val="center"/>
      </w:pPr>
      <w:r>
        <w:rPr>
          <w:b/>
          <w:sz w:val="28"/>
        </w:rPr>
        <w:t>MEDICAL, ALLERGY, DIETARY &amp; MEDICATION FORM</w:t>
      </w:r>
    </w:p>
    <w:p w14:paraId="77BD7FB7" w14:textId="77777777" w:rsidR="00C37BB2" w:rsidRDefault="00000000">
      <w:r>
        <w:rPr>
          <w:color w:val="666666"/>
          <w:sz w:val="16"/>
        </w:rPr>
        <w:t>Please complete all sections that apply. Where you see YES / NO, delete the option that does not apply so only your chosen response remains.</w:t>
      </w:r>
    </w:p>
    <w:p w14:paraId="3BD98DE3" w14:textId="77777777" w:rsidR="00C37BB2" w:rsidRDefault="00000000">
      <w:r>
        <w:rPr>
          <w:color w:val="666666"/>
          <w:sz w:val="16"/>
        </w:rPr>
        <w:t>Electronic signatures: typing your name in a signature field confirms that you are the person named, intend your typed name to act as your electronic signature, have read the associated information, and that the information provided is accurate to the best of your knowledge.</w:t>
      </w:r>
    </w:p>
    <w:p w14:paraId="2425016D" w14:textId="77777777" w:rsidR="00C37BB2" w:rsidRDefault="00000000">
      <w:r>
        <w:t>Complete this form only where your child has a medical condition, allergy, dietary requirement, regular medication or additional health/support information that the service needs to know. This form supports the child's individual care arrangements.</w:t>
      </w:r>
    </w:p>
    <w:tbl>
      <w:tblPr>
        <w:tblW w:w="0" w:type="auto"/>
        <w:jc w:val="center"/>
        <w:tblLook w:val="04A0" w:firstRow="1" w:lastRow="0" w:firstColumn="1" w:lastColumn="0" w:noHBand="0" w:noVBand="1"/>
      </w:tblPr>
      <w:tblGrid>
        <w:gridCol w:w="10512"/>
      </w:tblGrid>
      <w:tr w:rsidR="00C37BB2" w14:paraId="3A09A70B" w14:textId="77777777">
        <w:trPr>
          <w:jc w:val="center"/>
        </w:trPr>
        <w:tc>
          <w:tcPr>
            <w:tcW w:w="10512" w:type="dxa"/>
            <w:shd w:val="clear" w:color="auto" w:fill="005E00"/>
            <w:vAlign w:val="center"/>
          </w:tcPr>
          <w:p w14:paraId="3AB482C6" w14:textId="77777777" w:rsidR="00C37BB2" w:rsidRDefault="00000000">
            <w:pPr>
              <w:spacing w:after="0"/>
            </w:pPr>
            <w:r>
              <w:rPr>
                <w:b/>
                <w:color w:val="FFFFFF"/>
                <w:sz w:val="20"/>
              </w:rPr>
              <w:t>SECTION 1 | CHILD &amp; EMERGENCY DETAILS</w:t>
            </w:r>
          </w:p>
        </w:tc>
      </w:tr>
    </w:tbl>
    <w:p w14:paraId="1F5A24EB" w14:textId="77777777" w:rsidR="00C37BB2" w:rsidRDefault="00C37BB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3"/>
        <w:gridCol w:w="7558"/>
      </w:tblGrid>
      <w:tr w:rsidR="00C37BB2" w14:paraId="363C81C3" w14:textId="77777777" w:rsidTr="00A44D11">
        <w:trPr>
          <w:trHeight w:val="253"/>
        </w:trPr>
        <w:tc>
          <w:tcPr>
            <w:tcW w:w="3143" w:type="dxa"/>
            <w:shd w:val="clear" w:color="auto" w:fill="C2D69B"/>
            <w:vAlign w:val="center"/>
          </w:tcPr>
          <w:p w14:paraId="60470FA1" w14:textId="77777777" w:rsidR="00C37BB2" w:rsidRDefault="00000000">
            <w:pPr>
              <w:spacing w:after="0"/>
            </w:pPr>
            <w:r>
              <w:rPr>
                <w:b/>
                <w:sz w:val="18"/>
              </w:rPr>
              <w:t>Child's Full Name</w:t>
            </w:r>
          </w:p>
        </w:tc>
        <w:tc>
          <w:tcPr>
            <w:tcW w:w="7558" w:type="dxa"/>
            <w:vAlign w:val="center"/>
          </w:tcPr>
          <w:p w14:paraId="212F7F89" w14:textId="77777777" w:rsidR="00C37BB2" w:rsidRDefault="00C37BB2">
            <w:pPr>
              <w:spacing w:after="0"/>
            </w:pPr>
          </w:p>
        </w:tc>
      </w:tr>
      <w:tr w:rsidR="00C37BB2" w14:paraId="4C35CAF1" w14:textId="77777777" w:rsidTr="00A44D11">
        <w:trPr>
          <w:trHeight w:val="268"/>
        </w:trPr>
        <w:tc>
          <w:tcPr>
            <w:tcW w:w="3143" w:type="dxa"/>
            <w:shd w:val="clear" w:color="auto" w:fill="C2D69B"/>
            <w:vAlign w:val="center"/>
          </w:tcPr>
          <w:p w14:paraId="4A4AEB42" w14:textId="77777777" w:rsidR="00C37BB2" w:rsidRDefault="00000000">
            <w:pPr>
              <w:spacing w:after="0"/>
            </w:pPr>
            <w:r>
              <w:rPr>
                <w:b/>
                <w:sz w:val="18"/>
              </w:rPr>
              <w:t>Date of Birth</w:t>
            </w:r>
          </w:p>
        </w:tc>
        <w:tc>
          <w:tcPr>
            <w:tcW w:w="7558" w:type="dxa"/>
            <w:vAlign w:val="center"/>
          </w:tcPr>
          <w:p w14:paraId="37301F84" w14:textId="77777777" w:rsidR="00C37BB2" w:rsidRDefault="00C37BB2">
            <w:pPr>
              <w:spacing w:after="0"/>
            </w:pPr>
          </w:p>
        </w:tc>
      </w:tr>
      <w:tr w:rsidR="00C37BB2" w14:paraId="1372359D" w14:textId="77777777" w:rsidTr="00A44D11">
        <w:trPr>
          <w:trHeight w:val="253"/>
        </w:trPr>
        <w:tc>
          <w:tcPr>
            <w:tcW w:w="3143" w:type="dxa"/>
            <w:shd w:val="clear" w:color="auto" w:fill="C2D69B"/>
            <w:vAlign w:val="center"/>
          </w:tcPr>
          <w:p w14:paraId="46B75E09" w14:textId="77777777" w:rsidR="00C37BB2" w:rsidRDefault="00000000">
            <w:pPr>
              <w:spacing w:after="0"/>
            </w:pPr>
            <w:r>
              <w:rPr>
                <w:b/>
                <w:sz w:val="18"/>
              </w:rPr>
              <w:t>Parent / Carer</w:t>
            </w:r>
          </w:p>
        </w:tc>
        <w:tc>
          <w:tcPr>
            <w:tcW w:w="7558" w:type="dxa"/>
            <w:vAlign w:val="center"/>
          </w:tcPr>
          <w:p w14:paraId="039F5AFC" w14:textId="082C48E3" w:rsidR="00C37BB2" w:rsidRDefault="00C37BB2">
            <w:pPr>
              <w:spacing w:after="0"/>
            </w:pPr>
          </w:p>
        </w:tc>
      </w:tr>
      <w:tr w:rsidR="00C37BB2" w14:paraId="297B5AC9" w14:textId="77777777" w:rsidTr="00A44D11">
        <w:trPr>
          <w:trHeight w:val="506"/>
        </w:trPr>
        <w:tc>
          <w:tcPr>
            <w:tcW w:w="3143" w:type="dxa"/>
            <w:shd w:val="clear" w:color="auto" w:fill="C2D69B"/>
            <w:vAlign w:val="center"/>
          </w:tcPr>
          <w:p w14:paraId="1F7F8721" w14:textId="77777777" w:rsidR="00C37BB2" w:rsidRDefault="00000000">
            <w:pPr>
              <w:spacing w:after="0"/>
            </w:pPr>
            <w:r>
              <w:rPr>
                <w:b/>
                <w:sz w:val="18"/>
              </w:rPr>
              <w:t>Emergency Contact</w:t>
            </w:r>
          </w:p>
        </w:tc>
        <w:tc>
          <w:tcPr>
            <w:tcW w:w="7558" w:type="dxa"/>
            <w:vAlign w:val="center"/>
          </w:tcPr>
          <w:p w14:paraId="1280E704" w14:textId="77777777" w:rsidR="00BD7344" w:rsidRDefault="00BD7344">
            <w:pPr>
              <w:spacing w:after="0"/>
              <w:rPr>
                <w:sz w:val="18"/>
              </w:rPr>
            </w:pPr>
            <w:r>
              <w:rPr>
                <w:sz w:val="18"/>
              </w:rPr>
              <w:t xml:space="preserve">Name &amp; Relationship </w:t>
            </w:r>
          </w:p>
          <w:p w14:paraId="7A6FAE37" w14:textId="57236542" w:rsidR="00C37BB2" w:rsidRDefault="00BD7344">
            <w:pPr>
              <w:spacing w:after="0"/>
            </w:pPr>
            <w:r>
              <w:rPr>
                <w:sz w:val="18"/>
              </w:rPr>
              <w:t xml:space="preserve">Telephone: </w:t>
            </w:r>
          </w:p>
        </w:tc>
      </w:tr>
      <w:tr w:rsidR="00C37BB2" w14:paraId="310A03EE" w14:textId="77777777" w:rsidTr="00A44D11">
        <w:trPr>
          <w:trHeight w:val="253"/>
        </w:trPr>
        <w:tc>
          <w:tcPr>
            <w:tcW w:w="3143" w:type="dxa"/>
            <w:shd w:val="clear" w:color="auto" w:fill="C2D69B"/>
            <w:vAlign w:val="center"/>
          </w:tcPr>
          <w:p w14:paraId="7C568C96" w14:textId="77777777" w:rsidR="00C37BB2" w:rsidRDefault="00000000">
            <w:pPr>
              <w:spacing w:after="0"/>
            </w:pPr>
            <w:r>
              <w:rPr>
                <w:b/>
                <w:sz w:val="18"/>
              </w:rPr>
              <w:t>GP / Doctor</w:t>
            </w:r>
          </w:p>
        </w:tc>
        <w:tc>
          <w:tcPr>
            <w:tcW w:w="7558" w:type="dxa"/>
            <w:vAlign w:val="center"/>
          </w:tcPr>
          <w:p w14:paraId="1F5C3FD8" w14:textId="39D539BA" w:rsidR="00C37BB2" w:rsidRDefault="00C37BB2">
            <w:pPr>
              <w:spacing w:after="0"/>
            </w:pPr>
          </w:p>
        </w:tc>
      </w:tr>
      <w:tr w:rsidR="00C37BB2" w14:paraId="61D0BCE1" w14:textId="77777777" w:rsidTr="00A44D11">
        <w:trPr>
          <w:trHeight w:val="268"/>
        </w:trPr>
        <w:tc>
          <w:tcPr>
            <w:tcW w:w="3143" w:type="dxa"/>
            <w:shd w:val="clear" w:color="auto" w:fill="C2D69B"/>
            <w:vAlign w:val="center"/>
          </w:tcPr>
          <w:p w14:paraId="68459FB8" w14:textId="77777777" w:rsidR="00C37BB2" w:rsidRDefault="00000000">
            <w:pPr>
              <w:spacing w:after="0"/>
            </w:pPr>
            <w:r>
              <w:rPr>
                <w:b/>
                <w:sz w:val="18"/>
              </w:rPr>
              <w:t>GP Surgery Address</w:t>
            </w:r>
          </w:p>
        </w:tc>
        <w:tc>
          <w:tcPr>
            <w:tcW w:w="7558" w:type="dxa"/>
            <w:vAlign w:val="center"/>
          </w:tcPr>
          <w:p w14:paraId="520D4303" w14:textId="44147215" w:rsidR="00C37BB2" w:rsidRDefault="00C37BB2">
            <w:pPr>
              <w:spacing w:after="0"/>
            </w:pPr>
          </w:p>
        </w:tc>
      </w:tr>
      <w:tr w:rsidR="00C37BB2" w14:paraId="4EC0B2C5" w14:textId="77777777" w:rsidTr="00A44D11">
        <w:trPr>
          <w:trHeight w:val="253"/>
        </w:trPr>
        <w:tc>
          <w:tcPr>
            <w:tcW w:w="3143" w:type="dxa"/>
            <w:shd w:val="clear" w:color="auto" w:fill="C2D69B"/>
            <w:vAlign w:val="center"/>
          </w:tcPr>
          <w:p w14:paraId="1FEAE812" w14:textId="77777777" w:rsidR="00C37BB2" w:rsidRDefault="00000000">
            <w:pPr>
              <w:spacing w:after="0"/>
            </w:pPr>
            <w:r>
              <w:rPr>
                <w:b/>
                <w:sz w:val="18"/>
              </w:rPr>
              <w:t>GP Surgery Telephone</w:t>
            </w:r>
          </w:p>
        </w:tc>
        <w:tc>
          <w:tcPr>
            <w:tcW w:w="7558" w:type="dxa"/>
            <w:vAlign w:val="center"/>
          </w:tcPr>
          <w:p w14:paraId="11D5B656" w14:textId="5F695D7A" w:rsidR="00C37BB2" w:rsidRDefault="00C37BB2">
            <w:pPr>
              <w:spacing w:after="0"/>
            </w:pPr>
          </w:p>
        </w:tc>
      </w:tr>
    </w:tbl>
    <w:tbl>
      <w:tblPr>
        <w:tblW w:w="0" w:type="auto"/>
        <w:jc w:val="center"/>
        <w:tblLook w:val="04A0" w:firstRow="1" w:lastRow="0" w:firstColumn="1" w:lastColumn="0" w:noHBand="0" w:noVBand="1"/>
      </w:tblPr>
      <w:tblGrid>
        <w:gridCol w:w="10512"/>
      </w:tblGrid>
      <w:tr w:rsidR="00C37BB2" w14:paraId="2AAF8830" w14:textId="77777777">
        <w:trPr>
          <w:jc w:val="center"/>
        </w:trPr>
        <w:tc>
          <w:tcPr>
            <w:tcW w:w="10512" w:type="dxa"/>
            <w:shd w:val="clear" w:color="auto" w:fill="005E00"/>
            <w:vAlign w:val="center"/>
          </w:tcPr>
          <w:p w14:paraId="51970BE1" w14:textId="77777777" w:rsidR="00C37BB2" w:rsidRDefault="00000000">
            <w:pPr>
              <w:spacing w:after="0"/>
            </w:pPr>
            <w:r>
              <w:rPr>
                <w:b/>
                <w:color w:val="FFFFFF"/>
                <w:sz w:val="20"/>
              </w:rPr>
              <w:t>SECTION 2 | HEALTH &amp; ALLERGIES</w:t>
            </w:r>
          </w:p>
        </w:tc>
      </w:tr>
    </w:tbl>
    <w:p w14:paraId="2B085DEC" w14:textId="77777777" w:rsidR="00C37BB2" w:rsidRDefault="00C37BB2">
      <w:pPr>
        <w:spacing w:after="0"/>
      </w:pPr>
    </w:p>
    <w:tbl>
      <w:tblPr>
        <w:tblStyle w:val="TableGrid"/>
        <w:tblW w:w="0" w:type="auto"/>
        <w:tblLook w:val="04A0" w:firstRow="1" w:lastRow="0" w:firstColumn="1" w:lastColumn="0" w:noHBand="0" w:noVBand="1"/>
      </w:tblPr>
      <w:tblGrid>
        <w:gridCol w:w="3227"/>
        <w:gridCol w:w="7501"/>
      </w:tblGrid>
      <w:tr w:rsidR="008F72EA" w:rsidRPr="008F72EA" w14:paraId="6EF76CE2" w14:textId="7DBAA529" w:rsidTr="008F72EA">
        <w:tc>
          <w:tcPr>
            <w:tcW w:w="3227" w:type="dxa"/>
            <w:shd w:val="clear" w:color="auto" w:fill="C2D69B" w:themeFill="accent3" w:themeFillTint="99"/>
          </w:tcPr>
          <w:p w14:paraId="1C1BBB91" w14:textId="7C0EBF8D" w:rsidR="008F72EA" w:rsidRPr="008F72EA" w:rsidRDefault="008F72EA" w:rsidP="007F0BF6">
            <w:pPr>
              <w:rPr>
                <w:b/>
                <w:bCs/>
              </w:rPr>
            </w:pPr>
            <w:r w:rsidRPr="008F72EA">
              <w:rPr>
                <w:b/>
                <w:bCs/>
              </w:rPr>
              <w:t xml:space="preserve">Does your child have any known illness or allergies?    </w:t>
            </w:r>
          </w:p>
        </w:tc>
        <w:tc>
          <w:tcPr>
            <w:tcW w:w="7501" w:type="dxa"/>
          </w:tcPr>
          <w:p w14:paraId="7C5F0D7A" w14:textId="077F1291" w:rsidR="008F72EA" w:rsidRPr="008F72EA" w:rsidRDefault="008F72EA" w:rsidP="007F0BF6">
            <w:r w:rsidRPr="008F72EA">
              <w:t>YES / NO</w:t>
            </w:r>
          </w:p>
        </w:tc>
      </w:tr>
      <w:tr w:rsidR="008F72EA" w:rsidRPr="008F72EA" w14:paraId="1F5D97D3" w14:textId="77777777" w:rsidTr="008F72EA">
        <w:tc>
          <w:tcPr>
            <w:tcW w:w="3227" w:type="dxa"/>
            <w:shd w:val="clear" w:color="auto" w:fill="C2D69B" w:themeFill="accent3" w:themeFillTint="99"/>
          </w:tcPr>
          <w:p w14:paraId="50B2512C" w14:textId="413DA66C" w:rsidR="008F72EA" w:rsidRPr="008F72EA" w:rsidRDefault="008F72EA" w:rsidP="00FF7CE9">
            <w:pPr>
              <w:rPr>
                <w:b/>
                <w:bCs/>
              </w:rPr>
            </w:pPr>
            <w:r w:rsidRPr="008F72EA">
              <w:rPr>
                <w:b/>
                <w:bCs/>
              </w:rPr>
              <w:t>If yes please detail condition/allergy symptoms, triggers and what staff need to do:</w:t>
            </w:r>
          </w:p>
        </w:tc>
        <w:tc>
          <w:tcPr>
            <w:tcW w:w="7501" w:type="dxa"/>
          </w:tcPr>
          <w:p w14:paraId="1E9D9B5A" w14:textId="04D01316" w:rsidR="008F72EA" w:rsidRPr="008F72EA" w:rsidRDefault="008F72EA" w:rsidP="00FF7CE9"/>
        </w:tc>
      </w:tr>
      <w:tr w:rsidR="008F72EA" w14:paraId="19F57DF9" w14:textId="77777777" w:rsidTr="008F72EA">
        <w:tc>
          <w:tcPr>
            <w:tcW w:w="3227" w:type="dxa"/>
            <w:shd w:val="clear" w:color="auto" w:fill="C2D69B" w:themeFill="accent3" w:themeFillTint="99"/>
          </w:tcPr>
          <w:p w14:paraId="325FB2BE" w14:textId="5FFFAE81" w:rsidR="008F72EA" w:rsidRPr="008F72EA" w:rsidRDefault="008F72EA">
            <w:pPr>
              <w:rPr>
                <w:b/>
                <w:bCs/>
              </w:rPr>
            </w:pPr>
            <w:r w:rsidRPr="008F72EA">
              <w:rPr>
                <w:b/>
                <w:bCs/>
              </w:rPr>
              <w:t xml:space="preserve">Does your child have any special dietary requirements?    </w:t>
            </w:r>
          </w:p>
        </w:tc>
        <w:tc>
          <w:tcPr>
            <w:tcW w:w="7501" w:type="dxa"/>
          </w:tcPr>
          <w:p w14:paraId="1C58E929" w14:textId="05CF0DFB" w:rsidR="008F72EA" w:rsidRDefault="008F72EA">
            <w:r>
              <w:t>YES / NO</w:t>
            </w:r>
          </w:p>
        </w:tc>
      </w:tr>
      <w:tr w:rsidR="008F72EA" w14:paraId="059A6828" w14:textId="77777777" w:rsidTr="008F72EA">
        <w:tc>
          <w:tcPr>
            <w:tcW w:w="3227" w:type="dxa"/>
            <w:shd w:val="clear" w:color="auto" w:fill="C2D69B" w:themeFill="accent3" w:themeFillTint="99"/>
          </w:tcPr>
          <w:p w14:paraId="68B67462" w14:textId="77777777" w:rsidR="008F72EA" w:rsidRPr="008F72EA" w:rsidRDefault="008F72EA" w:rsidP="008F72EA">
            <w:pPr>
              <w:rPr>
                <w:b/>
                <w:bCs/>
              </w:rPr>
            </w:pPr>
            <w:r w:rsidRPr="008F72EA">
              <w:rPr>
                <w:b/>
                <w:bCs/>
              </w:rPr>
              <w:t xml:space="preserve">If yes, </w:t>
            </w:r>
            <w:proofErr w:type="gramStart"/>
            <w:r w:rsidRPr="008F72EA">
              <w:rPr>
                <w:b/>
                <w:bCs/>
              </w:rPr>
              <w:t>please</w:t>
            </w:r>
            <w:proofErr w:type="gramEnd"/>
            <w:r w:rsidRPr="008F72EA">
              <w:rPr>
                <w:b/>
                <w:bCs/>
              </w:rPr>
              <w:t xml:space="preserve"> detail:</w:t>
            </w:r>
          </w:p>
          <w:p w14:paraId="021FF0CE" w14:textId="77777777" w:rsidR="008F72EA" w:rsidRPr="008F72EA" w:rsidRDefault="008F72EA">
            <w:pPr>
              <w:rPr>
                <w:b/>
                <w:bCs/>
              </w:rPr>
            </w:pPr>
          </w:p>
          <w:p w14:paraId="79EE7625" w14:textId="77777777" w:rsidR="008F72EA" w:rsidRPr="008F72EA" w:rsidRDefault="008F72EA">
            <w:pPr>
              <w:rPr>
                <w:b/>
                <w:bCs/>
              </w:rPr>
            </w:pPr>
          </w:p>
        </w:tc>
        <w:tc>
          <w:tcPr>
            <w:tcW w:w="7501" w:type="dxa"/>
          </w:tcPr>
          <w:p w14:paraId="4C376E97" w14:textId="77777777" w:rsidR="008F72EA" w:rsidRDefault="008F72EA"/>
        </w:tc>
      </w:tr>
      <w:tr w:rsidR="008F72EA" w14:paraId="5CF6C7F6" w14:textId="77777777" w:rsidTr="008F72EA">
        <w:tc>
          <w:tcPr>
            <w:tcW w:w="3227" w:type="dxa"/>
            <w:shd w:val="clear" w:color="auto" w:fill="C2D69B" w:themeFill="accent3" w:themeFillTint="99"/>
          </w:tcPr>
          <w:p w14:paraId="0F9A7D15" w14:textId="3479109F" w:rsidR="008F72EA" w:rsidRPr="008F72EA" w:rsidRDefault="008F72EA" w:rsidP="008F72EA">
            <w:pPr>
              <w:rPr>
                <w:b/>
                <w:bCs/>
              </w:rPr>
            </w:pPr>
            <w:r w:rsidRPr="008F72EA">
              <w:rPr>
                <w:b/>
                <w:bCs/>
              </w:rPr>
              <w:t xml:space="preserve">Does your child have any particular or additional support needs relevant to their health or care?    </w:t>
            </w:r>
          </w:p>
        </w:tc>
        <w:tc>
          <w:tcPr>
            <w:tcW w:w="7501" w:type="dxa"/>
          </w:tcPr>
          <w:p w14:paraId="34BD4B19" w14:textId="0DAB0376" w:rsidR="008F72EA" w:rsidRDefault="008F72EA">
            <w:r>
              <w:t>YES / NO</w:t>
            </w:r>
          </w:p>
        </w:tc>
      </w:tr>
      <w:tr w:rsidR="008F72EA" w14:paraId="48B51806" w14:textId="77777777" w:rsidTr="008F72EA">
        <w:tc>
          <w:tcPr>
            <w:tcW w:w="3227" w:type="dxa"/>
            <w:shd w:val="clear" w:color="auto" w:fill="C2D69B" w:themeFill="accent3" w:themeFillTint="99"/>
          </w:tcPr>
          <w:p w14:paraId="18F11E07" w14:textId="77777777" w:rsidR="008F72EA" w:rsidRPr="008F72EA" w:rsidRDefault="008F72EA" w:rsidP="008F72EA">
            <w:pPr>
              <w:rPr>
                <w:b/>
                <w:bCs/>
              </w:rPr>
            </w:pPr>
            <w:r w:rsidRPr="008F72EA">
              <w:rPr>
                <w:b/>
                <w:bCs/>
              </w:rPr>
              <w:t xml:space="preserve">If yes, </w:t>
            </w:r>
            <w:proofErr w:type="gramStart"/>
            <w:r w:rsidRPr="008F72EA">
              <w:rPr>
                <w:b/>
                <w:bCs/>
              </w:rPr>
              <w:t>please</w:t>
            </w:r>
            <w:proofErr w:type="gramEnd"/>
            <w:r w:rsidRPr="008F72EA">
              <w:rPr>
                <w:b/>
                <w:bCs/>
              </w:rPr>
              <w:t xml:space="preserve"> detail:</w:t>
            </w:r>
          </w:p>
          <w:p w14:paraId="78330F3F" w14:textId="77777777" w:rsidR="008F72EA" w:rsidRPr="008F72EA" w:rsidRDefault="008F72EA">
            <w:pPr>
              <w:rPr>
                <w:b/>
                <w:bCs/>
              </w:rPr>
            </w:pPr>
          </w:p>
          <w:p w14:paraId="026205F5" w14:textId="77777777" w:rsidR="008F72EA" w:rsidRPr="008F72EA" w:rsidRDefault="008F72EA">
            <w:pPr>
              <w:rPr>
                <w:b/>
                <w:bCs/>
              </w:rPr>
            </w:pPr>
          </w:p>
        </w:tc>
        <w:tc>
          <w:tcPr>
            <w:tcW w:w="7501" w:type="dxa"/>
          </w:tcPr>
          <w:p w14:paraId="058B3677" w14:textId="77777777" w:rsidR="008F72EA" w:rsidRDefault="008F72EA"/>
        </w:tc>
      </w:tr>
      <w:tr w:rsidR="008F72EA" w14:paraId="555D18A3" w14:textId="77777777" w:rsidTr="008F72EA">
        <w:tc>
          <w:tcPr>
            <w:tcW w:w="3227" w:type="dxa"/>
            <w:shd w:val="clear" w:color="auto" w:fill="C2D69B" w:themeFill="accent3" w:themeFillTint="99"/>
          </w:tcPr>
          <w:p w14:paraId="66676FC4" w14:textId="0B53DE9C" w:rsidR="008F72EA" w:rsidRPr="008F72EA" w:rsidRDefault="008F72EA">
            <w:pPr>
              <w:rPr>
                <w:b/>
                <w:bCs/>
              </w:rPr>
            </w:pPr>
            <w:r w:rsidRPr="008F72EA">
              <w:rPr>
                <w:b/>
                <w:bCs/>
              </w:rPr>
              <w:t xml:space="preserve">Does your child have a Statement of Education Needs?    </w:t>
            </w:r>
          </w:p>
        </w:tc>
        <w:tc>
          <w:tcPr>
            <w:tcW w:w="7501" w:type="dxa"/>
          </w:tcPr>
          <w:p w14:paraId="29379BB4" w14:textId="0DFA6FEC" w:rsidR="008F72EA" w:rsidRDefault="008F72EA">
            <w:r>
              <w:t>YES / NO</w:t>
            </w:r>
          </w:p>
        </w:tc>
      </w:tr>
      <w:tr w:rsidR="008F72EA" w14:paraId="1835E4E0" w14:textId="77777777" w:rsidTr="008F72EA">
        <w:tc>
          <w:tcPr>
            <w:tcW w:w="3227" w:type="dxa"/>
            <w:shd w:val="clear" w:color="auto" w:fill="C2D69B" w:themeFill="accent3" w:themeFillTint="99"/>
          </w:tcPr>
          <w:p w14:paraId="6F8713A8" w14:textId="0B753716" w:rsidR="008F72EA" w:rsidRPr="008F72EA" w:rsidRDefault="008F72EA">
            <w:pPr>
              <w:rPr>
                <w:b/>
                <w:bCs/>
              </w:rPr>
            </w:pPr>
            <w:r w:rsidRPr="008F72EA">
              <w:rPr>
                <w:b/>
                <w:bCs/>
                <w:sz w:val="18"/>
              </w:rPr>
              <w:t>Social Worker / Professional</w:t>
            </w:r>
          </w:p>
        </w:tc>
        <w:tc>
          <w:tcPr>
            <w:tcW w:w="7501" w:type="dxa"/>
          </w:tcPr>
          <w:p w14:paraId="419CD637" w14:textId="77777777" w:rsidR="008F72EA" w:rsidRDefault="008F72EA">
            <w:r>
              <w:t>Name:</w:t>
            </w:r>
          </w:p>
          <w:p w14:paraId="2C0A0A32" w14:textId="219F02D2" w:rsidR="008F72EA" w:rsidRDefault="008F72EA">
            <w:r>
              <w:t>Contact Number:</w:t>
            </w:r>
          </w:p>
        </w:tc>
      </w:tr>
    </w:tbl>
    <w:tbl>
      <w:tblPr>
        <w:tblW w:w="0" w:type="auto"/>
        <w:jc w:val="center"/>
        <w:tblLook w:val="04A0" w:firstRow="1" w:lastRow="0" w:firstColumn="1" w:lastColumn="0" w:noHBand="0" w:noVBand="1"/>
      </w:tblPr>
      <w:tblGrid>
        <w:gridCol w:w="10512"/>
      </w:tblGrid>
      <w:tr w:rsidR="00C37BB2" w14:paraId="4272CF7A" w14:textId="77777777">
        <w:trPr>
          <w:jc w:val="center"/>
        </w:trPr>
        <w:tc>
          <w:tcPr>
            <w:tcW w:w="10512" w:type="dxa"/>
            <w:shd w:val="clear" w:color="auto" w:fill="005E00"/>
            <w:vAlign w:val="center"/>
          </w:tcPr>
          <w:p w14:paraId="1177F807" w14:textId="77777777" w:rsidR="00C37BB2" w:rsidRDefault="00000000">
            <w:pPr>
              <w:spacing w:after="0"/>
            </w:pPr>
            <w:r>
              <w:rPr>
                <w:b/>
                <w:color w:val="FFFFFF"/>
                <w:sz w:val="20"/>
              </w:rPr>
              <w:t>SECTION 3 | MEDICATION</w:t>
            </w:r>
          </w:p>
        </w:tc>
      </w:tr>
    </w:tbl>
    <w:p w14:paraId="498E583B" w14:textId="77777777" w:rsidR="00C37BB2" w:rsidRDefault="00C37BB2">
      <w:pPr>
        <w:spacing w:after="0"/>
      </w:pPr>
    </w:p>
    <w:tbl>
      <w:tblPr>
        <w:tblStyle w:val="TableGrid"/>
        <w:tblW w:w="0" w:type="auto"/>
        <w:tblLook w:val="04A0" w:firstRow="1" w:lastRow="0" w:firstColumn="1" w:lastColumn="0" w:noHBand="0" w:noVBand="1"/>
      </w:tblPr>
      <w:tblGrid>
        <w:gridCol w:w="3227"/>
        <w:gridCol w:w="7501"/>
      </w:tblGrid>
      <w:tr w:rsidR="008F72EA" w14:paraId="0C811D5B" w14:textId="77777777" w:rsidTr="008F72EA">
        <w:tc>
          <w:tcPr>
            <w:tcW w:w="3227" w:type="dxa"/>
            <w:shd w:val="clear" w:color="auto" w:fill="C2D69B" w:themeFill="accent3" w:themeFillTint="99"/>
          </w:tcPr>
          <w:p w14:paraId="14CF0367" w14:textId="44471EF6" w:rsidR="008F72EA" w:rsidRPr="008F72EA" w:rsidRDefault="008F72EA">
            <w:pPr>
              <w:rPr>
                <w:b/>
                <w:bCs/>
              </w:rPr>
            </w:pPr>
            <w:r w:rsidRPr="008F72EA">
              <w:rPr>
                <w:b/>
                <w:bCs/>
              </w:rPr>
              <w:t xml:space="preserve">Is your child on any regular medication?    </w:t>
            </w:r>
          </w:p>
        </w:tc>
        <w:tc>
          <w:tcPr>
            <w:tcW w:w="7501" w:type="dxa"/>
          </w:tcPr>
          <w:p w14:paraId="64C24941" w14:textId="57F86134" w:rsidR="008F72EA" w:rsidRDefault="008F72EA">
            <w:r>
              <w:t>YES / NO</w:t>
            </w:r>
          </w:p>
        </w:tc>
      </w:tr>
      <w:tr w:rsidR="008F72EA" w14:paraId="7E1D2C4C" w14:textId="77777777" w:rsidTr="008F72EA">
        <w:tc>
          <w:tcPr>
            <w:tcW w:w="3227" w:type="dxa"/>
            <w:shd w:val="clear" w:color="auto" w:fill="C2D69B" w:themeFill="accent3" w:themeFillTint="99"/>
          </w:tcPr>
          <w:p w14:paraId="504FDE43" w14:textId="44C5F13B" w:rsidR="008F72EA" w:rsidRPr="008F72EA" w:rsidRDefault="008F72EA">
            <w:pPr>
              <w:rPr>
                <w:b/>
                <w:bCs/>
              </w:rPr>
            </w:pPr>
            <w:r w:rsidRPr="008F72EA">
              <w:rPr>
                <w:b/>
                <w:bCs/>
              </w:rPr>
              <w:t>If yes, please list each medication, dosage, frequency and reason for use:</w:t>
            </w:r>
          </w:p>
        </w:tc>
        <w:tc>
          <w:tcPr>
            <w:tcW w:w="7501" w:type="dxa"/>
          </w:tcPr>
          <w:p w14:paraId="230E7EA4" w14:textId="77777777" w:rsidR="008F72EA" w:rsidRDefault="008F72EA"/>
        </w:tc>
      </w:tr>
      <w:tr w:rsidR="008F72EA" w14:paraId="48CCF14C" w14:textId="77777777" w:rsidTr="008F72EA">
        <w:tc>
          <w:tcPr>
            <w:tcW w:w="3227" w:type="dxa"/>
            <w:shd w:val="clear" w:color="auto" w:fill="C2D69B" w:themeFill="accent3" w:themeFillTint="99"/>
          </w:tcPr>
          <w:p w14:paraId="40394DD4" w14:textId="511AD2ED" w:rsidR="008F72EA" w:rsidRPr="008F72EA" w:rsidRDefault="008F72EA">
            <w:pPr>
              <w:rPr>
                <w:b/>
                <w:bCs/>
              </w:rPr>
            </w:pPr>
            <w:r w:rsidRPr="008F72EA">
              <w:rPr>
                <w:b/>
                <w:bCs/>
              </w:rPr>
              <w:t xml:space="preserve">Does your child require help with administering medication?    </w:t>
            </w:r>
          </w:p>
        </w:tc>
        <w:tc>
          <w:tcPr>
            <w:tcW w:w="7501" w:type="dxa"/>
          </w:tcPr>
          <w:p w14:paraId="716B9F58" w14:textId="65F05BF7" w:rsidR="008F72EA" w:rsidRDefault="008F72EA">
            <w:r>
              <w:t>YES / NO</w:t>
            </w:r>
          </w:p>
        </w:tc>
      </w:tr>
      <w:tr w:rsidR="008F72EA" w14:paraId="67855A52" w14:textId="77777777" w:rsidTr="008F72EA">
        <w:tc>
          <w:tcPr>
            <w:tcW w:w="3227" w:type="dxa"/>
            <w:shd w:val="clear" w:color="auto" w:fill="C2D69B" w:themeFill="accent3" w:themeFillTint="99"/>
          </w:tcPr>
          <w:p w14:paraId="786CE2B2" w14:textId="77777777" w:rsidR="008F72EA" w:rsidRPr="008F72EA" w:rsidRDefault="008F72EA" w:rsidP="008F72EA">
            <w:pPr>
              <w:rPr>
                <w:b/>
                <w:bCs/>
              </w:rPr>
            </w:pPr>
            <w:r w:rsidRPr="008F72EA">
              <w:rPr>
                <w:b/>
                <w:bCs/>
              </w:rPr>
              <w:t xml:space="preserve">If yes, please describe the support </w:t>
            </w:r>
            <w:r w:rsidRPr="008F72EA">
              <w:rPr>
                <w:b/>
                <w:bCs/>
              </w:rPr>
              <w:lastRenderedPageBreak/>
              <w:t>required:</w:t>
            </w:r>
          </w:p>
          <w:p w14:paraId="7951D409" w14:textId="77777777" w:rsidR="008F72EA" w:rsidRPr="008F72EA" w:rsidRDefault="008F72EA">
            <w:pPr>
              <w:rPr>
                <w:b/>
                <w:bCs/>
              </w:rPr>
            </w:pPr>
          </w:p>
        </w:tc>
        <w:tc>
          <w:tcPr>
            <w:tcW w:w="7501" w:type="dxa"/>
          </w:tcPr>
          <w:p w14:paraId="53405EE5" w14:textId="77777777" w:rsidR="008F72EA" w:rsidRDefault="008F72EA"/>
        </w:tc>
      </w:tr>
    </w:tbl>
    <w:p w14:paraId="5F8ABEC0" w14:textId="77777777" w:rsidR="00C37BB2" w:rsidRPr="008F72EA" w:rsidRDefault="00000000">
      <w:pPr>
        <w:rPr>
          <w:b/>
          <w:bCs/>
        </w:rPr>
      </w:pPr>
      <w:r w:rsidRPr="008F72EA">
        <w:rPr>
          <w:b/>
          <w:bCs/>
        </w:rPr>
        <w:t>Medication must be supplied in accordance with the service's medication procedures and written instructions.</w:t>
      </w:r>
    </w:p>
    <w:tbl>
      <w:tblPr>
        <w:tblW w:w="0" w:type="auto"/>
        <w:jc w:val="center"/>
        <w:tblLook w:val="04A0" w:firstRow="1" w:lastRow="0" w:firstColumn="1" w:lastColumn="0" w:noHBand="0" w:noVBand="1"/>
      </w:tblPr>
      <w:tblGrid>
        <w:gridCol w:w="10512"/>
      </w:tblGrid>
      <w:tr w:rsidR="00C37BB2" w14:paraId="5C75D37D" w14:textId="77777777">
        <w:trPr>
          <w:jc w:val="center"/>
        </w:trPr>
        <w:tc>
          <w:tcPr>
            <w:tcW w:w="10512" w:type="dxa"/>
            <w:shd w:val="clear" w:color="auto" w:fill="005E00"/>
            <w:vAlign w:val="center"/>
          </w:tcPr>
          <w:p w14:paraId="68C4AEE1" w14:textId="77777777" w:rsidR="00C37BB2" w:rsidRDefault="00000000">
            <w:pPr>
              <w:spacing w:after="0"/>
            </w:pPr>
            <w:r>
              <w:rPr>
                <w:b/>
                <w:color w:val="FFFFFF"/>
                <w:sz w:val="20"/>
              </w:rPr>
              <w:t>SECTION 4 | EMERGENCY INFORMATION</w:t>
            </w:r>
          </w:p>
        </w:tc>
      </w:tr>
    </w:tbl>
    <w:p w14:paraId="2F3F55E0" w14:textId="77777777" w:rsidR="00C37BB2" w:rsidRDefault="00C37BB2">
      <w:pPr>
        <w:spacing w:after="0"/>
      </w:pPr>
    </w:p>
    <w:p w14:paraId="2BCE48B2" w14:textId="77777777" w:rsidR="00C37BB2" w:rsidRDefault="00000000">
      <w:r>
        <w:t>Please provide any information staff may need in an emergency, including symptoms, known triggers, emergency medication, treatment steps or specific instructions:</w:t>
      </w:r>
    </w:p>
    <w:p w14:paraId="2711F725" w14:textId="6ACA6091" w:rsidR="00C37BB2" w:rsidRDefault="00C37BB2"/>
    <w:p w14:paraId="7F72A3F6" w14:textId="77777777" w:rsidR="008F72EA" w:rsidRDefault="008F72EA"/>
    <w:p w14:paraId="7C51DF16" w14:textId="77777777" w:rsidR="008F72EA" w:rsidRDefault="008F72EA"/>
    <w:tbl>
      <w:tblPr>
        <w:tblW w:w="0" w:type="auto"/>
        <w:jc w:val="center"/>
        <w:tblLook w:val="04A0" w:firstRow="1" w:lastRow="0" w:firstColumn="1" w:lastColumn="0" w:noHBand="0" w:noVBand="1"/>
      </w:tblPr>
      <w:tblGrid>
        <w:gridCol w:w="10512"/>
      </w:tblGrid>
      <w:tr w:rsidR="00C37BB2" w14:paraId="64EC9F51" w14:textId="77777777">
        <w:trPr>
          <w:jc w:val="center"/>
        </w:trPr>
        <w:tc>
          <w:tcPr>
            <w:tcW w:w="10512" w:type="dxa"/>
            <w:shd w:val="clear" w:color="auto" w:fill="005E00"/>
            <w:vAlign w:val="center"/>
          </w:tcPr>
          <w:p w14:paraId="77431E41" w14:textId="77777777" w:rsidR="00C37BB2" w:rsidRDefault="00000000">
            <w:pPr>
              <w:spacing w:after="0"/>
            </w:pPr>
            <w:r>
              <w:rPr>
                <w:b/>
                <w:color w:val="FFFFFF"/>
                <w:sz w:val="20"/>
              </w:rPr>
              <w:t>SECTION 5 | PARENT/CARER DECLARATION</w:t>
            </w:r>
          </w:p>
        </w:tc>
      </w:tr>
    </w:tbl>
    <w:p w14:paraId="64A8E26E" w14:textId="77777777" w:rsidR="00C37BB2" w:rsidRDefault="00C37BB2">
      <w:pPr>
        <w:spacing w:after="0"/>
      </w:pPr>
    </w:p>
    <w:p w14:paraId="3E038767" w14:textId="77777777" w:rsidR="00C37BB2" w:rsidRDefault="00000000">
      <w:r>
        <w:t>I confirm that the information provided is accurate and complete and I will notify the service of any changes to my child's health, allergy, dietary, medication or support needs.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7272"/>
      </w:tblGrid>
      <w:tr w:rsidR="00C37BB2" w14:paraId="0C74427B" w14:textId="77777777" w:rsidTr="008F72EA">
        <w:trPr>
          <w:jc w:val="center"/>
        </w:trPr>
        <w:tc>
          <w:tcPr>
            <w:tcW w:w="3024" w:type="dxa"/>
            <w:shd w:val="clear" w:color="auto" w:fill="C2D69B"/>
            <w:vAlign w:val="center"/>
          </w:tcPr>
          <w:p w14:paraId="286E5469" w14:textId="77777777" w:rsidR="00C37BB2" w:rsidRDefault="00000000">
            <w:pPr>
              <w:spacing w:after="0"/>
            </w:pPr>
            <w:r>
              <w:rPr>
                <w:b/>
                <w:sz w:val="18"/>
              </w:rPr>
              <w:t>Parent / Carer Name</w:t>
            </w:r>
          </w:p>
        </w:tc>
        <w:tc>
          <w:tcPr>
            <w:tcW w:w="7272" w:type="dxa"/>
            <w:vAlign w:val="center"/>
          </w:tcPr>
          <w:p w14:paraId="2BA8F964" w14:textId="6BE84574" w:rsidR="00C37BB2" w:rsidRDefault="00C37BB2">
            <w:pPr>
              <w:spacing w:after="0"/>
            </w:pPr>
          </w:p>
        </w:tc>
      </w:tr>
      <w:tr w:rsidR="00C37BB2" w14:paraId="6908F3EB" w14:textId="77777777" w:rsidTr="008F72EA">
        <w:trPr>
          <w:jc w:val="center"/>
        </w:trPr>
        <w:tc>
          <w:tcPr>
            <w:tcW w:w="3024" w:type="dxa"/>
            <w:shd w:val="clear" w:color="auto" w:fill="C2D69B"/>
            <w:vAlign w:val="center"/>
          </w:tcPr>
          <w:p w14:paraId="6327114B" w14:textId="77777777" w:rsidR="00C37BB2" w:rsidRDefault="00000000">
            <w:pPr>
              <w:spacing w:after="0"/>
            </w:pPr>
            <w:r>
              <w:rPr>
                <w:b/>
                <w:sz w:val="18"/>
              </w:rPr>
              <w:t>Signature / E-signature</w:t>
            </w:r>
          </w:p>
        </w:tc>
        <w:tc>
          <w:tcPr>
            <w:tcW w:w="7272" w:type="dxa"/>
            <w:vAlign w:val="center"/>
          </w:tcPr>
          <w:p w14:paraId="6CCF5551" w14:textId="48BD53B9" w:rsidR="00C37BB2" w:rsidRDefault="00C37BB2">
            <w:pPr>
              <w:spacing w:after="0"/>
            </w:pPr>
          </w:p>
        </w:tc>
      </w:tr>
      <w:tr w:rsidR="00C37BB2" w14:paraId="6C313D86" w14:textId="77777777" w:rsidTr="008F72EA">
        <w:trPr>
          <w:jc w:val="center"/>
        </w:trPr>
        <w:tc>
          <w:tcPr>
            <w:tcW w:w="3024" w:type="dxa"/>
            <w:shd w:val="clear" w:color="auto" w:fill="C2D69B"/>
            <w:vAlign w:val="center"/>
          </w:tcPr>
          <w:p w14:paraId="17826301" w14:textId="77777777" w:rsidR="00C37BB2" w:rsidRDefault="00000000">
            <w:pPr>
              <w:spacing w:after="0"/>
            </w:pPr>
            <w:r>
              <w:rPr>
                <w:b/>
                <w:sz w:val="18"/>
              </w:rPr>
              <w:t>Date</w:t>
            </w:r>
          </w:p>
        </w:tc>
        <w:tc>
          <w:tcPr>
            <w:tcW w:w="7272" w:type="dxa"/>
            <w:vAlign w:val="center"/>
          </w:tcPr>
          <w:p w14:paraId="001CCEAC" w14:textId="2241BF4B" w:rsidR="00C37BB2" w:rsidRDefault="00C37BB2">
            <w:pPr>
              <w:spacing w:after="0"/>
            </w:pPr>
          </w:p>
        </w:tc>
      </w:tr>
    </w:tbl>
    <w:p w14:paraId="381241DB" w14:textId="77777777" w:rsidR="00234A6C" w:rsidRDefault="00234A6C"/>
    <w:sectPr w:rsidR="00234A6C" w:rsidSect="00034616">
      <w:footerReference w:type="default" r:id="rId8"/>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790BC" w14:textId="77777777" w:rsidR="00020583" w:rsidRDefault="00020583">
      <w:pPr>
        <w:spacing w:after="0" w:line="240" w:lineRule="auto"/>
      </w:pPr>
      <w:r>
        <w:separator/>
      </w:r>
    </w:p>
  </w:endnote>
  <w:endnote w:type="continuationSeparator" w:id="0">
    <w:p w14:paraId="4D1255AF" w14:textId="77777777" w:rsidR="00020583" w:rsidRDefault="00020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4A649" w14:textId="2764321E" w:rsidR="00C37BB2" w:rsidRDefault="007F05C8">
    <w:pPr>
      <w:pStyle w:val="Footer"/>
      <w:jc w:val="center"/>
    </w:pPr>
    <w:r>
      <w:rPr>
        <w:color w:val="666666"/>
        <w:sz w:val="16"/>
      </w:rPr>
      <w:t>Wild Roots Forest Childcare</w:t>
    </w:r>
    <w:r w:rsidR="00000000">
      <w:rPr>
        <w:color w:val="666666"/>
        <w:sz w:val="16"/>
      </w:rPr>
      <w:t xml:space="preserve"> | </w:t>
    </w:r>
    <w:r>
      <w:rPr>
        <w:color w:val="666666"/>
        <w:sz w:val="16"/>
      </w:rPr>
      <w:t>Afterschool Care</w:t>
    </w:r>
    <w:r>
      <w:rPr>
        <w:color w:val="666666"/>
        <w:sz w:val="16"/>
      </w:rPr>
      <w:t xml:space="preserve"> |</w:t>
    </w:r>
    <w:r>
      <w:rPr>
        <w:color w:val="666666"/>
        <w:sz w:val="16"/>
      </w:rPr>
      <w:t xml:space="preserve"> </w:t>
    </w:r>
    <w:r w:rsidR="00000000">
      <w:rPr>
        <w:color w:val="666666"/>
        <w:sz w:val="16"/>
      </w:rPr>
      <w:t>Medical, Allergy, Dietary &amp; Medication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DEC59" w14:textId="77777777" w:rsidR="00020583" w:rsidRDefault="00020583">
      <w:pPr>
        <w:spacing w:after="0" w:line="240" w:lineRule="auto"/>
      </w:pPr>
      <w:r>
        <w:separator/>
      </w:r>
    </w:p>
  </w:footnote>
  <w:footnote w:type="continuationSeparator" w:id="0">
    <w:p w14:paraId="4F60D4C9" w14:textId="77777777" w:rsidR="00020583" w:rsidRDefault="000205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7139434">
    <w:abstractNumId w:val="8"/>
  </w:num>
  <w:num w:numId="2" w16cid:durableId="1167671704">
    <w:abstractNumId w:val="6"/>
  </w:num>
  <w:num w:numId="3" w16cid:durableId="259527476">
    <w:abstractNumId w:val="5"/>
  </w:num>
  <w:num w:numId="4" w16cid:durableId="1769737715">
    <w:abstractNumId w:val="4"/>
  </w:num>
  <w:num w:numId="5" w16cid:durableId="1197620026">
    <w:abstractNumId w:val="7"/>
  </w:num>
  <w:num w:numId="6" w16cid:durableId="1384061118">
    <w:abstractNumId w:val="3"/>
  </w:num>
  <w:num w:numId="7" w16cid:durableId="641932672">
    <w:abstractNumId w:val="2"/>
  </w:num>
  <w:num w:numId="8" w16cid:durableId="1038774487">
    <w:abstractNumId w:val="1"/>
  </w:num>
  <w:num w:numId="9" w16cid:durableId="90324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583"/>
    <w:rsid w:val="00034616"/>
    <w:rsid w:val="0006063C"/>
    <w:rsid w:val="0015074B"/>
    <w:rsid w:val="00234A6C"/>
    <w:rsid w:val="0029639D"/>
    <w:rsid w:val="00326F90"/>
    <w:rsid w:val="005A33CC"/>
    <w:rsid w:val="006B0E8C"/>
    <w:rsid w:val="007F05C8"/>
    <w:rsid w:val="008F72EA"/>
    <w:rsid w:val="00A44D11"/>
    <w:rsid w:val="00AA1D8D"/>
    <w:rsid w:val="00B47730"/>
    <w:rsid w:val="00BD7344"/>
    <w:rsid w:val="00C37BB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B418AF"/>
  <w14:defaultImageDpi w14:val="300"/>
  <w15:docId w15:val="{A276F3E2-E7B9-4EB4-AF6B-7C4C2A032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Gwen McLaren</cp:lastModifiedBy>
  <cp:revision>4</cp:revision>
  <dcterms:created xsi:type="dcterms:W3CDTF">2026-08-20T08:58:00Z</dcterms:created>
  <dcterms:modified xsi:type="dcterms:W3CDTF">2026-08-28T19:09:00Z</dcterms:modified>
  <cp:category/>
</cp:coreProperties>
</file>