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7A74E" w14:textId="5DEFFE3F" w:rsidR="00410102" w:rsidRDefault="00D24063" w:rsidP="00410102">
      <w:pPr>
        <w:jc w:val="center"/>
        <w:rPr>
          <w:b/>
          <w:sz w:val="32"/>
        </w:rPr>
      </w:pPr>
      <w:r>
        <w:rPr>
          <w:b/>
          <w:color w:val="5B8A3C"/>
          <w:sz w:val="32"/>
        </w:rPr>
        <w:t>WILD ROOTS FOREST CHILDCARE</w:t>
      </w:r>
      <w:r w:rsidR="00410102" w:rsidRPr="00410102">
        <w:rPr>
          <w:b/>
          <w:sz w:val="32"/>
        </w:rPr>
        <w:t xml:space="preserve"> </w:t>
      </w:r>
    </w:p>
    <w:p w14:paraId="5B321D6A" w14:textId="77777777" w:rsidR="00306674" w:rsidRPr="0089723E" w:rsidRDefault="00306674" w:rsidP="00306674">
      <w:pPr>
        <w:jc w:val="center"/>
        <w:rPr>
          <w:rFonts w:asciiTheme="majorHAnsi" w:hAnsiTheme="majorHAnsi" w:cstheme="majorHAnsi"/>
        </w:rPr>
      </w:pPr>
      <w:r w:rsidRPr="0089723E">
        <w:rPr>
          <w:rFonts w:asciiTheme="majorHAnsi" w:hAnsiTheme="majorHAnsi" w:cstheme="majorHAnsi"/>
          <w:b/>
          <w:sz w:val="32"/>
        </w:rPr>
        <w:t>Child Registration &amp; Family Information</w:t>
      </w:r>
      <w:r w:rsidRPr="0089723E">
        <w:rPr>
          <w:rFonts w:asciiTheme="majorHAnsi" w:hAnsiTheme="majorHAnsi" w:cstheme="majorHAnsi"/>
          <w:b/>
          <w:sz w:val="32"/>
        </w:rPr>
        <w:br/>
      </w:r>
    </w:p>
    <w:p w14:paraId="2C9F4DE4" w14:textId="77777777" w:rsidR="00306674" w:rsidRPr="0089723E" w:rsidRDefault="00306674" w:rsidP="00306674">
      <w:pPr>
        <w:rPr>
          <w:rFonts w:asciiTheme="majorHAnsi" w:hAnsiTheme="majorHAnsi" w:cstheme="majorHAnsi"/>
        </w:rPr>
      </w:pPr>
      <w:r w:rsidRPr="0089723E">
        <w:rPr>
          <w:rFonts w:asciiTheme="majorHAnsi" w:hAnsiTheme="majorHAnsi" w:cstheme="majorHAnsi"/>
        </w:rPr>
        <w:t xml:space="preserve">Please complete this form before your child's start date. This information helps us provide safe, inclusive and </w:t>
      </w:r>
      <w:proofErr w:type="spellStart"/>
      <w:r w:rsidRPr="0089723E">
        <w:rPr>
          <w:rFonts w:asciiTheme="majorHAnsi" w:hAnsiTheme="majorHAnsi" w:cstheme="majorHAnsi"/>
        </w:rPr>
        <w:t>individualised</w:t>
      </w:r>
      <w:proofErr w:type="spellEnd"/>
      <w:r w:rsidRPr="0089723E">
        <w:rPr>
          <w:rFonts w:asciiTheme="majorHAnsi" w:hAnsiTheme="majorHAnsi" w:cstheme="majorHAnsi"/>
        </w:rPr>
        <w:t xml:space="preserve"> care.</w:t>
      </w:r>
    </w:p>
    <w:tbl>
      <w:tblPr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306674" w14:paraId="046EDE05" w14:textId="77777777" w:rsidTr="00306674">
        <w:tc>
          <w:tcPr>
            <w:tcW w:w="10800" w:type="dxa"/>
            <w:shd w:val="clear" w:color="auto" w:fill="005E00"/>
          </w:tcPr>
          <w:p w14:paraId="25B74F6D" w14:textId="77777777" w:rsidR="00306674" w:rsidRDefault="00306674" w:rsidP="00D33E44">
            <w:r>
              <w:rPr>
                <w:b/>
                <w:color w:val="FFFFFF"/>
              </w:rPr>
              <w:t>SECTION 1 | CHILD DETAILS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11"/>
        <w:gridCol w:w="7773"/>
      </w:tblGrid>
      <w:tr w:rsidR="00306674" w:rsidRPr="0089723E" w14:paraId="4685834B" w14:textId="77777777" w:rsidTr="00D33E44">
        <w:trPr>
          <w:jc w:val="center"/>
        </w:trPr>
        <w:tc>
          <w:tcPr>
            <w:tcW w:w="2835" w:type="dxa"/>
            <w:shd w:val="clear" w:color="auto" w:fill="C2D69B" w:themeFill="accent3" w:themeFillTint="99"/>
          </w:tcPr>
          <w:p w14:paraId="0AD6DC4B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Full Name</w:t>
            </w:r>
          </w:p>
        </w:tc>
        <w:tc>
          <w:tcPr>
            <w:tcW w:w="7965" w:type="dxa"/>
          </w:tcPr>
          <w:p w14:paraId="6FCDD58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67100117" w14:textId="77777777" w:rsidTr="00D33E44">
        <w:trPr>
          <w:jc w:val="center"/>
        </w:trPr>
        <w:tc>
          <w:tcPr>
            <w:tcW w:w="2835" w:type="dxa"/>
            <w:shd w:val="clear" w:color="auto" w:fill="C2D69B" w:themeFill="accent3" w:themeFillTint="99"/>
          </w:tcPr>
          <w:p w14:paraId="0B0AB9C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Preferred Name</w:t>
            </w:r>
          </w:p>
        </w:tc>
        <w:tc>
          <w:tcPr>
            <w:tcW w:w="7965" w:type="dxa"/>
          </w:tcPr>
          <w:p w14:paraId="3585BF7D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755C0CD9" w14:textId="77777777" w:rsidTr="00D33E44">
        <w:trPr>
          <w:jc w:val="center"/>
        </w:trPr>
        <w:tc>
          <w:tcPr>
            <w:tcW w:w="2835" w:type="dxa"/>
            <w:shd w:val="clear" w:color="auto" w:fill="C2D69B" w:themeFill="accent3" w:themeFillTint="99"/>
          </w:tcPr>
          <w:p w14:paraId="6C06B1A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Date of Birth</w:t>
            </w:r>
          </w:p>
        </w:tc>
        <w:tc>
          <w:tcPr>
            <w:tcW w:w="7965" w:type="dxa"/>
          </w:tcPr>
          <w:p w14:paraId="57DA863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6E38E8AA" w14:textId="77777777" w:rsidTr="00D33E44">
        <w:trPr>
          <w:jc w:val="center"/>
        </w:trPr>
        <w:tc>
          <w:tcPr>
            <w:tcW w:w="2835" w:type="dxa"/>
            <w:shd w:val="clear" w:color="auto" w:fill="C2D69B" w:themeFill="accent3" w:themeFillTint="99"/>
          </w:tcPr>
          <w:p w14:paraId="6765E05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Start Date</w:t>
            </w:r>
          </w:p>
        </w:tc>
        <w:tc>
          <w:tcPr>
            <w:tcW w:w="7965" w:type="dxa"/>
          </w:tcPr>
          <w:p w14:paraId="4A5D0941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26BA1ACA" w14:textId="77777777" w:rsidTr="00D33E44">
        <w:trPr>
          <w:jc w:val="center"/>
        </w:trPr>
        <w:tc>
          <w:tcPr>
            <w:tcW w:w="2835" w:type="dxa"/>
            <w:shd w:val="clear" w:color="auto" w:fill="C2D69B" w:themeFill="accent3" w:themeFillTint="99"/>
          </w:tcPr>
          <w:p w14:paraId="1842AAB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Expected Primary School</w:t>
            </w:r>
          </w:p>
        </w:tc>
        <w:tc>
          <w:tcPr>
            <w:tcW w:w="7965" w:type="dxa"/>
          </w:tcPr>
          <w:p w14:paraId="509CB434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52036C4B" w14:textId="77777777" w:rsidTr="00D33E44">
        <w:trPr>
          <w:jc w:val="center"/>
        </w:trPr>
        <w:tc>
          <w:tcPr>
            <w:tcW w:w="2835" w:type="dxa"/>
            <w:shd w:val="clear" w:color="auto" w:fill="C2D69B" w:themeFill="accent3" w:themeFillTint="99"/>
          </w:tcPr>
          <w:p w14:paraId="4CA2807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Home Address</w:t>
            </w:r>
          </w:p>
        </w:tc>
        <w:tc>
          <w:tcPr>
            <w:tcW w:w="7965" w:type="dxa"/>
          </w:tcPr>
          <w:p w14:paraId="1126265A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7F9A001E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6A266436" w14:textId="77777777" w:rsidTr="00D33E44">
        <w:trPr>
          <w:jc w:val="center"/>
        </w:trPr>
        <w:tc>
          <w:tcPr>
            <w:tcW w:w="2835" w:type="dxa"/>
            <w:shd w:val="clear" w:color="auto" w:fill="C2D69B" w:themeFill="accent3" w:themeFillTint="99"/>
          </w:tcPr>
          <w:p w14:paraId="685E5A93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Postcode</w:t>
            </w:r>
          </w:p>
        </w:tc>
        <w:tc>
          <w:tcPr>
            <w:tcW w:w="7965" w:type="dxa"/>
          </w:tcPr>
          <w:p w14:paraId="06C5B7B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18992B05" w14:textId="77777777" w:rsidTr="00D33E44">
        <w:trPr>
          <w:jc w:val="center"/>
        </w:trPr>
        <w:tc>
          <w:tcPr>
            <w:tcW w:w="2835" w:type="dxa"/>
            <w:shd w:val="clear" w:color="auto" w:fill="C2D69B" w:themeFill="accent3" w:themeFillTint="99"/>
          </w:tcPr>
          <w:p w14:paraId="5DDF5F4E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Languages Spoken at Home</w:t>
            </w:r>
          </w:p>
        </w:tc>
        <w:tc>
          <w:tcPr>
            <w:tcW w:w="7965" w:type="dxa"/>
          </w:tcPr>
          <w:p w14:paraId="5D581E8F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3867590B" w14:textId="77777777" w:rsidTr="00D33E44">
        <w:trPr>
          <w:jc w:val="center"/>
        </w:trPr>
        <w:tc>
          <w:tcPr>
            <w:tcW w:w="2835" w:type="dxa"/>
            <w:shd w:val="clear" w:color="auto" w:fill="C2D69B" w:themeFill="accent3" w:themeFillTint="99"/>
          </w:tcPr>
          <w:p w14:paraId="471414D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Religion/Faith/Cultural Information (optional)</w:t>
            </w:r>
          </w:p>
        </w:tc>
        <w:tc>
          <w:tcPr>
            <w:tcW w:w="7965" w:type="dxa"/>
          </w:tcPr>
          <w:p w14:paraId="68705485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</w:tbl>
    <w:p w14:paraId="6FCFD5F5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tbl>
      <w:tblPr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306674" w14:paraId="2847D11D" w14:textId="77777777" w:rsidTr="00306674">
        <w:tc>
          <w:tcPr>
            <w:tcW w:w="10800" w:type="dxa"/>
            <w:shd w:val="clear" w:color="auto" w:fill="005E00"/>
          </w:tcPr>
          <w:p w14:paraId="61FFAAC9" w14:textId="1A2C5424" w:rsidR="00306674" w:rsidRDefault="00306674" w:rsidP="00D33E44">
            <w:r>
              <w:rPr>
                <w:b/>
                <w:color w:val="FFFFFF"/>
              </w:rPr>
              <w:t>SECTION 2 | PARENT/CHILD INFORMATION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2"/>
        <w:gridCol w:w="3526"/>
        <w:gridCol w:w="3526"/>
      </w:tblGrid>
      <w:tr w:rsidR="00306674" w:rsidRPr="0089723E" w14:paraId="41CF62EC" w14:textId="77777777" w:rsidTr="00D33E44">
        <w:tc>
          <w:tcPr>
            <w:tcW w:w="3600" w:type="dxa"/>
            <w:shd w:val="clear" w:color="auto" w:fill="C2D69B" w:themeFill="accent3" w:themeFillTint="99"/>
          </w:tcPr>
          <w:p w14:paraId="7FEEDB54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  <w:shd w:val="clear" w:color="auto" w:fill="C2D69B" w:themeFill="accent3" w:themeFillTint="99"/>
          </w:tcPr>
          <w:p w14:paraId="096126B2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Parent/Carer A</w:t>
            </w:r>
          </w:p>
        </w:tc>
        <w:tc>
          <w:tcPr>
            <w:tcW w:w="3600" w:type="dxa"/>
            <w:shd w:val="clear" w:color="auto" w:fill="C2D69B" w:themeFill="accent3" w:themeFillTint="99"/>
          </w:tcPr>
          <w:p w14:paraId="6F1633D5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Parent/Carer B</w:t>
            </w:r>
          </w:p>
        </w:tc>
      </w:tr>
      <w:tr w:rsidR="00306674" w:rsidRPr="0089723E" w14:paraId="043399A2" w14:textId="77777777" w:rsidTr="00D33E44">
        <w:tc>
          <w:tcPr>
            <w:tcW w:w="3600" w:type="dxa"/>
            <w:shd w:val="clear" w:color="auto" w:fill="C2D69B" w:themeFill="accent3" w:themeFillTint="99"/>
          </w:tcPr>
          <w:p w14:paraId="4C12CAFB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Name</w:t>
            </w:r>
          </w:p>
        </w:tc>
        <w:tc>
          <w:tcPr>
            <w:tcW w:w="3600" w:type="dxa"/>
          </w:tcPr>
          <w:p w14:paraId="0801D175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48CD39EA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6D444A4E" w14:textId="77777777" w:rsidTr="00D33E44">
        <w:tc>
          <w:tcPr>
            <w:tcW w:w="3600" w:type="dxa"/>
            <w:shd w:val="clear" w:color="auto" w:fill="C2D69B" w:themeFill="accent3" w:themeFillTint="99"/>
          </w:tcPr>
          <w:p w14:paraId="4A99843D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Relationship</w:t>
            </w:r>
          </w:p>
        </w:tc>
        <w:tc>
          <w:tcPr>
            <w:tcW w:w="3600" w:type="dxa"/>
          </w:tcPr>
          <w:p w14:paraId="7E72EE53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1A2DE203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1B5799EB" w14:textId="77777777" w:rsidTr="00D33E44">
        <w:tc>
          <w:tcPr>
            <w:tcW w:w="3600" w:type="dxa"/>
            <w:shd w:val="clear" w:color="auto" w:fill="C2D69B" w:themeFill="accent3" w:themeFillTint="99"/>
          </w:tcPr>
          <w:p w14:paraId="6FE37B88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Mobile</w:t>
            </w:r>
          </w:p>
        </w:tc>
        <w:tc>
          <w:tcPr>
            <w:tcW w:w="3600" w:type="dxa"/>
          </w:tcPr>
          <w:p w14:paraId="05071183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7B3780DD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6C064CA5" w14:textId="77777777" w:rsidTr="00D33E44">
        <w:tc>
          <w:tcPr>
            <w:tcW w:w="3600" w:type="dxa"/>
            <w:shd w:val="clear" w:color="auto" w:fill="C2D69B" w:themeFill="accent3" w:themeFillTint="99"/>
          </w:tcPr>
          <w:p w14:paraId="0AB89B2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Email</w:t>
            </w:r>
          </w:p>
        </w:tc>
        <w:tc>
          <w:tcPr>
            <w:tcW w:w="3600" w:type="dxa"/>
          </w:tcPr>
          <w:p w14:paraId="6723CA6D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6319B374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38C65296" w14:textId="77777777" w:rsidTr="00D33E44">
        <w:tc>
          <w:tcPr>
            <w:tcW w:w="3600" w:type="dxa"/>
            <w:shd w:val="clear" w:color="auto" w:fill="C2D69B" w:themeFill="accent3" w:themeFillTint="99"/>
          </w:tcPr>
          <w:p w14:paraId="48B7382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Address (if different)</w:t>
            </w:r>
          </w:p>
        </w:tc>
        <w:tc>
          <w:tcPr>
            <w:tcW w:w="3600" w:type="dxa"/>
          </w:tcPr>
          <w:p w14:paraId="37F2CEEB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78F8EC8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0096EB1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7082E820" w14:textId="77777777" w:rsidTr="00D33E44">
        <w:tc>
          <w:tcPr>
            <w:tcW w:w="3600" w:type="dxa"/>
            <w:shd w:val="clear" w:color="auto" w:fill="C2D69B" w:themeFill="accent3" w:themeFillTint="99"/>
          </w:tcPr>
          <w:p w14:paraId="2B5B0DED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Parental Responsibilities &amp; Rights</w:t>
            </w:r>
          </w:p>
        </w:tc>
        <w:tc>
          <w:tcPr>
            <w:tcW w:w="3600" w:type="dxa"/>
          </w:tcPr>
          <w:p w14:paraId="5F31FC56" w14:textId="77777777" w:rsidR="00306674" w:rsidRPr="0089723E" w:rsidRDefault="00306674" w:rsidP="00D33E44">
            <w:pPr>
              <w:jc w:val="center"/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Yes       /       No</w:t>
            </w:r>
          </w:p>
        </w:tc>
        <w:tc>
          <w:tcPr>
            <w:tcW w:w="3600" w:type="dxa"/>
          </w:tcPr>
          <w:p w14:paraId="1BAA54C6" w14:textId="77777777" w:rsidR="00306674" w:rsidRPr="0089723E" w:rsidRDefault="00306674" w:rsidP="00D33E44">
            <w:pPr>
              <w:jc w:val="center"/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Yes       /       No</w:t>
            </w:r>
          </w:p>
        </w:tc>
      </w:tr>
    </w:tbl>
    <w:p w14:paraId="690FF64E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p w14:paraId="379C9044" w14:textId="56921755" w:rsidR="00306674" w:rsidRDefault="00306674" w:rsidP="00306674">
      <w:pPr>
        <w:shd w:val="clear" w:color="auto" w:fill="005E00"/>
      </w:pPr>
      <w:r>
        <w:rPr>
          <w:b/>
          <w:color w:val="FFFFFF"/>
        </w:rPr>
        <w:t>SECTION 3 | YOUR FAMILY AND HOME LIFE</w:t>
      </w:r>
    </w:p>
    <w:p w14:paraId="68E78946" w14:textId="77777777" w:rsidR="00306674" w:rsidRPr="0089723E" w:rsidRDefault="00306674" w:rsidP="00306674">
      <w:pPr>
        <w:rPr>
          <w:rFonts w:asciiTheme="majorHAnsi" w:hAnsiTheme="majorHAnsi" w:cstheme="majorHAnsi"/>
        </w:rPr>
      </w:pPr>
      <w:r w:rsidRPr="0089723E">
        <w:rPr>
          <w:rFonts w:asciiTheme="majorHAnsi" w:hAnsiTheme="majorHAnsi" w:cstheme="majorHAnsi"/>
        </w:rPr>
        <w:t>Every family is unique. Please tell us about the important people and routines in your child's life.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0"/>
        <w:gridCol w:w="3533"/>
        <w:gridCol w:w="3531"/>
      </w:tblGrid>
      <w:tr w:rsidR="00306674" w:rsidRPr="0089723E" w14:paraId="161BBE14" w14:textId="77777777" w:rsidTr="00D33E44">
        <w:tc>
          <w:tcPr>
            <w:tcW w:w="3600" w:type="dxa"/>
            <w:shd w:val="clear" w:color="auto" w:fill="C2D69B" w:themeFill="accent3" w:themeFillTint="99"/>
          </w:tcPr>
          <w:p w14:paraId="158A38BF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Name</w:t>
            </w:r>
          </w:p>
        </w:tc>
        <w:tc>
          <w:tcPr>
            <w:tcW w:w="3600" w:type="dxa"/>
            <w:shd w:val="clear" w:color="auto" w:fill="C2D69B" w:themeFill="accent3" w:themeFillTint="99"/>
          </w:tcPr>
          <w:p w14:paraId="72AFA39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Relationship</w:t>
            </w:r>
          </w:p>
        </w:tc>
        <w:tc>
          <w:tcPr>
            <w:tcW w:w="3600" w:type="dxa"/>
            <w:shd w:val="clear" w:color="auto" w:fill="C2D69B" w:themeFill="accent3" w:themeFillTint="99"/>
          </w:tcPr>
          <w:p w14:paraId="5723DE8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Lives with child</w:t>
            </w:r>
            <w:r w:rsidRPr="0089723E">
              <w:rPr>
                <w:rFonts w:asciiTheme="majorHAnsi" w:hAnsiTheme="majorHAnsi" w:cstheme="majorHAnsi"/>
              </w:rPr>
              <w:br/>
              <w:t>Always / Sometimes</w:t>
            </w:r>
          </w:p>
        </w:tc>
      </w:tr>
      <w:tr w:rsidR="00306674" w:rsidRPr="0089723E" w14:paraId="5E635036" w14:textId="77777777" w:rsidTr="00D33E44">
        <w:tc>
          <w:tcPr>
            <w:tcW w:w="3600" w:type="dxa"/>
          </w:tcPr>
          <w:p w14:paraId="4157B61E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5CF28738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5F3A65E1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520052AF" w14:textId="77777777" w:rsidTr="00D33E44">
        <w:tc>
          <w:tcPr>
            <w:tcW w:w="3600" w:type="dxa"/>
          </w:tcPr>
          <w:p w14:paraId="230921E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30665F2E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625E2D64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6E26C293" w14:textId="77777777" w:rsidTr="00D33E44">
        <w:tc>
          <w:tcPr>
            <w:tcW w:w="3600" w:type="dxa"/>
          </w:tcPr>
          <w:p w14:paraId="7170D8FD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114164D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14C53FA1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1595DF70" w14:textId="77777777" w:rsidTr="00D33E44">
        <w:tc>
          <w:tcPr>
            <w:tcW w:w="3600" w:type="dxa"/>
          </w:tcPr>
          <w:p w14:paraId="60037F5B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0139ACF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1CAC35BA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</w:tbl>
    <w:p w14:paraId="31A999E0" w14:textId="77777777" w:rsidR="00306674" w:rsidRPr="0089723E" w:rsidRDefault="00306674" w:rsidP="00306674">
      <w:pPr>
        <w:rPr>
          <w:rFonts w:asciiTheme="majorHAnsi" w:hAnsiTheme="majorHAnsi" w:cstheme="majorHAnsi"/>
        </w:rPr>
      </w:pPr>
      <w:r w:rsidRPr="0089723E">
        <w:rPr>
          <w:rFonts w:asciiTheme="majorHAnsi" w:hAnsiTheme="majorHAnsi" w:cstheme="majorHAnsi"/>
        </w:rPr>
        <w:t xml:space="preserve">Does your child regularly spend time in more than one home?   </w:t>
      </w:r>
      <w:r w:rsidRPr="0089723E">
        <w:rPr>
          <w:rFonts w:ascii="Segoe UI Symbol" w:hAnsi="Segoe UI Symbol" w:cs="Segoe UI Symbol"/>
        </w:rPr>
        <w:t>☐</w:t>
      </w:r>
      <w:r w:rsidRPr="0089723E">
        <w:rPr>
          <w:rFonts w:asciiTheme="majorHAnsi" w:hAnsiTheme="majorHAnsi" w:cstheme="majorHAnsi"/>
        </w:rPr>
        <w:t xml:space="preserve"> Yes   </w:t>
      </w:r>
      <w:r w:rsidRPr="0089723E">
        <w:rPr>
          <w:rFonts w:ascii="Segoe UI Symbol" w:hAnsi="Segoe UI Symbol" w:cs="Segoe UI Symbol"/>
        </w:rPr>
        <w:t>☐</w:t>
      </w:r>
      <w:r w:rsidRPr="0089723E">
        <w:rPr>
          <w:rFonts w:asciiTheme="majorHAnsi" w:hAnsiTheme="majorHAnsi" w:cstheme="majorHAnsi"/>
        </w:rPr>
        <w:t xml:space="preserve"> No</w:t>
      </w:r>
    </w:p>
    <w:p w14:paraId="528101D3" w14:textId="77777777" w:rsidR="00306674" w:rsidRPr="0089723E" w:rsidRDefault="00306674" w:rsidP="00306674">
      <w:pPr>
        <w:rPr>
          <w:rFonts w:asciiTheme="majorHAnsi" w:hAnsiTheme="majorHAnsi" w:cstheme="majorHAnsi"/>
        </w:rPr>
      </w:pPr>
      <w:r w:rsidRPr="0089723E">
        <w:rPr>
          <w:rFonts w:asciiTheme="majorHAnsi" w:hAnsiTheme="majorHAnsi" w:cstheme="majorHAnsi"/>
        </w:rPr>
        <w:t>If yes, please tell us about their usual arrangements:</w:t>
      </w:r>
    </w:p>
    <w:p w14:paraId="3A2FDCDF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p w14:paraId="593937AB" w14:textId="77777777" w:rsidR="00306674" w:rsidRPr="0089723E" w:rsidRDefault="00306674" w:rsidP="00306674">
      <w:pPr>
        <w:rPr>
          <w:rFonts w:asciiTheme="majorHAnsi" w:hAnsiTheme="majorHAnsi" w:cstheme="majorHAnsi"/>
        </w:rPr>
      </w:pPr>
      <w:r w:rsidRPr="0089723E">
        <w:rPr>
          <w:rFonts w:asciiTheme="majorHAnsi" w:hAnsiTheme="majorHAnsi" w:cstheme="majorHAnsi"/>
        </w:rPr>
        <w:t>Anything else that helps your child feel settled, secure and included?</w:t>
      </w:r>
    </w:p>
    <w:p w14:paraId="0319811A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p w14:paraId="5BCFFD4C" w14:textId="06C7C05D" w:rsidR="00306674" w:rsidRDefault="00306674" w:rsidP="00306674">
      <w:pPr>
        <w:shd w:val="clear" w:color="auto" w:fill="005E00"/>
      </w:pPr>
      <w:r>
        <w:rPr>
          <w:b/>
          <w:color w:val="FFFFFF"/>
        </w:rPr>
        <w:t>SECTION 4 | ATTENDANCE</w:t>
      </w:r>
    </w:p>
    <w:p w14:paraId="6A44024F" w14:textId="77777777" w:rsidR="00306674" w:rsidRPr="0089723E" w:rsidRDefault="00306674" w:rsidP="00306674">
      <w:pPr>
        <w:rPr>
          <w:rFonts w:asciiTheme="majorHAnsi" w:hAnsiTheme="majorHAnsi" w:cstheme="majorHAnsi"/>
        </w:rPr>
      </w:pPr>
      <w:r w:rsidRPr="0089723E">
        <w:rPr>
          <w:rFonts w:asciiTheme="majorHAnsi" w:hAnsiTheme="majorHAnsi" w:cstheme="majorHAnsi"/>
        </w:rPr>
        <w:t>See delivery model options in information pack.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9"/>
        <w:gridCol w:w="7135"/>
      </w:tblGrid>
      <w:tr w:rsidR="00306674" w:rsidRPr="0089723E" w14:paraId="646356D6" w14:textId="77777777" w:rsidTr="00D33E44">
        <w:tc>
          <w:tcPr>
            <w:tcW w:w="3510" w:type="dxa"/>
            <w:shd w:val="clear" w:color="auto" w:fill="C2D69B" w:themeFill="accent3" w:themeFillTint="99"/>
          </w:tcPr>
          <w:p w14:paraId="4E198C3F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Day</w:t>
            </w:r>
          </w:p>
        </w:tc>
        <w:tc>
          <w:tcPr>
            <w:tcW w:w="7290" w:type="dxa"/>
            <w:shd w:val="clear" w:color="auto" w:fill="C2D69B" w:themeFill="accent3" w:themeFillTint="99"/>
          </w:tcPr>
          <w:p w14:paraId="45262B9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Attendance Times</w:t>
            </w:r>
          </w:p>
        </w:tc>
      </w:tr>
      <w:tr w:rsidR="00306674" w:rsidRPr="0089723E" w14:paraId="41257189" w14:textId="77777777" w:rsidTr="00D33E44">
        <w:tc>
          <w:tcPr>
            <w:tcW w:w="3510" w:type="dxa"/>
            <w:shd w:val="clear" w:color="auto" w:fill="C2D69B" w:themeFill="accent3" w:themeFillTint="99"/>
          </w:tcPr>
          <w:p w14:paraId="520729CE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Monday</w:t>
            </w:r>
          </w:p>
        </w:tc>
        <w:tc>
          <w:tcPr>
            <w:tcW w:w="7290" w:type="dxa"/>
          </w:tcPr>
          <w:p w14:paraId="77DBAA6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01FFA8AB" w14:textId="77777777" w:rsidTr="00D33E44">
        <w:tc>
          <w:tcPr>
            <w:tcW w:w="3510" w:type="dxa"/>
            <w:shd w:val="clear" w:color="auto" w:fill="C2D69B" w:themeFill="accent3" w:themeFillTint="99"/>
          </w:tcPr>
          <w:p w14:paraId="5481641E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Tuesday</w:t>
            </w:r>
          </w:p>
        </w:tc>
        <w:tc>
          <w:tcPr>
            <w:tcW w:w="7290" w:type="dxa"/>
          </w:tcPr>
          <w:p w14:paraId="02EABA74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5BF79ED0" w14:textId="77777777" w:rsidTr="00D33E44">
        <w:tc>
          <w:tcPr>
            <w:tcW w:w="3510" w:type="dxa"/>
            <w:shd w:val="clear" w:color="auto" w:fill="C2D69B" w:themeFill="accent3" w:themeFillTint="99"/>
          </w:tcPr>
          <w:p w14:paraId="47F66843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Wednesday</w:t>
            </w:r>
          </w:p>
        </w:tc>
        <w:tc>
          <w:tcPr>
            <w:tcW w:w="7290" w:type="dxa"/>
          </w:tcPr>
          <w:p w14:paraId="530AAF65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580D329F" w14:textId="77777777" w:rsidTr="00D33E44">
        <w:tc>
          <w:tcPr>
            <w:tcW w:w="3510" w:type="dxa"/>
            <w:shd w:val="clear" w:color="auto" w:fill="C2D69B" w:themeFill="accent3" w:themeFillTint="99"/>
          </w:tcPr>
          <w:p w14:paraId="45948BB2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lastRenderedPageBreak/>
              <w:t>Thursday</w:t>
            </w:r>
          </w:p>
        </w:tc>
        <w:tc>
          <w:tcPr>
            <w:tcW w:w="7290" w:type="dxa"/>
          </w:tcPr>
          <w:p w14:paraId="6EC0085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51CFAC09" w14:textId="77777777" w:rsidTr="00D33E44">
        <w:tc>
          <w:tcPr>
            <w:tcW w:w="3510" w:type="dxa"/>
            <w:shd w:val="clear" w:color="auto" w:fill="C2D69B" w:themeFill="accent3" w:themeFillTint="99"/>
          </w:tcPr>
          <w:p w14:paraId="0D5BD402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Friday</w:t>
            </w:r>
          </w:p>
        </w:tc>
        <w:tc>
          <w:tcPr>
            <w:tcW w:w="7290" w:type="dxa"/>
          </w:tcPr>
          <w:p w14:paraId="16E106D4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</w:tbl>
    <w:p w14:paraId="2707B7E1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p w14:paraId="2537ACCD" w14:textId="7844BA40" w:rsidR="00306674" w:rsidRDefault="00306674" w:rsidP="00306674">
      <w:pPr>
        <w:shd w:val="clear" w:color="auto" w:fill="005E00"/>
      </w:pPr>
      <w:r>
        <w:rPr>
          <w:b/>
          <w:color w:val="FFFFFF"/>
        </w:rPr>
        <w:t>SECTION 5 | COLLECTION</w:t>
      </w:r>
    </w:p>
    <w:p w14:paraId="3F371B11" w14:textId="77777777" w:rsidR="00306674" w:rsidRDefault="00306674" w:rsidP="00306674">
      <w:pPr>
        <w:rPr>
          <w:rFonts w:asciiTheme="majorHAnsi" w:hAnsiTheme="majorHAnsi" w:cstheme="majorHAnsi"/>
        </w:rPr>
      </w:pPr>
      <w:r w:rsidRPr="0089723E">
        <w:rPr>
          <w:rFonts w:asciiTheme="majorHAnsi" w:hAnsiTheme="majorHAnsi" w:cstheme="majorHAnsi"/>
          <w:shd w:val="clear" w:color="auto" w:fill="C2D69B" w:themeFill="accent3" w:themeFillTint="99"/>
        </w:rPr>
        <w:t>Collection Password</w:t>
      </w:r>
      <w:r w:rsidRPr="0089723E">
        <w:rPr>
          <w:rFonts w:asciiTheme="majorHAnsi" w:hAnsiTheme="majorHAnsi" w:cstheme="majorHAnsi"/>
        </w:rPr>
        <w:t xml:space="preserve">: </w:t>
      </w:r>
    </w:p>
    <w:p w14:paraId="3ACC1DEE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  <w:gridCol w:w="3530"/>
        <w:gridCol w:w="3526"/>
      </w:tblGrid>
      <w:tr w:rsidR="00306674" w:rsidRPr="0089723E" w14:paraId="4A7A5475" w14:textId="77777777" w:rsidTr="00D33E44">
        <w:tc>
          <w:tcPr>
            <w:tcW w:w="3600" w:type="dxa"/>
            <w:shd w:val="clear" w:color="auto" w:fill="C2D69B" w:themeFill="accent3" w:themeFillTint="99"/>
          </w:tcPr>
          <w:p w14:paraId="40162F05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proofErr w:type="spellStart"/>
            <w:r w:rsidRPr="0089723E">
              <w:rPr>
                <w:rFonts w:asciiTheme="majorHAnsi" w:hAnsiTheme="majorHAnsi" w:cstheme="majorHAnsi"/>
              </w:rPr>
              <w:t>Authorised</w:t>
            </w:r>
            <w:proofErr w:type="spellEnd"/>
            <w:r w:rsidRPr="0089723E">
              <w:rPr>
                <w:rFonts w:asciiTheme="majorHAnsi" w:hAnsiTheme="majorHAnsi" w:cstheme="majorHAnsi"/>
              </w:rPr>
              <w:t xml:space="preserve"> Collector</w:t>
            </w:r>
          </w:p>
        </w:tc>
        <w:tc>
          <w:tcPr>
            <w:tcW w:w="3600" w:type="dxa"/>
            <w:shd w:val="clear" w:color="auto" w:fill="C2D69B" w:themeFill="accent3" w:themeFillTint="99"/>
          </w:tcPr>
          <w:p w14:paraId="2E16B67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Relationship</w:t>
            </w:r>
          </w:p>
        </w:tc>
        <w:tc>
          <w:tcPr>
            <w:tcW w:w="3600" w:type="dxa"/>
            <w:shd w:val="clear" w:color="auto" w:fill="C2D69B" w:themeFill="accent3" w:themeFillTint="99"/>
          </w:tcPr>
          <w:p w14:paraId="386309C3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Telephone</w:t>
            </w:r>
          </w:p>
        </w:tc>
      </w:tr>
      <w:tr w:rsidR="00306674" w:rsidRPr="0089723E" w14:paraId="2738B8F6" w14:textId="77777777" w:rsidTr="00D33E44">
        <w:tc>
          <w:tcPr>
            <w:tcW w:w="3600" w:type="dxa"/>
          </w:tcPr>
          <w:p w14:paraId="5206E571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6D9D1131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3DA96948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7B7AF6EA" w14:textId="77777777" w:rsidTr="00D33E44">
        <w:tc>
          <w:tcPr>
            <w:tcW w:w="3600" w:type="dxa"/>
          </w:tcPr>
          <w:p w14:paraId="461C8BF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50331B7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53B2553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66573C0F" w14:textId="77777777" w:rsidTr="00D33E44">
        <w:tc>
          <w:tcPr>
            <w:tcW w:w="3600" w:type="dxa"/>
          </w:tcPr>
          <w:p w14:paraId="375F5F1A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60D03818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2F04CDC8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0EEBBC5F" w14:textId="77777777" w:rsidTr="00D33E44">
        <w:tc>
          <w:tcPr>
            <w:tcW w:w="3600" w:type="dxa"/>
          </w:tcPr>
          <w:p w14:paraId="3BA7F373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3533611D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0F21635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</w:tbl>
    <w:p w14:paraId="04A646DB" w14:textId="77777777" w:rsidR="00306674" w:rsidRPr="0089723E" w:rsidRDefault="00306674" w:rsidP="00306674">
      <w:pPr>
        <w:rPr>
          <w:rFonts w:asciiTheme="majorHAnsi" w:hAnsiTheme="majorHAnsi" w:cstheme="majorHAnsi"/>
        </w:rPr>
      </w:pPr>
      <w:r w:rsidRPr="0089723E">
        <w:rPr>
          <w:rFonts w:asciiTheme="majorHAnsi" w:hAnsiTheme="majorHAnsi" w:cstheme="majorHAnsi"/>
        </w:rPr>
        <w:t xml:space="preserve">Are there any legal arrangements regarding collection?  </w:t>
      </w:r>
      <w:r w:rsidRPr="0089723E">
        <w:rPr>
          <w:rFonts w:ascii="Segoe UI Symbol" w:hAnsi="Segoe UI Symbol" w:cs="Segoe UI Symbol"/>
        </w:rPr>
        <w:t>☐</w:t>
      </w:r>
      <w:r w:rsidRPr="0089723E">
        <w:rPr>
          <w:rFonts w:asciiTheme="majorHAnsi" w:hAnsiTheme="majorHAnsi" w:cstheme="majorHAnsi"/>
        </w:rPr>
        <w:t xml:space="preserve"> </w:t>
      </w:r>
      <w:proofErr w:type="gramStart"/>
      <w:r w:rsidRPr="0089723E">
        <w:rPr>
          <w:rFonts w:asciiTheme="majorHAnsi" w:hAnsiTheme="majorHAnsi" w:cstheme="majorHAnsi"/>
        </w:rPr>
        <w:t xml:space="preserve">No  </w:t>
      </w:r>
      <w:r w:rsidRPr="0089723E">
        <w:rPr>
          <w:rFonts w:ascii="Segoe UI Symbol" w:hAnsi="Segoe UI Symbol" w:cs="Segoe UI Symbol"/>
        </w:rPr>
        <w:t>☐</w:t>
      </w:r>
      <w:proofErr w:type="gramEnd"/>
      <w:r w:rsidRPr="0089723E">
        <w:rPr>
          <w:rFonts w:asciiTheme="majorHAnsi" w:hAnsiTheme="majorHAnsi" w:cstheme="majorHAnsi"/>
        </w:rPr>
        <w:t xml:space="preserve"> Yes (e.g. Court Orders, please speak to the Manager in confidence)</w:t>
      </w:r>
    </w:p>
    <w:tbl>
      <w:tblPr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306674" w14:paraId="1962C964" w14:textId="77777777" w:rsidTr="00D33E44">
        <w:tc>
          <w:tcPr>
            <w:tcW w:w="10800" w:type="dxa"/>
            <w:shd w:val="clear" w:color="auto" w:fill="005E00"/>
          </w:tcPr>
          <w:p w14:paraId="2CF3A08B" w14:textId="274E16DF" w:rsidR="00306674" w:rsidRDefault="00306674" w:rsidP="00D33E44">
            <w:r>
              <w:rPr>
                <w:b/>
                <w:color w:val="FFFFFF"/>
              </w:rPr>
              <w:t>SECTION 6 | EMERGENCY CONTACTS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1"/>
        <w:gridCol w:w="3533"/>
        <w:gridCol w:w="3530"/>
      </w:tblGrid>
      <w:tr w:rsidR="00306674" w:rsidRPr="0089723E" w14:paraId="20BE0398" w14:textId="77777777" w:rsidTr="00D33E44">
        <w:tc>
          <w:tcPr>
            <w:tcW w:w="3600" w:type="dxa"/>
            <w:shd w:val="clear" w:color="auto" w:fill="C2D69B" w:themeFill="accent3" w:themeFillTint="99"/>
          </w:tcPr>
          <w:p w14:paraId="5F4869AA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Name</w:t>
            </w:r>
          </w:p>
        </w:tc>
        <w:tc>
          <w:tcPr>
            <w:tcW w:w="3600" w:type="dxa"/>
            <w:shd w:val="clear" w:color="auto" w:fill="C2D69B" w:themeFill="accent3" w:themeFillTint="99"/>
          </w:tcPr>
          <w:p w14:paraId="780A7D1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Relationship</w:t>
            </w:r>
          </w:p>
        </w:tc>
        <w:tc>
          <w:tcPr>
            <w:tcW w:w="3600" w:type="dxa"/>
            <w:shd w:val="clear" w:color="auto" w:fill="C2D69B" w:themeFill="accent3" w:themeFillTint="99"/>
          </w:tcPr>
          <w:p w14:paraId="456DCF7F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Telephone</w:t>
            </w:r>
          </w:p>
        </w:tc>
      </w:tr>
      <w:tr w:rsidR="00306674" w:rsidRPr="0089723E" w14:paraId="6070D731" w14:textId="77777777" w:rsidTr="00D33E44">
        <w:tc>
          <w:tcPr>
            <w:tcW w:w="3600" w:type="dxa"/>
          </w:tcPr>
          <w:p w14:paraId="349CAA7F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7945A08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7F2C457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674EF4C1" w14:textId="77777777" w:rsidTr="00D33E44">
        <w:tc>
          <w:tcPr>
            <w:tcW w:w="3600" w:type="dxa"/>
          </w:tcPr>
          <w:p w14:paraId="63FC563B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6284F0B2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2112BFA6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071F8905" w14:textId="77777777" w:rsidTr="00D33E44">
        <w:tc>
          <w:tcPr>
            <w:tcW w:w="3600" w:type="dxa"/>
          </w:tcPr>
          <w:p w14:paraId="5B108BD2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24D0CCD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794FD80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</w:tbl>
    <w:p w14:paraId="5FD83DAF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tbl>
      <w:tblPr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306674" w14:paraId="391F08F0" w14:textId="77777777" w:rsidTr="00D33E44">
        <w:tc>
          <w:tcPr>
            <w:tcW w:w="10800" w:type="dxa"/>
            <w:shd w:val="clear" w:color="auto" w:fill="005E00"/>
          </w:tcPr>
          <w:p w14:paraId="4484E3AC" w14:textId="2D790682" w:rsidR="00306674" w:rsidRDefault="00306674" w:rsidP="00D33E44">
            <w:r>
              <w:rPr>
                <w:b/>
                <w:color w:val="FFFFFF"/>
              </w:rPr>
              <w:t>SECTION 7 | HEALTH CARE PROFESSIONALS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39"/>
        <w:gridCol w:w="4821"/>
        <w:gridCol w:w="3524"/>
      </w:tblGrid>
      <w:tr w:rsidR="00306674" w:rsidRPr="0089723E" w14:paraId="0C9BF7C8" w14:textId="77777777" w:rsidTr="00D33E44">
        <w:trPr>
          <w:trHeight w:val="270"/>
          <w:jc w:val="center"/>
        </w:trPr>
        <w:tc>
          <w:tcPr>
            <w:tcW w:w="2268" w:type="dxa"/>
            <w:shd w:val="clear" w:color="auto" w:fill="C2D69B" w:themeFill="accent3" w:themeFillTint="99"/>
          </w:tcPr>
          <w:p w14:paraId="32EAE6E4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932" w:type="dxa"/>
            <w:shd w:val="clear" w:color="auto" w:fill="C2D69B" w:themeFill="accent3" w:themeFillTint="99"/>
          </w:tcPr>
          <w:p w14:paraId="78A87BA9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Name / Address</w:t>
            </w:r>
          </w:p>
        </w:tc>
        <w:tc>
          <w:tcPr>
            <w:tcW w:w="3600" w:type="dxa"/>
            <w:shd w:val="clear" w:color="auto" w:fill="C2D69B" w:themeFill="accent3" w:themeFillTint="99"/>
          </w:tcPr>
          <w:p w14:paraId="729D037E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Contact No.</w:t>
            </w:r>
          </w:p>
        </w:tc>
      </w:tr>
      <w:tr w:rsidR="00306674" w:rsidRPr="0089723E" w14:paraId="52560319" w14:textId="77777777" w:rsidTr="00D33E44">
        <w:trPr>
          <w:trHeight w:val="267"/>
          <w:jc w:val="center"/>
        </w:trPr>
        <w:tc>
          <w:tcPr>
            <w:tcW w:w="2268" w:type="dxa"/>
            <w:shd w:val="clear" w:color="auto" w:fill="C2D69B" w:themeFill="accent3" w:themeFillTint="99"/>
          </w:tcPr>
          <w:p w14:paraId="567D62A3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GP</w:t>
            </w:r>
          </w:p>
        </w:tc>
        <w:tc>
          <w:tcPr>
            <w:tcW w:w="4932" w:type="dxa"/>
          </w:tcPr>
          <w:p w14:paraId="233DDCC9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174BCF22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106099D0" w14:textId="77777777" w:rsidTr="00D33E44">
        <w:trPr>
          <w:trHeight w:val="267"/>
          <w:jc w:val="center"/>
        </w:trPr>
        <w:tc>
          <w:tcPr>
            <w:tcW w:w="2268" w:type="dxa"/>
            <w:shd w:val="clear" w:color="auto" w:fill="C2D69B" w:themeFill="accent3" w:themeFillTint="99"/>
          </w:tcPr>
          <w:p w14:paraId="48C1B551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Dentist</w:t>
            </w:r>
          </w:p>
        </w:tc>
        <w:tc>
          <w:tcPr>
            <w:tcW w:w="4932" w:type="dxa"/>
          </w:tcPr>
          <w:p w14:paraId="4A55B918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55AAB14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7586123A" w14:textId="77777777" w:rsidTr="00D33E44">
        <w:trPr>
          <w:trHeight w:val="267"/>
          <w:jc w:val="center"/>
        </w:trPr>
        <w:tc>
          <w:tcPr>
            <w:tcW w:w="2268" w:type="dxa"/>
            <w:shd w:val="clear" w:color="auto" w:fill="C2D69B" w:themeFill="accent3" w:themeFillTint="99"/>
          </w:tcPr>
          <w:p w14:paraId="64F974EF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Health Visitor</w:t>
            </w:r>
          </w:p>
        </w:tc>
        <w:tc>
          <w:tcPr>
            <w:tcW w:w="4932" w:type="dxa"/>
          </w:tcPr>
          <w:p w14:paraId="5107F3C1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391F016A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2F384D32" w14:textId="77777777" w:rsidTr="00D33E44">
        <w:trPr>
          <w:trHeight w:val="267"/>
          <w:jc w:val="center"/>
        </w:trPr>
        <w:tc>
          <w:tcPr>
            <w:tcW w:w="2268" w:type="dxa"/>
            <w:shd w:val="clear" w:color="auto" w:fill="C2D69B" w:themeFill="accent3" w:themeFillTint="99"/>
          </w:tcPr>
          <w:p w14:paraId="3376294A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Social Worker</w:t>
            </w:r>
          </w:p>
        </w:tc>
        <w:tc>
          <w:tcPr>
            <w:tcW w:w="4932" w:type="dxa"/>
          </w:tcPr>
          <w:p w14:paraId="571ADD37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3CA55EF2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045046C3" w14:textId="77777777" w:rsidTr="00D33E44">
        <w:trPr>
          <w:trHeight w:val="267"/>
          <w:jc w:val="center"/>
        </w:trPr>
        <w:tc>
          <w:tcPr>
            <w:tcW w:w="2268" w:type="dxa"/>
            <w:shd w:val="clear" w:color="auto" w:fill="C2D69B" w:themeFill="accent3" w:themeFillTint="99"/>
          </w:tcPr>
          <w:p w14:paraId="1DF6447E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Other Professionals</w:t>
            </w:r>
          </w:p>
        </w:tc>
        <w:tc>
          <w:tcPr>
            <w:tcW w:w="4932" w:type="dxa"/>
          </w:tcPr>
          <w:p w14:paraId="0BAE5AA3" w14:textId="77777777" w:rsidR="00306674" w:rsidRPr="0089723E" w:rsidRDefault="00306674" w:rsidP="00D33E4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600" w:type="dxa"/>
          </w:tcPr>
          <w:p w14:paraId="3AD7CFEB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</w:tbl>
    <w:p w14:paraId="16B758E5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tbl>
      <w:tblPr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306674" w14:paraId="3A3C5F66" w14:textId="77777777" w:rsidTr="00D33E44">
        <w:tc>
          <w:tcPr>
            <w:tcW w:w="10800" w:type="dxa"/>
            <w:shd w:val="clear" w:color="auto" w:fill="005E00"/>
          </w:tcPr>
          <w:p w14:paraId="460EA0D2" w14:textId="038353E8" w:rsidR="00306674" w:rsidRDefault="00306674" w:rsidP="00D33E44">
            <w:r>
              <w:rPr>
                <w:b/>
                <w:color w:val="FFFFFF"/>
              </w:rPr>
              <w:t>SECTION 8 | CHILD’S VOICE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7"/>
        <w:gridCol w:w="7377"/>
      </w:tblGrid>
      <w:tr w:rsidR="00306674" w:rsidRPr="0089723E" w14:paraId="1FE516C6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51AD678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People call me...</w:t>
            </w:r>
          </w:p>
        </w:tc>
        <w:tc>
          <w:tcPr>
            <w:tcW w:w="7539" w:type="dxa"/>
          </w:tcPr>
          <w:p w14:paraId="046A5355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7E0BA5D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247CA966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32A7674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I love...</w:t>
            </w:r>
          </w:p>
        </w:tc>
        <w:tc>
          <w:tcPr>
            <w:tcW w:w="7539" w:type="dxa"/>
          </w:tcPr>
          <w:p w14:paraId="5B329F61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4019451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379318CA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5D7B754F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 xml:space="preserve">I am </w:t>
            </w:r>
            <w:proofErr w:type="gramStart"/>
            <w:r w:rsidRPr="0089723E">
              <w:rPr>
                <w:rFonts w:asciiTheme="majorHAnsi" w:hAnsiTheme="majorHAnsi" w:cstheme="majorHAnsi"/>
              </w:rPr>
              <w:t>really good</w:t>
            </w:r>
            <w:proofErr w:type="gramEnd"/>
            <w:r w:rsidRPr="0089723E">
              <w:rPr>
                <w:rFonts w:asciiTheme="majorHAnsi" w:hAnsiTheme="majorHAnsi" w:cstheme="majorHAnsi"/>
              </w:rPr>
              <w:t xml:space="preserve"> at...</w:t>
            </w:r>
          </w:p>
        </w:tc>
        <w:tc>
          <w:tcPr>
            <w:tcW w:w="7539" w:type="dxa"/>
          </w:tcPr>
          <w:p w14:paraId="64504DEF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77CABBC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0C527944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212AC025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When I'm happy I...</w:t>
            </w:r>
          </w:p>
        </w:tc>
        <w:tc>
          <w:tcPr>
            <w:tcW w:w="7539" w:type="dxa"/>
          </w:tcPr>
          <w:p w14:paraId="001A1F3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052C374F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733D40F9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5302E3F4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I don't like...</w:t>
            </w:r>
          </w:p>
        </w:tc>
        <w:tc>
          <w:tcPr>
            <w:tcW w:w="7539" w:type="dxa"/>
          </w:tcPr>
          <w:p w14:paraId="30EFEEC8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7FA8366F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70041438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0FF28C04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When I'm upset it helps if...</w:t>
            </w:r>
          </w:p>
        </w:tc>
        <w:tc>
          <w:tcPr>
            <w:tcW w:w="7539" w:type="dxa"/>
          </w:tcPr>
          <w:p w14:paraId="66F23D28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76212136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27D5CB70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67888F11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I'd like my teachers to know...</w:t>
            </w:r>
          </w:p>
        </w:tc>
        <w:tc>
          <w:tcPr>
            <w:tcW w:w="7539" w:type="dxa"/>
          </w:tcPr>
          <w:p w14:paraId="7CE58093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0B827BD8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</w:tbl>
    <w:p w14:paraId="4FEA437B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tbl>
      <w:tblPr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306674" w14:paraId="6CDCA510" w14:textId="77777777" w:rsidTr="00D33E44">
        <w:tc>
          <w:tcPr>
            <w:tcW w:w="10800" w:type="dxa"/>
            <w:shd w:val="clear" w:color="auto" w:fill="005E00"/>
          </w:tcPr>
          <w:p w14:paraId="29A65376" w14:textId="58E5FF68" w:rsidR="00306674" w:rsidRDefault="00306674" w:rsidP="00D33E44">
            <w:r>
              <w:rPr>
                <w:b/>
                <w:color w:val="FFFFFF"/>
              </w:rPr>
              <w:t>SECTION 9 | FAMILY VOICE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7375"/>
      </w:tblGrid>
      <w:tr w:rsidR="00306674" w:rsidRPr="0089723E" w14:paraId="218A9581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4948ECB7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What makes your child smile?</w:t>
            </w:r>
          </w:p>
        </w:tc>
        <w:tc>
          <w:tcPr>
            <w:tcW w:w="7539" w:type="dxa"/>
          </w:tcPr>
          <w:p w14:paraId="0DADF9EE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6659E3F2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0A270D67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5C96407E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What are they interested in just now?</w:t>
            </w:r>
          </w:p>
        </w:tc>
        <w:tc>
          <w:tcPr>
            <w:tcW w:w="7539" w:type="dxa"/>
          </w:tcPr>
          <w:p w14:paraId="0B34F852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6E4CE0A3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1739D0F5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What helps them feel safe and secure?</w:t>
            </w:r>
          </w:p>
        </w:tc>
        <w:tc>
          <w:tcPr>
            <w:tcW w:w="7539" w:type="dxa"/>
          </w:tcPr>
          <w:p w14:paraId="201204BF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57D3CEFD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1652B17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lastRenderedPageBreak/>
              <w:t>What are you most proud of?</w:t>
            </w:r>
          </w:p>
        </w:tc>
        <w:tc>
          <w:tcPr>
            <w:tcW w:w="7539" w:type="dxa"/>
          </w:tcPr>
          <w:p w14:paraId="7D6F23EE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  <w:p w14:paraId="2BC24B6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5F903460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73B8A39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What are your hopes for your child this year?</w:t>
            </w:r>
          </w:p>
        </w:tc>
        <w:tc>
          <w:tcPr>
            <w:tcW w:w="7539" w:type="dxa"/>
          </w:tcPr>
          <w:p w14:paraId="0D67BB7C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</w:tbl>
    <w:p w14:paraId="3A3626C9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tbl>
      <w:tblPr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306674" w14:paraId="1EF9923A" w14:textId="77777777" w:rsidTr="00D33E44">
        <w:tc>
          <w:tcPr>
            <w:tcW w:w="10800" w:type="dxa"/>
            <w:shd w:val="clear" w:color="auto" w:fill="005E00"/>
          </w:tcPr>
          <w:p w14:paraId="06D11AB0" w14:textId="757DA4F0" w:rsidR="00306674" w:rsidRDefault="00306674" w:rsidP="00D33E44">
            <w:r>
              <w:rPr>
                <w:b/>
                <w:color w:val="FFFFFF"/>
              </w:rPr>
              <w:t>SECTION 10 | COMMUNICATION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15"/>
        <w:gridCol w:w="7369"/>
      </w:tblGrid>
      <w:tr w:rsidR="00306674" w:rsidRPr="0089723E" w14:paraId="20F2C9FE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604BD8B3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How does your child communicate?</w:t>
            </w:r>
          </w:p>
        </w:tc>
        <w:tc>
          <w:tcPr>
            <w:tcW w:w="7539" w:type="dxa"/>
          </w:tcPr>
          <w:p w14:paraId="58C5379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3EEF0C30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1D3BCDD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Anything that helps us communicate successfully?</w:t>
            </w:r>
          </w:p>
        </w:tc>
        <w:tc>
          <w:tcPr>
            <w:tcW w:w="7539" w:type="dxa"/>
          </w:tcPr>
          <w:p w14:paraId="1A54B6A1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</w:tbl>
    <w:p w14:paraId="73B37523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p w14:paraId="4F0D3FC2" w14:textId="3788C6FD" w:rsidR="00306674" w:rsidRDefault="00306674" w:rsidP="00306674">
      <w:pPr>
        <w:shd w:val="clear" w:color="auto" w:fill="005E00"/>
      </w:pPr>
      <w:r>
        <w:rPr>
          <w:b/>
          <w:color w:val="FFFFFF"/>
        </w:rPr>
        <w:t>SECTION 11 | ADDITIONAL INFORMATION</w:t>
      </w:r>
    </w:p>
    <w:p w14:paraId="42CB9478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p w14:paraId="170B8D5F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p w14:paraId="313B3DD2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p w14:paraId="112023AD" w14:textId="26724DF3" w:rsidR="00306674" w:rsidRDefault="00306674" w:rsidP="00306674">
      <w:pPr>
        <w:shd w:val="clear" w:color="auto" w:fill="005E00"/>
      </w:pPr>
      <w:r>
        <w:rPr>
          <w:b/>
          <w:color w:val="FFFFFF"/>
        </w:rPr>
        <w:t>DECLARATION</w:t>
      </w:r>
    </w:p>
    <w:p w14:paraId="70C4821F" w14:textId="34B32FEA" w:rsidR="00306674" w:rsidRPr="0089723E" w:rsidRDefault="00306674" w:rsidP="00306674">
      <w:pPr>
        <w:rPr>
          <w:rFonts w:asciiTheme="majorHAnsi" w:hAnsiTheme="majorHAnsi" w:cstheme="majorHAnsi"/>
        </w:rPr>
      </w:pPr>
      <w:r w:rsidRPr="0089723E">
        <w:rPr>
          <w:rFonts w:asciiTheme="majorHAnsi" w:hAnsiTheme="majorHAnsi" w:cstheme="majorHAnsi"/>
        </w:rPr>
        <w:t xml:space="preserve">I confirm the information provided is accurate and I will notify </w:t>
      </w:r>
      <w:r w:rsidR="00D24063">
        <w:rPr>
          <w:rFonts w:asciiTheme="majorHAnsi" w:hAnsiTheme="majorHAnsi" w:cstheme="majorHAnsi"/>
        </w:rPr>
        <w:t>WILD ROOTS FOREST CHILDCARE</w:t>
      </w:r>
      <w:r w:rsidRPr="0089723E">
        <w:rPr>
          <w:rFonts w:asciiTheme="majorHAnsi" w:hAnsiTheme="majorHAnsi" w:cstheme="majorHAnsi"/>
        </w:rPr>
        <w:t xml:space="preserve"> of any changes.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7371"/>
      </w:tblGrid>
      <w:tr w:rsidR="00306674" w:rsidRPr="0089723E" w14:paraId="1B431AF6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3DC0C8E9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Parent/Carer Name</w:t>
            </w:r>
          </w:p>
        </w:tc>
        <w:tc>
          <w:tcPr>
            <w:tcW w:w="7539" w:type="dxa"/>
          </w:tcPr>
          <w:p w14:paraId="27E870FB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  <w:tr w:rsidR="00306674" w:rsidRPr="0089723E" w14:paraId="33ED3E13" w14:textId="77777777" w:rsidTr="00D33E44">
        <w:trPr>
          <w:jc w:val="center"/>
        </w:trPr>
        <w:tc>
          <w:tcPr>
            <w:tcW w:w="3261" w:type="dxa"/>
            <w:shd w:val="clear" w:color="auto" w:fill="C2D69B" w:themeFill="accent3" w:themeFillTint="99"/>
          </w:tcPr>
          <w:p w14:paraId="786E17AB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  <w:r w:rsidRPr="0089723E">
              <w:rPr>
                <w:rFonts w:asciiTheme="majorHAnsi" w:hAnsiTheme="majorHAnsi" w:cstheme="majorHAnsi"/>
              </w:rPr>
              <w:t>Signature &amp; Date</w:t>
            </w:r>
          </w:p>
        </w:tc>
        <w:tc>
          <w:tcPr>
            <w:tcW w:w="7539" w:type="dxa"/>
          </w:tcPr>
          <w:p w14:paraId="328F0630" w14:textId="77777777" w:rsidR="00306674" w:rsidRPr="0089723E" w:rsidRDefault="00306674" w:rsidP="00D33E44">
            <w:pPr>
              <w:rPr>
                <w:rFonts w:asciiTheme="majorHAnsi" w:hAnsiTheme="majorHAnsi" w:cstheme="majorHAnsi"/>
              </w:rPr>
            </w:pPr>
          </w:p>
        </w:tc>
      </w:tr>
    </w:tbl>
    <w:p w14:paraId="2F732230" w14:textId="77777777" w:rsidR="00306674" w:rsidRPr="0089723E" w:rsidRDefault="00306674" w:rsidP="00306674">
      <w:pPr>
        <w:rPr>
          <w:rFonts w:asciiTheme="majorHAnsi" w:hAnsiTheme="majorHAnsi" w:cstheme="majorHAnsi"/>
        </w:rPr>
      </w:pPr>
    </w:p>
    <w:p w14:paraId="040DD853" w14:textId="36AAAA22" w:rsidR="007B491B" w:rsidRDefault="007B491B" w:rsidP="007B491B">
      <w:pPr>
        <w:jc w:val="center"/>
      </w:pPr>
    </w:p>
    <w:p w14:paraId="4EE91920" w14:textId="77777777" w:rsidR="00306674" w:rsidRPr="00306674" w:rsidRDefault="00306674" w:rsidP="00306674"/>
    <w:p w14:paraId="43A46BB6" w14:textId="77777777" w:rsidR="00306674" w:rsidRPr="00306674" w:rsidRDefault="00306674" w:rsidP="00306674"/>
    <w:p w14:paraId="41A3CC9B" w14:textId="77777777" w:rsidR="00306674" w:rsidRPr="00306674" w:rsidRDefault="00306674" w:rsidP="00306674"/>
    <w:p w14:paraId="7EE9A1A0" w14:textId="77777777" w:rsidR="00306674" w:rsidRPr="00306674" w:rsidRDefault="00306674" w:rsidP="00306674"/>
    <w:p w14:paraId="35E21866" w14:textId="77777777" w:rsidR="00306674" w:rsidRPr="00306674" w:rsidRDefault="00306674" w:rsidP="00306674"/>
    <w:p w14:paraId="4487EB2A" w14:textId="77777777" w:rsidR="00306674" w:rsidRPr="00306674" w:rsidRDefault="00306674" w:rsidP="00306674"/>
    <w:p w14:paraId="4454E948" w14:textId="77777777" w:rsidR="00306674" w:rsidRPr="00306674" w:rsidRDefault="00306674" w:rsidP="00306674"/>
    <w:p w14:paraId="213860FE" w14:textId="77777777" w:rsidR="00306674" w:rsidRPr="00306674" w:rsidRDefault="00306674" w:rsidP="00306674"/>
    <w:p w14:paraId="5E8C766C" w14:textId="77777777" w:rsidR="00306674" w:rsidRPr="00306674" w:rsidRDefault="00306674" w:rsidP="00306674"/>
    <w:p w14:paraId="40131626" w14:textId="77777777" w:rsidR="00306674" w:rsidRPr="00306674" w:rsidRDefault="00306674" w:rsidP="00306674"/>
    <w:p w14:paraId="0114B83F" w14:textId="77777777" w:rsidR="00306674" w:rsidRPr="00306674" w:rsidRDefault="00306674" w:rsidP="00306674"/>
    <w:p w14:paraId="2A7A57DD" w14:textId="77777777" w:rsidR="00306674" w:rsidRPr="00306674" w:rsidRDefault="00306674" w:rsidP="00306674"/>
    <w:p w14:paraId="5F1F5F6D" w14:textId="77777777" w:rsidR="00306674" w:rsidRPr="00306674" w:rsidRDefault="00306674" w:rsidP="00306674"/>
    <w:p w14:paraId="05439F92" w14:textId="77777777" w:rsidR="00306674" w:rsidRPr="00306674" w:rsidRDefault="00306674" w:rsidP="00306674"/>
    <w:p w14:paraId="46294B63" w14:textId="77777777" w:rsidR="00306674" w:rsidRPr="00306674" w:rsidRDefault="00306674" w:rsidP="00306674"/>
    <w:p w14:paraId="1763ED7F" w14:textId="77777777" w:rsidR="00306674" w:rsidRPr="00306674" w:rsidRDefault="00306674" w:rsidP="00306674"/>
    <w:p w14:paraId="20A4EAAD" w14:textId="77777777" w:rsidR="00306674" w:rsidRPr="00306674" w:rsidRDefault="00306674" w:rsidP="00306674"/>
    <w:p w14:paraId="2F88F483" w14:textId="77777777" w:rsidR="00306674" w:rsidRPr="00306674" w:rsidRDefault="00306674" w:rsidP="00306674"/>
    <w:p w14:paraId="3F063C9B" w14:textId="77777777" w:rsidR="00306674" w:rsidRPr="00306674" w:rsidRDefault="00306674" w:rsidP="00306674"/>
    <w:p w14:paraId="298843CF" w14:textId="77777777" w:rsidR="00306674" w:rsidRPr="00306674" w:rsidRDefault="00306674" w:rsidP="00306674"/>
    <w:p w14:paraId="2EA5F9A7" w14:textId="77777777" w:rsidR="00306674" w:rsidRPr="00306674" w:rsidRDefault="00306674" w:rsidP="00306674"/>
    <w:p w14:paraId="04E6C952" w14:textId="77777777" w:rsidR="00306674" w:rsidRPr="00306674" w:rsidRDefault="00306674" w:rsidP="00306674"/>
    <w:p w14:paraId="59F30C27" w14:textId="77777777" w:rsidR="00306674" w:rsidRPr="00306674" w:rsidRDefault="00306674" w:rsidP="00306674"/>
    <w:p w14:paraId="3B7E2E31" w14:textId="77777777" w:rsidR="00306674" w:rsidRPr="00306674" w:rsidRDefault="00306674" w:rsidP="00306674"/>
    <w:p w14:paraId="1FD21B60" w14:textId="77777777" w:rsidR="00306674" w:rsidRPr="00306674" w:rsidRDefault="00306674" w:rsidP="00306674"/>
    <w:p w14:paraId="3968F05E" w14:textId="77777777" w:rsidR="00306674" w:rsidRPr="00306674" w:rsidRDefault="00306674" w:rsidP="00306674">
      <w:pPr>
        <w:jc w:val="center"/>
      </w:pPr>
    </w:p>
    <w:p w14:paraId="0D525DE2" w14:textId="77777777" w:rsidR="00306674" w:rsidRPr="00306674" w:rsidRDefault="00306674" w:rsidP="00306674"/>
    <w:sectPr w:rsidR="00306674" w:rsidRPr="00306674" w:rsidSect="00034616">
      <w:headerReference w:type="default" r:id="rId8"/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0425C" w14:textId="77777777" w:rsidR="000D3B47" w:rsidRDefault="000D3B47">
      <w:pPr>
        <w:spacing w:after="0" w:line="240" w:lineRule="auto"/>
      </w:pPr>
      <w:r>
        <w:separator/>
      </w:r>
    </w:p>
  </w:endnote>
  <w:endnote w:type="continuationSeparator" w:id="0">
    <w:p w14:paraId="10629723" w14:textId="77777777" w:rsidR="000D3B47" w:rsidRDefault="000D3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8A431" w14:textId="515E5A67" w:rsidR="00410102" w:rsidRPr="00DC004F" w:rsidRDefault="00D24063" w:rsidP="00410102">
    <w:pPr>
      <w:pStyle w:val="Footer"/>
      <w:jc w:val="center"/>
      <w:rPr>
        <w:color w:val="646464"/>
        <w:sz w:val="16"/>
      </w:rPr>
    </w:pPr>
    <w:r>
      <w:rPr>
        <w:color w:val="646464"/>
        <w:sz w:val="16"/>
      </w:rPr>
      <w:t>WILD ROOTS FOREST CHILDCARE</w:t>
    </w:r>
    <w:r w:rsidR="00000000">
      <w:rPr>
        <w:color w:val="646464"/>
        <w:sz w:val="16"/>
      </w:rPr>
      <w:t xml:space="preserve"> |</w:t>
    </w:r>
    <w:r w:rsidR="00306674">
      <w:rPr>
        <w:color w:val="646464"/>
        <w:sz w:val="16"/>
      </w:rPr>
      <w:t xml:space="preserve"> Registration and Family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931FC" w14:textId="77777777" w:rsidR="000D3B47" w:rsidRDefault="000D3B47">
      <w:pPr>
        <w:spacing w:after="0" w:line="240" w:lineRule="auto"/>
      </w:pPr>
      <w:r>
        <w:separator/>
      </w:r>
    </w:p>
  </w:footnote>
  <w:footnote w:type="continuationSeparator" w:id="0">
    <w:p w14:paraId="5085D9EA" w14:textId="77777777" w:rsidR="000D3B47" w:rsidRDefault="000D3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FD0B" w14:textId="2659EC0A" w:rsidR="0026516C" w:rsidRDefault="0026516C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2C10895" wp14:editId="71DE9E6A">
          <wp:simplePos x="0" y="0"/>
          <wp:positionH relativeFrom="page">
            <wp:posOffset>14605</wp:posOffset>
          </wp:positionH>
          <wp:positionV relativeFrom="page">
            <wp:posOffset>-284480</wp:posOffset>
          </wp:positionV>
          <wp:extent cx="7848000" cy="11772000"/>
          <wp:effectExtent l="0" t="0" r="635" b="0"/>
          <wp:wrapNone/>
          <wp:docPr id="17768370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837091" name="Picture 177683709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8000" cy="117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cdn.hubblecontent.osi.office.net/icons/publish/icons_leaf/leaf.svg" style="width:55.5pt;height:53.25pt;visibility:visible" o:bullet="t">
        <v:imagedata r:id="rId1" o:title="" croptop="-11804f" cropbottom="-11189f" cropleft="-9589f" cropright="-9589f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8E1AFA"/>
    <w:multiLevelType w:val="hybridMultilevel"/>
    <w:tmpl w:val="1A44F152"/>
    <w:lvl w:ilvl="0" w:tplc="DE0888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E624F"/>
    <w:multiLevelType w:val="hybridMultilevel"/>
    <w:tmpl w:val="70088724"/>
    <w:lvl w:ilvl="0" w:tplc="DE0888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B4D63"/>
    <w:multiLevelType w:val="hybridMultilevel"/>
    <w:tmpl w:val="FD6001DC"/>
    <w:lvl w:ilvl="0" w:tplc="DE08881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8AB306D"/>
    <w:multiLevelType w:val="hybridMultilevel"/>
    <w:tmpl w:val="23AABCB8"/>
    <w:lvl w:ilvl="0" w:tplc="DE0888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324116">
    <w:abstractNumId w:val="8"/>
  </w:num>
  <w:num w:numId="2" w16cid:durableId="2144614444">
    <w:abstractNumId w:val="6"/>
  </w:num>
  <w:num w:numId="3" w16cid:durableId="2082098841">
    <w:abstractNumId w:val="5"/>
  </w:num>
  <w:num w:numId="4" w16cid:durableId="204030817">
    <w:abstractNumId w:val="4"/>
  </w:num>
  <w:num w:numId="5" w16cid:durableId="1208177548">
    <w:abstractNumId w:val="7"/>
  </w:num>
  <w:num w:numId="6" w16cid:durableId="889458293">
    <w:abstractNumId w:val="3"/>
  </w:num>
  <w:num w:numId="7" w16cid:durableId="69885820">
    <w:abstractNumId w:val="2"/>
  </w:num>
  <w:num w:numId="8" w16cid:durableId="875191580">
    <w:abstractNumId w:val="1"/>
  </w:num>
  <w:num w:numId="9" w16cid:durableId="2033678775">
    <w:abstractNumId w:val="0"/>
  </w:num>
  <w:num w:numId="10" w16cid:durableId="192546108">
    <w:abstractNumId w:val="11"/>
  </w:num>
  <w:num w:numId="11" w16cid:durableId="654383928">
    <w:abstractNumId w:val="12"/>
  </w:num>
  <w:num w:numId="12" w16cid:durableId="1582837700">
    <w:abstractNumId w:val="10"/>
  </w:num>
  <w:num w:numId="13" w16cid:durableId="1004160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B47"/>
    <w:rsid w:val="0015074B"/>
    <w:rsid w:val="001B60F5"/>
    <w:rsid w:val="0026516C"/>
    <w:rsid w:val="0029639D"/>
    <w:rsid w:val="003013C4"/>
    <w:rsid w:val="00306674"/>
    <w:rsid w:val="00326F90"/>
    <w:rsid w:val="00352733"/>
    <w:rsid w:val="00410102"/>
    <w:rsid w:val="00517FE9"/>
    <w:rsid w:val="007B491B"/>
    <w:rsid w:val="00AA1D8D"/>
    <w:rsid w:val="00B47730"/>
    <w:rsid w:val="00C3182D"/>
    <w:rsid w:val="00CB0664"/>
    <w:rsid w:val="00D24063"/>
    <w:rsid w:val="00DC004F"/>
    <w:rsid w:val="00F869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5C69C"/>
  <w14:defaultImageDpi w14:val="300"/>
  <w15:docId w15:val="{C91F9CC9-E197-4B58-9801-2BA037C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Gwen McLaren</cp:lastModifiedBy>
  <cp:revision>4</cp:revision>
  <dcterms:created xsi:type="dcterms:W3CDTF">2026-08-07T18:14:00Z</dcterms:created>
  <dcterms:modified xsi:type="dcterms:W3CDTF">2026-08-28T19:16:00Z</dcterms:modified>
  <cp:category/>
</cp:coreProperties>
</file>