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DD853" w14:textId="57B3E2EA" w:rsidR="007B491B" w:rsidRPr="00654DD1" w:rsidRDefault="00265829" w:rsidP="00654DD1">
      <w:pPr>
        <w:jc w:val="center"/>
        <w:rPr>
          <w:b/>
          <w:sz w:val="28"/>
          <w:szCs w:val="28"/>
        </w:rPr>
      </w:pPr>
      <w:r>
        <w:rPr>
          <w:b/>
          <w:color w:val="5B8A3C"/>
          <w:sz w:val="28"/>
          <w:szCs w:val="28"/>
        </w:rPr>
        <w:t>WILD ROOTS FOREST CHILDCARE</w:t>
      </w:r>
    </w:p>
    <w:p w14:paraId="57F15863" w14:textId="77777777" w:rsidR="00654DD1" w:rsidRPr="00654DD1" w:rsidRDefault="00654DD1" w:rsidP="00654DD1">
      <w:pPr>
        <w:jc w:val="center"/>
        <w:rPr>
          <w:b/>
          <w:sz w:val="28"/>
          <w:szCs w:val="28"/>
        </w:rPr>
      </w:pPr>
      <w:r w:rsidRPr="00654DD1">
        <w:rPr>
          <w:b/>
          <w:sz w:val="28"/>
          <w:szCs w:val="28"/>
        </w:rPr>
        <w:t>Child Wellbeing &amp; Care Plan</w:t>
      </w:r>
    </w:p>
    <w:p w14:paraId="37E5926C" w14:textId="549AF68D" w:rsidR="00654DD1" w:rsidRPr="00654DD1" w:rsidRDefault="00654DD1" w:rsidP="00654DD1">
      <w:pPr>
        <w:rPr>
          <w:bCs/>
          <w:szCs w:val="18"/>
        </w:rPr>
      </w:pPr>
      <w:r w:rsidRPr="00654DD1">
        <w:rPr>
          <w:bCs/>
          <w:szCs w:val="18"/>
        </w:rPr>
        <w:br/>
        <w:t xml:space="preserve">This plan helps us understand your child's individual needs, routines and preferences so that we can provide nurturing, responsive and </w:t>
      </w:r>
      <w:proofErr w:type="spellStart"/>
      <w:r w:rsidRPr="00654DD1">
        <w:rPr>
          <w:bCs/>
          <w:szCs w:val="18"/>
        </w:rPr>
        <w:t>individualised</w:t>
      </w:r>
      <w:proofErr w:type="spellEnd"/>
      <w:r w:rsidRPr="00654DD1">
        <w:rPr>
          <w:bCs/>
          <w:szCs w:val="18"/>
        </w:rPr>
        <w:t xml:space="preserve"> care. It will be reviewed every six months or sooner if required.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84"/>
      </w:tblGrid>
      <w:tr w:rsidR="00654DD1" w:rsidRPr="00654DD1" w14:paraId="1112BC0E" w14:textId="77777777">
        <w:tc>
          <w:tcPr>
            <w:tcW w:w="10800" w:type="dxa"/>
            <w:shd w:val="clear" w:color="auto" w:fill="5B8A3C"/>
            <w:hideMark/>
          </w:tcPr>
          <w:p w14:paraId="7D2F0D00" w14:textId="77777777" w:rsidR="00654DD1" w:rsidRPr="00654DD1" w:rsidRDefault="00654DD1" w:rsidP="00654DD1">
            <w:pPr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SECTION 1 | CHILD DETAILS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4"/>
        <w:gridCol w:w="7960"/>
      </w:tblGrid>
      <w:tr w:rsidR="00654DD1" w:rsidRPr="00654DD1" w14:paraId="4DB1CB36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16C50CBA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Child's Name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F26C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42A0271A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38CDB660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Date of Birth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5FF5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7D72E2ED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1508D5E8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Key Worker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E75F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3CA16009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3B789FE0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Date Completed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1EE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16008B54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15EE0F5D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Review Date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314F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</w:tbl>
    <w:p w14:paraId="2DEDD103" w14:textId="77777777" w:rsidR="00654DD1" w:rsidRPr="00654DD1" w:rsidRDefault="00654DD1" w:rsidP="00654DD1">
      <w:pPr>
        <w:rPr>
          <w:bCs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84"/>
      </w:tblGrid>
      <w:tr w:rsidR="00654DD1" w:rsidRPr="00654DD1" w14:paraId="75DB249A" w14:textId="77777777">
        <w:tc>
          <w:tcPr>
            <w:tcW w:w="10800" w:type="dxa"/>
            <w:shd w:val="clear" w:color="auto" w:fill="5B8A3C"/>
            <w:hideMark/>
          </w:tcPr>
          <w:p w14:paraId="17781C1C" w14:textId="77777777" w:rsidR="00654DD1" w:rsidRPr="00654DD1" w:rsidRDefault="00654DD1" w:rsidP="00654DD1">
            <w:pPr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SECTION 2 | GETTING TO KNOW YOUR CHILD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7954"/>
      </w:tblGrid>
      <w:tr w:rsidR="00654DD1" w:rsidRPr="00654DD1" w14:paraId="5F7E6716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73181E41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What does your child enjoy doing most?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9C9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3B8219FF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0F45A36B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 xml:space="preserve">What are they interested in </w:t>
            </w:r>
            <w:proofErr w:type="gramStart"/>
            <w:r w:rsidRPr="00654DD1">
              <w:rPr>
                <w:bCs/>
                <w:szCs w:val="18"/>
              </w:rPr>
              <w:t>at the moment</w:t>
            </w:r>
            <w:proofErr w:type="gramEnd"/>
            <w:r w:rsidRPr="00654DD1">
              <w:rPr>
                <w:bCs/>
                <w:szCs w:val="18"/>
              </w:rPr>
              <w:t>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ECF9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695AB3A1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092C2A20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What makes them laugh?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2F8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  <w:p w14:paraId="2E3CB0E3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724AAAF0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57AA060C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What are they especially good at?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DD0B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6AFE36BF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358C9F04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What makes them feel happy and secure?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3098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0555928A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35871D39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Is there anything your child finds difficult or overwhelming?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D379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</w:tbl>
    <w:p w14:paraId="3EE379D8" w14:textId="77777777" w:rsidR="00654DD1" w:rsidRPr="00654DD1" w:rsidRDefault="00654DD1" w:rsidP="00654DD1">
      <w:pPr>
        <w:rPr>
          <w:bCs/>
          <w:szCs w:val="18"/>
        </w:rPr>
      </w:pPr>
    </w:p>
    <w:p w14:paraId="37C638C6" w14:textId="77777777" w:rsidR="00654DD1" w:rsidRPr="00654DD1" w:rsidRDefault="00654DD1" w:rsidP="00654DD1">
      <w:pPr>
        <w:rPr>
          <w:b/>
          <w:szCs w:val="18"/>
        </w:rPr>
      </w:pPr>
      <w:r w:rsidRPr="00654DD1">
        <w:rPr>
          <w:b/>
          <w:szCs w:val="18"/>
        </w:rPr>
        <w:t>My Child's Personality</w:t>
      </w:r>
    </w:p>
    <w:p w14:paraId="4A7CCD95" w14:textId="77777777" w:rsidR="00654DD1" w:rsidRPr="00654DD1" w:rsidRDefault="00654DD1" w:rsidP="00654DD1">
      <w:pPr>
        <w:rPr>
          <w:bCs/>
          <w:szCs w:val="18"/>
        </w:rPr>
      </w:pPr>
      <w:r w:rsidRPr="00654DD1">
        <w:rPr>
          <w:bCs/>
          <w:szCs w:val="18"/>
        </w:rPr>
        <w:t xml:space="preserve">☐ </w:t>
      </w:r>
      <w:proofErr w:type="gramStart"/>
      <w:r w:rsidRPr="00654DD1">
        <w:rPr>
          <w:bCs/>
          <w:szCs w:val="18"/>
        </w:rPr>
        <w:t>Curious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Adventurous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Quiet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Confident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Independent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Caring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Sensitive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Determined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Creative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Sociable  ☐</w:t>
      </w:r>
      <w:proofErr w:type="gramEnd"/>
      <w:r w:rsidRPr="00654DD1">
        <w:rPr>
          <w:bCs/>
          <w:szCs w:val="18"/>
        </w:rPr>
        <w:t xml:space="preserve"> Loves being </w:t>
      </w:r>
      <w:proofErr w:type="gramStart"/>
      <w:r w:rsidRPr="00654DD1">
        <w:rPr>
          <w:bCs/>
          <w:szCs w:val="18"/>
        </w:rPr>
        <w:t>outdoors  ☐</w:t>
      </w:r>
      <w:proofErr w:type="gramEnd"/>
      <w:r w:rsidRPr="00654DD1">
        <w:rPr>
          <w:bCs/>
          <w:szCs w:val="18"/>
        </w:rPr>
        <w:t xml:space="preserve"> Other 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84"/>
      </w:tblGrid>
      <w:tr w:rsidR="00654DD1" w:rsidRPr="00654DD1" w14:paraId="452AC52B" w14:textId="77777777">
        <w:tc>
          <w:tcPr>
            <w:tcW w:w="10800" w:type="dxa"/>
            <w:shd w:val="clear" w:color="auto" w:fill="5B8A3C"/>
            <w:hideMark/>
          </w:tcPr>
          <w:p w14:paraId="30E7BC2D" w14:textId="77777777" w:rsidR="00654DD1" w:rsidRPr="00654DD1" w:rsidRDefault="00654DD1" w:rsidP="00654DD1">
            <w:pPr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SECTION 3 | DAILY ROUTINES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7956"/>
      </w:tblGrid>
      <w:tr w:rsidR="00654DD1" w:rsidRPr="00654DD1" w14:paraId="306F7C98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14DACCA7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How does your child usually separate from you?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E7D4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27860F2E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400B9F1F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What helps them settle?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422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  <w:p w14:paraId="07CB90F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1A695CF1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5D01264F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proofErr w:type="spellStart"/>
            <w:r w:rsidRPr="00654DD1">
              <w:rPr>
                <w:bCs/>
                <w:szCs w:val="18"/>
              </w:rPr>
              <w:t>Favourite</w:t>
            </w:r>
            <w:proofErr w:type="spellEnd"/>
            <w:r w:rsidRPr="00654DD1">
              <w:rPr>
                <w:bCs/>
                <w:szCs w:val="18"/>
              </w:rPr>
              <w:t xml:space="preserve"> foods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934C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  <w:p w14:paraId="594A81FB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39A46E82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571F4C76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Foods disliked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2C92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  <w:p w14:paraId="354BD7D9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62CB4DBF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7430406C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Toilet independent?  Yes / No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6F35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014D3CEC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2C727E37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proofErr w:type="gramStart"/>
            <w:r w:rsidRPr="00654DD1">
              <w:rPr>
                <w:bCs/>
                <w:szCs w:val="18"/>
              </w:rPr>
              <w:t>Requires reminders</w:t>
            </w:r>
            <w:proofErr w:type="gramEnd"/>
            <w:r w:rsidRPr="00654DD1">
              <w:rPr>
                <w:bCs/>
                <w:szCs w:val="18"/>
              </w:rPr>
              <w:t>?  Yes / No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D80D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2C88293C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0B26E72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Does your child usually rest?  Yes / No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8116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5A04769F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7EA2A4C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What helps them settle to rest?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7403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</w:tbl>
    <w:p w14:paraId="7847A24D" w14:textId="77777777" w:rsidR="00654DD1" w:rsidRPr="00654DD1" w:rsidRDefault="00654DD1" w:rsidP="00654DD1">
      <w:pPr>
        <w:rPr>
          <w:bCs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84"/>
      </w:tblGrid>
      <w:tr w:rsidR="00654DD1" w:rsidRPr="00654DD1" w14:paraId="474F2FBC" w14:textId="77777777">
        <w:tc>
          <w:tcPr>
            <w:tcW w:w="10800" w:type="dxa"/>
            <w:shd w:val="clear" w:color="auto" w:fill="5B8A3C"/>
            <w:hideMark/>
          </w:tcPr>
          <w:p w14:paraId="6F2A5D6E" w14:textId="77777777" w:rsidR="00654DD1" w:rsidRPr="00654DD1" w:rsidRDefault="00654DD1" w:rsidP="00654DD1">
            <w:pPr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SECTION 4 | EMOTIONAL WELLBEING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7963"/>
      </w:tblGrid>
      <w:tr w:rsidR="00654DD1" w:rsidRPr="00654DD1" w14:paraId="61653551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43E712F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When my child is...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12D06FFF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They might...</w:t>
            </w:r>
          </w:p>
        </w:tc>
      </w:tr>
      <w:tr w:rsidR="00654DD1" w:rsidRPr="00654DD1" w14:paraId="38CC8015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60A9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Happy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ED03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0A717C74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A7701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Excited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1EE1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052C8EAD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1208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Worried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96F8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3238BFBD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2983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Tired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55F1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07B082D9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908C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Frustrated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15C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317A7732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86BF1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Upset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BD5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</w:tbl>
    <w:p w14:paraId="423B8DE8" w14:textId="77777777" w:rsidR="00654DD1" w:rsidRPr="00654DD1" w:rsidRDefault="00654DD1" w:rsidP="00654DD1">
      <w:pPr>
        <w:rPr>
          <w:bCs/>
          <w:szCs w:val="18"/>
        </w:rPr>
      </w:pPr>
    </w:p>
    <w:p w14:paraId="01BFE7D5" w14:textId="77777777" w:rsidR="00654DD1" w:rsidRPr="00654DD1" w:rsidRDefault="00654DD1" w:rsidP="00654DD1">
      <w:pPr>
        <w:rPr>
          <w:b/>
          <w:szCs w:val="18"/>
        </w:rPr>
      </w:pPr>
      <w:r w:rsidRPr="00654DD1">
        <w:rPr>
          <w:b/>
          <w:szCs w:val="18"/>
        </w:rPr>
        <w:t>What helps your child regulate?</w:t>
      </w:r>
    </w:p>
    <w:p w14:paraId="3A2D9518" w14:textId="77777777" w:rsidR="00654DD1" w:rsidRPr="00654DD1" w:rsidRDefault="00654DD1" w:rsidP="00654DD1">
      <w:pPr>
        <w:rPr>
          <w:bCs/>
          <w:szCs w:val="18"/>
        </w:rPr>
      </w:pPr>
      <w:r w:rsidRPr="00654DD1">
        <w:rPr>
          <w:bCs/>
          <w:szCs w:val="18"/>
        </w:rPr>
        <w:t xml:space="preserve">☐ Quiet </w:t>
      </w:r>
      <w:proofErr w:type="gramStart"/>
      <w:r w:rsidRPr="00654DD1">
        <w:rPr>
          <w:bCs/>
          <w:szCs w:val="18"/>
        </w:rPr>
        <w:t>space  ☐</w:t>
      </w:r>
      <w:proofErr w:type="gramEnd"/>
      <w:r w:rsidRPr="00654DD1">
        <w:rPr>
          <w:bCs/>
          <w:szCs w:val="18"/>
        </w:rPr>
        <w:t xml:space="preserve"> </w:t>
      </w:r>
      <w:proofErr w:type="spellStart"/>
      <w:r w:rsidRPr="00654DD1">
        <w:rPr>
          <w:bCs/>
          <w:szCs w:val="18"/>
        </w:rPr>
        <w:t>Favourite</w:t>
      </w:r>
      <w:proofErr w:type="spell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adult  ☐</w:t>
      </w:r>
      <w:proofErr w:type="gramEnd"/>
      <w:r w:rsidRPr="00654DD1">
        <w:rPr>
          <w:bCs/>
          <w:szCs w:val="18"/>
        </w:rPr>
        <w:t xml:space="preserve"> Outdoor </w:t>
      </w:r>
      <w:proofErr w:type="gramStart"/>
      <w:r w:rsidRPr="00654DD1">
        <w:rPr>
          <w:bCs/>
          <w:szCs w:val="18"/>
        </w:rPr>
        <w:t>play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Running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Books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Music  ☐</w:t>
      </w:r>
      <w:proofErr w:type="gramEnd"/>
      <w:r w:rsidRPr="00654DD1">
        <w:rPr>
          <w:bCs/>
          <w:szCs w:val="18"/>
        </w:rPr>
        <w:t xml:space="preserve"> Sensory </w:t>
      </w:r>
      <w:proofErr w:type="gramStart"/>
      <w:r w:rsidRPr="00654DD1">
        <w:rPr>
          <w:bCs/>
          <w:szCs w:val="18"/>
        </w:rPr>
        <w:t>toys  ☐</w:t>
      </w:r>
      <w:proofErr w:type="gramEnd"/>
      <w:r w:rsidRPr="00654DD1">
        <w:rPr>
          <w:bCs/>
          <w:szCs w:val="18"/>
        </w:rPr>
        <w:t xml:space="preserve"> </w:t>
      </w:r>
      <w:proofErr w:type="gramStart"/>
      <w:r w:rsidRPr="00654DD1">
        <w:rPr>
          <w:bCs/>
          <w:szCs w:val="18"/>
        </w:rPr>
        <w:t>Talking  ☐</w:t>
      </w:r>
      <w:proofErr w:type="gramEnd"/>
      <w:r w:rsidRPr="00654DD1">
        <w:rPr>
          <w:bCs/>
          <w:szCs w:val="18"/>
        </w:rPr>
        <w:t xml:space="preserve"> Time </w:t>
      </w:r>
      <w:proofErr w:type="gramStart"/>
      <w:r w:rsidRPr="00654DD1">
        <w:rPr>
          <w:bCs/>
          <w:szCs w:val="18"/>
        </w:rPr>
        <w:t>alone  ☐</w:t>
      </w:r>
      <w:proofErr w:type="gramEnd"/>
      <w:r w:rsidRPr="00654DD1">
        <w:rPr>
          <w:bCs/>
          <w:szCs w:val="18"/>
        </w:rPr>
        <w:t xml:space="preserve"> Other 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84"/>
      </w:tblGrid>
      <w:tr w:rsidR="00654DD1" w:rsidRPr="00654DD1" w14:paraId="61039B6C" w14:textId="77777777">
        <w:tc>
          <w:tcPr>
            <w:tcW w:w="10800" w:type="dxa"/>
            <w:shd w:val="clear" w:color="auto" w:fill="5B8A3C"/>
            <w:hideMark/>
          </w:tcPr>
          <w:p w14:paraId="01BD94D7" w14:textId="77777777" w:rsidR="00654DD1" w:rsidRPr="00654DD1" w:rsidRDefault="00654DD1" w:rsidP="00654DD1">
            <w:pPr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SECTION 5 | PLAY, LEARNING &amp; FRIENDSHIPS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7"/>
        <w:gridCol w:w="7957"/>
      </w:tblGrid>
      <w:tr w:rsidR="00654DD1" w:rsidRPr="00654DD1" w14:paraId="4C8A4884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626E7B97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proofErr w:type="spellStart"/>
            <w:r w:rsidRPr="00654DD1">
              <w:rPr>
                <w:bCs/>
                <w:szCs w:val="18"/>
              </w:rPr>
              <w:t>Favourite</w:t>
            </w:r>
            <w:proofErr w:type="spellEnd"/>
            <w:r w:rsidRPr="00654DD1">
              <w:rPr>
                <w:bCs/>
                <w:szCs w:val="18"/>
              </w:rPr>
              <w:t xml:space="preserve"> activities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3C47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  <w:p w14:paraId="5C7D4343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0D1617AB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700CCE5C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proofErr w:type="spellStart"/>
            <w:r w:rsidRPr="00654DD1">
              <w:rPr>
                <w:bCs/>
                <w:szCs w:val="18"/>
              </w:rPr>
              <w:t>Favourite</w:t>
            </w:r>
            <w:proofErr w:type="spellEnd"/>
            <w:r w:rsidRPr="00654DD1">
              <w:rPr>
                <w:bCs/>
                <w:szCs w:val="18"/>
              </w:rPr>
              <w:t xml:space="preserve"> outdoor activities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9A88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74081B6E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2396C0C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How does your child approach new experiences?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75D3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362656DC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76114DDC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How does your child interact with other children?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D75A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576BF32A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77DF147A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What motivates your child?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955D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</w:tbl>
    <w:p w14:paraId="635C7F0D" w14:textId="77777777" w:rsidR="00654DD1" w:rsidRPr="00654DD1" w:rsidRDefault="00654DD1" w:rsidP="00654DD1">
      <w:pPr>
        <w:rPr>
          <w:bCs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84"/>
      </w:tblGrid>
      <w:tr w:rsidR="00654DD1" w:rsidRPr="00654DD1" w14:paraId="347187D7" w14:textId="77777777">
        <w:tc>
          <w:tcPr>
            <w:tcW w:w="10800" w:type="dxa"/>
            <w:shd w:val="clear" w:color="auto" w:fill="5B8A3C"/>
            <w:hideMark/>
          </w:tcPr>
          <w:p w14:paraId="6E830C08" w14:textId="77777777" w:rsidR="00654DD1" w:rsidRPr="00654DD1" w:rsidRDefault="00654DD1" w:rsidP="00654DD1">
            <w:pPr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SECTION 6 | COMMUNICATION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3"/>
        <w:gridCol w:w="7951"/>
      </w:tblGrid>
      <w:tr w:rsidR="00654DD1" w:rsidRPr="00654DD1" w14:paraId="74E95742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0275238B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How does your child communicate?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3634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6520551D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36C5852D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Words used at home that may help us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CF1C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61723A79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246E219D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What supports communication?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42FA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</w:tbl>
    <w:p w14:paraId="763A22FF" w14:textId="77777777" w:rsidR="00654DD1" w:rsidRPr="00654DD1" w:rsidRDefault="00654DD1" w:rsidP="00654DD1">
      <w:pPr>
        <w:rPr>
          <w:bCs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84"/>
      </w:tblGrid>
      <w:tr w:rsidR="00654DD1" w:rsidRPr="00654DD1" w14:paraId="34A40D2E" w14:textId="77777777">
        <w:tc>
          <w:tcPr>
            <w:tcW w:w="10800" w:type="dxa"/>
            <w:shd w:val="clear" w:color="auto" w:fill="5B8A3C"/>
            <w:hideMark/>
          </w:tcPr>
          <w:p w14:paraId="2F5D982F" w14:textId="77777777" w:rsidR="00654DD1" w:rsidRPr="00654DD1" w:rsidRDefault="00654DD1" w:rsidP="00654DD1">
            <w:pPr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SECTION 7 | HEALTH &amp; WELLBEING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9"/>
        <w:gridCol w:w="7955"/>
      </w:tblGrid>
      <w:tr w:rsidR="00654DD1" w:rsidRPr="00654DD1" w14:paraId="2C3CD197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149A69D7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 xml:space="preserve">Does your child have any health needs affecting day-to-day care? 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2591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4BAFC64A" w14:textId="77777777">
        <w:tc>
          <w:tcPr>
            <w:tcW w:w="10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6440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If yes, complete Medical, Dietary, Allergy &amp; Medication Plan.</w:t>
            </w:r>
          </w:p>
        </w:tc>
      </w:tr>
      <w:tr w:rsidR="00654DD1" w:rsidRPr="00654DD1" w14:paraId="5D50104B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3156D2F6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 xml:space="preserve">Does your child require regular medication? 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E52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56D87DCD" w14:textId="77777777">
        <w:tc>
          <w:tcPr>
            <w:tcW w:w="10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ED61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If yes, complete Medical, Dietary, Allergy &amp; Medication Plan.</w:t>
            </w:r>
          </w:p>
        </w:tc>
      </w:tr>
      <w:tr w:rsidR="00654DD1" w:rsidRPr="00654DD1" w14:paraId="29AE7CA8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A5EF9F6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Does your child have any dietary requirements?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4010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29AD865F" w14:textId="77777777">
        <w:tc>
          <w:tcPr>
            <w:tcW w:w="10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10084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If yes, complete Medical, Dietary, Allergy &amp; Medication Plan.</w:t>
            </w:r>
          </w:p>
        </w:tc>
      </w:tr>
    </w:tbl>
    <w:p w14:paraId="0108A9C1" w14:textId="77777777" w:rsidR="00654DD1" w:rsidRPr="00654DD1" w:rsidRDefault="00654DD1" w:rsidP="00654DD1">
      <w:pPr>
        <w:rPr>
          <w:bCs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84"/>
      </w:tblGrid>
      <w:tr w:rsidR="00654DD1" w:rsidRPr="00654DD1" w14:paraId="301A34D7" w14:textId="77777777">
        <w:tc>
          <w:tcPr>
            <w:tcW w:w="10800" w:type="dxa"/>
            <w:shd w:val="clear" w:color="auto" w:fill="5B8A3C"/>
            <w:hideMark/>
          </w:tcPr>
          <w:p w14:paraId="44651047" w14:textId="77777777" w:rsidR="00654DD1" w:rsidRPr="00654DD1" w:rsidRDefault="00654DD1" w:rsidP="00654DD1">
            <w:pPr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SECTION 8 | SUPPORTING YOUR CHILD</w:t>
            </w:r>
          </w:p>
          <w:p w14:paraId="742E525A" w14:textId="77777777" w:rsidR="00654DD1" w:rsidRPr="00654DD1" w:rsidRDefault="00654DD1" w:rsidP="00654DD1">
            <w:pPr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 xml:space="preserve">We value working in </w:t>
            </w:r>
            <w:proofErr w:type="gramStart"/>
            <w:r w:rsidRPr="00654DD1">
              <w:rPr>
                <w:bCs/>
                <w:szCs w:val="18"/>
              </w:rPr>
              <w:t>partnership</w:t>
            </w:r>
            <w:proofErr w:type="gramEnd"/>
            <w:r w:rsidRPr="00654DD1">
              <w:rPr>
                <w:bCs/>
                <w:szCs w:val="18"/>
              </w:rPr>
              <w:t xml:space="preserve"> with families. Please help us understand how we can best support your child.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6"/>
        <w:gridCol w:w="5278"/>
      </w:tblGrid>
      <w:tr w:rsidR="00654DD1" w:rsidRPr="00654DD1" w14:paraId="475BA128" w14:textId="7777777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7869F68A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lastRenderedPageBreak/>
              <w:t>What strategies work well at home that you would like us to use?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158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0E5915B4" w14:textId="7777777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21425AB1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Are there any routines or approaches that help your child feel calm and secure?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0601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18655050" w14:textId="7777777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0AA25CDB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Are there any situations that your child may find difficult or overwhelming?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F575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419558D2" w14:textId="7777777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01C6D97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If your child becomes upset or dysregulated, what usually helps them recover?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74BD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4B03910A" w14:textId="7777777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197D38D3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Are there any words, phrases or approaches you would prefer us to use or avoid?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A388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447E45F3" w14:textId="7777777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62E0178E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 xml:space="preserve">Is there anything important happening at home that may affect your child's wellbeing? (e.g. new </w:t>
            </w:r>
            <w:proofErr w:type="gramStart"/>
            <w:r w:rsidRPr="00654DD1">
              <w:rPr>
                <w:bCs/>
                <w:szCs w:val="18"/>
              </w:rPr>
              <w:t>sibling</w:t>
            </w:r>
            <w:proofErr w:type="gramEnd"/>
            <w:r w:rsidRPr="00654DD1">
              <w:rPr>
                <w:bCs/>
                <w:szCs w:val="18"/>
              </w:rPr>
              <w:t xml:space="preserve">, house </w:t>
            </w:r>
            <w:proofErr w:type="gramStart"/>
            <w:r w:rsidRPr="00654DD1">
              <w:rPr>
                <w:bCs/>
                <w:szCs w:val="18"/>
              </w:rPr>
              <w:t>move</w:t>
            </w:r>
            <w:proofErr w:type="gramEnd"/>
            <w:r w:rsidRPr="00654DD1">
              <w:rPr>
                <w:bCs/>
                <w:szCs w:val="18"/>
              </w:rPr>
              <w:t>, family changes)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8424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05D465B2" w14:textId="77777777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3B4E5232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Is there anything else you would like us to know to help us care for your child?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169D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</w:tbl>
    <w:p w14:paraId="404E1D47" w14:textId="77777777" w:rsidR="00654DD1" w:rsidRPr="00654DD1" w:rsidRDefault="00654DD1" w:rsidP="00654DD1">
      <w:pPr>
        <w:rPr>
          <w:b/>
          <w:szCs w:val="18"/>
          <w:lang w:val="en-GB"/>
        </w:rPr>
      </w:pPr>
      <w:r w:rsidRPr="00654DD1">
        <w:rPr>
          <w:b/>
          <w:szCs w:val="18"/>
          <w:lang w:val="en-GB"/>
        </w:rPr>
        <w:t>Our Shared Goals</w:t>
      </w:r>
    </w:p>
    <w:p w14:paraId="0FC60ECD" w14:textId="60B846E2" w:rsidR="00654DD1" w:rsidRPr="00654DD1" w:rsidRDefault="00654DD1" w:rsidP="00654DD1">
      <w:pPr>
        <w:rPr>
          <w:bCs/>
          <w:szCs w:val="18"/>
          <w:lang w:val="en-GB"/>
        </w:rPr>
      </w:pPr>
      <w:r w:rsidRPr="00654DD1">
        <w:rPr>
          <w:bCs/>
          <w:i/>
          <w:iCs/>
          <w:szCs w:val="18"/>
          <w:lang w:val="en-GB"/>
        </w:rPr>
        <w:t xml:space="preserve">What would you like your child to gain from their time at </w:t>
      </w:r>
      <w:r w:rsidR="00265829">
        <w:rPr>
          <w:bCs/>
          <w:i/>
          <w:iCs/>
          <w:szCs w:val="18"/>
          <w:lang w:val="en-GB"/>
        </w:rPr>
        <w:t>WILD ROOTS FOREST CHILDCARE</w:t>
      </w:r>
      <w:r w:rsidRPr="00654DD1">
        <w:rPr>
          <w:bCs/>
          <w:i/>
          <w:iCs/>
          <w:szCs w:val="18"/>
          <w:lang w:val="en-GB"/>
        </w:rPr>
        <w:t>?</w:t>
      </w:r>
    </w:p>
    <w:p w14:paraId="3C32986D" w14:textId="77777777" w:rsidR="00654DD1" w:rsidRDefault="00654DD1" w:rsidP="00654DD1">
      <w:pPr>
        <w:rPr>
          <w:bCs/>
          <w:szCs w:val="18"/>
        </w:rPr>
      </w:pPr>
    </w:p>
    <w:p w14:paraId="285029E6" w14:textId="77777777" w:rsidR="00654DD1" w:rsidRPr="00654DD1" w:rsidRDefault="00654DD1" w:rsidP="00654DD1">
      <w:pPr>
        <w:rPr>
          <w:bCs/>
          <w:szCs w:val="18"/>
        </w:rPr>
      </w:pPr>
    </w:p>
    <w:p w14:paraId="7C0E7226" w14:textId="77777777" w:rsidR="00654DD1" w:rsidRPr="00654DD1" w:rsidRDefault="00654DD1" w:rsidP="00654DD1">
      <w:pPr>
        <w:rPr>
          <w:bCs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84"/>
      </w:tblGrid>
      <w:tr w:rsidR="00654DD1" w:rsidRPr="00654DD1" w14:paraId="55669A40" w14:textId="77777777">
        <w:tc>
          <w:tcPr>
            <w:tcW w:w="10800" w:type="dxa"/>
            <w:shd w:val="clear" w:color="auto" w:fill="5B8A3C"/>
            <w:hideMark/>
          </w:tcPr>
          <w:p w14:paraId="513E12DD" w14:textId="77777777" w:rsidR="00654DD1" w:rsidRPr="00654DD1" w:rsidRDefault="00654DD1" w:rsidP="00654DD1">
            <w:pPr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SECTION 9 | PRACTITIONER USE</w:t>
            </w:r>
          </w:p>
        </w:tc>
      </w:tr>
    </w:tbl>
    <w:p w14:paraId="5C386DA7" w14:textId="77777777" w:rsidR="00654DD1" w:rsidRPr="00654DD1" w:rsidRDefault="00654DD1" w:rsidP="00654DD1">
      <w:pPr>
        <w:rPr>
          <w:bCs/>
          <w:szCs w:val="18"/>
        </w:rPr>
      </w:pPr>
      <w:r w:rsidRPr="00654DD1">
        <w:rPr>
          <w:bCs/>
          <w:szCs w:val="18"/>
        </w:rPr>
        <w:t>Agreed Strategies:</w:t>
      </w:r>
    </w:p>
    <w:p w14:paraId="7BD388CA" w14:textId="77777777" w:rsidR="00654DD1" w:rsidRPr="00654DD1" w:rsidRDefault="00654DD1" w:rsidP="00654DD1">
      <w:pPr>
        <w:numPr>
          <w:ilvl w:val="0"/>
          <w:numId w:val="13"/>
        </w:numPr>
        <w:rPr>
          <w:bCs/>
          <w:szCs w:val="18"/>
        </w:rPr>
      </w:pPr>
    </w:p>
    <w:p w14:paraId="7D33A783" w14:textId="77777777" w:rsidR="00654DD1" w:rsidRPr="00654DD1" w:rsidRDefault="00654DD1" w:rsidP="00654DD1">
      <w:pPr>
        <w:numPr>
          <w:ilvl w:val="0"/>
          <w:numId w:val="13"/>
        </w:numPr>
        <w:rPr>
          <w:bCs/>
          <w:szCs w:val="18"/>
        </w:rPr>
      </w:pPr>
    </w:p>
    <w:p w14:paraId="41AE4FCA" w14:textId="77777777" w:rsidR="00654DD1" w:rsidRPr="00654DD1" w:rsidRDefault="00654DD1" w:rsidP="00654DD1">
      <w:pPr>
        <w:numPr>
          <w:ilvl w:val="0"/>
          <w:numId w:val="13"/>
        </w:numPr>
        <w:rPr>
          <w:bCs/>
          <w:szCs w:val="18"/>
        </w:rPr>
      </w:pPr>
    </w:p>
    <w:p w14:paraId="5737D452" w14:textId="77777777" w:rsidR="00654DD1" w:rsidRPr="00654DD1" w:rsidRDefault="00654DD1" w:rsidP="00654DD1">
      <w:pPr>
        <w:rPr>
          <w:bCs/>
          <w:szCs w:val="18"/>
        </w:rPr>
      </w:pPr>
      <w:r w:rsidRPr="00654DD1">
        <w:rPr>
          <w:bCs/>
          <w:szCs w:val="18"/>
        </w:rPr>
        <w:t>Initial Next Steps:</w:t>
      </w:r>
    </w:p>
    <w:p w14:paraId="13D922C3" w14:textId="77777777" w:rsidR="00654DD1" w:rsidRPr="00654DD1" w:rsidRDefault="00654DD1" w:rsidP="00654DD1">
      <w:pPr>
        <w:numPr>
          <w:ilvl w:val="0"/>
          <w:numId w:val="13"/>
        </w:numPr>
        <w:rPr>
          <w:bCs/>
          <w:szCs w:val="18"/>
        </w:rPr>
      </w:pPr>
    </w:p>
    <w:p w14:paraId="0C174592" w14:textId="77777777" w:rsidR="00654DD1" w:rsidRPr="00654DD1" w:rsidRDefault="00654DD1" w:rsidP="00654DD1">
      <w:pPr>
        <w:numPr>
          <w:ilvl w:val="0"/>
          <w:numId w:val="13"/>
        </w:numPr>
        <w:rPr>
          <w:bCs/>
          <w:szCs w:val="18"/>
        </w:rPr>
      </w:pPr>
    </w:p>
    <w:p w14:paraId="73D4A463" w14:textId="77777777" w:rsidR="00654DD1" w:rsidRPr="00654DD1" w:rsidRDefault="00654DD1" w:rsidP="00654DD1">
      <w:pPr>
        <w:numPr>
          <w:ilvl w:val="0"/>
          <w:numId w:val="13"/>
        </w:numPr>
        <w:rPr>
          <w:bCs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7"/>
        <w:gridCol w:w="7957"/>
      </w:tblGrid>
      <w:tr w:rsidR="00654DD1" w:rsidRPr="00654DD1" w14:paraId="24F9C402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3FB36C91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Parent/Carer Name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C13A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40100730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1CE156D2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Parent/Carer Signature &amp; Date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84D1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541437EC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41F09E4B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Key Worker Name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85A0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  <w:tr w:rsidR="00654DD1" w:rsidRPr="00654DD1" w14:paraId="05732FBA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AC4"/>
            <w:hideMark/>
          </w:tcPr>
          <w:p w14:paraId="26B228AF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  <w:r w:rsidRPr="00654DD1">
              <w:rPr>
                <w:bCs/>
                <w:szCs w:val="18"/>
              </w:rPr>
              <w:t>Key Worker Signature &amp; Date</w:t>
            </w:r>
          </w:p>
        </w:tc>
        <w:tc>
          <w:tcPr>
            <w:tcW w:w="8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9426" w14:textId="77777777" w:rsidR="00654DD1" w:rsidRPr="00654DD1" w:rsidRDefault="00654DD1" w:rsidP="00654DD1">
            <w:pPr>
              <w:spacing w:line="276" w:lineRule="auto"/>
              <w:rPr>
                <w:bCs/>
                <w:szCs w:val="18"/>
              </w:rPr>
            </w:pPr>
          </w:p>
        </w:tc>
      </w:tr>
    </w:tbl>
    <w:p w14:paraId="2EFAB5B5" w14:textId="77777777" w:rsidR="00654DD1" w:rsidRPr="00654DD1" w:rsidRDefault="00654DD1" w:rsidP="00654DD1">
      <w:pPr>
        <w:rPr>
          <w:bCs/>
          <w:szCs w:val="18"/>
        </w:rPr>
      </w:pPr>
    </w:p>
    <w:p w14:paraId="35716219" w14:textId="77777777" w:rsidR="007B491B" w:rsidRPr="00654DD1" w:rsidRDefault="007B491B" w:rsidP="00654DD1">
      <w:pPr>
        <w:rPr>
          <w:bCs/>
          <w:szCs w:val="18"/>
        </w:rPr>
      </w:pPr>
    </w:p>
    <w:sectPr w:rsidR="007B491B" w:rsidRPr="00654DD1" w:rsidSect="00034616">
      <w:headerReference w:type="default" r:id="rId8"/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3A6F5" w14:textId="77777777" w:rsidR="00992706" w:rsidRDefault="00992706">
      <w:pPr>
        <w:spacing w:after="0" w:line="240" w:lineRule="auto"/>
      </w:pPr>
      <w:r>
        <w:separator/>
      </w:r>
    </w:p>
  </w:endnote>
  <w:endnote w:type="continuationSeparator" w:id="0">
    <w:p w14:paraId="7935CDBF" w14:textId="77777777" w:rsidR="00992706" w:rsidRDefault="00992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91541" w14:textId="2093A185" w:rsidR="00DC004F" w:rsidRPr="00DC004F" w:rsidRDefault="00265829" w:rsidP="00DC004F">
    <w:pPr>
      <w:pStyle w:val="Footer"/>
      <w:jc w:val="center"/>
      <w:rPr>
        <w:color w:val="646464"/>
        <w:sz w:val="16"/>
      </w:rPr>
    </w:pPr>
    <w:r>
      <w:rPr>
        <w:color w:val="646464"/>
        <w:sz w:val="16"/>
      </w:rPr>
      <w:t>WILD ROOTS FOREST CHILDCARE</w:t>
    </w:r>
    <w:r w:rsidR="00000000">
      <w:rPr>
        <w:color w:val="646464"/>
        <w:sz w:val="16"/>
      </w:rPr>
      <w:t xml:space="preserve"> | </w:t>
    </w:r>
    <w:r w:rsidR="00A80069">
      <w:rPr>
        <w:color w:val="646464"/>
        <w:sz w:val="16"/>
      </w:rPr>
      <w:t>Wellbeing and Care 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6B048" w14:textId="77777777" w:rsidR="00992706" w:rsidRDefault="00992706">
      <w:pPr>
        <w:spacing w:after="0" w:line="240" w:lineRule="auto"/>
      </w:pPr>
      <w:r>
        <w:separator/>
      </w:r>
    </w:p>
  </w:footnote>
  <w:footnote w:type="continuationSeparator" w:id="0">
    <w:p w14:paraId="4D8FB9EA" w14:textId="77777777" w:rsidR="00992706" w:rsidRDefault="00992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FD0B" w14:textId="2659EC0A" w:rsidR="0026516C" w:rsidRDefault="0026516C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2C10895" wp14:editId="645BE499">
          <wp:simplePos x="0" y="0"/>
          <wp:positionH relativeFrom="page">
            <wp:posOffset>14605</wp:posOffset>
          </wp:positionH>
          <wp:positionV relativeFrom="page">
            <wp:posOffset>-284480</wp:posOffset>
          </wp:positionV>
          <wp:extent cx="7848000" cy="11772000"/>
          <wp:effectExtent l="0" t="0" r="635" b="0"/>
          <wp:wrapNone/>
          <wp:docPr id="17768370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837091" name="Picture 177683709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8000" cy="117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cdn.hubblecontent.osi.office.net/icons/publish/icons_leaf/leaf.svg" style="width:55.5pt;height:53.25pt;visibility:visible" o:bullet="t">
        <v:imagedata r:id="rId1" o:title="" croptop="-11804f" cropbottom="-11189f" cropleft="-9589f" cropright="-9589f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8E1AFA"/>
    <w:multiLevelType w:val="hybridMultilevel"/>
    <w:tmpl w:val="1A44F152"/>
    <w:lvl w:ilvl="0" w:tplc="DE0888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E624F"/>
    <w:multiLevelType w:val="hybridMultilevel"/>
    <w:tmpl w:val="70088724"/>
    <w:lvl w:ilvl="0" w:tplc="DE0888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B4D63"/>
    <w:multiLevelType w:val="hybridMultilevel"/>
    <w:tmpl w:val="FD6001DC"/>
    <w:lvl w:ilvl="0" w:tplc="DE08881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8AB306D"/>
    <w:multiLevelType w:val="hybridMultilevel"/>
    <w:tmpl w:val="23AABCB8"/>
    <w:lvl w:ilvl="0" w:tplc="DE0888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324116">
    <w:abstractNumId w:val="8"/>
  </w:num>
  <w:num w:numId="2" w16cid:durableId="2144614444">
    <w:abstractNumId w:val="6"/>
  </w:num>
  <w:num w:numId="3" w16cid:durableId="2082098841">
    <w:abstractNumId w:val="5"/>
  </w:num>
  <w:num w:numId="4" w16cid:durableId="204030817">
    <w:abstractNumId w:val="4"/>
  </w:num>
  <w:num w:numId="5" w16cid:durableId="1208177548">
    <w:abstractNumId w:val="7"/>
  </w:num>
  <w:num w:numId="6" w16cid:durableId="889458293">
    <w:abstractNumId w:val="3"/>
  </w:num>
  <w:num w:numId="7" w16cid:durableId="69885820">
    <w:abstractNumId w:val="2"/>
  </w:num>
  <w:num w:numId="8" w16cid:durableId="875191580">
    <w:abstractNumId w:val="1"/>
  </w:num>
  <w:num w:numId="9" w16cid:durableId="2033678775">
    <w:abstractNumId w:val="0"/>
  </w:num>
  <w:num w:numId="10" w16cid:durableId="192546108">
    <w:abstractNumId w:val="11"/>
  </w:num>
  <w:num w:numId="11" w16cid:durableId="654383928">
    <w:abstractNumId w:val="12"/>
  </w:num>
  <w:num w:numId="12" w16cid:durableId="1582837700">
    <w:abstractNumId w:val="10"/>
  </w:num>
  <w:num w:numId="13" w16cid:durableId="19082262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516C"/>
    <w:rsid w:val="00265829"/>
    <w:rsid w:val="0029639D"/>
    <w:rsid w:val="003013C4"/>
    <w:rsid w:val="00326F90"/>
    <w:rsid w:val="00517FE9"/>
    <w:rsid w:val="00650A98"/>
    <w:rsid w:val="00654DD1"/>
    <w:rsid w:val="00782246"/>
    <w:rsid w:val="007B491B"/>
    <w:rsid w:val="00992706"/>
    <w:rsid w:val="00A80069"/>
    <w:rsid w:val="00AA1D8D"/>
    <w:rsid w:val="00B47730"/>
    <w:rsid w:val="00BB34ED"/>
    <w:rsid w:val="00C3182D"/>
    <w:rsid w:val="00CB0664"/>
    <w:rsid w:val="00D13976"/>
    <w:rsid w:val="00DC004F"/>
    <w:rsid w:val="00F869ED"/>
    <w:rsid w:val="00FC693F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5C69C"/>
  <w14:defaultImageDpi w14:val="300"/>
  <w15:docId w15:val="{C91F9CC9-E197-4B58-9801-2BA037C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Gwen McLaren</cp:lastModifiedBy>
  <cp:revision>5</cp:revision>
  <cp:lastPrinted>2026-08-11T12:14:00Z</cp:lastPrinted>
  <dcterms:created xsi:type="dcterms:W3CDTF">2026-08-07T18:13:00Z</dcterms:created>
  <dcterms:modified xsi:type="dcterms:W3CDTF">2026-08-28T19:17:00Z</dcterms:modified>
  <cp:category/>
</cp:coreProperties>
</file>