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44F63" w14:textId="6102A9B7" w:rsidR="00DC004F" w:rsidRDefault="001E7756" w:rsidP="00DC004F">
      <w:pPr>
        <w:jc w:val="center"/>
      </w:pPr>
      <w:r>
        <w:rPr>
          <w:b/>
          <w:color w:val="5B8A3C"/>
          <w:sz w:val="32"/>
        </w:rPr>
        <w:t>WILD ROOTS FOREST CHILDCARE</w:t>
      </w:r>
    </w:p>
    <w:p w14:paraId="1ED63061" w14:textId="77777777" w:rsidR="00DC004F" w:rsidRDefault="00DC004F" w:rsidP="00DC004F">
      <w:pPr>
        <w:jc w:val="center"/>
      </w:pPr>
      <w:r>
        <w:rPr>
          <w:b/>
          <w:sz w:val="28"/>
        </w:rPr>
        <w:t>Parental Permissions &amp; Consents</w:t>
      </w:r>
    </w:p>
    <w:p w14:paraId="1A0AC18C" w14:textId="77777777" w:rsidR="00DC004F" w:rsidRDefault="00DC004F" w:rsidP="00DC004F">
      <w:pPr>
        <w:jc w:val="center"/>
      </w:pPr>
      <w:r>
        <w:t xml:space="preserve">Please read each statement carefully. If completing this form electronically, delete either </w:t>
      </w:r>
      <w:r>
        <w:rPr>
          <w:b/>
        </w:rPr>
        <w:t>YES</w:t>
      </w:r>
      <w:r>
        <w:t xml:space="preserve"> or </w:t>
      </w:r>
      <w:r>
        <w:rPr>
          <w:b/>
        </w:rPr>
        <w:t>NO</w:t>
      </w:r>
      <w:r>
        <w:t xml:space="preserve"> so that only your chosen response remains. If completing a printed copy, score through the option that does not apply.</w:t>
      </w:r>
    </w:p>
    <w:tbl>
      <w:tblPr>
        <w:tblW w:w="0" w:type="auto"/>
        <w:tblLook w:val="04A0" w:firstRow="1" w:lastRow="0" w:firstColumn="1" w:lastColumn="0" w:noHBand="0" w:noVBand="1"/>
      </w:tblPr>
      <w:tblGrid>
        <w:gridCol w:w="10512"/>
      </w:tblGrid>
      <w:tr w:rsidR="00DC004F" w14:paraId="59B94129" w14:textId="77777777" w:rsidTr="00D33E44">
        <w:tc>
          <w:tcPr>
            <w:tcW w:w="10512" w:type="dxa"/>
            <w:shd w:val="clear" w:color="auto" w:fill="5B8A3C"/>
            <w:tcMar>
              <w:top w:w="80" w:type="dxa"/>
              <w:left w:w="100" w:type="dxa"/>
              <w:bottom w:w="80" w:type="dxa"/>
              <w:right w:w="100" w:type="dxa"/>
            </w:tcMar>
          </w:tcPr>
          <w:p w14:paraId="29AFD634" w14:textId="77777777" w:rsidR="00DC004F" w:rsidRDefault="00DC004F" w:rsidP="00D33E44">
            <w:pPr>
              <w:spacing w:after="0"/>
            </w:pPr>
            <w:r>
              <w:rPr>
                <w:b/>
                <w:color w:val="FFFFFF"/>
                <w:sz w:val="20"/>
              </w:rPr>
              <w:t>SECTION 1 | COMMUNICATION</w:t>
            </w:r>
          </w:p>
        </w:tc>
      </w:tr>
    </w:tbl>
    <w:p w14:paraId="3305AB8B" w14:textId="77777777" w:rsidR="00DC004F" w:rsidRDefault="00DC004F" w:rsidP="00DC004F">
      <w:pPr>
        <w:spacing w:after="20"/>
      </w:pPr>
    </w:p>
    <w:p w14:paraId="7B92D1AD" w14:textId="304CE8AC" w:rsidR="00DC004F" w:rsidRDefault="00DC004F" w:rsidP="00DC004F">
      <w:r>
        <w:t xml:space="preserve">Please provide the email address(es) you would like </w:t>
      </w:r>
      <w:r w:rsidR="001E7756">
        <w:t>WILD ROOTS FOREST CHILDCARE</w:t>
      </w:r>
      <w:r>
        <w:t xml:space="preserve"> to use when communicating with you regarding your child's care, wellbeing and learning.</w:t>
      </w:r>
    </w:p>
    <w:tbl>
      <w:tblPr>
        <w:tblStyle w:val="TableGrid"/>
        <w:tblW w:w="0" w:type="auto"/>
        <w:tblLook w:val="04A0" w:firstRow="1" w:lastRow="0" w:firstColumn="1" w:lastColumn="0" w:noHBand="0" w:noVBand="1"/>
      </w:tblPr>
      <w:tblGrid>
        <w:gridCol w:w="5256"/>
        <w:gridCol w:w="5256"/>
      </w:tblGrid>
      <w:tr w:rsidR="00DC004F" w14:paraId="75A29A0A" w14:textId="77777777" w:rsidTr="00D33E44">
        <w:tc>
          <w:tcPr>
            <w:tcW w:w="5256" w:type="dxa"/>
            <w:shd w:val="clear" w:color="auto" w:fill="DCEAC4"/>
          </w:tcPr>
          <w:p w14:paraId="4A82E66A" w14:textId="77777777" w:rsidR="00DC004F" w:rsidRDefault="00DC004F" w:rsidP="00D33E44">
            <w:pPr>
              <w:spacing w:after="0"/>
            </w:pPr>
            <w:r>
              <w:rPr>
                <w:b/>
              </w:rPr>
              <w:t>Parent/Carer 1</w:t>
            </w:r>
          </w:p>
        </w:tc>
        <w:tc>
          <w:tcPr>
            <w:tcW w:w="5256" w:type="dxa"/>
          </w:tcPr>
          <w:p w14:paraId="1ACE410F" w14:textId="77777777" w:rsidR="00DC004F" w:rsidRDefault="00DC004F" w:rsidP="00D33E44">
            <w:pPr>
              <w:spacing w:after="0"/>
            </w:pPr>
          </w:p>
        </w:tc>
      </w:tr>
      <w:tr w:rsidR="00DC004F" w14:paraId="1C635E8D" w14:textId="77777777" w:rsidTr="00D33E44">
        <w:tc>
          <w:tcPr>
            <w:tcW w:w="5256" w:type="dxa"/>
            <w:shd w:val="clear" w:color="auto" w:fill="DCEAC4"/>
          </w:tcPr>
          <w:p w14:paraId="79FC574F" w14:textId="77777777" w:rsidR="00DC004F" w:rsidRDefault="00DC004F" w:rsidP="00D33E44">
            <w:pPr>
              <w:spacing w:after="0"/>
            </w:pPr>
            <w:r>
              <w:rPr>
                <w:b/>
              </w:rPr>
              <w:t>Parent/Carer 2</w:t>
            </w:r>
          </w:p>
        </w:tc>
        <w:tc>
          <w:tcPr>
            <w:tcW w:w="5256" w:type="dxa"/>
          </w:tcPr>
          <w:p w14:paraId="60AE5E45" w14:textId="77777777" w:rsidR="00DC004F" w:rsidRDefault="00DC004F" w:rsidP="00D33E44">
            <w:pPr>
              <w:spacing w:after="0"/>
            </w:pPr>
          </w:p>
        </w:tc>
      </w:tr>
    </w:tbl>
    <w:p w14:paraId="2B2F06C3" w14:textId="77777777" w:rsidR="00DC004F" w:rsidRDefault="00DC004F" w:rsidP="00DC004F"/>
    <w:tbl>
      <w:tblPr>
        <w:tblW w:w="0" w:type="auto"/>
        <w:tblLook w:val="04A0" w:firstRow="1" w:lastRow="0" w:firstColumn="1" w:lastColumn="0" w:noHBand="0" w:noVBand="1"/>
      </w:tblPr>
      <w:tblGrid>
        <w:gridCol w:w="10512"/>
      </w:tblGrid>
      <w:tr w:rsidR="00DC004F" w14:paraId="51A322D0" w14:textId="77777777" w:rsidTr="00D33E44">
        <w:tc>
          <w:tcPr>
            <w:tcW w:w="10512" w:type="dxa"/>
            <w:shd w:val="clear" w:color="auto" w:fill="5B8A3C"/>
            <w:tcMar>
              <w:top w:w="80" w:type="dxa"/>
              <w:left w:w="100" w:type="dxa"/>
              <w:bottom w:w="80" w:type="dxa"/>
              <w:right w:w="100" w:type="dxa"/>
            </w:tcMar>
          </w:tcPr>
          <w:p w14:paraId="462341E1" w14:textId="77777777" w:rsidR="00DC004F" w:rsidRDefault="00DC004F" w:rsidP="00D33E44">
            <w:pPr>
              <w:spacing w:after="0"/>
            </w:pPr>
            <w:r>
              <w:rPr>
                <w:b/>
                <w:color w:val="FFFFFF"/>
                <w:sz w:val="20"/>
              </w:rPr>
              <w:t>SECTION 2 | HEALTH &amp; PERSONAL CARE</w:t>
            </w:r>
          </w:p>
        </w:tc>
      </w:tr>
    </w:tbl>
    <w:p w14:paraId="7A7B69BD" w14:textId="77777777" w:rsidR="00DC004F" w:rsidRDefault="00DC004F" w:rsidP="00DC004F">
      <w:pPr>
        <w:spacing w:after="20"/>
      </w:pPr>
    </w:p>
    <w:tbl>
      <w:tblPr>
        <w:tblStyle w:val="TableGrid"/>
        <w:tblW w:w="0" w:type="auto"/>
        <w:jc w:val="center"/>
        <w:tblLook w:val="04A0" w:firstRow="1" w:lastRow="0" w:firstColumn="1" w:lastColumn="0" w:noHBand="0" w:noVBand="1"/>
      </w:tblPr>
      <w:tblGrid>
        <w:gridCol w:w="6665"/>
        <w:gridCol w:w="3919"/>
      </w:tblGrid>
      <w:tr w:rsidR="00DC004F" w14:paraId="5A26CCAB" w14:textId="77777777" w:rsidTr="00D33E44">
        <w:trPr>
          <w:jc w:val="center"/>
        </w:trPr>
        <w:tc>
          <w:tcPr>
            <w:tcW w:w="6756" w:type="dxa"/>
            <w:shd w:val="clear" w:color="auto" w:fill="DCEAC4"/>
          </w:tcPr>
          <w:p w14:paraId="6B94723E" w14:textId="77777777" w:rsidR="00DC004F" w:rsidRDefault="00DC004F" w:rsidP="00D33E44">
            <w:pPr>
              <w:spacing w:after="0"/>
            </w:pPr>
            <w:r>
              <w:rPr>
                <w:b/>
              </w:rPr>
              <w:t>Permission</w:t>
            </w:r>
          </w:p>
        </w:tc>
        <w:tc>
          <w:tcPr>
            <w:tcW w:w="3972" w:type="dxa"/>
            <w:shd w:val="clear" w:color="auto" w:fill="DCEAC4"/>
          </w:tcPr>
          <w:p w14:paraId="38EF94A8" w14:textId="77777777" w:rsidR="00DC004F" w:rsidRDefault="00DC004F" w:rsidP="00D33E44">
            <w:pPr>
              <w:spacing w:after="0"/>
              <w:jc w:val="center"/>
            </w:pPr>
            <w:r>
              <w:rPr>
                <w:b/>
                <w:sz w:val="16"/>
              </w:rPr>
              <w:t>Delete YES or NO</w:t>
            </w:r>
          </w:p>
        </w:tc>
      </w:tr>
      <w:tr w:rsidR="00DC004F" w14:paraId="6061EED2" w14:textId="77777777" w:rsidTr="00D33E44">
        <w:trPr>
          <w:jc w:val="center"/>
        </w:trPr>
        <w:tc>
          <w:tcPr>
            <w:tcW w:w="6756" w:type="dxa"/>
            <w:tcMar>
              <w:top w:w="55" w:type="dxa"/>
              <w:left w:w="70" w:type="dxa"/>
              <w:bottom w:w="55" w:type="dxa"/>
              <w:right w:w="70" w:type="dxa"/>
            </w:tcMar>
            <w:vAlign w:val="center"/>
          </w:tcPr>
          <w:p w14:paraId="1D869B95" w14:textId="77777777" w:rsidR="00DC004F" w:rsidRDefault="00DC004F" w:rsidP="00D33E44">
            <w:pPr>
              <w:spacing w:after="0"/>
            </w:pPr>
            <w:r>
              <w:rPr>
                <w:sz w:val="17"/>
              </w:rPr>
              <w:t>I consent to staff seeking appropriate emergency medical treatment for my child if required.</w:t>
            </w:r>
          </w:p>
        </w:tc>
        <w:tc>
          <w:tcPr>
            <w:tcW w:w="3972" w:type="dxa"/>
            <w:tcMar>
              <w:top w:w="55" w:type="dxa"/>
              <w:left w:w="70" w:type="dxa"/>
              <w:bottom w:w="55" w:type="dxa"/>
              <w:right w:w="70" w:type="dxa"/>
            </w:tcMar>
            <w:vAlign w:val="center"/>
          </w:tcPr>
          <w:p w14:paraId="500B6657" w14:textId="77777777" w:rsidR="00DC004F" w:rsidRDefault="00DC004F" w:rsidP="00D33E44">
            <w:pPr>
              <w:spacing w:after="0"/>
              <w:jc w:val="center"/>
            </w:pPr>
            <w:r>
              <w:rPr>
                <w:b/>
              </w:rPr>
              <w:t>YES / NO</w:t>
            </w:r>
          </w:p>
        </w:tc>
      </w:tr>
      <w:tr w:rsidR="00DC004F" w14:paraId="223F0BBB" w14:textId="77777777" w:rsidTr="00D33E44">
        <w:trPr>
          <w:jc w:val="center"/>
        </w:trPr>
        <w:tc>
          <w:tcPr>
            <w:tcW w:w="6756" w:type="dxa"/>
            <w:tcMar>
              <w:top w:w="55" w:type="dxa"/>
              <w:left w:w="70" w:type="dxa"/>
              <w:bottom w:w="55" w:type="dxa"/>
              <w:right w:w="70" w:type="dxa"/>
            </w:tcMar>
            <w:vAlign w:val="center"/>
          </w:tcPr>
          <w:p w14:paraId="2813D89D" w14:textId="77777777" w:rsidR="00DC004F" w:rsidRDefault="00DC004F" w:rsidP="00D33E44">
            <w:pPr>
              <w:spacing w:after="0"/>
            </w:pPr>
            <w:r>
              <w:rPr>
                <w:sz w:val="17"/>
              </w:rPr>
              <w:t xml:space="preserve">I consent to a member of staff accompanying my child to hospital and </w:t>
            </w:r>
            <w:proofErr w:type="gramStart"/>
            <w:r>
              <w:rPr>
                <w:sz w:val="17"/>
              </w:rPr>
              <w:t>remaining</w:t>
            </w:r>
            <w:proofErr w:type="gramEnd"/>
            <w:r>
              <w:rPr>
                <w:sz w:val="17"/>
              </w:rPr>
              <w:t xml:space="preserve"> with them until I arrive or another appropriate adult takes over.</w:t>
            </w:r>
          </w:p>
        </w:tc>
        <w:tc>
          <w:tcPr>
            <w:tcW w:w="3972" w:type="dxa"/>
            <w:tcMar>
              <w:top w:w="55" w:type="dxa"/>
              <w:left w:w="70" w:type="dxa"/>
              <w:bottom w:w="55" w:type="dxa"/>
              <w:right w:w="70" w:type="dxa"/>
            </w:tcMar>
            <w:vAlign w:val="center"/>
          </w:tcPr>
          <w:p w14:paraId="1C69CF36" w14:textId="77777777" w:rsidR="00DC004F" w:rsidRDefault="00DC004F" w:rsidP="00D33E44">
            <w:pPr>
              <w:spacing w:after="0"/>
              <w:jc w:val="center"/>
            </w:pPr>
            <w:r>
              <w:rPr>
                <w:b/>
              </w:rPr>
              <w:t>YES / NO</w:t>
            </w:r>
          </w:p>
        </w:tc>
      </w:tr>
      <w:tr w:rsidR="00DC004F" w14:paraId="1DF3F6FA" w14:textId="77777777" w:rsidTr="00D33E44">
        <w:trPr>
          <w:jc w:val="center"/>
        </w:trPr>
        <w:tc>
          <w:tcPr>
            <w:tcW w:w="6756" w:type="dxa"/>
            <w:tcMar>
              <w:top w:w="55" w:type="dxa"/>
              <w:left w:w="70" w:type="dxa"/>
              <w:bottom w:w="55" w:type="dxa"/>
              <w:right w:w="70" w:type="dxa"/>
            </w:tcMar>
            <w:vAlign w:val="center"/>
          </w:tcPr>
          <w:p w14:paraId="67B1D8DA" w14:textId="77777777" w:rsidR="00DC004F" w:rsidRDefault="00DC004F" w:rsidP="00D33E44">
            <w:pPr>
              <w:spacing w:after="0"/>
            </w:pPr>
            <w:r>
              <w:rPr>
                <w:sz w:val="17"/>
              </w:rPr>
              <w:t xml:space="preserve">I </w:t>
            </w:r>
            <w:proofErr w:type="spellStart"/>
            <w:r>
              <w:rPr>
                <w:sz w:val="17"/>
              </w:rPr>
              <w:t>authorise</w:t>
            </w:r>
            <w:proofErr w:type="spellEnd"/>
            <w:r>
              <w:rPr>
                <w:sz w:val="17"/>
              </w:rPr>
              <w:t xml:space="preserve"> staff to sign an emergency consent form if required by medical professionals where delay in obtaining my consent could place my child's health or safety at risk.</w:t>
            </w:r>
          </w:p>
        </w:tc>
        <w:tc>
          <w:tcPr>
            <w:tcW w:w="3972" w:type="dxa"/>
            <w:tcMar>
              <w:top w:w="55" w:type="dxa"/>
              <w:left w:w="70" w:type="dxa"/>
              <w:bottom w:w="55" w:type="dxa"/>
              <w:right w:w="70" w:type="dxa"/>
            </w:tcMar>
            <w:vAlign w:val="center"/>
          </w:tcPr>
          <w:p w14:paraId="2CD90DD2" w14:textId="77777777" w:rsidR="00DC004F" w:rsidRDefault="00DC004F" w:rsidP="00D33E44">
            <w:pPr>
              <w:spacing w:after="0"/>
              <w:jc w:val="center"/>
            </w:pPr>
            <w:r>
              <w:rPr>
                <w:b/>
              </w:rPr>
              <w:t>YES / NO</w:t>
            </w:r>
          </w:p>
        </w:tc>
      </w:tr>
      <w:tr w:rsidR="00DC004F" w14:paraId="55A5F4B3" w14:textId="77777777" w:rsidTr="00D33E44">
        <w:trPr>
          <w:jc w:val="center"/>
        </w:trPr>
        <w:tc>
          <w:tcPr>
            <w:tcW w:w="6756" w:type="dxa"/>
            <w:tcMar>
              <w:top w:w="55" w:type="dxa"/>
              <w:left w:w="70" w:type="dxa"/>
              <w:bottom w:w="55" w:type="dxa"/>
              <w:right w:w="70" w:type="dxa"/>
            </w:tcMar>
            <w:vAlign w:val="center"/>
          </w:tcPr>
          <w:p w14:paraId="33568573" w14:textId="77777777" w:rsidR="00DC004F" w:rsidRDefault="00DC004F" w:rsidP="00D33E44">
            <w:pPr>
              <w:spacing w:after="0"/>
            </w:pPr>
            <w:r>
              <w:rPr>
                <w:sz w:val="17"/>
              </w:rPr>
              <w:t>I consent to staff administering emergency medication in accordance with my child's Medical, Allergy, Dietary &amp; Medication Plan and the service's medication procedures.</w:t>
            </w:r>
          </w:p>
        </w:tc>
        <w:tc>
          <w:tcPr>
            <w:tcW w:w="3972" w:type="dxa"/>
            <w:tcMar>
              <w:top w:w="55" w:type="dxa"/>
              <w:left w:w="70" w:type="dxa"/>
              <w:bottom w:w="55" w:type="dxa"/>
              <w:right w:w="70" w:type="dxa"/>
            </w:tcMar>
            <w:vAlign w:val="center"/>
          </w:tcPr>
          <w:p w14:paraId="194A6233" w14:textId="77777777" w:rsidR="00DC004F" w:rsidRDefault="00DC004F" w:rsidP="00D33E44">
            <w:pPr>
              <w:spacing w:after="0"/>
              <w:jc w:val="center"/>
            </w:pPr>
            <w:r>
              <w:rPr>
                <w:b/>
              </w:rPr>
              <w:t>YES / NO</w:t>
            </w:r>
          </w:p>
        </w:tc>
      </w:tr>
      <w:tr w:rsidR="00DC004F" w14:paraId="210A04EC" w14:textId="77777777" w:rsidTr="00D33E44">
        <w:trPr>
          <w:jc w:val="center"/>
        </w:trPr>
        <w:tc>
          <w:tcPr>
            <w:tcW w:w="6756" w:type="dxa"/>
            <w:tcMar>
              <w:top w:w="55" w:type="dxa"/>
              <w:left w:w="70" w:type="dxa"/>
              <w:bottom w:w="55" w:type="dxa"/>
              <w:right w:w="70" w:type="dxa"/>
            </w:tcMar>
            <w:vAlign w:val="center"/>
          </w:tcPr>
          <w:p w14:paraId="5AA95D61" w14:textId="77777777" w:rsidR="00DC004F" w:rsidRDefault="00DC004F" w:rsidP="00D33E44">
            <w:pPr>
              <w:spacing w:after="0"/>
            </w:pPr>
            <w:r>
              <w:rPr>
                <w:sz w:val="17"/>
              </w:rPr>
              <w:t>I consent to staff providing appropriate first aid when required.</w:t>
            </w:r>
          </w:p>
        </w:tc>
        <w:tc>
          <w:tcPr>
            <w:tcW w:w="3972" w:type="dxa"/>
            <w:tcMar>
              <w:top w:w="55" w:type="dxa"/>
              <w:left w:w="70" w:type="dxa"/>
              <w:bottom w:w="55" w:type="dxa"/>
              <w:right w:w="70" w:type="dxa"/>
            </w:tcMar>
            <w:vAlign w:val="center"/>
          </w:tcPr>
          <w:p w14:paraId="2E7030B9" w14:textId="77777777" w:rsidR="00DC004F" w:rsidRDefault="00DC004F" w:rsidP="00D33E44">
            <w:pPr>
              <w:spacing w:after="0"/>
              <w:jc w:val="center"/>
            </w:pPr>
            <w:r>
              <w:rPr>
                <w:b/>
              </w:rPr>
              <w:t>YES / NO</w:t>
            </w:r>
          </w:p>
        </w:tc>
      </w:tr>
      <w:tr w:rsidR="00DC004F" w14:paraId="33187FE8" w14:textId="77777777" w:rsidTr="00D33E44">
        <w:trPr>
          <w:jc w:val="center"/>
        </w:trPr>
        <w:tc>
          <w:tcPr>
            <w:tcW w:w="6756" w:type="dxa"/>
            <w:tcMar>
              <w:top w:w="55" w:type="dxa"/>
              <w:left w:w="70" w:type="dxa"/>
              <w:bottom w:w="55" w:type="dxa"/>
              <w:right w:w="70" w:type="dxa"/>
            </w:tcMar>
            <w:vAlign w:val="center"/>
          </w:tcPr>
          <w:p w14:paraId="186B91CD" w14:textId="77777777" w:rsidR="00DC004F" w:rsidRDefault="00DC004F" w:rsidP="00D33E44">
            <w:pPr>
              <w:spacing w:after="0"/>
            </w:pPr>
            <w:r>
              <w:rPr>
                <w:sz w:val="17"/>
              </w:rPr>
              <w:t>I consent to staff cleaning minor cuts and grazes using appropriate first aid materials.</w:t>
            </w:r>
          </w:p>
        </w:tc>
        <w:tc>
          <w:tcPr>
            <w:tcW w:w="3972" w:type="dxa"/>
            <w:tcMar>
              <w:top w:w="55" w:type="dxa"/>
              <w:left w:w="70" w:type="dxa"/>
              <w:bottom w:w="55" w:type="dxa"/>
              <w:right w:w="70" w:type="dxa"/>
            </w:tcMar>
            <w:vAlign w:val="center"/>
          </w:tcPr>
          <w:p w14:paraId="71C5248F" w14:textId="77777777" w:rsidR="00DC004F" w:rsidRDefault="00DC004F" w:rsidP="00D33E44">
            <w:pPr>
              <w:spacing w:after="0"/>
              <w:jc w:val="center"/>
            </w:pPr>
            <w:r>
              <w:rPr>
                <w:b/>
              </w:rPr>
              <w:t>YES / NO</w:t>
            </w:r>
          </w:p>
        </w:tc>
      </w:tr>
      <w:tr w:rsidR="00DC004F" w14:paraId="20D0422C" w14:textId="77777777" w:rsidTr="00D33E44">
        <w:trPr>
          <w:jc w:val="center"/>
        </w:trPr>
        <w:tc>
          <w:tcPr>
            <w:tcW w:w="6756" w:type="dxa"/>
            <w:tcMar>
              <w:top w:w="55" w:type="dxa"/>
              <w:left w:w="70" w:type="dxa"/>
              <w:bottom w:w="55" w:type="dxa"/>
              <w:right w:w="70" w:type="dxa"/>
            </w:tcMar>
            <w:vAlign w:val="center"/>
          </w:tcPr>
          <w:p w14:paraId="4DEFA7CB" w14:textId="77777777" w:rsidR="00DC004F" w:rsidRDefault="00DC004F" w:rsidP="00D33E44">
            <w:pPr>
              <w:spacing w:after="0"/>
            </w:pPr>
            <w:r>
              <w:rPr>
                <w:sz w:val="17"/>
              </w:rPr>
              <w:t xml:space="preserve">I consent to staff </w:t>
            </w:r>
            <w:proofErr w:type="gramStart"/>
            <w:r>
              <w:rPr>
                <w:sz w:val="17"/>
              </w:rPr>
              <w:t>applying</w:t>
            </w:r>
            <w:proofErr w:type="gramEnd"/>
            <w:r>
              <w:rPr>
                <w:sz w:val="17"/>
              </w:rPr>
              <w:t xml:space="preserve"> a plaster where appropriate.</w:t>
            </w:r>
          </w:p>
        </w:tc>
        <w:tc>
          <w:tcPr>
            <w:tcW w:w="3972" w:type="dxa"/>
            <w:tcMar>
              <w:top w:w="55" w:type="dxa"/>
              <w:left w:w="70" w:type="dxa"/>
              <w:bottom w:w="55" w:type="dxa"/>
              <w:right w:w="70" w:type="dxa"/>
            </w:tcMar>
            <w:vAlign w:val="center"/>
          </w:tcPr>
          <w:p w14:paraId="7E04FFA4" w14:textId="77777777" w:rsidR="00DC004F" w:rsidRDefault="00DC004F" w:rsidP="00D33E44">
            <w:pPr>
              <w:spacing w:after="0"/>
              <w:jc w:val="center"/>
            </w:pPr>
            <w:r>
              <w:rPr>
                <w:b/>
              </w:rPr>
              <w:t>YES / NO</w:t>
            </w:r>
          </w:p>
        </w:tc>
      </w:tr>
      <w:tr w:rsidR="00DC004F" w14:paraId="0F78965F" w14:textId="77777777" w:rsidTr="00D33E44">
        <w:trPr>
          <w:jc w:val="center"/>
        </w:trPr>
        <w:tc>
          <w:tcPr>
            <w:tcW w:w="6756" w:type="dxa"/>
            <w:tcMar>
              <w:top w:w="55" w:type="dxa"/>
              <w:left w:w="70" w:type="dxa"/>
              <w:bottom w:w="55" w:type="dxa"/>
              <w:right w:w="70" w:type="dxa"/>
            </w:tcMar>
            <w:vAlign w:val="center"/>
          </w:tcPr>
          <w:p w14:paraId="708754BE" w14:textId="77777777" w:rsidR="00DC004F" w:rsidRDefault="00DC004F" w:rsidP="00D33E44">
            <w:pPr>
              <w:spacing w:after="0"/>
            </w:pPr>
            <w:r>
              <w:rPr>
                <w:sz w:val="17"/>
              </w:rPr>
              <w:t>I consent to staff applying sunscreen supplied by me.</w:t>
            </w:r>
          </w:p>
        </w:tc>
        <w:tc>
          <w:tcPr>
            <w:tcW w:w="3972" w:type="dxa"/>
            <w:tcMar>
              <w:top w:w="55" w:type="dxa"/>
              <w:left w:w="70" w:type="dxa"/>
              <w:bottom w:w="55" w:type="dxa"/>
              <w:right w:w="70" w:type="dxa"/>
            </w:tcMar>
            <w:vAlign w:val="center"/>
          </w:tcPr>
          <w:p w14:paraId="12CAF729" w14:textId="77777777" w:rsidR="00DC004F" w:rsidRDefault="00DC004F" w:rsidP="00D33E44">
            <w:pPr>
              <w:spacing w:after="0"/>
              <w:jc w:val="center"/>
            </w:pPr>
            <w:r>
              <w:rPr>
                <w:b/>
              </w:rPr>
              <w:t>YES / NO</w:t>
            </w:r>
          </w:p>
        </w:tc>
      </w:tr>
      <w:tr w:rsidR="00DC004F" w14:paraId="45E3DC91" w14:textId="77777777" w:rsidTr="00D33E44">
        <w:trPr>
          <w:jc w:val="center"/>
        </w:trPr>
        <w:tc>
          <w:tcPr>
            <w:tcW w:w="6756" w:type="dxa"/>
            <w:tcMar>
              <w:top w:w="55" w:type="dxa"/>
              <w:left w:w="70" w:type="dxa"/>
              <w:bottom w:w="55" w:type="dxa"/>
              <w:right w:w="70" w:type="dxa"/>
            </w:tcMar>
            <w:vAlign w:val="center"/>
          </w:tcPr>
          <w:p w14:paraId="202D7003" w14:textId="77777777" w:rsidR="00DC004F" w:rsidRDefault="00DC004F" w:rsidP="00D33E44">
            <w:pPr>
              <w:spacing w:after="0"/>
            </w:pPr>
            <w:r>
              <w:rPr>
                <w:sz w:val="17"/>
              </w:rPr>
              <w:t>I consent to staff assisting my child with personal care, including toileting and changing clothes, where required.</w:t>
            </w:r>
          </w:p>
        </w:tc>
        <w:tc>
          <w:tcPr>
            <w:tcW w:w="3972" w:type="dxa"/>
            <w:tcMar>
              <w:top w:w="55" w:type="dxa"/>
              <w:left w:w="70" w:type="dxa"/>
              <w:bottom w:w="55" w:type="dxa"/>
              <w:right w:w="70" w:type="dxa"/>
            </w:tcMar>
            <w:vAlign w:val="center"/>
          </w:tcPr>
          <w:p w14:paraId="0A2EF118" w14:textId="77777777" w:rsidR="00DC004F" w:rsidRDefault="00DC004F" w:rsidP="00D33E44">
            <w:pPr>
              <w:spacing w:after="0"/>
              <w:jc w:val="center"/>
            </w:pPr>
            <w:r>
              <w:rPr>
                <w:b/>
              </w:rPr>
              <w:t>YES / NO</w:t>
            </w:r>
          </w:p>
        </w:tc>
      </w:tr>
    </w:tbl>
    <w:p w14:paraId="51917F04" w14:textId="77777777" w:rsidR="00DC004F" w:rsidRDefault="00DC004F" w:rsidP="00DC004F">
      <w:pPr>
        <w:spacing w:after="20"/>
      </w:pPr>
    </w:p>
    <w:tbl>
      <w:tblPr>
        <w:tblW w:w="0" w:type="auto"/>
        <w:tblLook w:val="04A0" w:firstRow="1" w:lastRow="0" w:firstColumn="1" w:lastColumn="0" w:noHBand="0" w:noVBand="1"/>
      </w:tblPr>
      <w:tblGrid>
        <w:gridCol w:w="10512"/>
      </w:tblGrid>
      <w:tr w:rsidR="00DC004F" w14:paraId="25EFA2B4" w14:textId="77777777" w:rsidTr="00D33E44">
        <w:tc>
          <w:tcPr>
            <w:tcW w:w="10512" w:type="dxa"/>
            <w:shd w:val="clear" w:color="auto" w:fill="5B8A3C"/>
            <w:tcMar>
              <w:top w:w="80" w:type="dxa"/>
              <w:left w:w="100" w:type="dxa"/>
              <w:bottom w:w="80" w:type="dxa"/>
              <w:right w:w="100" w:type="dxa"/>
            </w:tcMar>
          </w:tcPr>
          <w:p w14:paraId="55C29C36" w14:textId="77777777" w:rsidR="00DC004F" w:rsidRDefault="00DC004F" w:rsidP="00D33E44">
            <w:pPr>
              <w:spacing w:after="0"/>
            </w:pPr>
            <w:r>
              <w:rPr>
                <w:b/>
                <w:color w:val="FFFFFF"/>
                <w:sz w:val="20"/>
              </w:rPr>
              <w:t>SECTION 3 | PHOTOGRAPHS, VIDEO &amp; DIGITAL LEARNING</w:t>
            </w:r>
          </w:p>
        </w:tc>
      </w:tr>
    </w:tbl>
    <w:p w14:paraId="75419A1F" w14:textId="77777777" w:rsidR="00DC004F" w:rsidRDefault="00DC004F" w:rsidP="00DC004F">
      <w:pPr>
        <w:spacing w:after="20"/>
      </w:pPr>
    </w:p>
    <w:p w14:paraId="70C28315" w14:textId="77777777" w:rsidR="00DC004F" w:rsidRDefault="00DC004F" w:rsidP="00DC004F">
      <w:r>
        <w:t>Photographs and videos may be used to record learning, celebrate achievements and share experiences. Please make a separate choice for each use below.</w:t>
      </w:r>
    </w:p>
    <w:tbl>
      <w:tblPr>
        <w:tblStyle w:val="TableGrid"/>
        <w:tblW w:w="0" w:type="auto"/>
        <w:jc w:val="center"/>
        <w:tblLook w:val="04A0" w:firstRow="1" w:lastRow="0" w:firstColumn="1" w:lastColumn="0" w:noHBand="0" w:noVBand="1"/>
      </w:tblPr>
      <w:tblGrid>
        <w:gridCol w:w="6709"/>
        <w:gridCol w:w="3875"/>
      </w:tblGrid>
      <w:tr w:rsidR="00DC004F" w14:paraId="68983B9B" w14:textId="77777777" w:rsidTr="00D33E44">
        <w:trPr>
          <w:jc w:val="center"/>
        </w:trPr>
        <w:tc>
          <w:tcPr>
            <w:tcW w:w="5256" w:type="dxa"/>
            <w:shd w:val="clear" w:color="auto" w:fill="DCEAC4"/>
          </w:tcPr>
          <w:p w14:paraId="712BA527" w14:textId="77777777" w:rsidR="00DC004F" w:rsidRDefault="00DC004F" w:rsidP="00D33E44">
            <w:pPr>
              <w:spacing w:after="0"/>
            </w:pPr>
            <w:r>
              <w:rPr>
                <w:b/>
              </w:rPr>
              <w:t>Permission</w:t>
            </w:r>
          </w:p>
        </w:tc>
        <w:tc>
          <w:tcPr>
            <w:tcW w:w="5256" w:type="dxa"/>
            <w:shd w:val="clear" w:color="auto" w:fill="DCEAC4"/>
          </w:tcPr>
          <w:p w14:paraId="326BB1FE" w14:textId="77777777" w:rsidR="00DC004F" w:rsidRDefault="00DC004F" w:rsidP="00D33E44">
            <w:pPr>
              <w:spacing w:after="0"/>
              <w:jc w:val="center"/>
            </w:pPr>
            <w:r>
              <w:rPr>
                <w:b/>
                <w:sz w:val="16"/>
              </w:rPr>
              <w:t>Delete YES or NO</w:t>
            </w:r>
          </w:p>
        </w:tc>
      </w:tr>
      <w:tr w:rsidR="00DC004F" w14:paraId="5AFEC355" w14:textId="77777777" w:rsidTr="00D33E44">
        <w:trPr>
          <w:jc w:val="center"/>
        </w:trPr>
        <w:tc>
          <w:tcPr>
            <w:tcW w:w="8928" w:type="dxa"/>
            <w:tcMar>
              <w:top w:w="55" w:type="dxa"/>
              <w:left w:w="70" w:type="dxa"/>
              <w:bottom w:w="55" w:type="dxa"/>
              <w:right w:w="70" w:type="dxa"/>
            </w:tcMar>
            <w:vAlign w:val="center"/>
          </w:tcPr>
          <w:p w14:paraId="33339D73" w14:textId="77777777" w:rsidR="00DC004F" w:rsidRDefault="00DC004F" w:rsidP="00D33E44">
            <w:pPr>
              <w:spacing w:after="0"/>
            </w:pPr>
            <w:r>
              <w:rPr>
                <w:sz w:val="17"/>
              </w:rPr>
              <w:t>I consent to photographs/videos of my child being included in their personal Learning Journal.</w:t>
            </w:r>
          </w:p>
        </w:tc>
        <w:tc>
          <w:tcPr>
            <w:tcW w:w="1800" w:type="dxa"/>
            <w:tcMar>
              <w:top w:w="55" w:type="dxa"/>
              <w:left w:w="70" w:type="dxa"/>
              <w:bottom w:w="55" w:type="dxa"/>
              <w:right w:w="70" w:type="dxa"/>
            </w:tcMar>
            <w:vAlign w:val="center"/>
          </w:tcPr>
          <w:p w14:paraId="5E2C0D15" w14:textId="77777777" w:rsidR="00DC004F" w:rsidRDefault="00DC004F" w:rsidP="00D33E44">
            <w:pPr>
              <w:spacing w:after="0"/>
              <w:jc w:val="center"/>
            </w:pPr>
            <w:r>
              <w:rPr>
                <w:b/>
              </w:rPr>
              <w:t>YES / NO</w:t>
            </w:r>
          </w:p>
        </w:tc>
      </w:tr>
      <w:tr w:rsidR="00DC004F" w14:paraId="2666037F" w14:textId="77777777" w:rsidTr="00D33E44">
        <w:trPr>
          <w:jc w:val="center"/>
        </w:trPr>
        <w:tc>
          <w:tcPr>
            <w:tcW w:w="8928" w:type="dxa"/>
            <w:tcMar>
              <w:top w:w="55" w:type="dxa"/>
              <w:left w:w="70" w:type="dxa"/>
              <w:bottom w:w="55" w:type="dxa"/>
              <w:right w:w="70" w:type="dxa"/>
            </w:tcMar>
            <w:vAlign w:val="center"/>
          </w:tcPr>
          <w:p w14:paraId="7A987283" w14:textId="77777777" w:rsidR="00DC004F" w:rsidRDefault="00DC004F" w:rsidP="00D33E44">
            <w:pPr>
              <w:spacing w:after="0"/>
            </w:pPr>
            <w:r>
              <w:rPr>
                <w:sz w:val="17"/>
              </w:rPr>
              <w:t>I consent to my child appearing in group photographs/videos that may also appear in another child's Learning Journal.</w:t>
            </w:r>
          </w:p>
        </w:tc>
        <w:tc>
          <w:tcPr>
            <w:tcW w:w="1800" w:type="dxa"/>
            <w:tcMar>
              <w:top w:w="55" w:type="dxa"/>
              <w:left w:w="70" w:type="dxa"/>
              <w:bottom w:w="55" w:type="dxa"/>
              <w:right w:w="70" w:type="dxa"/>
            </w:tcMar>
            <w:vAlign w:val="center"/>
          </w:tcPr>
          <w:p w14:paraId="456DF53D" w14:textId="77777777" w:rsidR="00DC004F" w:rsidRDefault="00DC004F" w:rsidP="00D33E44">
            <w:pPr>
              <w:spacing w:after="0"/>
              <w:jc w:val="center"/>
            </w:pPr>
            <w:r>
              <w:rPr>
                <w:b/>
              </w:rPr>
              <w:t>YES / NO</w:t>
            </w:r>
          </w:p>
        </w:tc>
      </w:tr>
      <w:tr w:rsidR="00DC004F" w14:paraId="384602C4" w14:textId="77777777" w:rsidTr="00D33E44">
        <w:trPr>
          <w:jc w:val="center"/>
        </w:trPr>
        <w:tc>
          <w:tcPr>
            <w:tcW w:w="8928" w:type="dxa"/>
            <w:tcMar>
              <w:top w:w="55" w:type="dxa"/>
              <w:left w:w="70" w:type="dxa"/>
              <w:bottom w:w="55" w:type="dxa"/>
              <w:right w:w="70" w:type="dxa"/>
            </w:tcMar>
            <w:vAlign w:val="center"/>
          </w:tcPr>
          <w:p w14:paraId="32A0ECEA" w14:textId="77777777" w:rsidR="00DC004F" w:rsidRDefault="00DC004F" w:rsidP="00D33E44">
            <w:pPr>
              <w:spacing w:after="0"/>
            </w:pPr>
            <w:r>
              <w:rPr>
                <w:sz w:val="17"/>
              </w:rPr>
              <w:t>I consent to photographs of my child being displayed within the setting.</w:t>
            </w:r>
          </w:p>
        </w:tc>
        <w:tc>
          <w:tcPr>
            <w:tcW w:w="1800" w:type="dxa"/>
            <w:tcMar>
              <w:top w:w="55" w:type="dxa"/>
              <w:left w:w="70" w:type="dxa"/>
              <w:bottom w:w="55" w:type="dxa"/>
              <w:right w:w="70" w:type="dxa"/>
            </w:tcMar>
            <w:vAlign w:val="center"/>
          </w:tcPr>
          <w:p w14:paraId="62AD9550" w14:textId="77777777" w:rsidR="00DC004F" w:rsidRDefault="00DC004F" w:rsidP="00D33E44">
            <w:pPr>
              <w:spacing w:after="0"/>
              <w:jc w:val="center"/>
            </w:pPr>
            <w:r>
              <w:rPr>
                <w:b/>
              </w:rPr>
              <w:t>YES / NO</w:t>
            </w:r>
          </w:p>
        </w:tc>
      </w:tr>
      <w:tr w:rsidR="00DC004F" w14:paraId="1ED5F8AA" w14:textId="77777777" w:rsidTr="00D33E44">
        <w:trPr>
          <w:jc w:val="center"/>
        </w:trPr>
        <w:tc>
          <w:tcPr>
            <w:tcW w:w="8928" w:type="dxa"/>
            <w:tcMar>
              <w:top w:w="55" w:type="dxa"/>
              <w:left w:w="70" w:type="dxa"/>
              <w:bottom w:w="55" w:type="dxa"/>
              <w:right w:w="70" w:type="dxa"/>
            </w:tcMar>
            <w:vAlign w:val="center"/>
          </w:tcPr>
          <w:p w14:paraId="70E4F7D6" w14:textId="77777777" w:rsidR="00DC004F" w:rsidRDefault="00DC004F" w:rsidP="00D33E44">
            <w:pPr>
              <w:spacing w:after="0"/>
            </w:pPr>
            <w:r>
              <w:rPr>
                <w:sz w:val="17"/>
              </w:rPr>
              <w:t>I consent to my child's first name being displayed alongside photographs used within the setting.</w:t>
            </w:r>
          </w:p>
        </w:tc>
        <w:tc>
          <w:tcPr>
            <w:tcW w:w="1800" w:type="dxa"/>
            <w:tcMar>
              <w:top w:w="55" w:type="dxa"/>
              <w:left w:w="70" w:type="dxa"/>
              <w:bottom w:w="55" w:type="dxa"/>
              <w:right w:w="70" w:type="dxa"/>
            </w:tcMar>
            <w:vAlign w:val="center"/>
          </w:tcPr>
          <w:p w14:paraId="1B04B665" w14:textId="77777777" w:rsidR="00DC004F" w:rsidRDefault="00DC004F" w:rsidP="00D33E44">
            <w:pPr>
              <w:spacing w:after="0"/>
              <w:jc w:val="center"/>
            </w:pPr>
            <w:r>
              <w:rPr>
                <w:b/>
              </w:rPr>
              <w:t>YES / NO</w:t>
            </w:r>
          </w:p>
        </w:tc>
      </w:tr>
      <w:tr w:rsidR="00DC004F" w14:paraId="2070649C" w14:textId="77777777" w:rsidTr="00D33E44">
        <w:trPr>
          <w:jc w:val="center"/>
        </w:trPr>
        <w:tc>
          <w:tcPr>
            <w:tcW w:w="8928" w:type="dxa"/>
            <w:tcMar>
              <w:top w:w="55" w:type="dxa"/>
              <w:left w:w="70" w:type="dxa"/>
              <w:bottom w:w="55" w:type="dxa"/>
              <w:right w:w="70" w:type="dxa"/>
            </w:tcMar>
            <w:vAlign w:val="center"/>
          </w:tcPr>
          <w:p w14:paraId="11B15F89" w14:textId="77777777" w:rsidR="00DC004F" w:rsidRDefault="00DC004F" w:rsidP="00D33E44">
            <w:pPr>
              <w:spacing w:after="0"/>
            </w:pPr>
            <w:r>
              <w:rPr>
                <w:sz w:val="17"/>
              </w:rPr>
              <w:t>I consent to photographs/videos of my child being shared directly with parents/carers through secure service communications.</w:t>
            </w:r>
          </w:p>
        </w:tc>
        <w:tc>
          <w:tcPr>
            <w:tcW w:w="1800" w:type="dxa"/>
            <w:tcMar>
              <w:top w:w="55" w:type="dxa"/>
              <w:left w:w="70" w:type="dxa"/>
              <w:bottom w:w="55" w:type="dxa"/>
              <w:right w:w="70" w:type="dxa"/>
            </w:tcMar>
            <w:vAlign w:val="center"/>
          </w:tcPr>
          <w:p w14:paraId="5CAAD313" w14:textId="77777777" w:rsidR="00DC004F" w:rsidRDefault="00DC004F" w:rsidP="00D33E44">
            <w:pPr>
              <w:spacing w:after="0"/>
              <w:jc w:val="center"/>
            </w:pPr>
            <w:r>
              <w:rPr>
                <w:b/>
              </w:rPr>
              <w:t>YES / NO</w:t>
            </w:r>
          </w:p>
        </w:tc>
      </w:tr>
      <w:tr w:rsidR="00DC004F" w14:paraId="7C4ED9B5" w14:textId="77777777" w:rsidTr="00D33E44">
        <w:trPr>
          <w:jc w:val="center"/>
        </w:trPr>
        <w:tc>
          <w:tcPr>
            <w:tcW w:w="8928" w:type="dxa"/>
            <w:tcMar>
              <w:top w:w="55" w:type="dxa"/>
              <w:left w:w="70" w:type="dxa"/>
              <w:bottom w:w="55" w:type="dxa"/>
              <w:right w:w="70" w:type="dxa"/>
            </w:tcMar>
            <w:vAlign w:val="center"/>
          </w:tcPr>
          <w:p w14:paraId="12D06CF2" w14:textId="77777777" w:rsidR="00DC004F" w:rsidRDefault="00DC004F" w:rsidP="00D33E44">
            <w:pPr>
              <w:spacing w:after="0"/>
            </w:pPr>
            <w:r>
              <w:rPr>
                <w:sz w:val="17"/>
              </w:rPr>
              <w:t>I consent to photographs/videos of my child being used in service publications such as newsletters, leaflets and handbooks.</w:t>
            </w:r>
          </w:p>
        </w:tc>
        <w:tc>
          <w:tcPr>
            <w:tcW w:w="1800" w:type="dxa"/>
            <w:tcMar>
              <w:top w:w="55" w:type="dxa"/>
              <w:left w:w="70" w:type="dxa"/>
              <w:bottom w:w="55" w:type="dxa"/>
              <w:right w:w="70" w:type="dxa"/>
            </w:tcMar>
            <w:vAlign w:val="center"/>
          </w:tcPr>
          <w:p w14:paraId="60F04333" w14:textId="77777777" w:rsidR="00DC004F" w:rsidRDefault="00DC004F" w:rsidP="00D33E44">
            <w:pPr>
              <w:spacing w:after="0"/>
              <w:jc w:val="center"/>
            </w:pPr>
            <w:r>
              <w:rPr>
                <w:b/>
              </w:rPr>
              <w:t>YES / NO</w:t>
            </w:r>
          </w:p>
        </w:tc>
      </w:tr>
      <w:tr w:rsidR="00DC004F" w14:paraId="5E2D0245" w14:textId="77777777" w:rsidTr="00D33E44">
        <w:trPr>
          <w:jc w:val="center"/>
        </w:trPr>
        <w:tc>
          <w:tcPr>
            <w:tcW w:w="8928" w:type="dxa"/>
            <w:tcMar>
              <w:top w:w="55" w:type="dxa"/>
              <w:left w:w="70" w:type="dxa"/>
              <w:bottom w:w="55" w:type="dxa"/>
              <w:right w:w="70" w:type="dxa"/>
            </w:tcMar>
            <w:vAlign w:val="center"/>
          </w:tcPr>
          <w:p w14:paraId="78030151" w14:textId="77777777" w:rsidR="00DC004F" w:rsidRDefault="00DC004F" w:rsidP="00D33E44">
            <w:pPr>
              <w:spacing w:after="0"/>
            </w:pPr>
            <w:r>
              <w:rPr>
                <w:sz w:val="17"/>
              </w:rPr>
              <w:t>I consent to photographs/videos of my child being used on the service's website.</w:t>
            </w:r>
          </w:p>
        </w:tc>
        <w:tc>
          <w:tcPr>
            <w:tcW w:w="1800" w:type="dxa"/>
            <w:tcMar>
              <w:top w:w="55" w:type="dxa"/>
              <w:left w:w="70" w:type="dxa"/>
              <w:bottom w:w="55" w:type="dxa"/>
              <w:right w:w="70" w:type="dxa"/>
            </w:tcMar>
            <w:vAlign w:val="center"/>
          </w:tcPr>
          <w:p w14:paraId="26567757" w14:textId="77777777" w:rsidR="00DC004F" w:rsidRDefault="00DC004F" w:rsidP="00D33E44">
            <w:pPr>
              <w:spacing w:after="0"/>
              <w:jc w:val="center"/>
            </w:pPr>
            <w:r>
              <w:rPr>
                <w:b/>
              </w:rPr>
              <w:t>YES / NO</w:t>
            </w:r>
          </w:p>
        </w:tc>
      </w:tr>
      <w:tr w:rsidR="00DC004F" w14:paraId="04B817AA" w14:textId="77777777" w:rsidTr="00D33E44">
        <w:trPr>
          <w:jc w:val="center"/>
        </w:trPr>
        <w:tc>
          <w:tcPr>
            <w:tcW w:w="8928" w:type="dxa"/>
            <w:tcMar>
              <w:top w:w="55" w:type="dxa"/>
              <w:left w:w="70" w:type="dxa"/>
              <w:bottom w:w="55" w:type="dxa"/>
              <w:right w:w="70" w:type="dxa"/>
            </w:tcMar>
            <w:vAlign w:val="center"/>
          </w:tcPr>
          <w:p w14:paraId="7FBCFDB5" w14:textId="77777777" w:rsidR="00DC004F" w:rsidRDefault="00DC004F" w:rsidP="00D33E44">
            <w:pPr>
              <w:spacing w:after="0"/>
            </w:pPr>
            <w:r>
              <w:rPr>
                <w:sz w:val="17"/>
              </w:rPr>
              <w:lastRenderedPageBreak/>
              <w:t>I consent to photographs/videos of my child being used on the service's official social media pages.</w:t>
            </w:r>
          </w:p>
        </w:tc>
        <w:tc>
          <w:tcPr>
            <w:tcW w:w="1800" w:type="dxa"/>
            <w:tcMar>
              <w:top w:w="55" w:type="dxa"/>
              <w:left w:w="70" w:type="dxa"/>
              <w:bottom w:w="55" w:type="dxa"/>
              <w:right w:w="70" w:type="dxa"/>
            </w:tcMar>
            <w:vAlign w:val="center"/>
          </w:tcPr>
          <w:p w14:paraId="105E177F" w14:textId="77777777" w:rsidR="00DC004F" w:rsidRDefault="00DC004F" w:rsidP="00D33E44">
            <w:pPr>
              <w:spacing w:after="0"/>
              <w:jc w:val="center"/>
            </w:pPr>
            <w:r>
              <w:rPr>
                <w:b/>
              </w:rPr>
              <w:t>YES / NO</w:t>
            </w:r>
          </w:p>
        </w:tc>
      </w:tr>
      <w:tr w:rsidR="00DC004F" w14:paraId="6D03B781" w14:textId="77777777" w:rsidTr="00D33E44">
        <w:trPr>
          <w:jc w:val="center"/>
        </w:trPr>
        <w:tc>
          <w:tcPr>
            <w:tcW w:w="8928" w:type="dxa"/>
            <w:tcMar>
              <w:top w:w="55" w:type="dxa"/>
              <w:left w:w="70" w:type="dxa"/>
              <w:bottom w:w="55" w:type="dxa"/>
              <w:right w:w="70" w:type="dxa"/>
            </w:tcMar>
            <w:vAlign w:val="center"/>
          </w:tcPr>
          <w:p w14:paraId="257094E6" w14:textId="77777777" w:rsidR="00DC004F" w:rsidRDefault="00DC004F" w:rsidP="00D33E44">
            <w:pPr>
              <w:spacing w:after="0"/>
            </w:pPr>
            <w:r>
              <w:rPr>
                <w:sz w:val="17"/>
              </w:rPr>
              <w:t>I consent to photographs/videos of my child being provided for external publications or local media where appropriate.</w:t>
            </w:r>
          </w:p>
        </w:tc>
        <w:tc>
          <w:tcPr>
            <w:tcW w:w="1800" w:type="dxa"/>
            <w:tcMar>
              <w:top w:w="55" w:type="dxa"/>
              <w:left w:w="70" w:type="dxa"/>
              <w:bottom w:w="55" w:type="dxa"/>
              <w:right w:w="70" w:type="dxa"/>
            </w:tcMar>
            <w:vAlign w:val="center"/>
          </w:tcPr>
          <w:p w14:paraId="6B0D019C" w14:textId="77777777" w:rsidR="00DC004F" w:rsidRDefault="00DC004F" w:rsidP="00D33E44">
            <w:pPr>
              <w:spacing w:after="0"/>
              <w:jc w:val="center"/>
            </w:pPr>
            <w:r>
              <w:rPr>
                <w:b/>
              </w:rPr>
              <w:t>YES / NO</w:t>
            </w:r>
          </w:p>
        </w:tc>
      </w:tr>
      <w:tr w:rsidR="00DC004F" w14:paraId="27700365" w14:textId="77777777" w:rsidTr="00D33E44">
        <w:trPr>
          <w:jc w:val="center"/>
        </w:trPr>
        <w:tc>
          <w:tcPr>
            <w:tcW w:w="8928" w:type="dxa"/>
            <w:tcMar>
              <w:top w:w="55" w:type="dxa"/>
              <w:left w:w="70" w:type="dxa"/>
              <w:bottom w:w="55" w:type="dxa"/>
              <w:right w:w="70" w:type="dxa"/>
            </w:tcMar>
            <w:vAlign w:val="center"/>
          </w:tcPr>
          <w:p w14:paraId="42A3B731" w14:textId="77777777" w:rsidR="00DC004F" w:rsidRDefault="00DC004F" w:rsidP="00D33E44">
            <w:pPr>
              <w:spacing w:after="0"/>
            </w:pPr>
            <w:r>
              <w:rPr>
                <w:sz w:val="17"/>
              </w:rPr>
              <w:t>I consent to my child being video recorded for observations and reflective practice.</w:t>
            </w:r>
          </w:p>
        </w:tc>
        <w:tc>
          <w:tcPr>
            <w:tcW w:w="1800" w:type="dxa"/>
            <w:tcMar>
              <w:top w:w="55" w:type="dxa"/>
              <w:left w:w="70" w:type="dxa"/>
              <w:bottom w:w="55" w:type="dxa"/>
              <w:right w:w="70" w:type="dxa"/>
            </w:tcMar>
            <w:vAlign w:val="center"/>
          </w:tcPr>
          <w:p w14:paraId="1DB798DC" w14:textId="77777777" w:rsidR="00DC004F" w:rsidRDefault="00DC004F" w:rsidP="00D33E44">
            <w:pPr>
              <w:spacing w:after="0"/>
              <w:jc w:val="center"/>
            </w:pPr>
            <w:r>
              <w:rPr>
                <w:b/>
              </w:rPr>
              <w:t>YES / NO</w:t>
            </w:r>
          </w:p>
        </w:tc>
      </w:tr>
      <w:tr w:rsidR="00DC004F" w14:paraId="3A60232D" w14:textId="77777777" w:rsidTr="00D33E44">
        <w:trPr>
          <w:jc w:val="center"/>
        </w:trPr>
        <w:tc>
          <w:tcPr>
            <w:tcW w:w="8928" w:type="dxa"/>
            <w:tcMar>
              <w:top w:w="55" w:type="dxa"/>
              <w:left w:w="70" w:type="dxa"/>
              <w:bottom w:w="55" w:type="dxa"/>
              <w:right w:w="70" w:type="dxa"/>
            </w:tcMar>
            <w:vAlign w:val="center"/>
          </w:tcPr>
          <w:p w14:paraId="0F3EFA82" w14:textId="77777777" w:rsidR="00DC004F" w:rsidRDefault="00DC004F" w:rsidP="00D33E44">
            <w:pPr>
              <w:spacing w:after="0"/>
            </w:pPr>
            <w:r>
              <w:rPr>
                <w:sz w:val="17"/>
              </w:rPr>
              <w:t>I consent to students observing my child and, where required for their course work, taking photographs in accordance with service procedures.</w:t>
            </w:r>
          </w:p>
        </w:tc>
        <w:tc>
          <w:tcPr>
            <w:tcW w:w="1800" w:type="dxa"/>
            <w:tcMar>
              <w:top w:w="55" w:type="dxa"/>
              <w:left w:w="70" w:type="dxa"/>
              <w:bottom w:w="55" w:type="dxa"/>
              <w:right w:w="70" w:type="dxa"/>
            </w:tcMar>
            <w:vAlign w:val="center"/>
          </w:tcPr>
          <w:p w14:paraId="7E1D0545" w14:textId="77777777" w:rsidR="00DC004F" w:rsidRDefault="00DC004F" w:rsidP="00D33E44">
            <w:pPr>
              <w:spacing w:after="0"/>
              <w:jc w:val="center"/>
            </w:pPr>
            <w:r>
              <w:rPr>
                <w:b/>
              </w:rPr>
              <w:t>YES / NO</w:t>
            </w:r>
          </w:p>
        </w:tc>
      </w:tr>
      <w:tr w:rsidR="00DC004F" w14:paraId="1464090E" w14:textId="77777777" w:rsidTr="00D33E44">
        <w:trPr>
          <w:jc w:val="center"/>
        </w:trPr>
        <w:tc>
          <w:tcPr>
            <w:tcW w:w="8928" w:type="dxa"/>
            <w:tcMar>
              <w:top w:w="55" w:type="dxa"/>
              <w:left w:w="70" w:type="dxa"/>
              <w:bottom w:w="55" w:type="dxa"/>
              <w:right w:w="70" w:type="dxa"/>
            </w:tcMar>
            <w:vAlign w:val="center"/>
          </w:tcPr>
          <w:p w14:paraId="1532399C" w14:textId="77777777" w:rsidR="00DC004F" w:rsidRDefault="00DC004F" w:rsidP="00D33E44">
            <w:pPr>
              <w:spacing w:after="0"/>
            </w:pPr>
            <w:r>
              <w:rPr>
                <w:sz w:val="17"/>
              </w:rPr>
              <w:t>I consent to my child having supervised access to the internet as part of learning experiences.</w:t>
            </w:r>
          </w:p>
        </w:tc>
        <w:tc>
          <w:tcPr>
            <w:tcW w:w="1800" w:type="dxa"/>
            <w:tcMar>
              <w:top w:w="55" w:type="dxa"/>
              <w:left w:w="70" w:type="dxa"/>
              <w:bottom w:w="55" w:type="dxa"/>
              <w:right w:w="70" w:type="dxa"/>
            </w:tcMar>
            <w:vAlign w:val="center"/>
          </w:tcPr>
          <w:p w14:paraId="42D8DB5B" w14:textId="77777777" w:rsidR="00DC004F" w:rsidRDefault="00DC004F" w:rsidP="00D33E44">
            <w:pPr>
              <w:spacing w:after="0"/>
              <w:jc w:val="center"/>
            </w:pPr>
            <w:r>
              <w:rPr>
                <w:b/>
              </w:rPr>
              <w:t>YES / NO</w:t>
            </w:r>
          </w:p>
        </w:tc>
      </w:tr>
    </w:tbl>
    <w:p w14:paraId="5CBC0D24" w14:textId="77777777" w:rsidR="00DC004F" w:rsidRDefault="00DC004F" w:rsidP="00DC004F">
      <w:pPr>
        <w:spacing w:after="20"/>
      </w:pPr>
    </w:p>
    <w:tbl>
      <w:tblPr>
        <w:tblW w:w="0" w:type="auto"/>
        <w:tblLook w:val="04A0" w:firstRow="1" w:lastRow="0" w:firstColumn="1" w:lastColumn="0" w:noHBand="0" w:noVBand="1"/>
      </w:tblPr>
      <w:tblGrid>
        <w:gridCol w:w="10512"/>
      </w:tblGrid>
      <w:tr w:rsidR="00DC004F" w14:paraId="7EAB3F62" w14:textId="77777777" w:rsidTr="00D33E44">
        <w:tc>
          <w:tcPr>
            <w:tcW w:w="10512" w:type="dxa"/>
            <w:shd w:val="clear" w:color="auto" w:fill="5B8A3C"/>
            <w:tcMar>
              <w:top w:w="80" w:type="dxa"/>
              <w:left w:w="100" w:type="dxa"/>
              <w:bottom w:w="80" w:type="dxa"/>
              <w:right w:w="100" w:type="dxa"/>
            </w:tcMar>
          </w:tcPr>
          <w:p w14:paraId="3550FA9E" w14:textId="77777777" w:rsidR="00DC004F" w:rsidRDefault="00DC004F" w:rsidP="00D33E44">
            <w:pPr>
              <w:spacing w:after="0"/>
            </w:pPr>
            <w:r>
              <w:rPr>
                <w:b/>
                <w:color w:val="FFFFFF"/>
                <w:sz w:val="20"/>
              </w:rPr>
              <w:t>SECTION 4 | FOREST KINDERGARTEN</w:t>
            </w:r>
          </w:p>
        </w:tc>
      </w:tr>
    </w:tbl>
    <w:p w14:paraId="0AAB9774" w14:textId="77777777" w:rsidR="00DC004F" w:rsidRDefault="00DC004F" w:rsidP="00DC004F">
      <w:pPr>
        <w:spacing w:after="20"/>
      </w:pPr>
    </w:p>
    <w:p w14:paraId="73DDF290" w14:textId="77777777" w:rsidR="00DC004F" w:rsidRDefault="00DC004F" w:rsidP="00DC004F">
      <w:r>
        <w:rPr>
          <w:b/>
        </w:rPr>
        <w:t xml:space="preserve">Forest Kindergarten is at the heart of our curriculum. </w:t>
      </w:r>
      <w:r>
        <w:t>Children learn through play, exploration and carefully managed risk in a natural woodland environment. Sessions may include:</w:t>
      </w:r>
    </w:p>
    <w:p w14:paraId="24AF6BB6" w14:textId="77777777" w:rsidR="00DC004F" w:rsidRDefault="00DC004F" w:rsidP="00DC004F">
      <w:pPr>
        <w:spacing w:after="0"/>
        <w:ind w:left="259"/>
      </w:pPr>
      <w:r>
        <w:t>• woodland walks and exploration</w:t>
      </w:r>
    </w:p>
    <w:p w14:paraId="78C3E015" w14:textId="77777777" w:rsidR="00DC004F" w:rsidRDefault="00DC004F" w:rsidP="00DC004F">
      <w:pPr>
        <w:spacing w:after="0"/>
        <w:ind w:left="259"/>
      </w:pPr>
      <w:r>
        <w:t xml:space="preserve">• tree climbing </w:t>
      </w:r>
      <w:proofErr w:type="gramStart"/>
      <w:r>
        <w:t>appropriate</w:t>
      </w:r>
      <w:proofErr w:type="gramEnd"/>
      <w:r>
        <w:t xml:space="preserve"> </w:t>
      </w:r>
      <w:proofErr w:type="gramStart"/>
      <w:r>
        <w:t>to</w:t>
      </w:r>
      <w:proofErr w:type="gramEnd"/>
      <w:r>
        <w:t xml:space="preserve"> age and stage</w:t>
      </w:r>
    </w:p>
    <w:p w14:paraId="0D7883F6" w14:textId="77777777" w:rsidR="00DC004F" w:rsidRDefault="00DC004F" w:rsidP="00DC004F">
      <w:pPr>
        <w:spacing w:after="0"/>
        <w:ind w:left="259"/>
      </w:pPr>
      <w:r>
        <w:t>• den and shelter building</w:t>
      </w:r>
    </w:p>
    <w:p w14:paraId="636B316F" w14:textId="77777777" w:rsidR="00DC004F" w:rsidRDefault="00DC004F" w:rsidP="00DC004F">
      <w:pPr>
        <w:spacing w:after="0"/>
        <w:ind w:left="259"/>
      </w:pPr>
      <w:r>
        <w:t>• digging, mud and water play</w:t>
      </w:r>
    </w:p>
    <w:p w14:paraId="22544A97" w14:textId="77777777" w:rsidR="00DC004F" w:rsidRDefault="00DC004F" w:rsidP="00DC004F">
      <w:pPr>
        <w:spacing w:after="0"/>
        <w:ind w:left="259"/>
      </w:pPr>
      <w:r>
        <w:t>• loose parts play and transporting natural materials</w:t>
      </w:r>
    </w:p>
    <w:p w14:paraId="16BE3F7A" w14:textId="77777777" w:rsidR="00DC004F" w:rsidRDefault="00DC004F" w:rsidP="00DC004F">
      <w:pPr>
        <w:spacing w:after="0"/>
        <w:ind w:left="259"/>
      </w:pPr>
      <w:r>
        <w:t>• bug hunting, wildlife and nature exploration</w:t>
      </w:r>
    </w:p>
    <w:p w14:paraId="1B95DCC7" w14:textId="77777777" w:rsidR="00DC004F" w:rsidRDefault="00DC004F" w:rsidP="00DC004F">
      <w:pPr>
        <w:spacing w:after="0"/>
        <w:ind w:left="259"/>
      </w:pPr>
      <w:r>
        <w:t>• gardening and planting</w:t>
      </w:r>
    </w:p>
    <w:p w14:paraId="5F436D45" w14:textId="77777777" w:rsidR="00DC004F" w:rsidRDefault="00DC004F" w:rsidP="00DC004F">
      <w:pPr>
        <w:spacing w:after="0"/>
        <w:ind w:left="259"/>
      </w:pPr>
      <w:r>
        <w:t>• rope work and nature crafts</w:t>
      </w:r>
    </w:p>
    <w:p w14:paraId="38C3EC00" w14:textId="77777777" w:rsidR="00DC004F" w:rsidRDefault="00DC004F" w:rsidP="00DC004F">
      <w:pPr>
        <w:spacing w:after="0"/>
        <w:ind w:left="259"/>
      </w:pPr>
      <w:r>
        <w:t>• campfires and fire-lighting experiences</w:t>
      </w:r>
    </w:p>
    <w:p w14:paraId="4F41801C" w14:textId="77777777" w:rsidR="00DC004F" w:rsidRDefault="00DC004F" w:rsidP="00DC004F">
      <w:pPr>
        <w:spacing w:after="0"/>
        <w:ind w:left="259"/>
      </w:pPr>
      <w:r>
        <w:t>• outdoor cooking and food preparation</w:t>
      </w:r>
    </w:p>
    <w:p w14:paraId="1EDC9049" w14:textId="77777777" w:rsidR="00DC004F" w:rsidRDefault="00DC004F" w:rsidP="00DC004F">
      <w:pPr>
        <w:spacing w:after="0"/>
        <w:ind w:left="259"/>
      </w:pPr>
      <w:r>
        <w:t>• age and stage appropriate tool use under direct supervision</w:t>
      </w:r>
    </w:p>
    <w:p w14:paraId="0E97F965" w14:textId="77777777" w:rsidR="00DC004F" w:rsidRDefault="00DC004F" w:rsidP="00DC004F">
      <w:pPr>
        <w:spacing w:after="0"/>
        <w:ind w:left="259"/>
      </w:pPr>
      <w:r>
        <w:t>• exploring natural obstacles and varied terrain</w:t>
      </w:r>
    </w:p>
    <w:p w14:paraId="774745FE" w14:textId="77777777" w:rsidR="00DC004F" w:rsidRDefault="00DC004F" w:rsidP="00DC004F">
      <w:pPr>
        <w:spacing w:after="0"/>
        <w:ind w:left="259"/>
      </w:pPr>
      <w:r>
        <w:t>• outdoor stories, music and seasonal experiences</w:t>
      </w:r>
    </w:p>
    <w:p w14:paraId="04552B38" w14:textId="77777777" w:rsidR="00DC004F" w:rsidRDefault="00DC004F" w:rsidP="00DC004F">
      <w:pPr>
        <w:spacing w:after="0"/>
        <w:ind w:left="259"/>
      </w:pPr>
      <w:r>
        <w:t>• play and learning in changing weather conditions, including rain, frost and snow where safe to do so</w:t>
      </w:r>
    </w:p>
    <w:p w14:paraId="5267C641" w14:textId="77777777" w:rsidR="00DC004F" w:rsidRDefault="00DC004F" w:rsidP="00DC004F">
      <w:r>
        <w:rPr>
          <w:b/>
        </w:rPr>
        <w:t xml:space="preserve">This list is not exhaustive. </w:t>
      </w:r>
      <w:r>
        <w:t>Activities are planned in response to children's interests, needs and stage of development. All activities are appropriately risk assessed, including dynamic risk assessment where required, and are supervised by suitably trained staff. Risk assessments are available to parents/carers on request.</w:t>
      </w:r>
    </w:p>
    <w:tbl>
      <w:tblPr>
        <w:tblStyle w:val="TableGrid"/>
        <w:tblW w:w="0" w:type="auto"/>
        <w:jc w:val="center"/>
        <w:tblLook w:val="04A0" w:firstRow="1" w:lastRow="0" w:firstColumn="1" w:lastColumn="0" w:noHBand="0" w:noVBand="1"/>
      </w:tblPr>
      <w:tblGrid>
        <w:gridCol w:w="6657"/>
        <w:gridCol w:w="3927"/>
      </w:tblGrid>
      <w:tr w:rsidR="00DC004F" w14:paraId="2786678C" w14:textId="77777777" w:rsidTr="00D33E44">
        <w:trPr>
          <w:jc w:val="center"/>
        </w:trPr>
        <w:tc>
          <w:tcPr>
            <w:tcW w:w="6748" w:type="dxa"/>
            <w:shd w:val="clear" w:color="auto" w:fill="DCEAC4"/>
          </w:tcPr>
          <w:p w14:paraId="722D8D51" w14:textId="77777777" w:rsidR="00DC004F" w:rsidRDefault="00DC004F" w:rsidP="00D33E44">
            <w:pPr>
              <w:spacing w:after="0"/>
            </w:pPr>
            <w:r>
              <w:rPr>
                <w:b/>
              </w:rPr>
              <w:t>Permission</w:t>
            </w:r>
          </w:p>
        </w:tc>
        <w:tc>
          <w:tcPr>
            <w:tcW w:w="3980" w:type="dxa"/>
            <w:shd w:val="clear" w:color="auto" w:fill="DCEAC4"/>
          </w:tcPr>
          <w:p w14:paraId="5893573B" w14:textId="77777777" w:rsidR="00DC004F" w:rsidRDefault="00DC004F" w:rsidP="00D33E44">
            <w:pPr>
              <w:spacing w:after="0"/>
              <w:jc w:val="center"/>
            </w:pPr>
            <w:r>
              <w:rPr>
                <w:b/>
                <w:sz w:val="16"/>
              </w:rPr>
              <w:t>Delete YES or NO</w:t>
            </w:r>
          </w:p>
        </w:tc>
      </w:tr>
      <w:tr w:rsidR="00DC004F" w14:paraId="5D9772C6" w14:textId="77777777" w:rsidTr="00D33E44">
        <w:trPr>
          <w:jc w:val="center"/>
        </w:trPr>
        <w:tc>
          <w:tcPr>
            <w:tcW w:w="6748" w:type="dxa"/>
            <w:tcMar>
              <w:top w:w="55" w:type="dxa"/>
              <w:left w:w="70" w:type="dxa"/>
              <w:bottom w:w="55" w:type="dxa"/>
              <w:right w:w="70" w:type="dxa"/>
            </w:tcMar>
            <w:vAlign w:val="center"/>
          </w:tcPr>
          <w:p w14:paraId="6A3F3C06" w14:textId="77777777" w:rsidR="00DC004F" w:rsidRDefault="00DC004F" w:rsidP="00D33E44">
            <w:pPr>
              <w:spacing w:after="0"/>
            </w:pPr>
            <w:r>
              <w:rPr>
                <w:sz w:val="17"/>
              </w:rPr>
              <w:t>I consent to my child participating in Forest Kindergarten sessions as described above.</w:t>
            </w:r>
          </w:p>
        </w:tc>
        <w:tc>
          <w:tcPr>
            <w:tcW w:w="3980" w:type="dxa"/>
            <w:tcMar>
              <w:top w:w="55" w:type="dxa"/>
              <w:left w:w="70" w:type="dxa"/>
              <w:bottom w:w="55" w:type="dxa"/>
              <w:right w:w="70" w:type="dxa"/>
            </w:tcMar>
            <w:vAlign w:val="center"/>
          </w:tcPr>
          <w:p w14:paraId="16EEAE0A" w14:textId="77777777" w:rsidR="00DC004F" w:rsidRDefault="00DC004F" w:rsidP="00D33E44">
            <w:pPr>
              <w:spacing w:after="0"/>
              <w:jc w:val="center"/>
            </w:pPr>
            <w:r>
              <w:rPr>
                <w:b/>
              </w:rPr>
              <w:t>YES / NO</w:t>
            </w:r>
          </w:p>
        </w:tc>
      </w:tr>
    </w:tbl>
    <w:p w14:paraId="161AF82A" w14:textId="77777777" w:rsidR="00DC004F" w:rsidRDefault="00DC004F" w:rsidP="00DC004F">
      <w:pPr>
        <w:spacing w:after="20"/>
      </w:pPr>
    </w:p>
    <w:tbl>
      <w:tblPr>
        <w:tblW w:w="0" w:type="auto"/>
        <w:tblLook w:val="04A0" w:firstRow="1" w:lastRow="0" w:firstColumn="1" w:lastColumn="0" w:noHBand="0" w:noVBand="1"/>
      </w:tblPr>
      <w:tblGrid>
        <w:gridCol w:w="10512"/>
      </w:tblGrid>
      <w:tr w:rsidR="00DC004F" w14:paraId="0FC8934F" w14:textId="77777777" w:rsidTr="00D33E44">
        <w:tc>
          <w:tcPr>
            <w:tcW w:w="10512" w:type="dxa"/>
            <w:shd w:val="clear" w:color="auto" w:fill="5B8A3C"/>
            <w:tcMar>
              <w:top w:w="80" w:type="dxa"/>
              <w:left w:w="100" w:type="dxa"/>
              <w:bottom w:w="80" w:type="dxa"/>
              <w:right w:w="100" w:type="dxa"/>
            </w:tcMar>
          </w:tcPr>
          <w:p w14:paraId="23AF1BC1" w14:textId="77777777" w:rsidR="00DC004F" w:rsidRDefault="00DC004F" w:rsidP="00D33E44">
            <w:pPr>
              <w:spacing w:after="0"/>
            </w:pPr>
            <w:r>
              <w:rPr>
                <w:b/>
                <w:color w:val="FFFFFF"/>
                <w:sz w:val="20"/>
              </w:rPr>
              <w:t>SECTION 5 | LOCAL OUTINGS, VISITS &amp; TRANSPORT</w:t>
            </w:r>
          </w:p>
        </w:tc>
      </w:tr>
    </w:tbl>
    <w:p w14:paraId="1CC7E929" w14:textId="77777777" w:rsidR="00DC004F" w:rsidRDefault="00DC004F" w:rsidP="00DC004F">
      <w:pPr>
        <w:spacing w:after="20"/>
      </w:pPr>
    </w:p>
    <w:tbl>
      <w:tblPr>
        <w:tblStyle w:val="TableGrid"/>
        <w:tblW w:w="0" w:type="auto"/>
        <w:jc w:val="center"/>
        <w:tblLook w:val="04A0" w:firstRow="1" w:lastRow="0" w:firstColumn="1" w:lastColumn="0" w:noHBand="0" w:noVBand="1"/>
      </w:tblPr>
      <w:tblGrid>
        <w:gridCol w:w="6658"/>
        <w:gridCol w:w="3926"/>
      </w:tblGrid>
      <w:tr w:rsidR="00DC004F" w14:paraId="1DB193C9" w14:textId="77777777" w:rsidTr="00D33E44">
        <w:trPr>
          <w:jc w:val="center"/>
        </w:trPr>
        <w:tc>
          <w:tcPr>
            <w:tcW w:w="6748" w:type="dxa"/>
            <w:shd w:val="clear" w:color="auto" w:fill="DCEAC4"/>
          </w:tcPr>
          <w:p w14:paraId="3C488ADC" w14:textId="77777777" w:rsidR="00DC004F" w:rsidRDefault="00DC004F" w:rsidP="00D33E44">
            <w:pPr>
              <w:spacing w:after="0"/>
            </w:pPr>
            <w:r>
              <w:rPr>
                <w:b/>
              </w:rPr>
              <w:t>Permission</w:t>
            </w:r>
          </w:p>
        </w:tc>
        <w:tc>
          <w:tcPr>
            <w:tcW w:w="3980" w:type="dxa"/>
            <w:shd w:val="clear" w:color="auto" w:fill="DCEAC4"/>
          </w:tcPr>
          <w:p w14:paraId="4603DFE8" w14:textId="77777777" w:rsidR="00DC004F" w:rsidRDefault="00DC004F" w:rsidP="00D33E44">
            <w:pPr>
              <w:spacing w:after="0"/>
              <w:jc w:val="center"/>
            </w:pPr>
            <w:r>
              <w:rPr>
                <w:b/>
                <w:sz w:val="16"/>
              </w:rPr>
              <w:t>Delete YES or NO</w:t>
            </w:r>
          </w:p>
        </w:tc>
      </w:tr>
      <w:tr w:rsidR="00DC004F" w14:paraId="2602D51D" w14:textId="77777777" w:rsidTr="00D33E44">
        <w:trPr>
          <w:jc w:val="center"/>
        </w:trPr>
        <w:tc>
          <w:tcPr>
            <w:tcW w:w="6748" w:type="dxa"/>
            <w:tcMar>
              <w:top w:w="55" w:type="dxa"/>
              <w:left w:w="70" w:type="dxa"/>
              <w:bottom w:w="55" w:type="dxa"/>
              <w:right w:w="70" w:type="dxa"/>
            </w:tcMar>
            <w:vAlign w:val="center"/>
          </w:tcPr>
          <w:p w14:paraId="407F4AF4" w14:textId="77777777" w:rsidR="00DC004F" w:rsidRDefault="00DC004F" w:rsidP="00D33E44">
            <w:pPr>
              <w:spacing w:after="0"/>
            </w:pPr>
            <w:r>
              <w:rPr>
                <w:sz w:val="17"/>
              </w:rPr>
              <w:t>I consent to my child participating in local walks, including visits to local parks, shops, libraries and community spaces.</w:t>
            </w:r>
          </w:p>
        </w:tc>
        <w:tc>
          <w:tcPr>
            <w:tcW w:w="3980" w:type="dxa"/>
            <w:tcMar>
              <w:top w:w="55" w:type="dxa"/>
              <w:left w:w="70" w:type="dxa"/>
              <w:bottom w:w="55" w:type="dxa"/>
              <w:right w:w="70" w:type="dxa"/>
            </w:tcMar>
            <w:vAlign w:val="center"/>
          </w:tcPr>
          <w:p w14:paraId="6E6B50AC" w14:textId="77777777" w:rsidR="00DC004F" w:rsidRDefault="00DC004F" w:rsidP="00D33E44">
            <w:pPr>
              <w:spacing w:after="0"/>
              <w:jc w:val="center"/>
            </w:pPr>
            <w:r>
              <w:rPr>
                <w:b/>
              </w:rPr>
              <w:t>YES / NO</w:t>
            </w:r>
          </w:p>
        </w:tc>
      </w:tr>
      <w:tr w:rsidR="00DC004F" w14:paraId="164F2C90" w14:textId="77777777" w:rsidTr="00D33E44">
        <w:trPr>
          <w:jc w:val="center"/>
        </w:trPr>
        <w:tc>
          <w:tcPr>
            <w:tcW w:w="6748" w:type="dxa"/>
            <w:tcMar>
              <w:top w:w="55" w:type="dxa"/>
              <w:left w:w="70" w:type="dxa"/>
              <w:bottom w:w="55" w:type="dxa"/>
              <w:right w:w="70" w:type="dxa"/>
            </w:tcMar>
            <w:vAlign w:val="center"/>
          </w:tcPr>
          <w:p w14:paraId="55B69279" w14:textId="77777777" w:rsidR="00DC004F" w:rsidRDefault="00DC004F" w:rsidP="00D33E44">
            <w:pPr>
              <w:spacing w:after="0"/>
            </w:pPr>
            <w:r>
              <w:rPr>
                <w:sz w:val="17"/>
              </w:rPr>
              <w:t xml:space="preserve">I consent to my child participating in planned educational visits and outings </w:t>
            </w:r>
            <w:proofErr w:type="spellStart"/>
            <w:r>
              <w:rPr>
                <w:sz w:val="17"/>
              </w:rPr>
              <w:t>organised</w:t>
            </w:r>
            <w:proofErr w:type="spellEnd"/>
            <w:r>
              <w:rPr>
                <w:sz w:val="17"/>
              </w:rPr>
              <w:t xml:space="preserve"> by the service.</w:t>
            </w:r>
          </w:p>
        </w:tc>
        <w:tc>
          <w:tcPr>
            <w:tcW w:w="3980" w:type="dxa"/>
            <w:tcMar>
              <w:top w:w="55" w:type="dxa"/>
              <w:left w:w="70" w:type="dxa"/>
              <w:bottom w:w="55" w:type="dxa"/>
              <w:right w:w="70" w:type="dxa"/>
            </w:tcMar>
            <w:vAlign w:val="center"/>
          </w:tcPr>
          <w:p w14:paraId="581E1D19" w14:textId="77777777" w:rsidR="00DC004F" w:rsidRDefault="00DC004F" w:rsidP="00D33E44">
            <w:pPr>
              <w:spacing w:after="0"/>
              <w:jc w:val="center"/>
            </w:pPr>
            <w:r>
              <w:rPr>
                <w:b/>
              </w:rPr>
              <w:t>YES / NO</w:t>
            </w:r>
          </w:p>
        </w:tc>
      </w:tr>
      <w:tr w:rsidR="00DC004F" w14:paraId="7211C213" w14:textId="77777777" w:rsidTr="00D33E44">
        <w:trPr>
          <w:jc w:val="center"/>
        </w:trPr>
        <w:tc>
          <w:tcPr>
            <w:tcW w:w="6748" w:type="dxa"/>
            <w:tcMar>
              <w:top w:w="55" w:type="dxa"/>
              <w:left w:w="70" w:type="dxa"/>
              <w:bottom w:w="55" w:type="dxa"/>
              <w:right w:w="70" w:type="dxa"/>
            </w:tcMar>
            <w:vAlign w:val="center"/>
          </w:tcPr>
          <w:p w14:paraId="766D5A0A" w14:textId="77777777" w:rsidR="00DC004F" w:rsidRDefault="00DC004F" w:rsidP="00D33E44">
            <w:pPr>
              <w:spacing w:after="0"/>
            </w:pPr>
            <w:r>
              <w:rPr>
                <w:sz w:val="17"/>
              </w:rPr>
              <w:t>I consent to my child travelling by the service's minibus.</w:t>
            </w:r>
          </w:p>
        </w:tc>
        <w:tc>
          <w:tcPr>
            <w:tcW w:w="3980" w:type="dxa"/>
            <w:tcMar>
              <w:top w:w="55" w:type="dxa"/>
              <w:left w:w="70" w:type="dxa"/>
              <w:bottom w:w="55" w:type="dxa"/>
              <w:right w:w="70" w:type="dxa"/>
            </w:tcMar>
            <w:vAlign w:val="center"/>
          </w:tcPr>
          <w:p w14:paraId="5C2427A5" w14:textId="77777777" w:rsidR="00DC004F" w:rsidRDefault="00DC004F" w:rsidP="00D33E44">
            <w:pPr>
              <w:spacing w:after="0"/>
              <w:jc w:val="center"/>
            </w:pPr>
            <w:r>
              <w:rPr>
                <w:b/>
              </w:rPr>
              <w:t>YES / NO</w:t>
            </w:r>
          </w:p>
        </w:tc>
      </w:tr>
      <w:tr w:rsidR="00DC004F" w14:paraId="1D8DBE2C" w14:textId="77777777" w:rsidTr="00D33E44">
        <w:trPr>
          <w:jc w:val="center"/>
        </w:trPr>
        <w:tc>
          <w:tcPr>
            <w:tcW w:w="6748" w:type="dxa"/>
            <w:tcMar>
              <w:top w:w="55" w:type="dxa"/>
              <w:left w:w="70" w:type="dxa"/>
              <w:bottom w:w="55" w:type="dxa"/>
              <w:right w:w="70" w:type="dxa"/>
            </w:tcMar>
            <w:vAlign w:val="center"/>
          </w:tcPr>
          <w:p w14:paraId="2E4F4AA4" w14:textId="77777777" w:rsidR="00DC004F" w:rsidRDefault="00DC004F" w:rsidP="00D33E44">
            <w:pPr>
              <w:spacing w:after="0"/>
              <w:rPr>
                <w:sz w:val="17"/>
              </w:rPr>
            </w:pPr>
            <w:r>
              <w:rPr>
                <w:sz w:val="17"/>
              </w:rPr>
              <w:t xml:space="preserve">I </w:t>
            </w:r>
            <w:r w:rsidRPr="00DB14A7">
              <w:rPr>
                <w:sz w:val="17"/>
              </w:rPr>
              <w:t xml:space="preserve">consent to my child travelling in the </w:t>
            </w:r>
            <w:r w:rsidRPr="00DB14A7">
              <w:rPr>
                <w:b/>
                <w:bCs/>
                <w:sz w:val="17"/>
              </w:rPr>
              <w:t>front passenger seat of the minibus</w:t>
            </w:r>
            <w:r w:rsidRPr="00DB14A7">
              <w:rPr>
                <w:sz w:val="17"/>
              </w:rPr>
              <w:t xml:space="preserve"> where necessary, where this is lawful and appropriate for my child. Appropriate restraints will be used in accordance with legal requirements, the vehicle manufacturer's instructions and the service's transport procedures.</w:t>
            </w:r>
          </w:p>
        </w:tc>
        <w:tc>
          <w:tcPr>
            <w:tcW w:w="3980" w:type="dxa"/>
            <w:tcMar>
              <w:top w:w="55" w:type="dxa"/>
              <w:left w:w="70" w:type="dxa"/>
              <w:bottom w:w="55" w:type="dxa"/>
              <w:right w:w="70" w:type="dxa"/>
            </w:tcMar>
            <w:vAlign w:val="center"/>
          </w:tcPr>
          <w:p w14:paraId="32EF333F" w14:textId="77777777" w:rsidR="00DC004F" w:rsidRDefault="00DC004F" w:rsidP="00D33E44">
            <w:pPr>
              <w:spacing w:after="0"/>
              <w:jc w:val="center"/>
              <w:rPr>
                <w:b/>
              </w:rPr>
            </w:pPr>
            <w:r>
              <w:rPr>
                <w:b/>
              </w:rPr>
              <w:t>YES / NO</w:t>
            </w:r>
          </w:p>
        </w:tc>
      </w:tr>
      <w:tr w:rsidR="00DC004F" w14:paraId="6D4BDF4F" w14:textId="77777777" w:rsidTr="00D33E44">
        <w:trPr>
          <w:jc w:val="center"/>
        </w:trPr>
        <w:tc>
          <w:tcPr>
            <w:tcW w:w="6748" w:type="dxa"/>
            <w:tcMar>
              <w:top w:w="55" w:type="dxa"/>
              <w:left w:w="70" w:type="dxa"/>
              <w:bottom w:w="55" w:type="dxa"/>
              <w:right w:w="70" w:type="dxa"/>
            </w:tcMar>
            <w:vAlign w:val="center"/>
          </w:tcPr>
          <w:p w14:paraId="61C55FFF" w14:textId="77777777" w:rsidR="00DC004F" w:rsidRDefault="00DC004F" w:rsidP="00D33E44">
            <w:pPr>
              <w:spacing w:after="0"/>
            </w:pPr>
            <w:r>
              <w:rPr>
                <w:sz w:val="17"/>
              </w:rPr>
              <w:t>I consent to my child travelling by taxi or public transport where this is arranged by the service.</w:t>
            </w:r>
          </w:p>
        </w:tc>
        <w:tc>
          <w:tcPr>
            <w:tcW w:w="3980" w:type="dxa"/>
            <w:tcMar>
              <w:top w:w="55" w:type="dxa"/>
              <w:left w:w="70" w:type="dxa"/>
              <w:bottom w:w="55" w:type="dxa"/>
              <w:right w:w="70" w:type="dxa"/>
            </w:tcMar>
            <w:vAlign w:val="center"/>
          </w:tcPr>
          <w:p w14:paraId="6C009473" w14:textId="77777777" w:rsidR="00DC004F" w:rsidRDefault="00DC004F" w:rsidP="00D33E44">
            <w:pPr>
              <w:spacing w:after="0"/>
              <w:jc w:val="center"/>
            </w:pPr>
            <w:r>
              <w:rPr>
                <w:b/>
              </w:rPr>
              <w:t>YES / NO</w:t>
            </w:r>
          </w:p>
        </w:tc>
      </w:tr>
      <w:tr w:rsidR="00DC004F" w14:paraId="68D704DB" w14:textId="77777777" w:rsidTr="00D33E44">
        <w:trPr>
          <w:jc w:val="center"/>
        </w:trPr>
        <w:tc>
          <w:tcPr>
            <w:tcW w:w="6748" w:type="dxa"/>
            <w:tcMar>
              <w:top w:w="55" w:type="dxa"/>
              <w:left w:w="70" w:type="dxa"/>
              <w:bottom w:w="55" w:type="dxa"/>
              <w:right w:w="70" w:type="dxa"/>
            </w:tcMar>
            <w:vAlign w:val="center"/>
          </w:tcPr>
          <w:p w14:paraId="12C2CA52" w14:textId="77777777" w:rsidR="00DC004F" w:rsidRDefault="00DC004F" w:rsidP="00D33E44">
            <w:pPr>
              <w:spacing w:after="0"/>
            </w:pPr>
            <w:r>
              <w:rPr>
                <w:sz w:val="17"/>
              </w:rPr>
              <w:t>I consent to my child travelling by car where this is necessary and arranged in accordance with the service's transport procedures.</w:t>
            </w:r>
          </w:p>
        </w:tc>
        <w:tc>
          <w:tcPr>
            <w:tcW w:w="3980" w:type="dxa"/>
            <w:tcMar>
              <w:top w:w="55" w:type="dxa"/>
              <w:left w:w="70" w:type="dxa"/>
              <w:bottom w:w="55" w:type="dxa"/>
              <w:right w:w="70" w:type="dxa"/>
            </w:tcMar>
            <w:vAlign w:val="center"/>
          </w:tcPr>
          <w:p w14:paraId="55D85F90" w14:textId="77777777" w:rsidR="00DC004F" w:rsidRDefault="00DC004F" w:rsidP="00D33E44">
            <w:pPr>
              <w:spacing w:after="0"/>
              <w:jc w:val="center"/>
            </w:pPr>
            <w:r>
              <w:rPr>
                <w:b/>
              </w:rPr>
              <w:t>YES / NO</w:t>
            </w:r>
          </w:p>
        </w:tc>
      </w:tr>
    </w:tbl>
    <w:p w14:paraId="1BE234D4" w14:textId="77777777" w:rsidR="00DC004F" w:rsidRDefault="00DC004F" w:rsidP="00DC004F">
      <w:pPr>
        <w:spacing w:after="20"/>
      </w:pPr>
    </w:p>
    <w:tbl>
      <w:tblPr>
        <w:tblW w:w="0" w:type="auto"/>
        <w:tblLook w:val="04A0" w:firstRow="1" w:lastRow="0" w:firstColumn="1" w:lastColumn="0" w:noHBand="0" w:noVBand="1"/>
      </w:tblPr>
      <w:tblGrid>
        <w:gridCol w:w="10512"/>
      </w:tblGrid>
      <w:tr w:rsidR="00DC004F" w14:paraId="4951CEB0" w14:textId="77777777" w:rsidTr="00D33E44">
        <w:tc>
          <w:tcPr>
            <w:tcW w:w="10512" w:type="dxa"/>
            <w:shd w:val="clear" w:color="auto" w:fill="5B8A3C"/>
            <w:tcMar>
              <w:top w:w="80" w:type="dxa"/>
              <w:left w:w="100" w:type="dxa"/>
              <w:bottom w:w="80" w:type="dxa"/>
              <w:right w:w="100" w:type="dxa"/>
            </w:tcMar>
          </w:tcPr>
          <w:p w14:paraId="501178BD" w14:textId="77777777" w:rsidR="00DC004F" w:rsidRDefault="00DC004F" w:rsidP="00D33E44">
            <w:pPr>
              <w:spacing w:after="0"/>
            </w:pPr>
            <w:r>
              <w:rPr>
                <w:b/>
                <w:color w:val="FFFFFF"/>
                <w:sz w:val="20"/>
              </w:rPr>
              <w:lastRenderedPageBreak/>
              <w:t>SECTION 6 | ACTIVITIES, EXPERIENCES &amp; REST</w:t>
            </w:r>
          </w:p>
        </w:tc>
      </w:tr>
    </w:tbl>
    <w:p w14:paraId="62732295" w14:textId="77777777" w:rsidR="00DC004F" w:rsidRDefault="00DC004F" w:rsidP="00DC004F">
      <w:pPr>
        <w:spacing w:after="20"/>
      </w:pPr>
    </w:p>
    <w:tbl>
      <w:tblPr>
        <w:tblStyle w:val="TableGrid"/>
        <w:tblW w:w="0" w:type="auto"/>
        <w:jc w:val="center"/>
        <w:tblLook w:val="04A0" w:firstRow="1" w:lastRow="0" w:firstColumn="1" w:lastColumn="0" w:noHBand="0" w:noVBand="1"/>
      </w:tblPr>
      <w:tblGrid>
        <w:gridCol w:w="6657"/>
        <w:gridCol w:w="3927"/>
      </w:tblGrid>
      <w:tr w:rsidR="00DC004F" w14:paraId="3797A562" w14:textId="77777777" w:rsidTr="00D33E44">
        <w:trPr>
          <w:jc w:val="center"/>
        </w:trPr>
        <w:tc>
          <w:tcPr>
            <w:tcW w:w="5256" w:type="dxa"/>
            <w:shd w:val="clear" w:color="auto" w:fill="DCEAC4"/>
          </w:tcPr>
          <w:p w14:paraId="76029680" w14:textId="77777777" w:rsidR="00DC004F" w:rsidRDefault="00DC004F" w:rsidP="00D33E44">
            <w:pPr>
              <w:spacing w:after="0"/>
            </w:pPr>
            <w:r>
              <w:rPr>
                <w:b/>
              </w:rPr>
              <w:t>Permission</w:t>
            </w:r>
          </w:p>
        </w:tc>
        <w:tc>
          <w:tcPr>
            <w:tcW w:w="5256" w:type="dxa"/>
            <w:shd w:val="clear" w:color="auto" w:fill="DCEAC4"/>
          </w:tcPr>
          <w:p w14:paraId="5C54ADAD" w14:textId="77777777" w:rsidR="00DC004F" w:rsidRDefault="00DC004F" w:rsidP="00D33E44">
            <w:pPr>
              <w:spacing w:after="0"/>
              <w:jc w:val="center"/>
            </w:pPr>
            <w:r>
              <w:rPr>
                <w:b/>
                <w:sz w:val="16"/>
              </w:rPr>
              <w:t>Delete YES or NO</w:t>
            </w:r>
          </w:p>
        </w:tc>
      </w:tr>
      <w:tr w:rsidR="00DC004F" w14:paraId="399CA973" w14:textId="77777777" w:rsidTr="00D33E44">
        <w:trPr>
          <w:jc w:val="center"/>
        </w:trPr>
        <w:tc>
          <w:tcPr>
            <w:tcW w:w="8928" w:type="dxa"/>
            <w:tcMar>
              <w:top w:w="55" w:type="dxa"/>
              <w:left w:w="70" w:type="dxa"/>
              <w:bottom w:w="55" w:type="dxa"/>
              <w:right w:w="70" w:type="dxa"/>
            </w:tcMar>
            <w:vAlign w:val="center"/>
          </w:tcPr>
          <w:p w14:paraId="4FB06AC8" w14:textId="77777777" w:rsidR="00DC004F" w:rsidRDefault="00DC004F" w:rsidP="00D33E44">
            <w:pPr>
              <w:spacing w:after="0"/>
            </w:pPr>
            <w:r>
              <w:rPr>
                <w:sz w:val="17"/>
              </w:rPr>
              <w:t xml:space="preserve">I consent to my child tasting a variety of foods during planned </w:t>
            </w:r>
            <w:proofErr w:type="gramStart"/>
            <w:r>
              <w:rPr>
                <w:sz w:val="17"/>
              </w:rPr>
              <w:t>snack</w:t>
            </w:r>
            <w:proofErr w:type="gramEnd"/>
            <w:r>
              <w:rPr>
                <w:sz w:val="17"/>
              </w:rPr>
              <w:t>, lunch, cooking and learning experiences, subject to their recorded allergy and dietary information.</w:t>
            </w:r>
          </w:p>
        </w:tc>
        <w:tc>
          <w:tcPr>
            <w:tcW w:w="1800" w:type="dxa"/>
            <w:tcMar>
              <w:top w:w="55" w:type="dxa"/>
              <w:left w:w="70" w:type="dxa"/>
              <w:bottom w:w="55" w:type="dxa"/>
              <w:right w:w="70" w:type="dxa"/>
            </w:tcMar>
            <w:vAlign w:val="center"/>
          </w:tcPr>
          <w:p w14:paraId="3DFD4DC1" w14:textId="77777777" w:rsidR="00DC004F" w:rsidRDefault="00DC004F" w:rsidP="00D33E44">
            <w:pPr>
              <w:spacing w:after="0"/>
              <w:jc w:val="center"/>
            </w:pPr>
            <w:r>
              <w:rPr>
                <w:b/>
              </w:rPr>
              <w:t>YES / NO</w:t>
            </w:r>
          </w:p>
        </w:tc>
      </w:tr>
      <w:tr w:rsidR="00DC004F" w14:paraId="0BF9AC2D" w14:textId="77777777" w:rsidTr="00D33E44">
        <w:trPr>
          <w:jc w:val="center"/>
        </w:trPr>
        <w:tc>
          <w:tcPr>
            <w:tcW w:w="8928" w:type="dxa"/>
            <w:tcMar>
              <w:top w:w="55" w:type="dxa"/>
              <w:left w:w="70" w:type="dxa"/>
              <w:bottom w:w="55" w:type="dxa"/>
              <w:right w:w="70" w:type="dxa"/>
            </w:tcMar>
            <w:vAlign w:val="center"/>
          </w:tcPr>
          <w:p w14:paraId="4A1D6D6E" w14:textId="77777777" w:rsidR="00DC004F" w:rsidRDefault="00DC004F" w:rsidP="00D33E44">
            <w:pPr>
              <w:spacing w:after="0"/>
            </w:pPr>
            <w:r>
              <w:rPr>
                <w:sz w:val="17"/>
              </w:rPr>
              <w:t>I consent to my child participating in face painting activities.</w:t>
            </w:r>
          </w:p>
        </w:tc>
        <w:tc>
          <w:tcPr>
            <w:tcW w:w="1800" w:type="dxa"/>
            <w:tcMar>
              <w:top w:w="55" w:type="dxa"/>
              <w:left w:w="70" w:type="dxa"/>
              <w:bottom w:w="55" w:type="dxa"/>
              <w:right w:w="70" w:type="dxa"/>
            </w:tcMar>
            <w:vAlign w:val="center"/>
          </w:tcPr>
          <w:p w14:paraId="65FBE7D4" w14:textId="77777777" w:rsidR="00DC004F" w:rsidRDefault="00DC004F" w:rsidP="00D33E44">
            <w:pPr>
              <w:spacing w:after="0"/>
              <w:jc w:val="center"/>
            </w:pPr>
            <w:r>
              <w:rPr>
                <w:b/>
              </w:rPr>
              <w:t>YES / NO</w:t>
            </w:r>
          </w:p>
        </w:tc>
      </w:tr>
      <w:tr w:rsidR="00DC004F" w14:paraId="4FC881BE" w14:textId="77777777" w:rsidTr="00D33E44">
        <w:trPr>
          <w:jc w:val="center"/>
        </w:trPr>
        <w:tc>
          <w:tcPr>
            <w:tcW w:w="8928" w:type="dxa"/>
            <w:tcMar>
              <w:top w:w="55" w:type="dxa"/>
              <w:left w:w="70" w:type="dxa"/>
              <w:bottom w:w="55" w:type="dxa"/>
              <w:right w:w="70" w:type="dxa"/>
            </w:tcMar>
            <w:vAlign w:val="center"/>
          </w:tcPr>
          <w:p w14:paraId="044EED01" w14:textId="77777777" w:rsidR="00DC004F" w:rsidRDefault="00DC004F" w:rsidP="00D33E44">
            <w:pPr>
              <w:spacing w:after="0"/>
            </w:pPr>
            <w:r>
              <w:rPr>
                <w:sz w:val="17"/>
              </w:rPr>
              <w:t>I consent to my child participating in temporary tattoo activities.</w:t>
            </w:r>
          </w:p>
        </w:tc>
        <w:tc>
          <w:tcPr>
            <w:tcW w:w="1800" w:type="dxa"/>
            <w:tcMar>
              <w:top w:w="55" w:type="dxa"/>
              <w:left w:w="70" w:type="dxa"/>
              <w:bottom w:w="55" w:type="dxa"/>
              <w:right w:w="70" w:type="dxa"/>
            </w:tcMar>
            <w:vAlign w:val="center"/>
          </w:tcPr>
          <w:p w14:paraId="62E6EABF" w14:textId="77777777" w:rsidR="00DC004F" w:rsidRDefault="00DC004F" w:rsidP="00D33E44">
            <w:pPr>
              <w:spacing w:after="0"/>
              <w:jc w:val="center"/>
            </w:pPr>
            <w:r>
              <w:rPr>
                <w:b/>
              </w:rPr>
              <w:t>YES / NO</w:t>
            </w:r>
          </w:p>
        </w:tc>
      </w:tr>
      <w:tr w:rsidR="00DC004F" w14:paraId="6D1A355F" w14:textId="77777777" w:rsidTr="00D33E44">
        <w:trPr>
          <w:jc w:val="center"/>
        </w:trPr>
        <w:tc>
          <w:tcPr>
            <w:tcW w:w="8928" w:type="dxa"/>
            <w:tcMar>
              <w:top w:w="55" w:type="dxa"/>
              <w:left w:w="70" w:type="dxa"/>
              <w:bottom w:w="55" w:type="dxa"/>
              <w:right w:w="70" w:type="dxa"/>
            </w:tcMar>
            <w:vAlign w:val="center"/>
          </w:tcPr>
          <w:p w14:paraId="5A26467D" w14:textId="77777777" w:rsidR="00DC004F" w:rsidRDefault="00DC004F" w:rsidP="00D33E44">
            <w:pPr>
              <w:spacing w:after="0"/>
            </w:pPr>
            <w:r>
              <w:rPr>
                <w:sz w:val="17"/>
              </w:rPr>
              <w:t>I consent to my child participating in nail painting activities.</w:t>
            </w:r>
          </w:p>
        </w:tc>
        <w:tc>
          <w:tcPr>
            <w:tcW w:w="1800" w:type="dxa"/>
            <w:tcMar>
              <w:top w:w="55" w:type="dxa"/>
              <w:left w:w="70" w:type="dxa"/>
              <w:bottom w:w="55" w:type="dxa"/>
              <w:right w:w="70" w:type="dxa"/>
            </w:tcMar>
            <w:vAlign w:val="center"/>
          </w:tcPr>
          <w:p w14:paraId="096B1BE7" w14:textId="77777777" w:rsidR="00DC004F" w:rsidRDefault="00DC004F" w:rsidP="00D33E44">
            <w:pPr>
              <w:spacing w:after="0"/>
              <w:jc w:val="center"/>
            </w:pPr>
            <w:r>
              <w:rPr>
                <w:b/>
              </w:rPr>
              <w:t>YES / NO</w:t>
            </w:r>
          </w:p>
        </w:tc>
      </w:tr>
      <w:tr w:rsidR="00DC004F" w14:paraId="6BBB3E16" w14:textId="77777777" w:rsidTr="00D33E44">
        <w:trPr>
          <w:jc w:val="center"/>
        </w:trPr>
        <w:tc>
          <w:tcPr>
            <w:tcW w:w="8928" w:type="dxa"/>
            <w:tcMar>
              <w:top w:w="55" w:type="dxa"/>
              <w:left w:w="70" w:type="dxa"/>
              <w:bottom w:w="55" w:type="dxa"/>
              <w:right w:w="70" w:type="dxa"/>
            </w:tcMar>
            <w:vAlign w:val="center"/>
          </w:tcPr>
          <w:p w14:paraId="217E7027" w14:textId="77777777" w:rsidR="00DC004F" w:rsidRDefault="00DC004F" w:rsidP="00D33E44">
            <w:pPr>
              <w:spacing w:after="0"/>
            </w:pPr>
            <w:r>
              <w:rPr>
                <w:sz w:val="17"/>
              </w:rPr>
              <w:t>I consent to my child being around large mascots or visiting characters.</w:t>
            </w:r>
          </w:p>
        </w:tc>
        <w:tc>
          <w:tcPr>
            <w:tcW w:w="1800" w:type="dxa"/>
            <w:tcMar>
              <w:top w:w="55" w:type="dxa"/>
              <w:left w:w="70" w:type="dxa"/>
              <w:bottom w:w="55" w:type="dxa"/>
              <w:right w:w="70" w:type="dxa"/>
            </w:tcMar>
            <w:vAlign w:val="center"/>
          </w:tcPr>
          <w:p w14:paraId="0AA15EB7" w14:textId="77777777" w:rsidR="00DC004F" w:rsidRDefault="00DC004F" w:rsidP="00D33E44">
            <w:pPr>
              <w:spacing w:after="0"/>
              <w:jc w:val="center"/>
            </w:pPr>
            <w:r>
              <w:rPr>
                <w:b/>
              </w:rPr>
              <w:t>YES / NO</w:t>
            </w:r>
          </w:p>
        </w:tc>
      </w:tr>
      <w:tr w:rsidR="00DC004F" w14:paraId="0A21FBF8" w14:textId="77777777" w:rsidTr="00D33E44">
        <w:trPr>
          <w:jc w:val="center"/>
        </w:trPr>
        <w:tc>
          <w:tcPr>
            <w:tcW w:w="8928" w:type="dxa"/>
            <w:tcMar>
              <w:top w:w="55" w:type="dxa"/>
              <w:left w:w="70" w:type="dxa"/>
              <w:bottom w:w="55" w:type="dxa"/>
              <w:right w:w="70" w:type="dxa"/>
            </w:tcMar>
            <w:vAlign w:val="center"/>
          </w:tcPr>
          <w:p w14:paraId="0949C742" w14:textId="77777777" w:rsidR="00DC004F" w:rsidRDefault="00DC004F" w:rsidP="00D33E44">
            <w:pPr>
              <w:spacing w:after="0"/>
            </w:pPr>
            <w:r>
              <w:rPr>
                <w:sz w:val="17"/>
              </w:rPr>
              <w:t>I consent to my child resting or sleeping when needed in accordance with their individual care plan.</w:t>
            </w:r>
          </w:p>
        </w:tc>
        <w:tc>
          <w:tcPr>
            <w:tcW w:w="1800" w:type="dxa"/>
            <w:tcMar>
              <w:top w:w="55" w:type="dxa"/>
              <w:left w:w="70" w:type="dxa"/>
              <w:bottom w:w="55" w:type="dxa"/>
              <w:right w:w="70" w:type="dxa"/>
            </w:tcMar>
            <w:vAlign w:val="center"/>
          </w:tcPr>
          <w:p w14:paraId="6E6DECCA" w14:textId="77777777" w:rsidR="00DC004F" w:rsidRDefault="00DC004F" w:rsidP="00D33E44">
            <w:pPr>
              <w:spacing w:after="0"/>
              <w:jc w:val="center"/>
            </w:pPr>
            <w:r>
              <w:rPr>
                <w:b/>
              </w:rPr>
              <w:t>YES / NO</w:t>
            </w:r>
          </w:p>
        </w:tc>
      </w:tr>
      <w:tr w:rsidR="00DC004F" w14:paraId="795AF452" w14:textId="77777777" w:rsidTr="00D33E44">
        <w:trPr>
          <w:jc w:val="center"/>
        </w:trPr>
        <w:tc>
          <w:tcPr>
            <w:tcW w:w="8928" w:type="dxa"/>
            <w:tcMar>
              <w:top w:w="55" w:type="dxa"/>
              <w:left w:w="70" w:type="dxa"/>
              <w:bottom w:w="55" w:type="dxa"/>
              <w:right w:w="70" w:type="dxa"/>
            </w:tcMar>
            <w:vAlign w:val="center"/>
          </w:tcPr>
          <w:p w14:paraId="54CC12DD" w14:textId="77777777" w:rsidR="00DC004F" w:rsidRDefault="00DC004F" w:rsidP="00D33E44">
            <w:pPr>
              <w:spacing w:after="0"/>
            </w:pPr>
            <w:r>
              <w:rPr>
                <w:sz w:val="17"/>
              </w:rPr>
              <w:t>I consent to my child resting or sleeping on appropriate sleep mats or hammocks.</w:t>
            </w:r>
          </w:p>
        </w:tc>
        <w:tc>
          <w:tcPr>
            <w:tcW w:w="1800" w:type="dxa"/>
            <w:tcMar>
              <w:top w:w="55" w:type="dxa"/>
              <w:left w:w="70" w:type="dxa"/>
              <w:bottom w:w="55" w:type="dxa"/>
              <w:right w:w="70" w:type="dxa"/>
            </w:tcMar>
            <w:vAlign w:val="center"/>
          </w:tcPr>
          <w:p w14:paraId="33FC83D9" w14:textId="77777777" w:rsidR="00DC004F" w:rsidRDefault="00DC004F" w:rsidP="00D33E44">
            <w:pPr>
              <w:spacing w:after="0"/>
              <w:jc w:val="center"/>
            </w:pPr>
            <w:r>
              <w:rPr>
                <w:b/>
              </w:rPr>
              <w:t>YES / NO</w:t>
            </w:r>
          </w:p>
        </w:tc>
      </w:tr>
    </w:tbl>
    <w:p w14:paraId="315BDB7C" w14:textId="77777777" w:rsidR="00DC004F" w:rsidRDefault="00DC004F" w:rsidP="00DC004F">
      <w:pPr>
        <w:spacing w:after="20"/>
      </w:pPr>
    </w:p>
    <w:tbl>
      <w:tblPr>
        <w:tblW w:w="0" w:type="auto"/>
        <w:tblLook w:val="04A0" w:firstRow="1" w:lastRow="0" w:firstColumn="1" w:lastColumn="0" w:noHBand="0" w:noVBand="1"/>
      </w:tblPr>
      <w:tblGrid>
        <w:gridCol w:w="10512"/>
      </w:tblGrid>
      <w:tr w:rsidR="00DC004F" w14:paraId="1648C450" w14:textId="77777777" w:rsidTr="00D33E44">
        <w:tc>
          <w:tcPr>
            <w:tcW w:w="10512" w:type="dxa"/>
            <w:shd w:val="clear" w:color="auto" w:fill="5B8A3C"/>
            <w:tcMar>
              <w:top w:w="80" w:type="dxa"/>
              <w:left w:w="100" w:type="dxa"/>
              <w:bottom w:w="80" w:type="dxa"/>
              <w:right w:w="100" w:type="dxa"/>
            </w:tcMar>
          </w:tcPr>
          <w:p w14:paraId="2BFFFAE4" w14:textId="77777777" w:rsidR="00DC004F" w:rsidRDefault="00DC004F" w:rsidP="00D33E44">
            <w:pPr>
              <w:spacing w:after="0"/>
            </w:pPr>
            <w:r>
              <w:rPr>
                <w:b/>
                <w:color w:val="FFFFFF"/>
                <w:sz w:val="20"/>
              </w:rPr>
              <w:t>SECTION 7 | INFORMATION SHARING &amp; PARTNERSHIP WORKING</w:t>
            </w:r>
          </w:p>
        </w:tc>
      </w:tr>
    </w:tbl>
    <w:p w14:paraId="009FEF7B" w14:textId="77777777" w:rsidR="00DC004F" w:rsidRDefault="00DC004F" w:rsidP="00DC004F">
      <w:pPr>
        <w:spacing w:after="20"/>
      </w:pPr>
    </w:p>
    <w:p w14:paraId="12B300ED" w14:textId="77777777" w:rsidR="00DC004F" w:rsidRDefault="00DC004F" w:rsidP="00DC004F">
      <w:r>
        <w:t>Information will be handled in accordance with data protection, confidentiality and safeguarding requirements. Where there is a legal or safeguarding duty to share information, the service may be required to do so without consent.</w:t>
      </w:r>
    </w:p>
    <w:tbl>
      <w:tblPr>
        <w:tblStyle w:val="TableGrid"/>
        <w:tblW w:w="0" w:type="auto"/>
        <w:jc w:val="center"/>
        <w:tblLook w:val="04A0" w:firstRow="1" w:lastRow="0" w:firstColumn="1" w:lastColumn="0" w:noHBand="0" w:noVBand="1"/>
      </w:tblPr>
      <w:tblGrid>
        <w:gridCol w:w="6694"/>
        <w:gridCol w:w="3890"/>
      </w:tblGrid>
      <w:tr w:rsidR="00DC004F" w14:paraId="0785796D" w14:textId="77777777" w:rsidTr="00D33E44">
        <w:trPr>
          <w:jc w:val="center"/>
        </w:trPr>
        <w:tc>
          <w:tcPr>
            <w:tcW w:w="5256" w:type="dxa"/>
            <w:shd w:val="clear" w:color="auto" w:fill="DCEAC4"/>
          </w:tcPr>
          <w:p w14:paraId="78374343" w14:textId="77777777" w:rsidR="00DC004F" w:rsidRDefault="00DC004F" w:rsidP="00D33E44">
            <w:pPr>
              <w:spacing w:after="0"/>
            </w:pPr>
            <w:r>
              <w:rPr>
                <w:b/>
              </w:rPr>
              <w:t>Permission</w:t>
            </w:r>
          </w:p>
        </w:tc>
        <w:tc>
          <w:tcPr>
            <w:tcW w:w="5256" w:type="dxa"/>
            <w:shd w:val="clear" w:color="auto" w:fill="DCEAC4"/>
          </w:tcPr>
          <w:p w14:paraId="7B1C4B66" w14:textId="77777777" w:rsidR="00DC004F" w:rsidRDefault="00DC004F" w:rsidP="00D33E44">
            <w:pPr>
              <w:spacing w:after="0"/>
              <w:jc w:val="center"/>
            </w:pPr>
            <w:r>
              <w:rPr>
                <w:b/>
                <w:sz w:val="16"/>
              </w:rPr>
              <w:t>Delete YES or NO</w:t>
            </w:r>
          </w:p>
        </w:tc>
      </w:tr>
      <w:tr w:rsidR="00DC004F" w14:paraId="15E2D6A3" w14:textId="77777777" w:rsidTr="00D33E44">
        <w:trPr>
          <w:jc w:val="center"/>
        </w:trPr>
        <w:tc>
          <w:tcPr>
            <w:tcW w:w="8928" w:type="dxa"/>
            <w:tcMar>
              <w:top w:w="55" w:type="dxa"/>
              <w:left w:w="70" w:type="dxa"/>
              <w:bottom w:w="55" w:type="dxa"/>
              <w:right w:w="70" w:type="dxa"/>
            </w:tcMar>
            <w:vAlign w:val="center"/>
          </w:tcPr>
          <w:p w14:paraId="268FF755" w14:textId="77777777" w:rsidR="00DC004F" w:rsidRDefault="00DC004F" w:rsidP="00D33E44">
            <w:pPr>
              <w:spacing w:after="0"/>
            </w:pPr>
            <w:r>
              <w:rPr>
                <w:sz w:val="17"/>
              </w:rPr>
              <w:t>I consent to relevant information about my child being discussed with appropriate professionals involved in supporting their wellbeing, learning or development, including Support for All meetings where appropriate.</w:t>
            </w:r>
          </w:p>
        </w:tc>
        <w:tc>
          <w:tcPr>
            <w:tcW w:w="1800" w:type="dxa"/>
            <w:tcMar>
              <w:top w:w="55" w:type="dxa"/>
              <w:left w:w="70" w:type="dxa"/>
              <w:bottom w:w="55" w:type="dxa"/>
              <w:right w:w="70" w:type="dxa"/>
            </w:tcMar>
            <w:vAlign w:val="center"/>
          </w:tcPr>
          <w:p w14:paraId="7C103C36" w14:textId="77777777" w:rsidR="00DC004F" w:rsidRDefault="00DC004F" w:rsidP="00D33E44">
            <w:pPr>
              <w:spacing w:after="0"/>
              <w:jc w:val="center"/>
            </w:pPr>
            <w:r>
              <w:rPr>
                <w:b/>
              </w:rPr>
              <w:t>YES / NO</w:t>
            </w:r>
          </w:p>
        </w:tc>
      </w:tr>
      <w:tr w:rsidR="00DC004F" w14:paraId="4D7D04E8" w14:textId="77777777" w:rsidTr="00D33E44">
        <w:trPr>
          <w:jc w:val="center"/>
        </w:trPr>
        <w:tc>
          <w:tcPr>
            <w:tcW w:w="8928" w:type="dxa"/>
            <w:tcMar>
              <w:top w:w="55" w:type="dxa"/>
              <w:left w:w="70" w:type="dxa"/>
              <w:bottom w:w="55" w:type="dxa"/>
              <w:right w:w="70" w:type="dxa"/>
            </w:tcMar>
            <w:vAlign w:val="center"/>
          </w:tcPr>
          <w:p w14:paraId="3A50D7CC" w14:textId="77777777" w:rsidR="00DC004F" w:rsidRDefault="00DC004F" w:rsidP="00D33E44">
            <w:pPr>
              <w:spacing w:after="0"/>
            </w:pPr>
            <w:r>
              <w:rPr>
                <w:sz w:val="17"/>
              </w:rPr>
              <w:t>I consent to the service requesting and accessing relevant information from my child's previous or other early learning/childcare setting where this supports continuity of care.</w:t>
            </w:r>
          </w:p>
        </w:tc>
        <w:tc>
          <w:tcPr>
            <w:tcW w:w="1800" w:type="dxa"/>
            <w:tcMar>
              <w:top w:w="55" w:type="dxa"/>
              <w:left w:w="70" w:type="dxa"/>
              <w:bottom w:w="55" w:type="dxa"/>
              <w:right w:w="70" w:type="dxa"/>
            </w:tcMar>
            <w:vAlign w:val="center"/>
          </w:tcPr>
          <w:p w14:paraId="4A7389DF" w14:textId="77777777" w:rsidR="00DC004F" w:rsidRDefault="00DC004F" w:rsidP="00D33E44">
            <w:pPr>
              <w:spacing w:after="0"/>
              <w:jc w:val="center"/>
            </w:pPr>
            <w:r>
              <w:rPr>
                <w:b/>
              </w:rPr>
              <w:t>YES / NO</w:t>
            </w:r>
          </w:p>
        </w:tc>
      </w:tr>
      <w:tr w:rsidR="00DC004F" w14:paraId="06520F7B" w14:textId="77777777" w:rsidTr="00D33E44">
        <w:trPr>
          <w:jc w:val="center"/>
        </w:trPr>
        <w:tc>
          <w:tcPr>
            <w:tcW w:w="8928" w:type="dxa"/>
            <w:tcMar>
              <w:top w:w="55" w:type="dxa"/>
              <w:left w:w="70" w:type="dxa"/>
              <w:bottom w:w="55" w:type="dxa"/>
              <w:right w:w="70" w:type="dxa"/>
            </w:tcMar>
            <w:vAlign w:val="center"/>
          </w:tcPr>
          <w:p w14:paraId="50320A67" w14:textId="77777777" w:rsidR="00DC004F" w:rsidRDefault="00DC004F" w:rsidP="00D33E44">
            <w:pPr>
              <w:spacing w:after="0"/>
            </w:pPr>
            <w:r>
              <w:rPr>
                <w:sz w:val="17"/>
              </w:rPr>
              <w:t>I consent to relevant information being shared with my child's future school or receiving setting to support transition.</w:t>
            </w:r>
          </w:p>
        </w:tc>
        <w:tc>
          <w:tcPr>
            <w:tcW w:w="1800" w:type="dxa"/>
            <w:tcMar>
              <w:top w:w="55" w:type="dxa"/>
              <w:left w:w="70" w:type="dxa"/>
              <w:bottom w:w="55" w:type="dxa"/>
              <w:right w:w="70" w:type="dxa"/>
            </w:tcMar>
            <w:vAlign w:val="center"/>
          </w:tcPr>
          <w:p w14:paraId="2AC5EE41" w14:textId="77777777" w:rsidR="00DC004F" w:rsidRDefault="00DC004F" w:rsidP="00D33E44">
            <w:pPr>
              <w:spacing w:after="0"/>
              <w:jc w:val="center"/>
            </w:pPr>
            <w:r>
              <w:rPr>
                <w:b/>
              </w:rPr>
              <w:t>YES / NO</w:t>
            </w:r>
          </w:p>
        </w:tc>
      </w:tr>
      <w:tr w:rsidR="00DC004F" w14:paraId="6FF29456" w14:textId="77777777" w:rsidTr="00D33E44">
        <w:trPr>
          <w:jc w:val="center"/>
        </w:trPr>
        <w:tc>
          <w:tcPr>
            <w:tcW w:w="8928" w:type="dxa"/>
            <w:tcMar>
              <w:top w:w="55" w:type="dxa"/>
              <w:left w:w="70" w:type="dxa"/>
              <w:bottom w:w="55" w:type="dxa"/>
              <w:right w:w="70" w:type="dxa"/>
            </w:tcMar>
            <w:vAlign w:val="center"/>
          </w:tcPr>
          <w:p w14:paraId="15288953" w14:textId="77777777" w:rsidR="00DC004F" w:rsidRDefault="00DC004F" w:rsidP="00D33E44">
            <w:pPr>
              <w:spacing w:after="0"/>
            </w:pPr>
            <w:r>
              <w:rPr>
                <w:sz w:val="17"/>
              </w:rPr>
              <w:t>I consent to the service accessing relevant existing GIRFEC or wellbeing planning information held by my child's school, nursery or partner professionals where appropriate to support their care.</w:t>
            </w:r>
          </w:p>
        </w:tc>
        <w:tc>
          <w:tcPr>
            <w:tcW w:w="1800" w:type="dxa"/>
            <w:tcMar>
              <w:top w:w="55" w:type="dxa"/>
              <w:left w:w="70" w:type="dxa"/>
              <w:bottom w:w="55" w:type="dxa"/>
              <w:right w:w="70" w:type="dxa"/>
            </w:tcMar>
            <w:vAlign w:val="center"/>
          </w:tcPr>
          <w:p w14:paraId="4F28EC00" w14:textId="77777777" w:rsidR="00DC004F" w:rsidRDefault="00DC004F" w:rsidP="00D33E44">
            <w:pPr>
              <w:spacing w:after="0"/>
              <w:jc w:val="center"/>
            </w:pPr>
            <w:r>
              <w:rPr>
                <w:b/>
              </w:rPr>
              <w:t>YES / NO</w:t>
            </w:r>
          </w:p>
        </w:tc>
      </w:tr>
    </w:tbl>
    <w:p w14:paraId="4831AD5D" w14:textId="77777777" w:rsidR="00DC004F" w:rsidRDefault="00DC004F" w:rsidP="00DC004F">
      <w:pPr>
        <w:spacing w:after="20"/>
      </w:pPr>
    </w:p>
    <w:tbl>
      <w:tblPr>
        <w:tblW w:w="0" w:type="auto"/>
        <w:tblLook w:val="04A0" w:firstRow="1" w:lastRow="0" w:firstColumn="1" w:lastColumn="0" w:noHBand="0" w:noVBand="1"/>
      </w:tblPr>
      <w:tblGrid>
        <w:gridCol w:w="10512"/>
      </w:tblGrid>
      <w:tr w:rsidR="00DC004F" w14:paraId="5D3E9C7C" w14:textId="77777777" w:rsidTr="00D33E44">
        <w:tc>
          <w:tcPr>
            <w:tcW w:w="10512" w:type="dxa"/>
            <w:shd w:val="clear" w:color="auto" w:fill="5B8A3C"/>
            <w:tcMar>
              <w:top w:w="80" w:type="dxa"/>
              <w:left w:w="100" w:type="dxa"/>
              <w:bottom w:w="80" w:type="dxa"/>
              <w:right w:w="100" w:type="dxa"/>
            </w:tcMar>
          </w:tcPr>
          <w:p w14:paraId="34D4A805" w14:textId="77777777" w:rsidR="00DC004F" w:rsidRDefault="00DC004F" w:rsidP="00D33E44">
            <w:pPr>
              <w:spacing w:after="0"/>
            </w:pPr>
            <w:r>
              <w:rPr>
                <w:b/>
                <w:color w:val="FFFFFF"/>
                <w:sz w:val="20"/>
              </w:rPr>
              <w:t>SECTION 8 | HEALTH PROGRAMMES</w:t>
            </w:r>
          </w:p>
        </w:tc>
      </w:tr>
    </w:tbl>
    <w:p w14:paraId="460624A0" w14:textId="77777777" w:rsidR="00DC004F" w:rsidRDefault="00DC004F" w:rsidP="00DC004F">
      <w:pPr>
        <w:spacing w:after="20"/>
      </w:pPr>
    </w:p>
    <w:tbl>
      <w:tblPr>
        <w:tblStyle w:val="TableGrid"/>
        <w:tblW w:w="0" w:type="auto"/>
        <w:jc w:val="center"/>
        <w:tblLook w:val="04A0" w:firstRow="1" w:lastRow="0" w:firstColumn="1" w:lastColumn="0" w:noHBand="0" w:noVBand="1"/>
      </w:tblPr>
      <w:tblGrid>
        <w:gridCol w:w="6660"/>
        <w:gridCol w:w="3924"/>
      </w:tblGrid>
      <w:tr w:rsidR="00DC004F" w14:paraId="7326D477" w14:textId="77777777" w:rsidTr="00D33E44">
        <w:trPr>
          <w:jc w:val="center"/>
        </w:trPr>
        <w:tc>
          <w:tcPr>
            <w:tcW w:w="5256" w:type="dxa"/>
            <w:shd w:val="clear" w:color="auto" w:fill="DCEAC4"/>
          </w:tcPr>
          <w:p w14:paraId="74B7F752" w14:textId="77777777" w:rsidR="00DC004F" w:rsidRDefault="00DC004F" w:rsidP="00D33E44">
            <w:pPr>
              <w:spacing w:after="0"/>
            </w:pPr>
            <w:r>
              <w:rPr>
                <w:b/>
              </w:rPr>
              <w:t>Permission</w:t>
            </w:r>
          </w:p>
        </w:tc>
        <w:tc>
          <w:tcPr>
            <w:tcW w:w="5256" w:type="dxa"/>
            <w:shd w:val="clear" w:color="auto" w:fill="DCEAC4"/>
          </w:tcPr>
          <w:p w14:paraId="509805E4" w14:textId="77777777" w:rsidR="00DC004F" w:rsidRDefault="00DC004F" w:rsidP="00D33E44">
            <w:pPr>
              <w:spacing w:after="0"/>
              <w:jc w:val="center"/>
            </w:pPr>
            <w:r>
              <w:rPr>
                <w:b/>
                <w:sz w:val="16"/>
              </w:rPr>
              <w:t>Delete YES or NO</w:t>
            </w:r>
          </w:p>
        </w:tc>
      </w:tr>
      <w:tr w:rsidR="00DC004F" w14:paraId="580EBC70" w14:textId="77777777" w:rsidTr="00D33E44">
        <w:trPr>
          <w:jc w:val="center"/>
        </w:trPr>
        <w:tc>
          <w:tcPr>
            <w:tcW w:w="8928" w:type="dxa"/>
            <w:tcMar>
              <w:top w:w="55" w:type="dxa"/>
              <w:left w:w="70" w:type="dxa"/>
              <w:bottom w:w="55" w:type="dxa"/>
              <w:right w:w="70" w:type="dxa"/>
            </w:tcMar>
            <w:vAlign w:val="center"/>
          </w:tcPr>
          <w:p w14:paraId="33B1D4DD" w14:textId="77777777" w:rsidR="00DC004F" w:rsidRDefault="00DC004F" w:rsidP="00D33E44">
            <w:pPr>
              <w:spacing w:after="0"/>
            </w:pPr>
            <w:r>
              <w:rPr>
                <w:sz w:val="17"/>
              </w:rPr>
              <w:t xml:space="preserve">I consent to my child participating in the NHS </w:t>
            </w:r>
            <w:proofErr w:type="spellStart"/>
            <w:r>
              <w:rPr>
                <w:sz w:val="17"/>
              </w:rPr>
              <w:t>Childsmile</w:t>
            </w:r>
            <w:proofErr w:type="spellEnd"/>
            <w:r>
              <w:rPr>
                <w:sz w:val="17"/>
              </w:rPr>
              <w:t xml:space="preserve"> toothbrushing </w:t>
            </w:r>
            <w:proofErr w:type="spellStart"/>
            <w:r>
              <w:rPr>
                <w:sz w:val="17"/>
              </w:rPr>
              <w:t>programme</w:t>
            </w:r>
            <w:proofErr w:type="spellEnd"/>
            <w:r>
              <w:rPr>
                <w:sz w:val="17"/>
              </w:rPr>
              <w:t xml:space="preserve"> where this is offered within the setting.</w:t>
            </w:r>
          </w:p>
        </w:tc>
        <w:tc>
          <w:tcPr>
            <w:tcW w:w="1800" w:type="dxa"/>
            <w:tcMar>
              <w:top w:w="55" w:type="dxa"/>
              <w:left w:w="70" w:type="dxa"/>
              <w:bottom w:w="55" w:type="dxa"/>
              <w:right w:w="70" w:type="dxa"/>
            </w:tcMar>
            <w:vAlign w:val="center"/>
          </w:tcPr>
          <w:p w14:paraId="483FF109" w14:textId="77777777" w:rsidR="00DC004F" w:rsidRDefault="00DC004F" w:rsidP="00D33E44">
            <w:pPr>
              <w:spacing w:after="0"/>
              <w:jc w:val="center"/>
            </w:pPr>
            <w:r>
              <w:rPr>
                <w:b/>
              </w:rPr>
              <w:t>YES / NO</w:t>
            </w:r>
          </w:p>
        </w:tc>
      </w:tr>
      <w:tr w:rsidR="00DC004F" w14:paraId="1A058237" w14:textId="77777777" w:rsidTr="00D33E44">
        <w:trPr>
          <w:jc w:val="center"/>
        </w:trPr>
        <w:tc>
          <w:tcPr>
            <w:tcW w:w="8928" w:type="dxa"/>
            <w:tcMar>
              <w:top w:w="55" w:type="dxa"/>
              <w:left w:w="70" w:type="dxa"/>
              <w:bottom w:w="55" w:type="dxa"/>
              <w:right w:w="70" w:type="dxa"/>
            </w:tcMar>
            <w:vAlign w:val="center"/>
          </w:tcPr>
          <w:p w14:paraId="485FEA2E" w14:textId="77777777" w:rsidR="00DC004F" w:rsidRDefault="00DC004F" w:rsidP="00D33E44">
            <w:pPr>
              <w:spacing w:after="0"/>
            </w:pPr>
            <w:r>
              <w:rPr>
                <w:sz w:val="17"/>
              </w:rPr>
              <w:t>I consent to my child participating in NHS vision screening where this is offered within the setting.</w:t>
            </w:r>
          </w:p>
        </w:tc>
        <w:tc>
          <w:tcPr>
            <w:tcW w:w="1800" w:type="dxa"/>
            <w:tcMar>
              <w:top w:w="55" w:type="dxa"/>
              <w:left w:w="70" w:type="dxa"/>
              <w:bottom w:w="55" w:type="dxa"/>
              <w:right w:w="70" w:type="dxa"/>
            </w:tcMar>
            <w:vAlign w:val="center"/>
          </w:tcPr>
          <w:p w14:paraId="22A7CA38" w14:textId="77777777" w:rsidR="00DC004F" w:rsidRDefault="00DC004F" w:rsidP="00D33E44">
            <w:pPr>
              <w:spacing w:after="0"/>
              <w:jc w:val="center"/>
            </w:pPr>
            <w:r>
              <w:rPr>
                <w:b/>
              </w:rPr>
              <w:t>YES / NO</w:t>
            </w:r>
          </w:p>
        </w:tc>
      </w:tr>
    </w:tbl>
    <w:p w14:paraId="6061307A" w14:textId="77777777" w:rsidR="00DC004F" w:rsidRDefault="00DC004F" w:rsidP="00DC004F">
      <w:pPr>
        <w:spacing w:after="20"/>
      </w:pPr>
    </w:p>
    <w:tbl>
      <w:tblPr>
        <w:tblW w:w="0" w:type="auto"/>
        <w:tblLook w:val="04A0" w:firstRow="1" w:lastRow="0" w:firstColumn="1" w:lastColumn="0" w:noHBand="0" w:noVBand="1"/>
      </w:tblPr>
      <w:tblGrid>
        <w:gridCol w:w="10512"/>
      </w:tblGrid>
      <w:tr w:rsidR="00DC004F" w14:paraId="50EDC369" w14:textId="77777777" w:rsidTr="00D33E44">
        <w:tc>
          <w:tcPr>
            <w:tcW w:w="10512" w:type="dxa"/>
            <w:shd w:val="clear" w:color="auto" w:fill="5B8A3C"/>
            <w:tcMar>
              <w:top w:w="80" w:type="dxa"/>
              <w:left w:w="100" w:type="dxa"/>
              <w:bottom w:w="80" w:type="dxa"/>
              <w:right w:w="100" w:type="dxa"/>
            </w:tcMar>
          </w:tcPr>
          <w:p w14:paraId="0B8D9084" w14:textId="77777777" w:rsidR="00DC004F" w:rsidRDefault="00DC004F" w:rsidP="00D33E44">
            <w:pPr>
              <w:spacing w:after="0"/>
            </w:pPr>
            <w:r>
              <w:rPr>
                <w:b/>
                <w:color w:val="FFFFFF"/>
                <w:sz w:val="20"/>
              </w:rPr>
              <w:t>SECTION 9 | PARENT/CARER AGREEMENT</w:t>
            </w:r>
          </w:p>
        </w:tc>
      </w:tr>
    </w:tbl>
    <w:p w14:paraId="4C6E7A78" w14:textId="77777777" w:rsidR="00DC004F" w:rsidRDefault="00DC004F" w:rsidP="00DC004F">
      <w:pPr>
        <w:spacing w:after="20"/>
      </w:pPr>
    </w:p>
    <w:p w14:paraId="455D39F1" w14:textId="77777777" w:rsidR="00DC004F" w:rsidRPr="00F50B50" w:rsidRDefault="00DC004F" w:rsidP="00DC004F">
      <w:pPr>
        <w:rPr>
          <w:b/>
          <w:bCs/>
          <w:lang w:val="en-GB"/>
        </w:rPr>
      </w:pPr>
      <w:r w:rsidRPr="00F50B50">
        <w:rPr>
          <w:b/>
          <w:bCs/>
          <w:lang w:val="en-GB"/>
        </w:rPr>
        <w:t>Policies &amp; Procedures</w:t>
      </w:r>
    </w:p>
    <w:p w14:paraId="24849F0E" w14:textId="7D6C4243" w:rsidR="00DC004F" w:rsidRPr="00F50B50" w:rsidRDefault="00DC004F" w:rsidP="00DC004F">
      <w:pPr>
        <w:rPr>
          <w:lang w:val="en-GB"/>
        </w:rPr>
      </w:pPr>
      <w:r w:rsidRPr="00F50B50">
        <w:rPr>
          <w:lang w:val="en-GB"/>
        </w:rPr>
        <w:t xml:space="preserve">I confirm that I have received, or have been provided with access to, </w:t>
      </w:r>
      <w:r w:rsidR="001E7756">
        <w:rPr>
          <w:lang w:val="en-GB"/>
        </w:rPr>
        <w:t>WILD ROOTS FOREST CHILDCARE</w:t>
      </w:r>
      <w:r w:rsidRPr="00F50B50">
        <w:rPr>
          <w:lang w:val="en-GB"/>
        </w:rPr>
        <w:t>’s Parent Handbook and relevant policies and procedures. I understand that policies may be reviewed and updated and that current versions are available from the service on request.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405"/>
        <w:gridCol w:w="81"/>
      </w:tblGrid>
      <w:tr w:rsidR="00DC004F" w:rsidRPr="00F50B50" w14:paraId="76E550F5" w14:textId="77777777" w:rsidTr="00D33E44">
        <w:trPr>
          <w:tblHeader/>
          <w:tblCellSpacing w:w="15" w:type="dxa"/>
        </w:trPr>
        <w:tc>
          <w:tcPr>
            <w:tcW w:w="0" w:type="auto"/>
            <w:vAlign w:val="center"/>
            <w:hideMark/>
          </w:tcPr>
          <w:tbl>
            <w:tblPr>
              <w:tblStyle w:val="TableGrid"/>
              <w:tblW w:w="0" w:type="auto"/>
              <w:jc w:val="center"/>
              <w:tblLook w:val="04A0" w:firstRow="1" w:lastRow="0" w:firstColumn="1" w:lastColumn="0" w:noHBand="0" w:noVBand="1"/>
            </w:tblPr>
            <w:tblGrid>
              <w:gridCol w:w="5874"/>
              <w:gridCol w:w="3446"/>
            </w:tblGrid>
            <w:tr w:rsidR="00DC004F" w14:paraId="2ECEF576" w14:textId="77777777" w:rsidTr="00D33E44">
              <w:trPr>
                <w:jc w:val="center"/>
              </w:trPr>
              <w:tc>
                <w:tcPr>
                  <w:tcW w:w="5874" w:type="dxa"/>
                  <w:shd w:val="clear" w:color="auto" w:fill="DCEAC4"/>
                </w:tcPr>
                <w:p w14:paraId="0ED6A106" w14:textId="77777777" w:rsidR="00DC004F" w:rsidRDefault="00DC004F" w:rsidP="00D33E44">
                  <w:pPr>
                    <w:spacing w:after="0"/>
                  </w:pPr>
                  <w:r>
                    <w:rPr>
                      <w:b/>
                    </w:rPr>
                    <w:lastRenderedPageBreak/>
                    <w:t>Parent/Care Information</w:t>
                  </w:r>
                </w:p>
              </w:tc>
              <w:tc>
                <w:tcPr>
                  <w:tcW w:w="3446" w:type="dxa"/>
                  <w:shd w:val="clear" w:color="auto" w:fill="DCEAC4"/>
                </w:tcPr>
                <w:p w14:paraId="5AEC1ADA" w14:textId="77777777" w:rsidR="00DC004F" w:rsidRPr="00F50B50" w:rsidRDefault="00DC004F" w:rsidP="00D33E44">
                  <w:pPr>
                    <w:spacing w:after="0"/>
                    <w:jc w:val="center"/>
                    <w:rPr>
                      <w:b/>
                      <w:bCs/>
                    </w:rPr>
                  </w:pPr>
                  <w:r w:rsidRPr="00F50B50">
                    <w:rPr>
                      <w:b/>
                      <w:bCs/>
                    </w:rPr>
                    <w:t>INITIAL TO CONFIRM</w:t>
                  </w:r>
                </w:p>
              </w:tc>
            </w:tr>
            <w:tr w:rsidR="00DC004F" w14:paraId="345F8285" w14:textId="77777777" w:rsidTr="00D33E44">
              <w:trPr>
                <w:jc w:val="center"/>
              </w:trPr>
              <w:tc>
                <w:tcPr>
                  <w:tcW w:w="5874" w:type="dxa"/>
                  <w:tcMar>
                    <w:top w:w="55" w:type="dxa"/>
                    <w:left w:w="70" w:type="dxa"/>
                    <w:bottom w:w="55" w:type="dxa"/>
                    <w:right w:w="70" w:type="dxa"/>
                  </w:tcMar>
                  <w:vAlign w:val="center"/>
                </w:tcPr>
                <w:p w14:paraId="54AB88A8" w14:textId="77777777" w:rsidR="00DC004F" w:rsidRDefault="00DC004F" w:rsidP="00D33E44">
                  <w:pPr>
                    <w:spacing w:after="0"/>
                  </w:pPr>
                  <w:r w:rsidRPr="00F50B50">
                    <w:rPr>
                      <w:lang w:val="en-GB"/>
                    </w:rPr>
                    <w:t>I confirm that I have received, or have been provided with access to, the Parent Handbook and the service’s relevant policies and procedures.</w:t>
                  </w:r>
                </w:p>
              </w:tc>
              <w:tc>
                <w:tcPr>
                  <w:tcW w:w="3446" w:type="dxa"/>
                  <w:tcMar>
                    <w:top w:w="55" w:type="dxa"/>
                    <w:left w:w="70" w:type="dxa"/>
                    <w:bottom w:w="55" w:type="dxa"/>
                    <w:right w:w="70" w:type="dxa"/>
                  </w:tcMar>
                  <w:vAlign w:val="center"/>
                </w:tcPr>
                <w:p w14:paraId="53A6783C" w14:textId="77777777" w:rsidR="00DC004F" w:rsidRDefault="00DC004F" w:rsidP="00D33E44">
                  <w:pPr>
                    <w:spacing w:after="0"/>
                    <w:jc w:val="center"/>
                  </w:pPr>
                </w:p>
              </w:tc>
            </w:tr>
            <w:tr w:rsidR="00DC004F" w14:paraId="51B9B4E1" w14:textId="77777777" w:rsidTr="00D33E44">
              <w:trPr>
                <w:trHeight w:val="537"/>
                <w:jc w:val="center"/>
              </w:trPr>
              <w:tc>
                <w:tcPr>
                  <w:tcW w:w="5874" w:type="dxa"/>
                  <w:tcMar>
                    <w:top w:w="55" w:type="dxa"/>
                    <w:left w:w="70" w:type="dxa"/>
                    <w:bottom w:w="55" w:type="dxa"/>
                    <w:right w:w="70" w:type="dxa"/>
                  </w:tcMar>
                  <w:vAlign w:val="center"/>
                </w:tcPr>
                <w:p w14:paraId="4F1EF14C" w14:textId="77777777" w:rsidR="00DC004F" w:rsidRDefault="00DC004F" w:rsidP="00D33E44">
                  <w:pPr>
                    <w:spacing w:after="0"/>
                  </w:pPr>
                  <w:r w:rsidRPr="00F50B50">
                    <w:rPr>
                      <w:lang w:val="en-GB"/>
                    </w:rPr>
                    <w:t>I understand that it is my responsibility to familiarise myself with the policies relevant to my child’s attendance and care.</w:t>
                  </w:r>
                </w:p>
              </w:tc>
              <w:tc>
                <w:tcPr>
                  <w:tcW w:w="3446" w:type="dxa"/>
                  <w:tcMar>
                    <w:top w:w="55" w:type="dxa"/>
                    <w:left w:w="70" w:type="dxa"/>
                    <w:bottom w:w="55" w:type="dxa"/>
                    <w:right w:w="70" w:type="dxa"/>
                  </w:tcMar>
                  <w:vAlign w:val="center"/>
                </w:tcPr>
                <w:p w14:paraId="711BC74C" w14:textId="77777777" w:rsidR="00DC004F" w:rsidRDefault="00DC004F" w:rsidP="00D33E44">
                  <w:pPr>
                    <w:spacing w:after="0"/>
                    <w:jc w:val="center"/>
                  </w:pPr>
                </w:p>
              </w:tc>
            </w:tr>
            <w:tr w:rsidR="00DC004F" w14:paraId="5FF58616" w14:textId="77777777" w:rsidTr="00D33E44">
              <w:trPr>
                <w:trHeight w:val="537"/>
                <w:jc w:val="center"/>
              </w:trPr>
              <w:tc>
                <w:tcPr>
                  <w:tcW w:w="5874" w:type="dxa"/>
                  <w:tcMar>
                    <w:top w:w="55" w:type="dxa"/>
                    <w:left w:w="70" w:type="dxa"/>
                    <w:bottom w:w="55" w:type="dxa"/>
                    <w:right w:w="70" w:type="dxa"/>
                  </w:tcMar>
                  <w:vAlign w:val="center"/>
                </w:tcPr>
                <w:p w14:paraId="5C5D08C2" w14:textId="77777777" w:rsidR="00DC004F" w:rsidRPr="00F50B50" w:rsidRDefault="00DC004F" w:rsidP="00D33E44">
                  <w:pPr>
                    <w:spacing w:after="0"/>
                    <w:rPr>
                      <w:lang w:val="en-GB"/>
                    </w:rPr>
                  </w:pPr>
                  <w:r w:rsidRPr="00F50B50">
                    <w:rPr>
                      <w:lang w:val="en-GB"/>
                    </w:rPr>
                    <w:t>I understand that policies are reviewed and updated when required and that current copies are available from the service.</w:t>
                  </w:r>
                </w:p>
              </w:tc>
              <w:tc>
                <w:tcPr>
                  <w:tcW w:w="3446" w:type="dxa"/>
                  <w:tcMar>
                    <w:top w:w="55" w:type="dxa"/>
                    <w:left w:w="70" w:type="dxa"/>
                    <w:bottom w:w="55" w:type="dxa"/>
                    <w:right w:w="70" w:type="dxa"/>
                  </w:tcMar>
                  <w:vAlign w:val="center"/>
                </w:tcPr>
                <w:p w14:paraId="7825DF54" w14:textId="77777777" w:rsidR="00DC004F" w:rsidRDefault="00DC004F" w:rsidP="00D33E44">
                  <w:pPr>
                    <w:spacing w:after="0"/>
                    <w:jc w:val="center"/>
                    <w:rPr>
                      <w:b/>
                    </w:rPr>
                  </w:pPr>
                </w:p>
              </w:tc>
            </w:tr>
          </w:tbl>
          <w:p w14:paraId="6925DB79" w14:textId="77777777" w:rsidR="00DC004F" w:rsidRPr="00F50B50" w:rsidRDefault="00DC004F" w:rsidP="00D33E44">
            <w:pPr>
              <w:rPr>
                <w:b/>
                <w:bCs/>
                <w:lang w:val="en-GB"/>
              </w:rPr>
            </w:pPr>
          </w:p>
        </w:tc>
        <w:tc>
          <w:tcPr>
            <w:tcW w:w="0" w:type="auto"/>
            <w:vAlign w:val="center"/>
            <w:hideMark/>
          </w:tcPr>
          <w:p w14:paraId="6C6196DB" w14:textId="77777777" w:rsidR="00DC004F" w:rsidRPr="00F50B50" w:rsidRDefault="00DC004F" w:rsidP="00D33E44">
            <w:pPr>
              <w:rPr>
                <w:b/>
                <w:bCs/>
                <w:lang w:val="en-GB"/>
              </w:rPr>
            </w:pPr>
          </w:p>
        </w:tc>
      </w:tr>
    </w:tbl>
    <w:p w14:paraId="565FBB84" w14:textId="77777777" w:rsidR="00DC004F" w:rsidRDefault="00DC004F" w:rsidP="00DC004F"/>
    <w:p w14:paraId="31A9A22D" w14:textId="77777777" w:rsidR="00DC004F" w:rsidRDefault="00DC004F" w:rsidP="00DC004F">
      <w:r>
        <w:t>I confirm that:</w:t>
      </w:r>
    </w:p>
    <w:p w14:paraId="53BF6F6A" w14:textId="77777777" w:rsidR="00DC004F" w:rsidRDefault="00DC004F" w:rsidP="00DC004F">
      <w:pPr>
        <w:spacing w:after="20"/>
        <w:ind w:left="259"/>
      </w:pPr>
      <w:r>
        <w:t>• I will inform the service promptly of changes to my child's personal details, health or dietary needs, emergency contacts, collection arrangements or any other information relevant to their care.</w:t>
      </w:r>
    </w:p>
    <w:p w14:paraId="722211E4" w14:textId="77777777" w:rsidR="00DC004F" w:rsidRDefault="00DC004F" w:rsidP="00DC004F">
      <w:pPr>
        <w:spacing w:after="20"/>
        <w:ind w:left="259"/>
      </w:pPr>
      <w:r>
        <w:t xml:space="preserve">• I understand that I can change or withdraw </w:t>
      </w:r>
      <w:proofErr w:type="gramStart"/>
      <w:r>
        <w:t>an optional</w:t>
      </w:r>
      <w:proofErr w:type="gramEnd"/>
      <w:r>
        <w:t xml:space="preserve"> permission or consent by informing the service in writing.</w:t>
      </w:r>
    </w:p>
    <w:p w14:paraId="2015569C" w14:textId="77777777" w:rsidR="00DC004F" w:rsidRDefault="00DC004F" w:rsidP="00DC004F">
      <w:pPr>
        <w:spacing w:after="20"/>
        <w:ind w:left="259"/>
      </w:pPr>
      <w:r>
        <w:t xml:space="preserve">• I have read and understood the Promoting Positive </w:t>
      </w:r>
      <w:proofErr w:type="spellStart"/>
      <w:r>
        <w:t>Behaviour</w:t>
      </w:r>
      <w:proofErr w:type="spellEnd"/>
      <w:r>
        <w:t xml:space="preserve"> Policy and agree to work in partnership with the service to support my child's wellbeing, relationships and development.</w:t>
      </w:r>
    </w:p>
    <w:p w14:paraId="6DA85F08" w14:textId="77777777" w:rsidR="00DC004F" w:rsidRDefault="00DC004F" w:rsidP="00DC004F">
      <w:pPr>
        <w:spacing w:after="20"/>
        <w:ind w:left="259"/>
      </w:pPr>
      <w:r>
        <w:t>• I understand that by typing my name in the signature field below, this may be treated as my electronic signature when the form is returned electronically.</w:t>
      </w:r>
    </w:p>
    <w:tbl>
      <w:tblPr>
        <w:tblStyle w:val="TableGrid"/>
        <w:tblW w:w="0" w:type="auto"/>
        <w:tblLook w:val="04A0" w:firstRow="1" w:lastRow="0" w:firstColumn="1" w:lastColumn="0" w:noHBand="0" w:noVBand="1"/>
      </w:tblPr>
      <w:tblGrid>
        <w:gridCol w:w="5256"/>
        <w:gridCol w:w="5256"/>
      </w:tblGrid>
      <w:tr w:rsidR="00DC004F" w14:paraId="2F422909" w14:textId="77777777" w:rsidTr="00D33E44">
        <w:tc>
          <w:tcPr>
            <w:tcW w:w="5256" w:type="dxa"/>
            <w:shd w:val="clear" w:color="auto" w:fill="DCEAC4"/>
            <w:tcMar>
              <w:top w:w="70" w:type="dxa"/>
              <w:left w:w="90" w:type="dxa"/>
              <w:bottom w:w="70" w:type="dxa"/>
              <w:right w:w="90" w:type="dxa"/>
            </w:tcMar>
          </w:tcPr>
          <w:p w14:paraId="6F52B73B" w14:textId="77777777" w:rsidR="00DC004F" w:rsidRDefault="00DC004F" w:rsidP="00D33E44">
            <w:pPr>
              <w:spacing w:after="0"/>
            </w:pPr>
            <w:r>
              <w:rPr>
                <w:b/>
              </w:rPr>
              <w:t>Child's Name</w:t>
            </w:r>
          </w:p>
        </w:tc>
        <w:tc>
          <w:tcPr>
            <w:tcW w:w="5256" w:type="dxa"/>
            <w:tcMar>
              <w:top w:w="70" w:type="dxa"/>
              <w:left w:w="90" w:type="dxa"/>
              <w:bottom w:w="70" w:type="dxa"/>
              <w:right w:w="90" w:type="dxa"/>
            </w:tcMar>
          </w:tcPr>
          <w:p w14:paraId="534C400E" w14:textId="77777777" w:rsidR="00DC004F" w:rsidRDefault="00DC004F" w:rsidP="00D33E44"/>
        </w:tc>
      </w:tr>
      <w:tr w:rsidR="00DC004F" w14:paraId="5C3F0776" w14:textId="77777777" w:rsidTr="00D33E44">
        <w:tc>
          <w:tcPr>
            <w:tcW w:w="5256" w:type="dxa"/>
            <w:shd w:val="clear" w:color="auto" w:fill="DCEAC4"/>
            <w:tcMar>
              <w:top w:w="70" w:type="dxa"/>
              <w:left w:w="90" w:type="dxa"/>
              <w:bottom w:w="70" w:type="dxa"/>
              <w:right w:w="90" w:type="dxa"/>
            </w:tcMar>
          </w:tcPr>
          <w:p w14:paraId="182D10D8" w14:textId="77777777" w:rsidR="00DC004F" w:rsidRDefault="00DC004F" w:rsidP="00D33E44">
            <w:pPr>
              <w:spacing w:after="0"/>
            </w:pPr>
            <w:r>
              <w:rPr>
                <w:b/>
              </w:rPr>
              <w:t>Parent/Carer Name</w:t>
            </w:r>
          </w:p>
        </w:tc>
        <w:tc>
          <w:tcPr>
            <w:tcW w:w="5256" w:type="dxa"/>
            <w:tcMar>
              <w:top w:w="70" w:type="dxa"/>
              <w:left w:w="90" w:type="dxa"/>
              <w:bottom w:w="70" w:type="dxa"/>
              <w:right w:w="90" w:type="dxa"/>
            </w:tcMar>
          </w:tcPr>
          <w:p w14:paraId="13EBE864" w14:textId="77777777" w:rsidR="00DC004F" w:rsidRDefault="00DC004F" w:rsidP="00D33E44"/>
        </w:tc>
      </w:tr>
      <w:tr w:rsidR="00DC004F" w14:paraId="6D187D26" w14:textId="77777777" w:rsidTr="00D33E44">
        <w:tc>
          <w:tcPr>
            <w:tcW w:w="5256" w:type="dxa"/>
            <w:shd w:val="clear" w:color="auto" w:fill="DCEAC4"/>
            <w:tcMar>
              <w:top w:w="70" w:type="dxa"/>
              <w:left w:w="90" w:type="dxa"/>
              <w:bottom w:w="70" w:type="dxa"/>
              <w:right w:w="90" w:type="dxa"/>
            </w:tcMar>
          </w:tcPr>
          <w:p w14:paraId="790E307A" w14:textId="77777777" w:rsidR="00DC004F" w:rsidRDefault="00DC004F" w:rsidP="00D33E44">
            <w:pPr>
              <w:spacing w:after="0"/>
            </w:pPr>
            <w:r>
              <w:rPr>
                <w:b/>
              </w:rPr>
              <w:t>Parent/Carer Signature</w:t>
            </w:r>
          </w:p>
        </w:tc>
        <w:tc>
          <w:tcPr>
            <w:tcW w:w="5256" w:type="dxa"/>
            <w:tcMar>
              <w:top w:w="70" w:type="dxa"/>
              <w:left w:w="90" w:type="dxa"/>
              <w:bottom w:w="70" w:type="dxa"/>
              <w:right w:w="90" w:type="dxa"/>
            </w:tcMar>
          </w:tcPr>
          <w:p w14:paraId="3066A6C4" w14:textId="77777777" w:rsidR="00DC004F" w:rsidRDefault="00DC004F" w:rsidP="00D33E44"/>
        </w:tc>
      </w:tr>
      <w:tr w:rsidR="00DC004F" w14:paraId="3FE5DBCB" w14:textId="77777777" w:rsidTr="00D33E44">
        <w:tc>
          <w:tcPr>
            <w:tcW w:w="5256" w:type="dxa"/>
            <w:shd w:val="clear" w:color="auto" w:fill="DCEAC4"/>
            <w:tcMar>
              <w:top w:w="70" w:type="dxa"/>
              <w:left w:w="90" w:type="dxa"/>
              <w:bottom w:w="70" w:type="dxa"/>
              <w:right w:w="90" w:type="dxa"/>
            </w:tcMar>
          </w:tcPr>
          <w:p w14:paraId="5F8613BD" w14:textId="77777777" w:rsidR="00DC004F" w:rsidRDefault="00DC004F" w:rsidP="00D33E44">
            <w:pPr>
              <w:spacing w:after="0"/>
            </w:pPr>
            <w:r>
              <w:rPr>
                <w:b/>
              </w:rPr>
              <w:t>Date Completed</w:t>
            </w:r>
          </w:p>
        </w:tc>
        <w:tc>
          <w:tcPr>
            <w:tcW w:w="5256" w:type="dxa"/>
            <w:tcMar>
              <w:top w:w="70" w:type="dxa"/>
              <w:left w:w="90" w:type="dxa"/>
              <w:bottom w:w="70" w:type="dxa"/>
              <w:right w:w="90" w:type="dxa"/>
            </w:tcMar>
          </w:tcPr>
          <w:p w14:paraId="35B01A18" w14:textId="77777777" w:rsidR="00DC004F" w:rsidRDefault="00DC004F" w:rsidP="00D33E44"/>
        </w:tc>
      </w:tr>
    </w:tbl>
    <w:p w14:paraId="702DC2C0" w14:textId="77777777" w:rsidR="00DC004F" w:rsidRDefault="00DC004F" w:rsidP="00DC004F"/>
    <w:p w14:paraId="1E5A5138" w14:textId="77777777" w:rsidR="00F869ED" w:rsidRPr="00DC004F" w:rsidRDefault="00F869ED" w:rsidP="00DC004F"/>
    <w:sectPr w:rsidR="00F869ED" w:rsidRPr="00DC004F" w:rsidSect="00034616">
      <w:headerReference w:type="default" r:id="rId8"/>
      <w:footerReference w:type="default" r:id="rId9"/>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C2C5A" w14:textId="77777777" w:rsidR="00622B76" w:rsidRDefault="00622B76">
      <w:pPr>
        <w:spacing w:after="0" w:line="240" w:lineRule="auto"/>
      </w:pPr>
      <w:r>
        <w:separator/>
      </w:r>
    </w:p>
  </w:endnote>
  <w:endnote w:type="continuationSeparator" w:id="0">
    <w:p w14:paraId="08EDBAE5" w14:textId="77777777" w:rsidR="00622B76" w:rsidRDefault="00622B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91541" w14:textId="046266E7" w:rsidR="00DC004F" w:rsidRPr="00DC004F" w:rsidRDefault="001E7756" w:rsidP="00DC004F">
    <w:pPr>
      <w:pStyle w:val="Footer"/>
      <w:jc w:val="center"/>
      <w:rPr>
        <w:color w:val="646464"/>
        <w:sz w:val="16"/>
      </w:rPr>
    </w:pPr>
    <w:r>
      <w:rPr>
        <w:color w:val="646464"/>
        <w:sz w:val="16"/>
      </w:rPr>
      <w:t>WILD ROOTS FOREST CHILDCARE</w:t>
    </w:r>
    <w:r w:rsidR="00000000">
      <w:rPr>
        <w:color w:val="646464"/>
        <w:sz w:val="16"/>
      </w:rPr>
      <w:t xml:space="preserve"> | </w:t>
    </w:r>
    <w:r w:rsidR="00DC004F">
      <w:rPr>
        <w:color w:val="646464"/>
        <w:sz w:val="16"/>
      </w:rPr>
      <w:t>Permissions and Consents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82853" w14:textId="77777777" w:rsidR="00622B76" w:rsidRDefault="00622B76">
      <w:pPr>
        <w:spacing w:after="0" w:line="240" w:lineRule="auto"/>
      </w:pPr>
      <w:r>
        <w:separator/>
      </w:r>
    </w:p>
  </w:footnote>
  <w:footnote w:type="continuationSeparator" w:id="0">
    <w:p w14:paraId="2C427F5B" w14:textId="77777777" w:rsidR="00622B76" w:rsidRDefault="00622B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3FD0B" w14:textId="2659EC0A" w:rsidR="0026516C" w:rsidRDefault="0026516C">
    <w:pPr>
      <w:pStyle w:val="Header"/>
    </w:pPr>
    <w:r>
      <w:rPr>
        <w:noProof/>
      </w:rPr>
      <w:drawing>
        <wp:anchor distT="0" distB="0" distL="114300" distR="114300" simplePos="0" relativeHeight="251658240" behindDoc="1" locked="1" layoutInCell="1" allowOverlap="1" wp14:anchorId="62C10895" wp14:editId="645BE499">
          <wp:simplePos x="0" y="0"/>
          <wp:positionH relativeFrom="page">
            <wp:posOffset>14605</wp:posOffset>
          </wp:positionH>
          <wp:positionV relativeFrom="page">
            <wp:posOffset>-284480</wp:posOffset>
          </wp:positionV>
          <wp:extent cx="7848000" cy="11772000"/>
          <wp:effectExtent l="0" t="0" r="635" b="0"/>
          <wp:wrapNone/>
          <wp:docPr id="1776837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837091" name="Picture 1776837091"/>
                  <pic:cNvPicPr/>
                </pic:nvPicPr>
                <pic:blipFill>
                  <a:blip r:embed="rId1"/>
                  <a:stretch>
                    <a:fillRect/>
                  </a:stretch>
                </pic:blipFill>
                <pic:spPr>
                  <a:xfrm>
                    <a:off x="0" y="0"/>
                    <a:ext cx="7848000" cy="1177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4324116">
    <w:abstractNumId w:val="8"/>
  </w:num>
  <w:num w:numId="2" w16cid:durableId="2144614444">
    <w:abstractNumId w:val="6"/>
  </w:num>
  <w:num w:numId="3" w16cid:durableId="2082098841">
    <w:abstractNumId w:val="5"/>
  </w:num>
  <w:num w:numId="4" w16cid:durableId="204030817">
    <w:abstractNumId w:val="4"/>
  </w:num>
  <w:num w:numId="5" w16cid:durableId="1208177548">
    <w:abstractNumId w:val="7"/>
  </w:num>
  <w:num w:numId="6" w16cid:durableId="889458293">
    <w:abstractNumId w:val="3"/>
  </w:num>
  <w:num w:numId="7" w16cid:durableId="69885820">
    <w:abstractNumId w:val="2"/>
  </w:num>
  <w:num w:numId="8" w16cid:durableId="875191580">
    <w:abstractNumId w:val="1"/>
  </w:num>
  <w:num w:numId="9" w16cid:durableId="20336787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E7756"/>
    <w:rsid w:val="0026516C"/>
    <w:rsid w:val="0029639D"/>
    <w:rsid w:val="003013C4"/>
    <w:rsid w:val="00326F90"/>
    <w:rsid w:val="00517EDD"/>
    <w:rsid w:val="00517FE9"/>
    <w:rsid w:val="005214C8"/>
    <w:rsid w:val="00622B76"/>
    <w:rsid w:val="00773191"/>
    <w:rsid w:val="00A853ED"/>
    <w:rsid w:val="00AA1D8D"/>
    <w:rsid w:val="00B47730"/>
    <w:rsid w:val="00C3182D"/>
    <w:rsid w:val="00CB0664"/>
    <w:rsid w:val="00DC004F"/>
    <w:rsid w:val="00EF3735"/>
    <w:rsid w:val="00F869E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85C69C"/>
  <w14:defaultImageDpi w14:val="300"/>
  <w15:docId w15:val="{C91F9CC9-E197-4B58-9801-2BA037C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1369</Words>
  <Characters>7806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9157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Gwen McLaren</cp:lastModifiedBy>
  <cp:revision>3</cp:revision>
  <cp:lastPrinted>2026-08-11T12:03:00Z</cp:lastPrinted>
  <dcterms:created xsi:type="dcterms:W3CDTF">2026-08-11T12:05:00Z</dcterms:created>
  <dcterms:modified xsi:type="dcterms:W3CDTF">2026-08-28T19:18:00Z</dcterms:modified>
  <cp:category/>
</cp:coreProperties>
</file>