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53635" w14:textId="71758FD6" w:rsidR="00B64226" w:rsidRDefault="00A072B3">
      <w:pPr>
        <w:jc w:val="center"/>
      </w:pPr>
      <w:r>
        <w:rPr>
          <w:b/>
          <w:color w:val="5B8A3C"/>
          <w:sz w:val="34"/>
        </w:rPr>
        <w:t>WILD ROOTS FOREST CHILDCARE</w:t>
      </w:r>
    </w:p>
    <w:p w14:paraId="3C7D5816" w14:textId="77777777" w:rsidR="00B64226" w:rsidRDefault="00000000">
      <w:pPr>
        <w:jc w:val="center"/>
      </w:pPr>
      <w:r>
        <w:rPr>
          <w:b/>
          <w:sz w:val="28"/>
        </w:rPr>
        <w:t>CHILD REGISTRATION &amp; WELLBEING FORM</w:t>
      </w:r>
    </w:p>
    <w:p w14:paraId="2FA90CC0" w14:textId="77777777" w:rsidR="00B64226" w:rsidRDefault="00000000">
      <w:r>
        <w:rPr>
          <w:color w:val="666666"/>
          <w:sz w:val="16"/>
        </w:rPr>
        <w:t>Please complete all sections that apply. Where you see YES / NO, delete the option that does not apply so only your chosen response remains.</w:t>
      </w:r>
    </w:p>
    <w:p w14:paraId="035AE38B" w14:textId="77777777" w:rsidR="00B64226" w:rsidRDefault="00000000">
      <w:r>
        <w:rPr>
          <w:color w:val="666666"/>
          <w:sz w:val="16"/>
        </w:rPr>
        <w:t>Electronic signatures: typing your name in a signature field confirms that you are the person named, intend your typed name to act as your electronic signature, have read the associated information, and that the information provided is accurate to the best of your knowledge.</w:t>
      </w:r>
    </w:p>
    <w:p w14:paraId="50D7EB0A" w14:textId="77777777" w:rsidR="00B64226" w:rsidRDefault="00000000">
      <w:r>
        <w:t>This form combines the registration and child wellbeing information needed for After School Care. Detailed medical, allergy, dietary and medication information is recorded separately where applicable.</w:t>
      </w:r>
    </w:p>
    <w:tbl>
      <w:tblPr>
        <w:tblW w:w="0" w:type="auto"/>
        <w:jc w:val="center"/>
        <w:tblLook w:val="04A0" w:firstRow="1" w:lastRow="0" w:firstColumn="1" w:lastColumn="0" w:noHBand="0" w:noVBand="1"/>
      </w:tblPr>
      <w:tblGrid>
        <w:gridCol w:w="10512"/>
      </w:tblGrid>
      <w:tr w:rsidR="00B64226" w14:paraId="4A468C76" w14:textId="77777777">
        <w:trPr>
          <w:jc w:val="center"/>
        </w:trPr>
        <w:tc>
          <w:tcPr>
            <w:tcW w:w="10512" w:type="dxa"/>
            <w:shd w:val="clear" w:color="auto" w:fill="005E00"/>
            <w:vAlign w:val="center"/>
          </w:tcPr>
          <w:p w14:paraId="0660CA89" w14:textId="77777777" w:rsidR="00B64226" w:rsidRDefault="00000000">
            <w:pPr>
              <w:spacing w:after="0"/>
            </w:pPr>
            <w:r>
              <w:rPr>
                <w:b/>
                <w:color w:val="FFFFFF"/>
                <w:sz w:val="20"/>
              </w:rPr>
              <w:t>SECTION 1 | CHILD DETAILS</w:t>
            </w:r>
          </w:p>
        </w:tc>
      </w:tr>
    </w:tbl>
    <w:p w14:paraId="0F876888" w14:textId="77777777" w:rsidR="00B64226" w:rsidRDefault="00B64226">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858"/>
        <w:gridCol w:w="450"/>
        <w:gridCol w:w="408"/>
        <w:gridCol w:w="1716"/>
        <w:gridCol w:w="1716"/>
        <w:gridCol w:w="858"/>
        <w:gridCol w:w="858"/>
        <w:gridCol w:w="1716"/>
      </w:tblGrid>
      <w:tr w:rsidR="00B64226" w14:paraId="0FE2957B" w14:textId="77777777" w:rsidTr="00E151D6">
        <w:trPr>
          <w:jc w:val="center"/>
        </w:trPr>
        <w:tc>
          <w:tcPr>
            <w:tcW w:w="3024" w:type="dxa"/>
            <w:gridSpan w:val="3"/>
            <w:shd w:val="clear" w:color="auto" w:fill="C2D69B"/>
            <w:vAlign w:val="center"/>
          </w:tcPr>
          <w:p w14:paraId="58C1DED4" w14:textId="77777777" w:rsidR="00B64226" w:rsidRDefault="00000000">
            <w:pPr>
              <w:spacing w:after="0"/>
            </w:pPr>
            <w:r>
              <w:rPr>
                <w:b/>
                <w:sz w:val="18"/>
              </w:rPr>
              <w:t>Child's Full Name</w:t>
            </w:r>
          </w:p>
        </w:tc>
        <w:tc>
          <w:tcPr>
            <w:tcW w:w="7272" w:type="dxa"/>
            <w:gridSpan w:val="6"/>
            <w:vAlign w:val="center"/>
          </w:tcPr>
          <w:p w14:paraId="208E586A" w14:textId="77777777" w:rsidR="00B64226" w:rsidRDefault="00B64226">
            <w:pPr>
              <w:spacing w:after="0"/>
            </w:pPr>
          </w:p>
        </w:tc>
      </w:tr>
      <w:tr w:rsidR="00E151D6" w14:paraId="2A7E512E" w14:textId="77777777" w:rsidTr="00E151D6">
        <w:trPr>
          <w:jc w:val="center"/>
        </w:trPr>
        <w:tc>
          <w:tcPr>
            <w:tcW w:w="1716" w:type="dxa"/>
            <w:shd w:val="clear" w:color="auto" w:fill="C2D69B"/>
            <w:vAlign w:val="center"/>
          </w:tcPr>
          <w:p w14:paraId="1597C106" w14:textId="7C77CB13" w:rsidR="00E151D6" w:rsidRDefault="00E151D6">
            <w:pPr>
              <w:spacing w:after="0"/>
            </w:pPr>
            <w:r>
              <w:rPr>
                <w:b/>
                <w:sz w:val="18"/>
              </w:rPr>
              <w:t xml:space="preserve">Date of Birth </w:t>
            </w:r>
          </w:p>
        </w:tc>
        <w:tc>
          <w:tcPr>
            <w:tcW w:w="1716" w:type="dxa"/>
            <w:gridSpan w:val="3"/>
            <w:vAlign w:val="center"/>
          </w:tcPr>
          <w:p w14:paraId="79D4B23B" w14:textId="77777777" w:rsidR="00E151D6" w:rsidRDefault="00E151D6">
            <w:pPr>
              <w:spacing w:after="0"/>
            </w:pPr>
          </w:p>
        </w:tc>
        <w:tc>
          <w:tcPr>
            <w:tcW w:w="1716" w:type="dxa"/>
            <w:shd w:val="clear" w:color="auto" w:fill="C2D69B"/>
            <w:vAlign w:val="center"/>
          </w:tcPr>
          <w:p w14:paraId="6FC68455" w14:textId="576E3D2F" w:rsidR="00E151D6" w:rsidRPr="00E151D6" w:rsidRDefault="00E151D6">
            <w:pPr>
              <w:spacing w:after="0"/>
              <w:rPr>
                <w:b/>
                <w:bCs/>
              </w:rPr>
            </w:pPr>
            <w:r w:rsidRPr="00E151D6">
              <w:rPr>
                <w:b/>
                <w:bCs/>
              </w:rPr>
              <w:t>Age</w:t>
            </w:r>
          </w:p>
        </w:tc>
        <w:tc>
          <w:tcPr>
            <w:tcW w:w="1716" w:type="dxa"/>
            <w:vAlign w:val="center"/>
          </w:tcPr>
          <w:p w14:paraId="2DCF974F" w14:textId="77777777" w:rsidR="00E151D6" w:rsidRDefault="00E151D6">
            <w:pPr>
              <w:spacing w:after="0"/>
            </w:pPr>
          </w:p>
        </w:tc>
        <w:tc>
          <w:tcPr>
            <w:tcW w:w="1716" w:type="dxa"/>
            <w:gridSpan w:val="2"/>
            <w:shd w:val="clear" w:color="auto" w:fill="C2D69B"/>
            <w:vAlign w:val="center"/>
          </w:tcPr>
          <w:p w14:paraId="0FEC70DE" w14:textId="3C33A88E" w:rsidR="00E151D6" w:rsidRPr="00E151D6" w:rsidRDefault="00E151D6">
            <w:pPr>
              <w:spacing w:after="0"/>
              <w:rPr>
                <w:b/>
                <w:bCs/>
              </w:rPr>
            </w:pPr>
            <w:r w:rsidRPr="00E151D6">
              <w:rPr>
                <w:b/>
                <w:bCs/>
              </w:rPr>
              <w:t>Gender</w:t>
            </w:r>
          </w:p>
        </w:tc>
        <w:tc>
          <w:tcPr>
            <w:tcW w:w="1716" w:type="dxa"/>
            <w:vAlign w:val="center"/>
          </w:tcPr>
          <w:p w14:paraId="3B0ADAF2" w14:textId="282103B3" w:rsidR="00E151D6" w:rsidRDefault="00E151D6">
            <w:pPr>
              <w:spacing w:after="0"/>
            </w:pPr>
          </w:p>
        </w:tc>
      </w:tr>
      <w:tr w:rsidR="00B64226" w14:paraId="50C4E507" w14:textId="77777777" w:rsidTr="00E151D6">
        <w:trPr>
          <w:jc w:val="center"/>
        </w:trPr>
        <w:tc>
          <w:tcPr>
            <w:tcW w:w="3024" w:type="dxa"/>
            <w:gridSpan w:val="3"/>
            <w:shd w:val="clear" w:color="auto" w:fill="C2D69B"/>
            <w:vAlign w:val="center"/>
          </w:tcPr>
          <w:p w14:paraId="121A0E47" w14:textId="77777777" w:rsidR="00B64226" w:rsidRDefault="00000000">
            <w:pPr>
              <w:spacing w:after="0"/>
            </w:pPr>
            <w:r>
              <w:rPr>
                <w:b/>
                <w:sz w:val="18"/>
              </w:rPr>
              <w:t>Home Address</w:t>
            </w:r>
          </w:p>
        </w:tc>
        <w:tc>
          <w:tcPr>
            <w:tcW w:w="7272" w:type="dxa"/>
            <w:gridSpan w:val="6"/>
            <w:vAlign w:val="center"/>
          </w:tcPr>
          <w:p w14:paraId="0CA27DE8" w14:textId="77777777" w:rsidR="00B64226" w:rsidRDefault="00B64226">
            <w:pPr>
              <w:spacing w:after="0"/>
            </w:pPr>
          </w:p>
        </w:tc>
      </w:tr>
      <w:tr w:rsidR="00B64226" w14:paraId="4D810AF2" w14:textId="77777777" w:rsidTr="00E151D6">
        <w:trPr>
          <w:jc w:val="center"/>
        </w:trPr>
        <w:tc>
          <w:tcPr>
            <w:tcW w:w="3024" w:type="dxa"/>
            <w:gridSpan w:val="3"/>
            <w:shd w:val="clear" w:color="auto" w:fill="C2D69B"/>
            <w:vAlign w:val="center"/>
          </w:tcPr>
          <w:p w14:paraId="2C931CC7" w14:textId="77777777" w:rsidR="00B64226" w:rsidRDefault="00000000">
            <w:pPr>
              <w:spacing w:after="0"/>
            </w:pPr>
            <w:r>
              <w:rPr>
                <w:b/>
                <w:sz w:val="18"/>
              </w:rPr>
              <w:t>Postcode</w:t>
            </w:r>
          </w:p>
        </w:tc>
        <w:tc>
          <w:tcPr>
            <w:tcW w:w="7272" w:type="dxa"/>
            <w:gridSpan w:val="6"/>
            <w:vAlign w:val="center"/>
          </w:tcPr>
          <w:p w14:paraId="22C3D2F7" w14:textId="77777777" w:rsidR="00B64226" w:rsidRDefault="00B64226">
            <w:pPr>
              <w:spacing w:after="0"/>
            </w:pPr>
          </w:p>
        </w:tc>
      </w:tr>
      <w:tr w:rsidR="00E151D6" w14:paraId="4A1363FF" w14:textId="77777777" w:rsidTr="00E151D6">
        <w:trPr>
          <w:jc w:val="center"/>
        </w:trPr>
        <w:tc>
          <w:tcPr>
            <w:tcW w:w="2574" w:type="dxa"/>
            <w:gridSpan w:val="2"/>
            <w:shd w:val="clear" w:color="auto" w:fill="C2D69B"/>
            <w:vAlign w:val="center"/>
          </w:tcPr>
          <w:p w14:paraId="5775DABF" w14:textId="25E19DB1" w:rsidR="00E151D6" w:rsidRDefault="00E151D6">
            <w:pPr>
              <w:spacing w:after="0"/>
            </w:pPr>
            <w:r>
              <w:rPr>
                <w:b/>
                <w:sz w:val="18"/>
              </w:rPr>
              <w:t xml:space="preserve">School Attended </w:t>
            </w:r>
          </w:p>
        </w:tc>
        <w:tc>
          <w:tcPr>
            <w:tcW w:w="2574" w:type="dxa"/>
            <w:gridSpan w:val="3"/>
            <w:vAlign w:val="center"/>
          </w:tcPr>
          <w:p w14:paraId="5F55B2CB" w14:textId="77777777" w:rsidR="00E151D6" w:rsidRDefault="00E151D6">
            <w:pPr>
              <w:spacing w:after="0"/>
            </w:pPr>
          </w:p>
        </w:tc>
        <w:tc>
          <w:tcPr>
            <w:tcW w:w="2574" w:type="dxa"/>
            <w:gridSpan w:val="2"/>
            <w:shd w:val="clear" w:color="auto" w:fill="C2D69B"/>
            <w:vAlign w:val="center"/>
          </w:tcPr>
          <w:p w14:paraId="75B8F4AD" w14:textId="593A50FD" w:rsidR="00E151D6" w:rsidRPr="00E151D6" w:rsidRDefault="00E151D6">
            <w:pPr>
              <w:spacing w:after="0"/>
              <w:rPr>
                <w:b/>
                <w:bCs/>
              </w:rPr>
            </w:pPr>
            <w:r w:rsidRPr="00E151D6">
              <w:rPr>
                <w:b/>
                <w:bCs/>
              </w:rPr>
              <w:t>Class</w:t>
            </w:r>
          </w:p>
        </w:tc>
        <w:tc>
          <w:tcPr>
            <w:tcW w:w="2574" w:type="dxa"/>
            <w:gridSpan w:val="2"/>
            <w:vAlign w:val="center"/>
          </w:tcPr>
          <w:p w14:paraId="5D4F6646" w14:textId="5295CA11" w:rsidR="00E151D6" w:rsidRDefault="00E151D6">
            <w:pPr>
              <w:spacing w:after="0"/>
            </w:pPr>
          </w:p>
        </w:tc>
      </w:tr>
    </w:tbl>
    <w:tbl>
      <w:tblPr>
        <w:tblW w:w="0" w:type="auto"/>
        <w:jc w:val="center"/>
        <w:tblLook w:val="04A0" w:firstRow="1" w:lastRow="0" w:firstColumn="1" w:lastColumn="0" w:noHBand="0" w:noVBand="1"/>
      </w:tblPr>
      <w:tblGrid>
        <w:gridCol w:w="10512"/>
      </w:tblGrid>
      <w:tr w:rsidR="00B64226" w14:paraId="3ACAF0A0" w14:textId="77777777">
        <w:trPr>
          <w:jc w:val="center"/>
        </w:trPr>
        <w:tc>
          <w:tcPr>
            <w:tcW w:w="10512" w:type="dxa"/>
            <w:shd w:val="clear" w:color="auto" w:fill="005E00"/>
            <w:vAlign w:val="center"/>
          </w:tcPr>
          <w:p w14:paraId="3A5A71C2" w14:textId="77777777" w:rsidR="00B64226" w:rsidRDefault="00000000">
            <w:pPr>
              <w:spacing w:after="0"/>
            </w:pPr>
            <w:r>
              <w:rPr>
                <w:b/>
                <w:color w:val="FFFFFF"/>
                <w:sz w:val="20"/>
              </w:rPr>
              <w:t>SECTION 2 | PARENT / CARER DETAILS</w:t>
            </w:r>
          </w:p>
        </w:tc>
      </w:tr>
    </w:tbl>
    <w:p w14:paraId="167DF91A" w14:textId="4CC4DE4E" w:rsidR="00B64226" w:rsidRDefault="00E151D6">
      <w:pPr>
        <w:spacing w:after="0"/>
      </w:pPr>
      <w:r>
        <w:tab/>
      </w:r>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408"/>
        <w:gridCol w:w="3432"/>
        <w:gridCol w:w="3432"/>
      </w:tblGrid>
      <w:tr w:rsidR="00E151D6" w14:paraId="3417DA06" w14:textId="77777777" w:rsidTr="00E151D6">
        <w:trPr>
          <w:trHeight w:val="252"/>
          <w:jc w:val="center"/>
        </w:trPr>
        <w:tc>
          <w:tcPr>
            <w:tcW w:w="3432" w:type="dxa"/>
            <w:gridSpan w:val="2"/>
            <w:shd w:val="clear" w:color="auto" w:fill="C2D69B"/>
            <w:vAlign w:val="center"/>
          </w:tcPr>
          <w:p w14:paraId="0D27CF7A" w14:textId="5CB0BC93" w:rsidR="00E151D6" w:rsidRDefault="00E151D6">
            <w:pPr>
              <w:spacing w:after="0"/>
            </w:pPr>
          </w:p>
        </w:tc>
        <w:tc>
          <w:tcPr>
            <w:tcW w:w="3432" w:type="dxa"/>
            <w:shd w:val="clear" w:color="auto" w:fill="C2D69B"/>
            <w:vAlign w:val="center"/>
          </w:tcPr>
          <w:p w14:paraId="6A820B96" w14:textId="7FFE176A" w:rsidR="00E151D6" w:rsidRDefault="00E151D6">
            <w:pPr>
              <w:spacing w:after="0"/>
            </w:pPr>
            <w:r>
              <w:rPr>
                <w:b/>
                <w:sz w:val="18"/>
              </w:rPr>
              <w:t>Parent / Carer 1</w:t>
            </w:r>
          </w:p>
        </w:tc>
        <w:tc>
          <w:tcPr>
            <w:tcW w:w="3432" w:type="dxa"/>
            <w:shd w:val="clear" w:color="auto" w:fill="C2D69B"/>
            <w:vAlign w:val="center"/>
          </w:tcPr>
          <w:p w14:paraId="5A1A0AA9" w14:textId="7C54CFB1" w:rsidR="00E151D6" w:rsidRPr="00E151D6" w:rsidRDefault="00E151D6" w:rsidP="003F3DB5">
            <w:pPr>
              <w:spacing w:after="0"/>
              <w:rPr>
                <w:b/>
                <w:bCs/>
              </w:rPr>
            </w:pPr>
            <w:r w:rsidRPr="00E151D6">
              <w:rPr>
                <w:b/>
                <w:bCs/>
                <w:sz w:val="18"/>
              </w:rPr>
              <w:t>Parent / Carer 2</w:t>
            </w:r>
          </w:p>
        </w:tc>
      </w:tr>
      <w:tr w:rsidR="00E151D6" w14:paraId="6873F5D3" w14:textId="77777777" w:rsidTr="00E151D6">
        <w:trPr>
          <w:trHeight w:val="251"/>
          <w:jc w:val="center"/>
        </w:trPr>
        <w:tc>
          <w:tcPr>
            <w:tcW w:w="3432" w:type="dxa"/>
            <w:gridSpan w:val="2"/>
            <w:shd w:val="clear" w:color="auto" w:fill="C2D69B"/>
            <w:vAlign w:val="center"/>
          </w:tcPr>
          <w:p w14:paraId="2FBBACA0" w14:textId="7FA13D24" w:rsidR="00E151D6" w:rsidRDefault="00E151D6">
            <w:pPr>
              <w:spacing w:after="0"/>
              <w:rPr>
                <w:b/>
                <w:sz w:val="18"/>
              </w:rPr>
            </w:pPr>
            <w:r>
              <w:rPr>
                <w:b/>
                <w:sz w:val="18"/>
              </w:rPr>
              <w:t>Name</w:t>
            </w:r>
          </w:p>
        </w:tc>
        <w:tc>
          <w:tcPr>
            <w:tcW w:w="3432" w:type="dxa"/>
            <w:vAlign w:val="center"/>
          </w:tcPr>
          <w:p w14:paraId="4DDA4B51" w14:textId="77777777" w:rsidR="00E151D6" w:rsidRDefault="00E151D6">
            <w:pPr>
              <w:spacing w:after="0"/>
              <w:rPr>
                <w:b/>
                <w:sz w:val="18"/>
              </w:rPr>
            </w:pPr>
          </w:p>
        </w:tc>
        <w:tc>
          <w:tcPr>
            <w:tcW w:w="3432" w:type="dxa"/>
            <w:vAlign w:val="center"/>
          </w:tcPr>
          <w:p w14:paraId="630C4305" w14:textId="19A37B3E" w:rsidR="00E151D6" w:rsidRDefault="00E151D6">
            <w:pPr>
              <w:spacing w:after="0"/>
              <w:rPr>
                <w:b/>
                <w:sz w:val="18"/>
              </w:rPr>
            </w:pPr>
          </w:p>
        </w:tc>
      </w:tr>
      <w:tr w:rsidR="00E151D6" w14:paraId="1239406F" w14:textId="77777777" w:rsidTr="00E151D6">
        <w:trPr>
          <w:trHeight w:val="251"/>
          <w:jc w:val="center"/>
        </w:trPr>
        <w:tc>
          <w:tcPr>
            <w:tcW w:w="3432" w:type="dxa"/>
            <w:gridSpan w:val="2"/>
            <w:shd w:val="clear" w:color="auto" w:fill="C2D69B"/>
            <w:vAlign w:val="center"/>
          </w:tcPr>
          <w:p w14:paraId="225CD3C7" w14:textId="75C7DD59" w:rsidR="00E151D6" w:rsidRDefault="00E151D6">
            <w:pPr>
              <w:spacing w:after="0"/>
              <w:rPr>
                <w:b/>
                <w:sz w:val="18"/>
              </w:rPr>
            </w:pPr>
            <w:r>
              <w:rPr>
                <w:b/>
                <w:sz w:val="18"/>
              </w:rPr>
              <w:t>Relationship to Child</w:t>
            </w:r>
          </w:p>
        </w:tc>
        <w:tc>
          <w:tcPr>
            <w:tcW w:w="3432" w:type="dxa"/>
            <w:vAlign w:val="center"/>
          </w:tcPr>
          <w:p w14:paraId="5E353A8E" w14:textId="77777777" w:rsidR="00E151D6" w:rsidRDefault="00E151D6">
            <w:pPr>
              <w:spacing w:after="0"/>
              <w:rPr>
                <w:b/>
                <w:sz w:val="18"/>
              </w:rPr>
            </w:pPr>
          </w:p>
        </w:tc>
        <w:tc>
          <w:tcPr>
            <w:tcW w:w="3432" w:type="dxa"/>
            <w:vAlign w:val="center"/>
          </w:tcPr>
          <w:p w14:paraId="3B143B71" w14:textId="77777777" w:rsidR="00E151D6" w:rsidRDefault="00E151D6">
            <w:pPr>
              <w:spacing w:after="0"/>
              <w:rPr>
                <w:b/>
                <w:sz w:val="18"/>
              </w:rPr>
            </w:pPr>
          </w:p>
        </w:tc>
      </w:tr>
      <w:tr w:rsidR="00E151D6" w14:paraId="7FDB133B" w14:textId="77777777" w:rsidTr="00E151D6">
        <w:trPr>
          <w:trHeight w:val="251"/>
          <w:jc w:val="center"/>
        </w:trPr>
        <w:tc>
          <w:tcPr>
            <w:tcW w:w="3432" w:type="dxa"/>
            <w:gridSpan w:val="2"/>
            <w:shd w:val="clear" w:color="auto" w:fill="C2D69B"/>
            <w:vAlign w:val="center"/>
          </w:tcPr>
          <w:p w14:paraId="1B53493D" w14:textId="4F8357A4" w:rsidR="00E151D6" w:rsidRDefault="00E151D6">
            <w:pPr>
              <w:spacing w:after="0"/>
              <w:rPr>
                <w:b/>
                <w:sz w:val="18"/>
              </w:rPr>
            </w:pPr>
            <w:r>
              <w:rPr>
                <w:b/>
                <w:sz w:val="18"/>
              </w:rPr>
              <w:t xml:space="preserve">Address &amp; </w:t>
            </w:r>
            <w:proofErr w:type="gramStart"/>
            <w:r>
              <w:rPr>
                <w:b/>
                <w:sz w:val="18"/>
              </w:rPr>
              <w:t>Postcode(</w:t>
            </w:r>
            <w:proofErr w:type="gramEnd"/>
            <w:r>
              <w:rPr>
                <w:b/>
                <w:sz w:val="18"/>
              </w:rPr>
              <w:t>if different from child)</w:t>
            </w:r>
          </w:p>
        </w:tc>
        <w:tc>
          <w:tcPr>
            <w:tcW w:w="3432" w:type="dxa"/>
            <w:vAlign w:val="center"/>
          </w:tcPr>
          <w:p w14:paraId="652D65B3" w14:textId="77777777" w:rsidR="00E151D6" w:rsidRDefault="00E151D6">
            <w:pPr>
              <w:spacing w:after="0"/>
              <w:rPr>
                <w:b/>
                <w:sz w:val="18"/>
              </w:rPr>
            </w:pPr>
          </w:p>
        </w:tc>
        <w:tc>
          <w:tcPr>
            <w:tcW w:w="3432" w:type="dxa"/>
            <w:vAlign w:val="center"/>
          </w:tcPr>
          <w:p w14:paraId="43AA85C8" w14:textId="5006435E" w:rsidR="00E151D6" w:rsidRDefault="00E151D6">
            <w:pPr>
              <w:spacing w:after="0"/>
              <w:rPr>
                <w:b/>
                <w:sz w:val="18"/>
              </w:rPr>
            </w:pPr>
          </w:p>
        </w:tc>
      </w:tr>
      <w:tr w:rsidR="00E151D6" w14:paraId="7F296C63" w14:textId="77777777" w:rsidTr="00E151D6">
        <w:trPr>
          <w:trHeight w:val="251"/>
          <w:jc w:val="center"/>
        </w:trPr>
        <w:tc>
          <w:tcPr>
            <w:tcW w:w="3432" w:type="dxa"/>
            <w:gridSpan w:val="2"/>
            <w:shd w:val="clear" w:color="auto" w:fill="C2D69B"/>
            <w:vAlign w:val="center"/>
          </w:tcPr>
          <w:p w14:paraId="7EF0EF04" w14:textId="04829E19" w:rsidR="00E151D6" w:rsidRDefault="00E151D6">
            <w:pPr>
              <w:spacing w:after="0"/>
              <w:rPr>
                <w:b/>
                <w:sz w:val="18"/>
              </w:rPr>
            </w:pPr>
            <w:r>
              <w:rPr>
                <w:b/>
                <w:sz w:val="18"/>
              </w:rPr>
              <w:t>Telephone</w:t>
            </w:r>
          </w:p>
        </w:tc>
        <w:tc>
          <w:tcPr>
            <w:tcW w:w="3432" w:type="dxa"/>
            <w:vAlign w:val="center"/>
          </w:tcPr>
          <w:p w14:paraId="7C0E6A05" w14:textId="77777777" w:rsidR="00E151D6" w:rsidRDefault="00E151D6">
            <w:pPr>
              <w:spacing w:after="0"/>
              <w:rPr>
                <w:b/>
                <w:sz w:val="18"/>
              </w:rPr>
            </w:pPr>
          </w:p>
        </w:tc>
        <w:tc>
          <w:tcPr>
            <w:tcW w:w="3432" w:type="dxa"/>
            <w:vAlign w:val="center"/>
          </w:tcPr>
          <w:p w14:paraId="127DCCE0" w14:textId="05D2B185" w:rsidR="00E151D6" w:rsidRDefault="00E151D6">
            <w:pPr>
              <w:spacing w:after="0"/>
              <w:rPr>
                <w:b/>
                <w:sz w:val="18"/>
              </w:rPr>
            </w:pPr>
          </w:p>
        </w:tc>
      </w:tr>
      <w:tr w:rsidR="00B64226" w14:paraId="5061FB37" w14:textId="77777777" w:rsidTr="00E151D6">
        <w:trPr>
          <w:jc w:val="center"/>
        </w:trPr>
        <w:tc>
          <w:tcPr>
            <w:tcW w:w="3024" w:type="dxa"/>
            <w:shd w:val="clear" w:color="auto" w:fill="C2D69B"/>
            <w:vAlign w:val="center"/>
          </w:tcPr>
          <w:p w14:paraId="1C1EC7D2" w14:textId="77777777" w:rsidR="00B64226" w:rsidRDefault="00000000">
            <w:pPr>
              <w:spacing w:after="0"/>
            </w:pPr>
            <w:r>
              <w:rPr>
                <w:b/>
                <w:sz w:val="18"/>
              </w:rPr>
              <w:t>Parental Responsibility</w:t>
            </w:r>
          </w:p>
        </w:tc>
        <w:tc>
          <w:tcPr>
            <w:tcW w:w="7272" w:type="dxa"/>
            <w:gridSpan w:val="3"/>
            <w:vAlign w:val="center"/>
          </w:tcPr>
          <w:p w14:paraId="63E48227" w14:textId="0F839858" w:rsidR="00B64226" w:rsidRDefault="00B64226">
            <w:pPr>
              <w:spacing w:after="0"/>
            </w:pPr>
          </w:p>
        </w:tc>
      </w:tr>
      <w:tr w:rsidR="00B64226" w14:paraId="23A200CE" w14:textId="77777777" w:rsidTr="00E151D6">
        <w:trPr>
          <w:jc w:val="center"/>
        </w:trPr>
        <w:tc>
          <w:tcPr>
            <w:tcW w:w="3024" w:type="dxa"/>
            <w:shd w:val="clear" w:color="auto" w:fill="C2D69B"/>
            <w:vAlign w:val="center"/>
          </w:tcPr>
          <w:p w14:paraId="59EF6025" w14:textId="77777777" w:rsidR="00B64226" w:rsidRDefault="00000000">
            <w:pPr>
              <w:spacing w:after="0"/>
            </w:pPr>
            <w:r>
              <w:rPr>
                <w:b/>
                <w:sz w:val="18"/>
              </w:rPr>
              <w:t>Email for Service Communication</w:t>
            </w:r>
          </w:p>
        </w:tc>
        <w:tc>
          <w:tcPr>
            <w:tcW w:w="7272" w:type="dxa"/>
            <w:gridSpan w:val="3"/>
            <w:vAlign w:val="center"/>
          </w:tcPr>
          <w:p w14:paraId="4F484C40" w14:textId="467828EE" w:rsidR="00B64226" w:rsidRDefault="00B64226">
            <w:pPr>
              <w:spacing w:after="0"/>
            </w:pPr>
          </w:p>
        </w:tc>
      </w:tr>
      <w:tr w:rsidR="00B64226" w14:paraId="63A313CB" w14:textId="77777777" w:rsidTr="00E151D6">
        <w:trPr>
          <w:jc w:val="center"/>
        </w:trPr>
        <w:tc>
          <w:tcPr>
            <w:tcW w:w="3024" w:type="dxa"/>
            <w:shd w:val="clear" w:color="auto" w:fill="C2D69B"/>
            <w:vAlign w:val="center"/>
          </w:tcPr>
          <w:p w14:paraId="1905923D" w14:textId="77777777" w:rsidR="00B64226" w:rsidRDefault="00000000">
            <w:pPr>
              <w:spacing w:after="0"/>
            </w:pPr>
            <w:r>
              <w:rPr>
                <w:b/>
                <w:sz w:val="18"/>
              </w:rPr>
              <w:t>Second Email</w:t>
            </w:r>
          </w:p>
        </w:tc>
        <w:tc>
          <w:tcPr>
            <w:tcW w:w="7272" w:type="dxa"/>
            <w:gridSpan w:val="3"/>
            <w:vAlign w:val="center"/>
          </w:tcPr>
          <w:p w14:paraId="05C7F8DE" w14:textId="0AC71ED0" w:rsidR="00B64226" w:rsidRDefault="00B64226">
            <w:pPr>
              <w:spacing w:after="0"/>
            </w:pPr>
          </w:p>
        </w:tc>
      </w:tr>
    </w:tbl>
    <w:tbl>
      <w:tblPr>
        <w:tblW w:w="0" w:type="auto"/>
        <w:jc w:val="center"/>
        <w:tblLook w:val="04A0" w:firstRow="1" w:lastRow="0" w:firstColumn="1" w:lastColumn="0" w:noHBand="0" w:noVBand="1"/>
      </w:tblPr>
      <w:tblGrid>
        <w:gridCol w:w="10512"/>
      </w:tblGrid>
      <w:tr w:rsidR="00B64226" w14:paraId="371E1AA4" w14:textId="77777777">
        <w:trPr>
          <w:jc w:val="center"/>
        </w:trPr>
        <w:tc>
          <w:tcPr>
            <w:tcW w:w="10512" w:type="dxa"/>
            <w:shd w:val="clear" w:color="auto" w:fill="005E00"/>
            <w:vAlign w:val="center"/>
          </w:tcPr>
          <w:p w14:paraId="023B46F7" w14:textId="77777777" w:rsidR="00B64226" w:rsidRDefault="00000000">
            <w:pPr>
              <w:spacing w:after="0"/>
            </w:pPr>
            <w:r>
              <w:rPr>
                <w:b/>
                <w:color w:val="FFFFFF"/>
                <w:sz w:val="20"/>
              </w:rPr>
              <w:t>SECTION 3 | ATTENDANCE &amp; CONTRACT</w:t>
            </w:r>
          </w:p>
        </w:tc>
      </w:tr>
    </w:tbl>
    <w:p w14:paraId="18F0E62A" w14:textId="77777777" w:rsidR="00B64226" w:rsidRDefault="00B64226">
      <w:pPr>
        <w:spacing w:after="0"/>
      </w:pPr>
    </w:p>
    <w:p w14:paraId="6CBAA8E7" w14:textId="77777777" w:rsidR="00B64226" w:rsidRDefault="00000000">
      <w:r>
        <w:t>Please indicate the days and sessions required: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4"/>
        <w:gridCol w:w="2574"/>
        <w:gridCol w:w="2574"/>
        <w:gridCol w:w="2574"/>
      </w:tblGrid>
      <w:tr w:rsidR="00E151D6" w:rsidRPr="00E151D6" w14:paraId="5AD46741" w14:textId="77777777" w:rsidTr="00E151D6">
        <w:trPr>
          <w:trHeight w:val="340"/>
          <w:jc w:val="center"/>
        </w:trPr>
        <w:tc>
          <w:tcPr>
            <w:tcW w:w="2574" w:type="dxa"/>
            <w:shd w:val="clear" w:color="auto" w:fill="C2D69B"/>
            <w:vAlign w:val="center"/>
          </w:tcPr>
          <w:p w14:paraId="654AEEB5" w14:textId="39A20D6C" w:rsidR="00E151D6" w:rsidRPr="00E151D6" w:rsidRDefault="00E151D6">
            <w:pPr>
              <w:spacing w:after="0"/>
              <w:rPr>
                <w:b/>
                <w:bCs/>
              </w:rPr>
            </w:pPr>
          </w:p>
        </w:tc>
        <w:tc>
          <w:tcPr>
            <w:tcW w:w="2574" w:type="dxa"/>
            <w:shd w:val="clear" w:color="auto" w:fill="C2D69B"/>
            <w:vAlign w:val="center"/>
          </w:tcPr>
          <w:p w14:paraId="1A9B164F" w14:textId="3503A8FA" w:rsidR="00E151D6" w:rsidRPr="00E151D6" w:rsidRDefault="00E151D6">
            <w:pPr>
              <w:spacing w:after="0"/>
              <w:rPr>
                <w:b/>
                <w:bCs/>
              </w:rPr>
            </w:pPr>
            <w:r w:rsidRPr="00E151D6">
              <w:rPr>
                <w:b/>
                <w:bCs/>
              </w:rPr>
              <w:t>Breakfast Club</w:t>
            </w:r>
          </w:p>
        </w:tc>
        <w:tc>
          <w:tcPr>
            <w:tcW w:w="2574" w:type="dxa"/>
            <w:shd w:val="clear" w:color="auto" w:fill="C2D69B"/>
            <w:vAlign w:val="center"/>
          </w:tcPr>
          <w:p w14:paraId="1FFACCD6" w14:textId="49F1A545" w:rsidR="00E151D6" w:rsidRPr="00E151D6" w:rsidRDefault="00E151D6">
            <w:pPr>
              <w:spacing w:after="0"/>
              <w:rPr>
                <w:b/>
                <w:bCs/>
              </w:rPr>
            </w:pPr>
            <w:r w:rsidRPr="00E151D6">
              <w:rPr>
                <w:b/>
                <w:bCs/>
              </w:rPr>
              <w:t>Afterschool Care</w:t>
            </w:r>
          </w:p>
        </w:tc>
        <w:tc>
          <w:tcPr>
            <w:tcW w:w="2574" w:type="dxa"/>
            <w:shd w:val="clear" w:color="auto" w:fill="C2D69B"/>
            <w:vAlign w:val="center"/>
          </w:tcPr>
          <w:p w14:paraId="11E35F87" w14:textId="462B5875" w:rsidR="00E151D6" w:rsidRPr="00E151D6" w:rsidRDefault="00E151D6" w:rsidP="00F70F58">
            <w:pPr>
              <w:spacing w:after="0"/>
              <w:rPr>
                <w:b/>
                <w:bCs/>
              </w:rPr>
            </w:pPr>
            <w:r w:rsidRPr="00E151D6">
              <w:rPr>
                <w:b/>
                <w:bCs/>
              </w:rPr>
              <w:t>Full Day Care(holidays)</w:t>
            </w:r>
          </w:p>
        </w:tc>
      </w:tr>
      <w:tr w:rsidR="00E151D6" w14:paraId="70907E6C" w14:textId="77777777" w:rsidTr="00E151D6">
        <w:trPr>
          <w:trHeight w:val="340"/>
          <w:jc w:val="center"/>
        </w:trPr>
        <w:tc>
          <w:tcPr>
            <w:tcW w:w="2574" w:type="dxa"/>
            <w:shd w:val="clear" w:color="auto" w:fill="C2D69B"/>
            <w:vAlign w:val="center"/>
          </w:tcPr>
          <w:p w14:paraId="397B098C" w14:textId="13151198" w:rsidR="00E151D6" w:rsidRDefault="00E151D6">
            <w:pPr>
              <w:spacing w:after="0"/>
              <w:rPr>
                <w:b/>
                <w:sz w:val="18"/>
              </w:rPr>
            </w:pPr>
            <w:r>
              <w:rPr>
                <w:b/>
                <w:sz w:val="18"/>
              </w:rPr>
              <w:t>Monday</w:t>
            </w:r>
          </w:p>
        </w:tc>
        <w:tc>
          <w:tcPr>
            <w:tcW w:w="2574" w:type="dxa"/>
            <w:vAlign w:val="center"/>
          </w:tcPr>
          <w:p w14:paraId="402A22D7" w14:textId="77777777" w:rsidR="00E151D6" w:rsidRDefault="00E151D6">
            <w:pPr>
              <w:spacing w:after="0"/>
              <w:rPr>
                <w:b/>
                <w:sz w:val="18"/>
              </w:rPr>
            </w:pPr>
          </w:p>
        </w:tc>
        <w:tc>
          <w:tcPr>
            <w:tcW w:w="2574" w:type="dxa"/>
            <w:vAlign w:val="center"/>
          </w:tcPr>
          <w:p w14:paraId="2B8769EC" w14:textId="77777777" w:rsidR="00E151D6" w:rsidRDefault="00E151D6">
            <w:pPr>
              <w:spacing w:after="0"/>
              <w:rPr>
                <w:b/>
                <w:sz w:val="18"/>
              </w:rPr>
            </w:pPr>
          </w:p>
        </w:tc>
        <w:tc>
          <w:tcPr>
            <w:tcW w:w="2574" w:type="dxa"/>
            <w:vAlign w:val="center"/>
          </w:tcPr>
          <w:p w14:paraId="1BF71294" w14:textId="169050DE" w:rsidR="00E151D6" w:rsidRDefault="00E151D6">
            <w:pPr>
              <w:spacing w:after="0"/>
              <w:rPr>
                <w:b/>
                <w:sz w:val="18"/>
              </w:rPr>
            </w:pPr>
          </w:p>
        </w:tc>
      </w:tr>
      <w:tr w:rsidR="00E151D6" w14:paraId="56116AB6" w14:textId="77777777" w:rsidTr="00E151D6">
        <w:trPr>
          <w:trHeight w:val="340"/>
          <w:jc w:val="center"/>
        </w:trPr>
        <w:tc>
          <w:tcPr>
            <w:tcW w:w="2574" w:type="dxa"/>
            <w:shd w:val="clear" w:color="auto" w:fill="C2D69B"/>
            <w:vAlign w:val="center"/>
          </w:tcPr>
          <w:p w14:paraId="4AC3E22F" w14:textId="31728DBB" w:rsidR="00E151D6" w:rsidRDefault="00E151D6">
            <w:pPr>
              <w:spacing w:after="0"/>
              <w:rPr>
                <w:b/>
                <w:sz w:val="18"/>
              </w:rPr>
            </w:pPr>
            <w:r>
              <w:rPr>
                <w:b/>
                <w:sz w:val="18"/>
              </w:rPr>
              <w:t>Tuesday</w:t>
            </w:r>
          </w:p>
        </w:tc>
        <w:tc>
          <w:tcPr>
            <w:tcW w:w="2574" w:type="dxa"/>
            <w:vAlign w:val="center"/>
          </w:tcPr>
          <w:p w14:paraId="57C904F2" w14:textId="77777777" w:rsidR="00E151D6" w:rsidRDefault="00E151D6">
            <w:pPr>
              <w:spacing w:after="0"/>
              <w:rPr>
                <w:b/>
                <w:sz w:val="18"/>
              </w:rPr>
            </w:pPr>
          </w:p>
        </w:tc>
        <w:tc>
          <w:tcPr>
            <w:tcW w:w="2574" w:type="dxa"/>
            <w:vAlign w:val="center"/>
          </w:tcPr>
          <w:p w14:paraId="55CF8E3B" w14:textId="77777777" w:rsidR="00E151D6" w:rsidRDefault="00E151D6">
            <w:pPr>
              <w:spacing w:after="0"/>
              <w:rPr>
                <w:b/>
                <w:sz w:val="18"/>
              </w:rPr>
            </w:pPr>
          </w:p>
        </w:tc>
        <w:tc>
          <w:tcPr>
            <w:tcW w:w="2574" w:type="dxa"/>
            <w:vAlign w:val="center"/>
          </w:tcPr>
          <w:p w14:paraId="724EDA16" w14:textId="1142CD1F" w:rsidR="00E151D6" w:rsidRDefault="00E151D6">
            <w:pPr>
              <w:spacing w:after="0"/>
              <w:rPr>
                <w:b/>
                <w:sz w:val="18"/>
              </w:rPr>
            </w:pPr>
          </w:p>
        </w:tc>
      </w:tr>
      <w:tr w:rsidR="00E151D6" w14:paraId="7588E06D" w14:textId="77777777" w:rsidTr="00E151D6">
        <w:trPr>
          <w:trHeight w:val="340"/>
          <w:jc w:val="center"/>
        </w:trPr>
        <w:tc>
          <w:tcPr>
            <w:tcW w:w="2574" w:type="dxa"/>
            <w:shd w:val="clear" w:color="auto" w:fill="C2D69B"/>
            <w:vAlign w:val="center"/>
          </w:tcPr>
          <w:p w14:paraId="28773756" w14:textId="0AA9FF5F" w:rsidR="00E151D6" w:rsidRDefault="00E151D6">
            <w:pPr>
              <w:spacing w:after="0"/>
              <w:rPr>
                <w:b/>
                <w:sz w:val="18"/>
              </w:rPr>
            </w:pPr>
            <w:r>
              <w:rPr>
                <w:b/>
                <w:sz w:val="18"/>
              </w:rPr>
              <w:t>Wednesday</w:t>
            </w:r>
          </w:p>
        </w:tc>
        <w:tc>
          <w:tcPr>
            <w:tcW w:w="2574" w:type="dxa"/>
            <w:vAlign w:val="center"/>
          </w:tcPr>
          <w:p w14:paraId="0092A461" w14:textId="77777777" w:rsidR="00E151D6" w:rsidRDefault="00E151D6">
            <w:pPr>
              <w:spacing w:after="0"/>
              <w:rPr>
                <w:b/>
                <w:sz w:val="18"/>
              </w:rPr>
            </w:pPr>
          </w:p>
        </w:tc>
        <w:tc>
          <w:tcPr>
            <w:tcW w:w="2574" w:type="dxa"/>
            <w:vAlign w:val="center"/>
          </w:tcPr>
          <w:p w14:paraId="14B8D151" w14:textId="77777777" w:rsidR="00E151D6" w:rsidRDefault="00E151D6">
            <w:pPr>
              <w:spacing w:after="0"/>
              <w:rPr>
                <w:b/>
                <w:sz w:val="18"/>
              </w:rPr>
            </w:pPr>
          </w:p>
        </w:tc>
        <w:tc>
          <w:tcPr>
            <w:tcW w:w="2574" w:type="dxa"/>
            <w:vAlign w:val="center"/>
          </w:tcPr>
          <w:p w14:paraId="7537B788" w14:textId="5BE62DC8" w:rsidR="00E151D6" w:rsidRDefault="00E151D6">
            <w:pPr>
              <w:spacing w:after="0"/>
              <w:rPr>
                <w:b/>
                <w:sz w:val="18"/>
              </w:rPr>
            </w:pPr>
          </w:p>
        </w:tc>
      </w:tr>
      <w:tr w:rsidR="00E151D6" w14:paraId="4599C799" w14:textId="77777777" w:rsidTr="00E151D6">
        <w:trPr>
          <w:trHeight w:val="340"/>
          <w:jc w:val="center"/>
        </w:trPr>
        <w:tc>
          <w:tcPr>
            <w:tcW w:w="2574" w:type="dxa"/>
            <w:shd w:val="clear" w:color="auto" w:fill="C2D69B"/>
            <w:vAlign w:val="center"/>
          </w:tcPr>
          <w:p w14:paraId="66F5D538" w14:textId="39C5EA3B" w:rsidR="00E151D6" w:rsidRDefault="00E151D6">
            <w:pPr>
              <w:spacing w:after="0"/>
              <w:rPr>
                <w:b/>
                <w:sz w:val="18"/>
              </w:rPr>
            </w:pPr>
            <w:r>
              <w:rPr>
                <w:b/>
                <w:sz w:val="18"/>
              </w:rPr>
              <w:t>Thursday</w:t>
            </w:r>
          </w:p>
        </w:tc>
        <w:tc>
          <w:tcPr>
            <w:tcW w:w="2574" w:type="dxa"/>
            <w:vAlign w:val="center"/>
          </w:tcPr>
          <w:p w14:paraId="0001A8C7" w14:textId="77777777" w:rsidR="00E151D6" w:rsidRDefault="00E151D6">
            <w:pPr>
              <w:spacing w:after="0"/>
              <w:rPr>
                <w:b/>
                <w:sz w:val="18"/>
              </w:rPr>
            </w:pPr>
          </w:p>
        </w:tc>
        <w:tc>
          <w:tcPr>
            <w:tcW w:w="2574" w:type="dxa"/>
            <w:vAlign w:val="center"/>
          </w:tcPr>
          <w:p w14:paraId="5AB48F31" w14:textId="77777777" w:rsidR="00E151D6" w:rsidRDefault="00E151D6">
            <w:pPr>
              <w:spacing w:after="0"/>
              <w:rPr>
                <w:b/>
                <w:sz w:val="18"/>
              </w:rPr>
            </w:pPr>
          </w:p>
        </w:tc>
        <w:tc>
          <w:tcPr>
            <w:tcW w:w="2574" w:type="dxa"/>
            <w:vAlign w:val="center"/>
          </w:tcPr>
          <w:p w14:paraId="1F16B7E6" w14:textId="38105E13" w:rsidR="00E151D6" w:rsidRDefault="00E151D6">
            <w:pPr>
              <w:spacing w:after="0"/>
              <w:rPr>
                <w:b/>
                <w:sz w:val="18"/>
              </w:rPr>
            </w:pPr>
          </w:p>
        </w:tc>
      </w:tr>
      <w:tr w:rsidR="00E151D6" w14:paraId="329A74EF" w14:textId="77777777" w:rsidTr="00E151D6">
        <w:trPr>
          <w:trHeight w:val="340"/>
          <w:jc w:val="center"/>
        </w:trPr>
        <w:tc>
          <w:tcPr>
            <w:tcW w:w="2574" w:type="dxa"/>
            <w:shd w:val="clear" w:color="auto" w:fill="C2D69B"/>
            <w:vAlign w:val="center"/>
          </w:tcPr>
          <w:p w14:paraId="75F0F5B7" w14:textId="01FB74F2" w:rsidR="00E151D6" w:rsidRDefault="00E151D6">
            <w:pPr>
              <w:spacing w:after="0"/>
              <w:rPr>
                <w:b/>
                <w:sz w:val="18"/>
              </w:rPr>
            </w:pPr>
            <w:r>
              <w:rPr>
                <w:b/>
                <w:sz w:val="18"/>
              </w:rPr>
              <w:t>Friday</w:t>
            </w:r>
          </w:p>
        </w:tc>
        <w:tc>
          <w:tcPr>
            <w:tcW w:w="2574" w:type="dxa"/>
            <w:vAlign w:val="center"/>
          </w:tcPr>
          <w:p w14:paraId="380F68E3" w14:textId="77777777" w:rsidR="00E151D6" w:rsidRDefault="00E151D6">
            <w:pPr>
              <w:spacing w:after="0"/>
              <w:rPr>
                <w:b/>
                <w:sz w:val="18"/>
              </w:rPr>
            </w:pPr>
          </w:p>
        </w:tc>
        <w:tc>
          <w:tcPr>
            <w:tcW w:w="2574" w:type="dxa"/>
            <w:vAlign w:val="center"/>
          </w:tcPr>
          <w:p w14:paraId="4237AC99" w14:textId="77777777" w:rsidR="00E151D6" w:rsidRDefault="00E151D6">
            <w:pPr>
              <w:spacing w:after="0"/>
              <w:rPr>
                <w:b/>
                <w:sz w:val="18"/>
              </w:rPr>
            </w:pPr>
          </w:p>
        </w:tc>
        <w:tc>
          <w:tcPr>
            <w:tcW w:w="2574" w:type="dxa"/>
            <w:vAlign w:val="center"/>
          </w:tcPr>
          <w:p w14:paraId="6CE54524" w14:textId="77777777" w:rsidR="00E151D6" w:rsidRDefault="00E151D6">
            <w:pPr>
              <w:spacing w:after="0"/>
              <w:rPr>
                <w:b/>
                <w:sz w:val="18"/>
              </w:rPr>
            </w:pPr>
          </w:p>
        </w:tc>
      </w:tr>
      <w:tr w:rsidR="00E151D6" w14:paraId="6E3D202B" w14:textId="77777777" w:rsidTr="00E151D6">
        <w:trPr>
          <w:trHeight w:val="340"/>
          <w:jc w:val="center"/>
        </w:trPr>
        <w:tc>
          <w:tcPr>
            <w:tcW w:w="2574" w:type="dxa"/>
            <w:shd w:val="clear" w:color="auto" w:fill="C2D69B"/>
            <w:vAlign w:val="center"/>
          </w:tcPr>
          <w:p w14:paraId="5D96EC16" w14:textId="54BC217D" w:rsidR="00E151D6" w:rsidRDefault="00E151D6">
            <w:pPr>
              <w:spacing w:after="0"/>
              <w:rPr>
                <w:b/>
                <w:sz w:val="18"/>
              </w:rPr>
            </w:pPr>
            <w:r>
              <w:rPr>
                <w:b/>
                <w:sz w:val="18"/>
              </w:rPr>
              <w:t>Requested Start Date</w:t>
            </w:r>
          </w:p>
        </w:tc>
        <w:tc>
          <w:tcPr>
            <w:tcW w:w="7722" w:type="dxa"/>
            <w:gridSpan w:val="3"/>
            <w:vAlign w:val="center"/>
          </w:tcPr>
          <w:p w14:paraId="378B18A4" w14:textId="6791C09B" w:rsidR="00E151D6" w:rsidRDefault="00E151D6">
            <w:pPr>
              <w:spacing w:after="0"/>
              <w:rPr>
                <w:b/>
                <w:sz w:val="18"/>
              </w:rPr>
            </w:pPr>
          </w:p>
        </w:tc>
      </w:tr>
    </w:tbl>
    <w:p w14:paraId="56897DB2" w14:textId="674F1EAA" w:rsidR="00B64226" w:rsidRDefault="00000000">
      <w:r>
        <w:rPr>
          <w:color w:val="666666"/>
          <w:sz w:val="16"/>
        </w:rPr>
        <w:t>There is a minimum of two sessions per week for After School Care</w:t>
      </w:r>
      <w:r w:rsidR="00E151D6">
        <w:rPr>
          <w:color w:val="666666"/>
          <w:sz w:val="16"/>
        </w:rPr>
        <w:t xml:space="preserve">. </w:t>
      </w:r>
      <w:r>
        <w:rPr>
          <w:color w:val="666666"/>
          <w:sz w:val="16"/>
        </w:rPr>
        <w:t>This does not apply to full day care. Four weeks' notice is required for changes to agreed attendance days</w:t>
      </w:r>
      <w:r w:rsidR="00E151D6">
        <w:rPr>
          <w:color w:val="666666"/>
          <w:sz w:val="16"/>
        </w:rPr>
        <w:t>, this includes cancellation of a place</w:t>
      </w:r>
      <w:r>
        <w:rPr>
          <w:color w:val="666666"/>
          <w:sz w:val="16"/>
        </w:rPr>
        <w:t xml:space="preserve">. If accepted, this form forms the basis of the After School Care contract. A </w:t>
      </w:r>
      <w:r w:rsidR="00E151D6">
        <w:rPr>
          <w:color w:val="666666"/>
          <w:sz w:val="16"/>
        </w:rPr>
        <w:t>child</w:t>
      </w:r>
      <w:r>
        <w:rPr>
          <w:color w:val="666666"/>
          <w:sz w:val="16"/>
        </w:rPr>
        <w:t xml:space="preserve"> taster will be provided before starting for After School Care</w:t>
      </w:r>
      <w:r w:rsidR="00E151D6">
        <w:rPr>
          <w:color w:val="666666"/>
          <w:sz w:val="16"/>
        </w:rPr>
        <w:t>.</w:t>
      </w:r>
    </w:p>
    <w:tbl>
      <w:tblPr>
        <w:tblW w:w="0" w:type="auto"/>
        <w:jc w:val="center"/>
        <w:tblLook w:val="04A0" w:firstRow="1" w:lastRow="0" w:firstColumn="1" w:lastColumn="0" w:noHBand="0" w:noVBand="1"/>
      </w:tblPr>
      <w:tblGrid>
        <w:gridCol w:w="10512"/>
      </w:tblGrid>
      <w:tr w:rsidR="00B64226" w14:paraId="0C3A3DF0" w14:textId="77777777">
        <w:trPr>
          <w:jc w:val="center"/>
        </w:trPr>
        <w:tc>
          <w:tcPr>
            <w:tcW w:w="10512" w:type="dxa"/>
            <w:shd w:val="clear" w:color="auto" w:fill="005E00"/>
            <w:vAlign w:val="center"/>
          </w:tcPr>
          <w:p w14:paraId="73A7ECF4" w14:textId="77777777" w:rsidR="00B64226" w:rsidRDefault="00000000">
            <w:pPr>
              <w:spacing w:after="0"/>
            </w:pPr>
            <w:r>
              <w:rPr>
                <w:b/>
                <w:color w:val="FFFFFF"/>
                <w:sz w:val="20"/>
              </w:rPr>
              <w:t>SECTION 4 | COLLECTION ARRANGEMENTS</w:t>
            </w:r>
          </w:p>
        </w:tc>
      </w:tr>
    </w:tbl>
    <w:p w14:paraId="3166C5E1" w14:textId="77777777" w:rsidR="00B64226" w:rsidRDefault="00B64226">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7272"/>
      </w:tblGrid>
      <w:tr w:rsidR="00B64226" w14:paraId="30D0889D" w14:textId="77777777" w:rsidTr="00E151D6">
        <w:trPr>
          <w:jc w:val="center"/>
        </w:trPr>
        <w:tc>
          <w:tcPr>
            <w:tcW w:w="3024" w:type="dxa"/>
            <w:shd w:val="clear" w:color="auto" w:fill="C2D69B"/>
            <w:vAlign w:val="center"/>
          </w:tcPr>
          <w:p w14:paraId="4EC20A3A" w14:textId="77777777" w:rsidR="00B64226" w:rsidRDefault="00000000">
            <w:pPr>
              <w:spacing w:after="0"/>
            </w:pPr>
            <w:r>
              <w:rPr>
                <w:b/>
                <w:sz w:val="18"/>
              </w:rPr>
              <w:t>Collection Password</w:t>
            </w:r>
          </w:p>
        </w:tc>
        <w:tc>
          <w:tcPr>
            <w:tcW w:w="7272" w:type="dxa"/>
            <w:vAlign w:val="center"/>
          </w:tcPr>
          <w:p w14:paraId="050F2379" w14:textId="1929FB43" w:rsidR="00B64226" w:rsidRDefault="00B64226">
            <w:pPr>
              <w:spacing w:after="0"/>
            </w:pPr>
          </w:p>
        </w:tc>
      </w:tr>
      <w:tr w:rsidR="00121FDB" w14:paraId="033FB76E" w14:textId="77777777" w:rsidTr="00CD0470">
        <w:trPr>
          <w:jc w:val="center"/>
        </w:trPr>
        <w:tc>
          <w:tcPr>
            <w:tcW w:w="3024" w:type="dxa"/>
            <w:shd w:val="clear" w:color="auto" w:fill="C2D69B"/>
            <w:vAlign w:val="center"/>
          </w:tcPr>
          <w:p w14:paraId="4B15B697" w14:textId="1130E982" w:rsidR="00121FDB" w:rsidRDefault="00121FDB">
            <w:pPr>
              <w:spacing w:after="0"/>
            </w:pPr>
            <w:r>
              <w:rPr>
                <w:b/>
                <w:sz w:val="18"/>
              </w:rPr>
              <w:t>Will you be collecting your child?</w:t>
            </w:r>
          </w:p>
        </w:tc>
        <w:tc>
          <w:tcPr>
            <w:tcW w:w="7272" w:type="dxa"/>
            <w:vAlign w:val="center"/>
          </w:tcPr>
          <w:p w14:paraId="1B0AAA9B" w14:textId="7A737CBE" w:rsidR="00121FDB" w:rsidRDefault="00121FDB" w:rsidP="00121FDB">
            <w:pPr>
              <w:spacing w:after="0"/>
            </w:pPr>
            <w:r>
              <w:t>YES / NO</w:t>
            </w:r>
          </w:p>
        </w:tc>
      </w:tr>
      <w:tr w:rsidR="00B64226" w14:paraId="46D3BE36" w14:textId="77777777" w:rsidTr="00E151D6">
        <w:trPr>
          <w:jc w:val="center"/>
        </w:trPr>
        <w:tc>
          <w:tcPr>
            <w:tcW w:w="3024" w:type="dxa"/>
            <w:shd w:val="clear" w:color="auto" w:fill="C2D69B"/>
            <w:vAlign w:val="center"/>
          </w:tcPr>
          <w:p w14:paraId="3E6CB680" w14:textId="77777777" w:rsidR="00B64226" w:rsidRDefault="00000000">
            <w:pPr>
              <w:spacing w:after="0"/>
            </w:pPr>
            <w:r>
              <w:rPr>
                <w:b/>
                <w:sz w:val="18"/>
              </w:rPr>
              <w:t>Authorised Collector 1</w:t>
            </w:r>
          </w:p>
        </w:tc>
        <w:tc>
          <w:tcPr>
            <w:tcW w:w="7272" w:type="dxa"/>
            <w:vAlign w:val="center"/>
          </w:tcPr>
          <w:p w14:paraId="59824083" w14:textId="09BDC49A" w:rsidR="00E151D6" w:rsidRDefault="00000000" w:rsidP="00E151D6">
            <w:pPr>
              <w:spacing w:after="0"/>
              <w:rPr>
                <w:sz w:val="18"/>
              </w:rPr>
            </w:pPr>
            <w:r>
              <w:rPr>
                <w:sz w:val="18"/>
              </w:rPr>
              <w:t xml:space="preserve">Name </w:t>
            </w:r>
            <w:r w:rsidR="00E151D6">
              <w:rPr>
                <w:sz w:val="18"/>
              </w:rPr>
              <w:t>&amp;</w:t>
            </w:r>
            <w:r>
              <w:rPr>
                <w:sz w:val="18"/>
              </w:rPr>
              <w:t xml:space="preserve"> </w:t>
            </w:r>
            <w:r w:rsidR="00E151D6">
              <w:rPr>
                <w:sz w:val="18"/>
              </w:rPr>
              <w:t>R</w:t>
            </w:r>
            <w:r>
              <w:rPr>
                <w:sz w:val="18"/>
              </w:rPr>
              <w:t>elationshi</w:t>
            </w:r>
            <w:r w:rsidR="00E151D6">
              <w:rPr>
                <w:sz w:val="18"/>
              </w:rPr>
              <w:t>p:</w:t>
            </w:r>
          </w:p>
          <w:p w14:paraId="6BA2278A" w14:textId="616E24AF" w:rsidR="00B64226" w:rsidRDefault="00E151D6" w:rsidP="00E151D6">
            <w:pPr>
              <w:spacing w:after="0"/>
            </w:pPr>
            <w:r>
              <w:rPr>
                <w:sz w:val="18"/>
              </w:rPr>
              <w:t xml:space="preserve">Telephone: </w:t>
            </w:r>
          </w:p>
        </w:tc>
      </w:tr>
      <w:tr w:rsidR="00B64226" w14:paraId="285AAAC5" w14:textId="77777777" w:rsidTr="00E151D6">
        <w:trPr>
          <w:jc w:val="center"/>
        </w:trPr>
        <w:tc>
          <w:tcPr>
            <w:tcW w:w="3024" w:type="dxa"/>
            <w:shd w:val="clear" w:color="auto" w:fill="C2D69B"/>
            <w:vAlign w:val="center"/>
          </w:tcPr>
          <w:p w14:paraId="4434F8CE" w14:textId="77777777" w:rsidR="00B64226" w:rsidRDefault="00000000">
            <w:pPr>
              <w:spacing w:after="0"/>
            </w:pPr>
            <w:r>
              <w:rPr>
                <w:b/>
                <w:sz w:val="18"/>
              </w:rPr>
              <w:t>Authorised Collector 2</w:t>
            </w:r>
          </w:p>
        </w:tc>
        <w:tc>
          <w:tcPr>
            <w:tcW w:w="7272" w:type="dxa"/>
            <w:vAlign w:val="center"/>
          </w:tcPr>
          <w:p w14:paraId="4796B88B" w14:textId="77777777" w:rsidR="00E151D6" w:rsidRDefault="00E151D6" w:rsidP="00E151D6">
            <w:pPr>
              <w:spacing w:after="0"/>
              <w:rPr>
                <w:sz w:val="18"/>
              </w:rPr>
            </w:pPr>
            <w:r>
              <w:rPr>
                <w:sz w:val="18"/>
              </w:rPr>
              <w:t>Name &amp; Relationship:</w:t>
            </w:r>
          </w:p>
          <w:p w14:paraId="3F39D2D9" w14:textId="7C328BBA" w:rsidR="00B64226" w:rsidRDefault="00E151D6" w:rsidP="00E151D6">
            <w:pPr>
              <w:spacing w:after="0"/>
            </w:pPr>
            <w:r>
              <w:rPr>
                <w:sz w:val="18"/>
              </w:rPr>
              <w:t>Telephone:</w:t>
            </w:r>
          </w:p>
        </w:tc>
      </w:tr>
      <w:tr w:rsidR="00B64226" w14:paraId="65D5ACA3" w14:textId="77777777" w:rsidTr="00E151D6">
        <w:trPr>
          <w:jc w:val="center"/>
        </w:trPr>
        <w:tc>
          <w:tcPr>
            <w:tcW w:w="3024" w:type="dxa"/>
            <w:shd w:val="clear" w:color="auto" w:fill="C2D69B"/>
            <w:vAlign w:val="center"/>
          </w:tcPr>
          <w:p w14:paraId="39561C89" w14:textId="77777777" w:rsidR="00B64226" w:rsidRDefault="00000000">
            <w:pPr>
              <w:spacing w:after="0"/>
            </w:pPr>
            <w:r>
              <w:rPr>
                <w:b/>
                <w:sz w:val="18"/>
              </w:rPr>
              <w:t>Authorised Collector 3</w:t>
            </w:r>
          </w:p>
        </w:tc>
        <w:tc>
          <w:tcPr>
            <w:tcW w:w="7272" w:type="dxa"/>
            <w:vAlign w:val="center"/>
          </w:tcPr>
          <w:p w14:paraId="12A54CAE" w14:textId="77777777" w:rsidR="00E151D6" w:rsidRDefault="00E151D6" w:rsidP="00E151D6">
            <w:pPr>
              <w:spacing w:after="0"/>
              <w:rPr>
                <w:sz w:val="18"/>
              </w:rPr>
            </w:pPr>
            <w:r>
              <w:rPr>
                <w:sz w:val="18"/>
              </w:rPr>
              <w:t>Name &amp; Relationship:</w:t>
            </w:r>
          </w:p>
          <w:p w14:paraId="37918CDC" w14:textId="6A7B599E" w:rsidR="00B64226" w:rsidRDefault="00E151D6" w:rsidP="00E151D6">
            <w:pPr>
              <w:spacing w:after="0"/>
            </w:pPr>
            <w:r>
              <w:rPr>
                <w:sz w:val="18"/>
              </w:rPr>
              <w:lastRenderedPageBreak/>
              <w:t>Telephone:</w:t>
            </w:r>
          </w:p>
        </w:tc>
      </w:tr>
    </w:tbl>
    <w:p w14:paraId="514CC573" w14:textId="77777777" w:rsidR="00B64226" w:rsidRDefault="00000000">
      <w:r>
        <w:lastRenderedPageBreak/>
        <w:t>Legal arrangements or any other collection information:</w:t>
      </w:r>
    </w:p>
    <w:p w14:paraId="093FBD9F" w14:textId="77777777" w:rsidR="00B64226" w:rsidRDefault="00000000">
      <w:r>
        <w:t>________________________________________________________________________________</w:t>
      </w:r>
    </w:p>
    <w:tbl>
      <w:tblPr>
        <w:tblW w:w="0" w:type="auto"/>
        <w:jc w:val="center"/>
        <w:tblLook w:val="04A0" w:firstRow="1" w:lastRow="0" w:firstColumn="1" w:lastColumn="0" w:noHBand="0" w:noVBand="1"/>
      </w:tblPr>
      <w:tblGrid>
        <w:gridCol w:w="10512"/>
      </w:tblGrid>
      <w:tr w:rsidR="00B64226" w14:paraId="3B24015D" w14:textId="77777777">
        <w:trPr>
          <w:jc w:val="center"/>
        </w:trPr>
        <w:tc>
          <w:tcPr>
            <w:tcW w:w="10512" w:type="dxa"/>
            <w:shd w:val="clear" w:color="auto" w:fill="005E00"/>
            <w:vAlign w:val="center"/>
          </w:tcPr>
          <w:p w14:paraId="6D5A455D" w14:textId="5F6542F3" w:rsidR="00B64226" w:rsidRDefault="00000000">
            <w:pPr>
              <w:spacing w:after="0"/>
            </w:pPr>
            <w:r>
              <w:rPr>
                <w:b/>
                <w:color w:val="FFFFFF"/>
                <w:sz w:val="20"/>
              </w:rPr>
              <w:t>SECTION 5 | EMERGENCY CONTACT</w:t>
            </w:r>
          </w:p>
        </w:tc>
      </w:tr>
    </w:tbl>
    <w:p w14:paraId="6F551AEF" w14:textId="77777777" w:rsidR="00B64226" w:rsidRDefault="00B64226">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7272"/>
      </w:tblGrid>
      <w:tr w:rsidR="00B64226" w14:paraId="5C68DCD5" w14:textId="77777777" w:rsidTr="00121FDB">
        <w:trPr>
          <w:jc w:val="center"/>
        </w:trPr>
        <w:tc>
          <w:tcPr>
            <w:tcW w:w="3024" w:type="dxa"/>
            <w:shd w:val="clear" w:color="auto" w:fill="C2D69B"/>
            <w:vAlign w:val="center"/>
          </w:tcPr>
          <w:p w14:paraId="2EF72DF9" w14:textId="77777777" w:rsidR="00B64226" w:rsidRDefault="00000000">
            <w:pPr>
              <w:spacing w:after="0"/>
            </w:pPr>
            <w:r>
              <w:rPr>
                <w:b/>
                <w:sz w:val="18"/>
              </w:rPr>
              <w:t>Emergency Contact 1</w:t>
            </w:r>
          </w:p>
        </w:tc>
        <w:tc>
          <w:tcPr>
            <w:tcW w:w="7272" w:type="dxa"/>
            <w:vAlign w:val="center"/>
          </w:tcPr>
          <w:p w14:paraId="5089493B" w14:textId="77777777" w:rsidR="00E151D6" w:rsidRDefault="00E151D6" w:rsidP="00E151D6">
            <w:pPr>
              <w:spacing w:after="0"/>
              <w:rPr>
                <w:sz w:val="18"/>
              </w:rPr>
            </w:pPr>
            <w:r>
              <w:rPr>
                <w:sz w:val="18"/>
              </w:rPr>
              <w:t>Name &amp; Relationship:</w:t>
            </w:r>
          </w:p>
          <w:p w14:paraId="5BAB79B4" w14:textId="3DCB3E71" w:rsidR="00B64226" w:rsidRDefault="00E151D6" w:rsidP="00E151D6">
            <w:pPr>
              <w:spacing w:after="0"/>
            </w:pPr>
            <w:r>
              <w:rPr>
                <w:sz w:val="18"/>
              </w:rPr>
              <w:t>Telephone:</w:t>
            </w:r>
          </w:p>
        </w:tc>
      </w:tr>
      <w:tr w:rsidR="00B64226" w14:paraId="58426483" w14:textId="77777777" w:rsidTr="00121FDB">
        <w:trPr>
          <w:jc w:val="center"/>
        </w:trPr>
        <w:tc>
          <w:tcPr>
            <w:tcW w:w="3024" w:type="dxa"/>
            <w:shd w:val="clear" w:color="auto" w:fill="C2D69B"/>
            <w:vAlign w:val="center"/>
          </w:tcPr>
          <w:p w14:paraId="3DECCD8B" w14:textId="77777777" w:rsidR="00B64226" w:rsidRDefault="00000000">
            <w:pPr>
              <w:spacing w:after="0"/>
            </w:pPr>
            <w:r>
              <w:rPr>
                <w:b/>
                <w:sz w:val="18"/>
              </w:rPr>
              <w:t>Emergency Contact 2</w:t>
            </w:r>
          </w:p>
        </w:tc>
        <w:tc>
          <w:tcPr>
            <w:tcW w:w="7272" w:type="dxa"/>
            <w:vAlign w:val="center"/>
          </w:tcPr>
          <w:p w14:paraId="31A8EDEB" w14:textId="77777777" w:rsidR="00E151D6" w:rsidRDefault="00E151D6" w:rsidP="00E151D6">
            <w:pPr>
              <w:spacing w:after="0"/>
              <w:rPr>
                <w:sz w:val="18"/>
              </w:rPr>
            </w:pPr>
            <w:r>
              <w:rPr>
                <w:sz w:val="18"/>
              </w:rPr>
              <w:t>Name &amp; Relationship:</w:t>
            </w:r>
          </w:p>
          <w:p w14:paraId="40961221" w14:textId="38BC2112" w:rsidR="00B64226" w:rsidRDefault="00E151D6" w:rsidP="00E151D6">
            <w:pPr>
              <w:spacing w:after="0"/>
            </w:pPr>
            <w:r>
              <w:rPr>
                <w:sz w:val="18"/>
              </w:rPr>
              <w:t>Telephone:</w:t>
            </w:r>
          </w:p>
        </w:tc>
      </w:tr>
    </w:tbl>
    <w:p w14:paraId="6E8E630E" w14:textId="36F778DF" w:rsidR="00B64226" w:rsidRDefault="00B64226"/>
    <w:tbl>
      <w:tblPr>
        <w:tblW w:w="0" w:type="auto"/>
        <w:jc w:val="center"/>
        <w:tblLook w:val="04A0" w:firstRow="1" w:lastRow="0" w:firstColumn="1" w:lastColumn="0" w:noHBand="0" w:noVBand="1"/>
      </w:tblPr>
      <w:tblGrid>
        <w:gridCol w:w="10512"/>
      </w:tblGrid>
      <w:tr w:rsidR="00B64226" w14:paraId="764F62A9" w14:textId="77777777">
        <w:trPr>
          <w:jc w:val="center"/>
        </w:trPr>
        <w:tc>
          <w:tcPr>
            <w:tcW w:w="10512" w:type="dxa"/>
            <w:shd w:val="clear" w:color="auto" w:fill="005E00"/>
            <w:vAlign w:val="center"/>
          </w:tcPr>
          <w:p w14:paraId="677B0A84" w14:textId="77777777" w:rsidR="00B64226" w:rsidRDefault="00000000">
            <w:pPr>
              <w:spacing w:after="0"/>
            </w:pPr>
            <w:r>
              <w:rPr>
                <w:b/>
                <w:color w:val="FFFFFF"/>
                <w:sz w:val="20"/>
              </w:rPr>
              <w:t>SECTION 7 | GETTING TO KNOW YOUR CHILD</w:t>
            </w:r>
          </w:p>
        </w:tc>
      </w:tr>
    </w:tbl>
    <w:tbl>
      <w:tblPr>
        <w:tblStyle w:val="TableGrid"/>
        <w:tblW w:w="0" w:type="auto"/>
        <w:tblLook w:val="04A0" w:firstRow="1" w:lastRow="0" w:firstColumn="1" w:lastColumn="0" w:noHBand="0" w:noVBand="1"/>
      </w:tblPr>
      <w:tblGrid>
        <w:gridCol w:w="5364"/>
        <w:gridCol w:w="5364"/>
      </w:tblGrid>
      <w:tr w:rsidR="00E151D6" w14:paraId="6C45FAA9" w14:textId="77777777" w:rsidTr="002822C4">
        <w:tc>
          <w:tcPr>
            <w:tcW w:w="5364" w:type="dxa"/>
            <w:shd w:val="clear" w:color="auto" w:fill="C2D69B" w:themeFill="accent3" w:themeFillTint="99"/>
          </w:tcPr>
          <w:p w14:paraId="3B5DE937" w14:textId="77777777" w:rsidR="00E151D6" w:rsidRPr="00E151D6" w:rsidRDefault="00E151D6" w:rsidP="002822C4">
            <w:pPr>
              <w:rPr>
                <w:b/>
                <w:bCs/>
              </w:rPr>
            </w:pPr>
            <w:r w:rsidRPr="00E151D6">
              <w:rPr>
                <w:b/>
                <w:bCs/>
              </w:rPr>
              <w:t>What does your child enjoy doing most / what are they interested in?</w:t>
            </w:r>
          </w:p>
          <w:p w14:paraId="1CC8BD92" w14:textId="77777777" w:rsidR="00E151D6" w:rsidRPr="00E151D6" w:rsidRDefault="00E151D6" w:rsidP="002822C4">
            <w:pPr>
              <w:spacing w:after="0"/>
              <w:rPr>
                <w:b/>
                <w:bCs/>
              </w:rPr>
            </w:pPr>
          </w:p>
        </w:tc>
        <w:tc>
          <w:tcPr>
            <w:tcW w:w="5364" w:type="dxa"/>
          </w:tcPr>
          <w:p w14:paraId="5C1D54AB" w14:textId="77777777" w:rsidR="00E151D6" w:rsidRDefault="00E151D6" w:rsidP="002822C4">
            <w:pPr>
              <w:spacing w:after="0"/>
            </w:pPr>
          </w:p>
        </w:tc>
      </w:tr>
      <w:tr w:rsidR="00E151D6" w14:paraId="314E6E15" w14:textId="77777777" w:rsidTr="002822C4">
        <w:tc>
          <w:tcPr>
            <w:tcW w:w="5364" w:type="dxa"/>
            <w:shd w:val="clear" w:color="auto" w:fill="C2D69B" w:themeFill="accent3" w:themeFillTint="99"/>
          </w:tcPr>
          <w:p w14:paraId="53AE1DBA" w14:textId="77777777" w:rsidR="00E151D6" w:rsidRPr="00E151D6" w:rsidRDefault="00E151D6" w:rsidP="002822C4">
            <w:pPr>
              <w:rPr>
                <w:b/>
                <w:bCs/>
              </w:rPr>
            </w:pPr>
            <w:r w:rsidRPr="00E151D6">
              <w:rPr>
                <w:b/>
                <w:bCs/>
              </w:rPr>
              <w:t>What are they especially good at?</w:t>
            </w:r>
          </w:p>
          <w:p w14:paraId="59B75DFB" w14:textId="77777777" w:rsidR="00E151D6" w:rsidRPr="00E151D6" w:rsidRDefault="00E151D6" w:rsidP="002822C4">
            <w:pPr>
              <w:spacing w:after="0"/>
              <w:rPr>
                <w:b/>
                <w:bCs/>
              </w:rPr>
            </w:pPr>
          </w:p>
        </w:tc>
        <w:tc>
          <w:tcPr>
            <w:tcW w:w="5364" w:type="dxa"/>
          </w:tcPr>
          <w:p w14:paraId="6A9D5839" w14:textId="77777777" w:rsidR="00E151D6" w:rsidRDefault="00E151D6" w:rsidP="002822C4">
            <w:pPr>
              <w:spacing w:after="0"/>
            </w:pPr>
          </w:p>
        </w:tc>
      </w:tr>
      <w:tr w:rsidR="00E151D6" w14:paraId="6F0F0D7D" w14:textId="77777777" w:rsidTr="002822C4">
        <w:tc>
          <w:tcPr>
            <w:tcW w:w="5364" w:type="dxa"/>
            <w:shd w:val="clear" w:color="auto" w:fill="C2D69B" w:themeFill="accent3" w:themeFillTint="99"/>
          </w:tcPr>
          <w:p w14:paraId="28E1DA45" w14:textId="77777777" w:rsidR="00E151D6" w:rsidRPr="00E151D6" w:rsidRDefault="00E151D6" w:rsidP="002822C4">
            <w:pPr>
              <w:rPr>
                <w:b/>
                <w:bCs/>
              </w:rPr>
            </w:pPr>
            <w:r w:rsidRPr="00E151D6">
              <w:rPr>
                <w:b/>
                <w:bCs/>
              </w:rPr>
              <w:t>What makes them happy and secure?</w:t>
            </w:r>
          </w:p>
          <w:p w14:paraId="7B7F5D35" w14:textId="77777777" w:rsidR="00E151D6" w:rsidRPr="00E151D6" w:rsidRDefault="00E151D6" w:rsidP="002822C4">
            <w:pPr>
              <w:spacing w:after="0"/>
              <w:rPr>
                <w:b/>
                <w:bCs/>
              </w:rPr>
            </w:pPr>
          </w:p>
        </w:tc>
        <w:tc>
          <w:tcPr>
            <w:tcW w:w="5364" w:type="dxa"/>
          </w:tcPr>
          <w:p w14:paraId="6027B9C8" w14:textId="77777777" w:rsidR="00E151D6" w:rsidRDefault="00E151D6" w:rsidP="002822C4">
            <w:pPr>
              <w:spacing w:after="0"/>
            </w:pPr>
          </w:p>
        </w:tc>
      </w:tr>
      <w:tr w:rsidR="00E151D6" w14:paraId="5DCDA7AE" w14:textId="77777777" w:rsidTr="002822C4">
        <w:tc>
          <w:tcPr>
            <w:tcW w:w="5364" w:type="dxa"/>
            <w:shd w:val="clear" w:color="auto" w:fill="C2D69B" w:themeFill="accent3" w:themeFillTint="99"/>
          </w:tcPr>
          <w:p w14:paraId="2F855A77" w14:textId="77777777" w:rsidR="00E151D6" w:rsidRPr="00E151D6" w:rsidRDefault="00E151D6" w:rsidP="002822C4">
            <w:pPr>
              <w:rPr>
                <w:b/>
                <w:bCs/>
              </w:rPr>
            </w:pPr>
            <w:r w:rsidRPr="00E151D6">
              <w:rPr>
                <w:b/>
                <w:bCs/>
              </w:rPr>
              <w:t>What helps your child feel calm or settled?</w:t>
            </w:r>
          </w:p>
          <w:p w14:paraId="29EC49FE" w14:textId="77777777" w:rsidR="00E151D6" w:rsidRPr="00E151D6" w:rsidRDefault="00E151D6" w:rsidP="002822C4">
            <w:pPr>
              <w:spacing w:after="0"/>
              <w:rPr>
                <w:b/>
                <w:bCs/>
              </w:rPr>
            </w:pPr>
          </w:p>
        </w:tc>
        <w:tc>
          <w:tcPr>
            <w:tcW w:w="5364" w:type="dxa"/>
          </w:tcPr>
          <w:p w14:paraId="68DF690B" w14:textId="77777777" w:rsidR="00E151D6" w:rsidRDefault="00E151D6" w:rsidP="002822C4">
            <w:pPr>
              <w:spacing w:after="0"/>
            </w:pPr>
          </w:p>
        </w:tc>
      </w:tr>
      <w:tr w:rsidR="00E151D6" w14:paraId="0429F36F" w14:textId="77777777" w:rsidTr="002822C4">
        <w:tc>
          <w:tcPr>
            <w:tcW w:w="5364" w:type="dxa"/>
            <w:shd w:val="clear" w:color="auto" w:fill="C2D69B" w:themeFill="accent3" w:themeFillTint="99"/>
          </w:tcPr>
          <w:p w14:paraId="35A6B280" w14:textId="77777777" w:rsidR="00E151D6" w:rsidRPr="00E151D6" w:rsidRDefault="00E151D6" w:rsidP="002822C4">
            <w:pPr>
              <w:rPr>
                <w:b/>
                <w:bCs/>
              </w:rPr>
            </w:pPr>
            <w:r w:rsidRPr="00E151D6">
              <w:rPr>
                <w:b/>
                <w:bCs/>
              </w:rPr>
              <w:t>Is there anything your child finds difficult, worrying or overwhelming?</w:t>
            </w:r>
          </w:p>
          <w:p w14:paraId="571AAEBE" w14:textId="77777777" w:rsidR="00E151D6" w:rsidRPr="00E151D6" w:rsidRDefault="00E151D6" w:rsidP="002822C4">
            <w:pPr>
              <w:spacing w:after="0"/>
              <w:rPr>
                <w:b/>
                <w:bCs/>
              </w:rPr>
            </w:pPr>
          </w:p>
        </w:tc>
        <w:tc>
          <w:tcPr>
            <w:tcW w:w="5364" w:type="dxa"/>
          </w:tcPr>
          <w:p w14:paraId="35AE8B7C" w14:textId="77777777" w:rsidR="00E151D6" w:rsidRDefault="00E151D6" w:rsidP="002822C4">
            <w:pPr>
              <w:spacing w:after="0"/>
            </w:pPr>
          </w:p>
        </w:tc>
      </w:tr>
    </w:tbl>
    <w:p w14:paraId="5E88DF22" w14:textId="77777777" w:rsidR="00B64226" w:rsidRDefault="00B64226" w:rsidP="00E151D6">
      <w:pPr>
        <w:spacing w:after="0"/>
      </w:pPr>
    </w:p>
    <w:p w14:paraId="482E785B" w14:textId="2195798C" w:rsidR="00B64226" w:rsidRDefault="00B64226"/>
    <w:tbl>
      <w:tblPr>
        <w:tblW w:w="0" w:type="auto"/>
        <w:jc w:val="center"/>
        <w:tblLook w:val="04A0" w:firstRow="1" w:lastRow="0" w:firstColumn="1" w:lastColumn="0" w:noHBand="0" w:noVBand="1"/>
      </w:tblPr>
      <w:tblGrid>
        <w:gridCol w:w="10512"/>
      </w:tblGrid>
      <w:tr w:rsidR="00B64226" w14:paraId="65F145B9" w14:textId="77777777">
        <w:trPr>
          <w:jc w:val="center"/>
        </w:trPr>
        <w:tc>
          <w:tcPr>
            <w:tcW w:w="10512" w:type="dxa"/>
            <w:shd w:val="clear" w:color="auto" w:fill="005E00"/>
            <w:vAlign w:val="center"/>
          </w:tcPr>
          <w:p w14:paraId="39CC193F" w14:textId="77777777" w:rsidR="00B64226" w:rsidRDefault="00000000">
            <w:pPr>
              <w:spacing w:after="0"/>
            </w:pPr>
            <w:r>
              <w:rPr>
                <w:b/>
                <w:color w:val="FFFFFF"/>
                <w:sz w:val="20"/>
              </w:rPr>
              <w:t>SECTION 8 | COMMUNICATION, FRIENDSHIPS &amp; WELLBEING</w:t>
            </w:r>
          </w:p>
        </w:tc>
      </w:tr>
    </w:tbl>
    <w:p w14:paraId="740CC11E" w14:textId="77777777" w:rsidR="00B64226" w:rsidRDefault="00B64226">
      <w:pPr>
        <w:spacing w:after="0"/>
      </w:pPr>
    </w:p>
    <w:tbl>
      <w:tblPr>
        <w:tblStyle w:val="TableGrid"/>
        <w:tblW w:w="0" w:type="auto"/>
        <w:tblLook w:val="04A0" w:firstRow="1" w:lastRow="0" w:firstColumn="1" w:lastColumn="0" w:noHBand="0" w:noVBand="1"/>
      </w:tblPr>
      <w:tblGrid>
        <w:gridCol w:w="5364"/>
        <w:gridCol w:w="5364"/>
      </w:tblGrid>
      <w:tr w:rsidR="00E151D6" w14:paraId="0A920A0D" w14:textId="77777777" w:rsidTr="002822C4">
        <w:tc>
          <w:tcPr>
            <w:tcW w:w="5364" w:type="dxa"/>
            <w:shd w:val="clear" w:color="auto" w:fill="C2D69B" w:themeFill="accent3" w:themeFillTint="99"/>
          </w:tcPr>
          <w:p w14:paraId="5B188703" w14:textId="77777777" w:rsidR="00E151D6" w:rsidRPr="00E151D6" w:rsidRDefault="00E151D6" w:rsidP="00E151D6">
            <w:pPr>
              <w:rPr>
                <w:b/>
                <w:bCs/>
              </w:rPr>
            </w:pPr>
            <w:r w:rsidRPr="00E151D6">
              <w:rPr>
                <w:b/>
                <w:bCs/>
              </w:rPr>
              <w:t>How does your child approach new experiences?</w:t>
            </w:r>
          </w:p>
          <w:p w14:paraId="6BF90E04" w14:textId="77777777" w:rsidR="00E151D6" w:rsidRPr="00E151D6" w:rsidRDefault="00E151D6" w:rsidP="002822C4">
            <w:pPr>
              <w:spacing w:after="0"/>
              <w:rPr>
                <w:b/>
                <w:bCs/>
              </w:rPr>
            </w:pPr>
          </w:p>
        </w:tc>
        <w:tc>
          <w:tcPr>
            <w:tcW w:w="5364" w:type="dxa"/>
          </w:tcPr>
          <w:p w14:paraId="4C9BA83D" w14:textId="77777777" w:rsidR="00E151D6" w:rsidRDefault="00E151D6" w:rsidP="002822C4">
            <w:pPr>
              <w:spacing w:after="0"/>
            </w:pPr>
          </w:p>
        </w:tc>
      </w:tr>
      <w:tr w:rsidR="00E151D6" w14:paraId="27E2A2A0" w14:textId="77777777" w:rsidTr="002822C4">
        <w:tc>
          <w:tcPr>
            <w:tcW w:w="5364" w:type="dxa"/>
            <w:shd w:val="clear" w:color="auto" w:fill="C2D69B" w:themeFill="accent3" w:themeFillTint="99"/>
          </w:tcPr>
          <w:p w14:paraId="43B93B3C" w14:textId="77777777" w:rsidR="00E151D6" w:rsidRPr="00E151D6" w:rsidRDefault="00E151D6" w:rsidP="00E151D6">
            <w:pPr>
              <w:rPr>
                <w:b/>
                <w:bCs/>
              </w:rPr>
            </w:pPr>
            <w:r w:rsidRPr="00E151D6">
              <w:rPr>
                <w:b/>
                <w:bCs/>
              </w:rPr>
              <w:t>What helps when your child is upset, worried or frustrated?</w:t>
            </w:r>
          </w:p>
          <w:p w14:paraId="1F9838B1" w14:textId="45A41B54" w:rsidR="00E151D6" w:rsidRPr="00E151D6" w:rsidRDefault="00E151D6" w:rsidP="002822C4">
            <w:pPr>
              <w:rPr>
                <w:b/>
                <w:bCs/>
              </w:rPr>
            </w:pPr>
          </w:p>
          <w:p w14:paraId="2DC398F9" w14:textId="77777777" w:rsidR="00E151D6" w:rsidRPr="00E151D6" w:rsidRDefault="00E151D6" w:rsidP="002822C4">
            <w:pPr>
              <w:spacing w:after="0"/>
              <w:rPr>
                <w:b/>
                <w:bCs/>
              </w:rPr>
            </w:pPr>
          </w:p>
        </w:tc>
        <w:tc>
          <w:tcPr>
            <w:tcW w:w="5364" w:type="dxa"/>
          </w:tcPr>
          <w:p w14:paraId="43D0448D" w14:textId="77777777" w:rsidR="00E151D6" w:rsidRDefault="00E151D6" w:rsidP="002822C4">
            <w:pPr>
              <w:spacing w:after="0"/>
            </w:pPr>
          </w:p>
        </w:tc>
      </w:tr>
      <w:tr w:rsidR="00E151D6" w14:paraId="028903A9" w14:textId="77777777" w:rsidTr="002822C4">
        <w:tc>
          <w:tcPr>
            <w:tcW w:w="5364" w:type="dxa"/>
            <w:shd w:val="clear" w:color="auto" w:fill="C2D69B" w:themeFill="accent3" w:themeFillTint="99"/>
          </w:tcPr>
          <w:p w14:paraId="20D1BA57" w14:textId="77777777" w:rsidR="00E151D6" w:rsidRPr="00E151D6" w:rsidRDefault="00E151D6" w:rsidP="00E151D6">
            <w:pPr>
              <w:rPr>
                <w:b/>
                <w:bCs/>
              </w:rPr>
            </w:pPr>
            <w:r w:rsidRPr="00E151D6">
              <w:rPr>
                <w:b/>
                <w:bCs/>
              </w:rPr>
              <w:t>What motivates your child?</w:t>
            </w:r>
          </w:p>
          <w:p w14:paraId="6D562695" w14:textId="77777777" w:rsidR="00E151D6" w:rsidRPr="00E151D6" w:rsidRDefault="00E151D6" w:rsidP="002822C4">
            <w:pPr>
              <w:spacing w:after="0"/>
              <w:rPr>
                <w:b/>
                <w:bCs/>
              </w:rPr>
            </w:pPr>
          </w:p>
        </w:tc>
        <w:tc>
          <w:tcPr>
            <w:tcW w:w="5364" w:type="dxa"/>
          </w:tcPr>
          <w:p w14:paraId="1D132542" w14:textId="77777777" w:rsidR="00E151D6" w:rsidRDefault="00E151D6" w:rsidP="002822C4">
            <w:pPr>
              <w:spacing w:after="0"/>
            </w:pPr>
          </w:p>
        </w:tc>
      </w:tr>
      <w:tr w:rsidR="00E151D6" w14:paraId="58578228" w14:textId="77777777" w:rsidTr="002822C4">
        <w:tc>
          <w:tcPr>
            <w:tcW w:w="5364" w:type="dxa"/>
            <w:shd w:val="clear" w:color="auto" w:fill="C2D69B" w:themeFill="accent3" w:themeFillTint="99"/>
          </w:tcPr>
          <w:p w14:paraId="37441066" w14:textId="77777777" w:rsidR="00E151D6" w:rsidRPr="00E151D6" w:rsidRDefault="00E151D6" w:rsidP="00E151D6">
            <w:pPr>
              <w:rPr>
                <w:b/>
                <w:bCs/>
              </w:rPr>
            </w:pPr>
            <w:r w:rsidRPr="00E151D6">
              <w:rPr>
                <w:b/>
                <w:bCs/>
              </w:rPr>
              <w:t xml:space="preserve">Is there anything you would like staff to know about your child's friendships, </w:t>
            </w:r>
            <w:proofErr w:type="spellStart"/>
            <w:r w:rsidRPr="00E151D6">
              <w:rPr>
                <w:b/>
                <w:bCs/>
              </w:rPr>
              <w:t>behaviour</w:t>
            </w:r>
            <w:proofErr w:type="spellEnd"/>
            <w:r w:rsidRPr="00E151D6">
              <w:rPr>
                <w:b/>
                <w:bCs/>
              </w:rPr>
              <w:t xml:space="preserve"> or emotional wellbeing?</w:t>
            </w:r>
          </w:p>
          <w:p w14:paraId="7F9B5AF3" w14:textId="77777777" w:rsidR="00E151D6" w:rsidRPr="00E151D6" w:rsidRDefault="00E151D6" w:rsidP="002822C4">
            <w:pPr>
              <w:spacing w:after="0"/>
              <w:rPr>
                <w:b/>
                <w:bCs/>
              </w:rPr>
            </w:pPr>
          </w:p>
        </w:tc>
        <w:tc>
          <w:tcPr>
            <w:tcW w:w="5364" w:type="dxa"/>
          </w:tcPr>
          <w:p w14:paraId="05FD0FE5" w14:textId="77777777" w:rsidR="00E151D6" w:rsidRDefault="00E151D6" w:rsidP="002822C4">
            <w:pPr>
              <w:spacing w:after="0"/>
            </w:pPr>
          </w:p>
        </w:tc>
      </w:tr>
      <w:tr w:rsidR="00E151D6" w14:paraId="39C188D3" w14:textId="77777777" w:rsidTr="002822C4">
        <w:tc>
          <w:tcPr>
            <w:tcW w:w="5364" w:type="dxa"/>
            <w:shd w:val="clear" w:color="auto" w:fill="C2D69B" w:themeFill="accent3" w:themeFillTint="99"/>
          </w:tcPr>
          <w:p w14:paraId="22AE05C7" w14:textId="58E07B52" w:rsidR="00E151D6" w:rsidRPr="00E151D6" w:rsidRDefault="00E151D6" w:rsidP="00E151D6">
            <w:pPr>
              <w:rPr>
                <w:b/>
                <w:bCs/>
              </w:rPr>
            </w:pPr>
            <w:r w:rsidRPr="00E151D6">
              <w:rPr>
                <w:b/>
                <w:bCs/>
              </w:rPr>
              <w:t>How does your child usually communicate with adults and other children?</w:t>
            </w:r>
          </w:p>
        </w:tc>
        <w:tc>
          <w:tcPr>
            <w:tcW w:w="5364" w:type="dxa"/>
          </w:tcPr>
          <w:p w14:paraId="09205DF7" w14:textId="77777777" w:rsidR="00E151D6" w:rsidRDefault="00E151D6" w:rsidP="002822C4">
            <w:pPr>
              <w:spacing w:after="0"/>
            </w:pPr>
          </w:p>
        </w:tc>
      </w:tr>
    </w:tbl>
    <w:p w14:paraId="0B36A9BE" w14:textId="0051E18A" w:rsidR="00B64226" w:rsidRDefault="00B64226"/>
    <w:tbl>
      <w:tblPr>
        <w:tblW w:w="0" w:type="auto"/>
        <w:jc w:val="center"/>
        <w:tblLook w:val="04A0" w:firstRow="1" w:lastRow="0" w:firstColumn="1" w:lastColumn="0" w:noHBand="0" w:noVBand="1"/>
      </w:tblPr>
      <w:tblGrid>
        <w:gridCol w:w="10512"/>
      </w:tblGrid>
      <w:tr w:rsidR="00B64226" w14:paraId="53726282" w14:textId="77777777">
        <w:trPr>
          <w:jc w:val="center"/>
        </w:trPr>
        <w:tc>
          <w:tcPr>
            <w:tcW w:w="10512" w:type="dxa"/>
            <w:shd w:val="clear" w:color="auto" w:fill="005E00"/>
            <w:vAlign w:val="center"/>
          </w:tcPr>
          <w:p w14:paraId="4B1A8523" w14:textId="77777777" w:rsidR="00B64226" w:rsidRDefault="00000000">
            <w:pPr>
              <w:spacing w:after="0"/>
            </w:pPr>
            <w:r>
              <w:rPr>
                <w:b/>
                <w:color w:val="FFFFFF"/>
                <w:sz w:val="20"/>
              </w:rPr>
              <w:t>SECTION 9 | SUPPORT &amp; PROFESSIONAL INVOLVEMENT</w:t>
            </w:r>
          </w:p>
        </w:tc>
      </w:tr>
    </w:tbl>
    <w:p w14:paraId="663A0A6A" w14:textId="77777777" w:rsidR="00B64226" w:rsidRDefault="00B64226">
      <w:pPr>
        <w:spacing w:after="0"/>
      </w:pPr>
    </w:p>
    <w:p w14:paraId="5BAE61A4" w14:textId="77777777" w:rsidR="00B64226" w:rsidRDefault="00000000">
      <w:r>
        <w:t>Does your child have any additional support needs that should be considered?    YES / NO</w:t>
      </w:r>
    </w:p>
    <w:p w14:paraId="4BE4C850" w14:textId="77777777" w:rsidR="00B64226" w:rsidRDefault="00000000">
      <w:r>
        <w:t>If yes, please give a brief overview. Detailed health/medical information should be recorded on the separate form:</w:t>
      </w:r>
    </w:p>
    <w:p w14:paraId="22E588F2" w14:textId="77777777" w:rsidR="00B64226" w:rsidRDefault="00000000">
      <w:r>
        <w:t>________________________________________________________________________________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7272"/>
      </w:tblGrid>
      <w:tr w:rsidR="00B64226" w14:paraId="76242948" w14:textId="77777777" w:rsidTr="00E151D6">
        <w:trPr>
          <w:jc w:val="center"/>
        </w:trPr>
        <w:tc>
          <w:tcPr>
            <w:tcW w:w="3024" w:type="dxa"/>
            <w:shd w:val="clear" w:color="auto" w:fill="C2D69B"/>
            <w:vAlign w:val="center"/>
          </w:tcPr>
          <w:p w14:paraId="5AC36442" w14:textId="77777777" w:rsidR="00B64226" w:rsidRDefault="00000000">
            <w:pPr>
              <w:spacing w:after="0"/>
            </w:pPr>
            <w:r>
              <w:rPr>
                <w:b/>
                <w:sz w:val="18"/>
              </w:rPr>
              <w:t>Statement of Education Needs</w:t>
            </w:r>
          </w:p>
        </w:tc>
        <w:tc>
          <w:tcPr>
            <w:tcW w:w="7272" w:type="dxa"/>
            <w:vAlign w:val="center"/>
          </w:tcPr>
          <w:p w14:paraId="14EA2899" w14:textId="0DC013B4" w:rsidR="00B64226" w:rsidRDefault="00B64226">
            <w:pPr>
              <w:spacing w:after="0"/>
            </w:pPr>
          </w:p>
        </w:tc>
      </w:tr>
      <w:tr w:rsidR="00B64226" w14:paraId="7A3A915E" w14:textId="77777777" w:rsidTr="00E151D6">
        <w:trPr>
          <w:jc w:val="center"/>
        </w:trPr>
        <w:tc>
          <w:tcPr>
            <w:tcW w:w="3024" w:type="dxa"/>
            <w:shd w:val="clear" w:color="auto" w:fill="C2D69B"/>
            <w:vAlign w:val="center"/>
          </w:tcPr>
          <w:p w14:paraId="645095BB" w14:textId="77777777" w:rsidR="00B64226" w:rsidRDefault="00000000">
            <w:pPr>
              <w:spacing w:after="0"/>
            </w:pPr>
            <w:r>
              <w:rPr>
                <w:b/>
                <w:sz w:val="18"/>
              </w:rPr>
              <w:t>Social Worker / Professional</w:t>
            </w:r>
          </w:p>
        </w:tc>
        <w:tc>
          <w:tcPr>
            <w:tcW w:w="7272" w:type="dxa"/>
            <w:vAlign w:val="center"/>
          </w:tcPr>
          <w:p w14:paraId="27482CC6" w14:textId="77777777" w:rsidR="00B64226" w:rsidRDefault="00000000">
            <w:pPr>
              <w:spacing w:after="0"/>
              <w:rPr>
                <w:sz w:val="18"/>
              </w:rPr>
            </w:pPr>
            <w:r>
              <w:rPr>
                <w:sz w:val="18"/>
              </w:rPr>
              <w:t xml:space="preserve">Name / contact number, if applicable: </w:t>
            </w:r>
          </w:p>
          <w:p w14:paraId="028D1A67" w14:textId="1CC090B9" w:rsidR="00E151D6" w:rsidRDefault="00E151D6">
            <w:pPr>
              <w:spacing w:after="0"/>
            </w:pPr>
          </w:p>
        </w:tc>
      </w:tr>
    </w:tbl>
    <w:tbl>
      <w:tblPr>
        <w:tblW w:w="0" w:type="auto"/>
        <w:jc w:val="center"/>
        <w:tblLook w:val="04A0" w:firstRow="1" w:lastRow="0" w:firstColumn="1" w:lastColumn="0" w:noHBand="0" w:noVBand="1"/>
      </w:tblPr>
      <w:tblGrid>
        <w:gridCol w:w="10512"/>
      </w:tblGrid>
      <w:tr w:rsidR="00B64226" w14:paraId="5EAE2BD1" w14:textId="77777777">
        <w:trPr>
          <w:jc w:val="center"/>
        </w:trPr>
        <w:tc>
          <w:tcPr>
            <w:tcW w:w="10512" w:type="dxa"/>
            <w:shd w:val="clear" w:color="auto" w:fill="005E00"/>
            <w:vAlign w:val="center"/>
          </w:tcPr>
          <w:p w14:paraId="33E7CCF2" w14:textId="77777777" w:rsidR="00B64226" w:rsidRDefault="00000000">
            <w:pPr>
              <w:spacing w:after="0"/>
            </w:pPr>
            <w:r>
              <w:rPr>
                <w:b/>
                <w:color w:val="FFFFFF"/>
                <w:sz w:val="20"/>
              </w:rPr>
              <w:t>SECTION 10 | MONITORING INFORMATION</w:t>
            </w:r>
          </w:p>
        </w:tc>
      </w:tr>
    </w:tbl>
    <w:p w14:paraId="5AD3CAD7" w14:textId="77777777" w:rsidR="00B64226" w:rsidRDefault="00B64226">
      <w:pPr>
        <w:spacing w:after="0"/>
      </w:pPr>
    </w:p>
    <w:p w14:paraId="0D53DEA9" w14:textId="4CBB3D18" w:rsidR="00B64226" w:rsidRDefault="00000000">
      <w:r>
        <w:lastRenderedPageBreak/>
        <w:t>Ethnic group (optional):</w:t>
      </w:r>
    </w:p>
    <w:tbl>
      <w:tblPr>
        <w:tblW w:w="0" w:type="auto"/>
        <w:jc w:val="center"/>
        <w:tblLayout w:type="fixed"/>
        <w:tblLook w:val="04A0" w:firstRow="1" w:lastRow="0" w:firstColumn="1" w:lastColumn="0" w:noHBand="0" w:noVBand="1"/>
      </w:tblPr>
      <w:tblGrid>
        <w:gridCol w:w="3024"/>
        <w:gridCol w:w="7272"/>
      </w:tblGrid>
      <w:tr w:rsidR="00B64226" w14:paraId="59F4DF5D" w14:textId="77777777">
        <w:trPr>
          <w:jc w:val="center"/>
        </w:trPr>
        <w:tc>
          <w:tcPr>
            <w:tcW w:w="3024" w:type="dxa"/>
            <w:shd w:val="clear" w:color="auto" w:fill="C2D69B"/>
            <w:vAlign w:val="center"/>
          </w:tcPr>
          <w:p w14:paraId="6591A1A1" w14:textId="77777777" w:rsidR="00B64226" w:rsidRDefault="00000000">
            <w:pPr>
              <w:spacing w:after="0"/>
            </w:pPr>
            <w:r>
              <w:rPr>
                <w:b/>
                <w:sz w:val="18"/>
              </w:rPr>
              <w:t>Other Language(s)</w:t>
            </w:r>
          </w:p>
        </w:tc>
        <w:tc>
          <w:tcPr>
            <w:tcW w:w="7272" w:type="dxa"/>
            <w:vAlign w:val="center"/>
          </w:tcPr>
          <w:p w14:paraId="1EF28C16" w14:textId="77777777" w:rsidR="00B64226" w:rsidRDefault="00000000">
            <w:pPr>
              <w:spacing w:after="0"/>
            </w:pPr>
            <w:r>
              <w:rPr>
                <w:sz w:val="18"/>
              </w:rPr>
              <w:t>______________________________________________</w:t>
            </w:r>
          </w:p>
        </w:tc>
      </w:tr>
      <w:tr w:rsidR="00B64226" w14:paraId="12D38F7E" w14:textId="77777777">
        <w:trPr>
          <w:jc w:val="center"/>
        </w:trPr>
        <w:tc>
          <w:tcPr>
            <w:tcW w:w="3024" w:type="dxa"/>
            <w:shd w:val="clear" w:color="auto" w:fill="C2D69B"/>
            <w:vAlign w:val="center"/>
          </w:tcPr>
          <w:p w14:paraId="2229D58B" w14:textId="77777777" w:rsidR="00B64226" w:rsidRDefault="00000000">
            <w:pPr>
              <w:spacing w:after="0"/>
            </w:pPr>
            <w:r>
              <w:rPr>
                <w:b/>
                <w:sz w:val="18"/>
              </w:rPr>
              <w:t>Childcare / Tax Credit Information</w:t>
            </w:r>
          </w:p>
        </w:tc>
        <w:tc>
          <w:tcPr>
            <w:tcW w:w="7272" w:type="dxa"/>
            <w:vAlign w:val="center"/>
          </w:tcPr>
          <w:p w14:paraId="39F1F868" w14:textId="77777777" w:rsidR="00B64226" w:rsidRDefault="00000000">
            <w:pPr>
              <w:spacing w:after="0"/>
            </w:pPr>
            <w:r>
              <w:rPr>
                <w:sz w:val="18"/>
              </w:rPr>
              <w:t>______________________________________________</w:t>
            </w:r>
          </w:p>
        </w:tc>
      </w:tr>
      <w:tr w:rsidR="00B64226" w14:paraId="0C9CFF00" w14:textId="77777777">
        <w:trPr>
          <w:jc w:val="center"/>
        </w:trPr>
        <w:tc>
          <w:tcPr>
            <w:tcW w:w="3024" w:type="dxa"/>
            <w:shd w:val="clear" w:color="auto" w:fill="C2D69B"/>
            <w:vAlign w:val="center"/>
          </w:tcPr>
          <w:p w14:paraId="593482DA" w14:textId="77777777" w:rsidR="00B64226" w:rsidRDefault="00000000">
            <w:pPr>
              <w:spacing w:after="0"/>
            </w:pPr>
            <w:r>
              <w:rPr>
                <w:b/>
                <w:sz w:val="18"/>
              </w:rPr>
              <w:t>National Insurance Number (if applicable)</w:t>
            </w:r>
          </w:p>
        </w:tc>
        <w:tc>
          <w:tcPr>
            <w:tcW w:w="7272" w:type="dxa"/>
            <w:vAlign w:val="center"/>
          </w:tcPr>
          <w:p w14:paraId="4E8CDA3C" w14:textId="77777777" w:rsidR="00B64226" w:rsidRDefault="00000000">
            <w:pPr>
              <w:spacing w:after="0"/>
            </w:pPr>
            <w:r>
              <w:rPr>
                <w:sz w:val="18"/>
              </w:rPr>
              <w:t>______________________________________________</w:t>
            </w:r>
          </w:p>
        </w:tc>
      </w:tr>
    </w:tbl>
    <w:tbl>
      <w:tblPr>
        <w:tblW w:w="0" w:type="auto"/>
        <w:jc w:val="center"/>
        <w:tblLook w:val="04A0" w:firstRow="1" w:lastRow="0" w:firstColumn="1" w:lastColumn="0" w:noHBand="0" w:noVBand="1"/>
      </w:tblPr>
      <w:tblGrid>
        <w:gridCol w:w="10512"/>
      </w:tblGrid>
      <w:tr w:rsidR="00B64226" w14:paraId="61CCB861" w14:textId="77777777">
        <w:trPr>
          <w:jc w:val="center"/>
        </w:trPr>
        <w:tc>
          <w:tcPr>
            <w:tcW w:w="10512" w:type="dxa"/>
            <w:shd w:val="clear" w:color="auto" w:fill="005E00"/>
            <w:vAlign w:val="center"/>
          </w:tcPr>
          <w:p w14:paraId="7DEF563F" w14:textId="77777777" w:rsidR="00B64226" w:rsidRDefault="00000000">
            <w:pPr>
              <w:spacing w:after="0"/>
            </w:pPr>
            <w:r>
              <w:rPr>
                <w:b/>
                <w:color w:val="FFFFFF"/>
                <w:sz w:val="20"/>
              </w:rPr>
              <w:t>SECTION 11 | KEEPING INFORMATION UP TO DATE</w:t>
            </w:r>
          </w:p>
        </w:tc>
      </w:tr>
    </w:tbl>
    <w:p w14:paraId="05CA4712" w14:textId="77777777" w:rsidR="00B64226" w:rsidRDefault="00B64226">
      <w:pPr>
        <w:spacing w:after="0"/>
      </w:pPr>
    </w:p>
    <w:p w14:paraId="3C152B3F" w14:textId="77777777" w:rsidR="00B64226" w:rsidRDefault="00000000">
      <w:r>
        <w:t>Please tell us promptly about any change that may affect your child's care, wellbeing or safety, including contact details, emergency contacts, collection arrangements, family circumstances, health needs, medication, allergies, dietary requirements, additional support needs or professional involvement.</w:t>
      </w:r>
    </w:p>
    <w:tbl>
      <w:tblPr>
        <w:tblW w:w="0" w:type="auto"/>
        <w:jc w:val="center"/>
        <w:tblLook w:val="04A0" w:firstRow="1" w:lastRow="0" w:firstColumn="1" w:lastColumn="0" w:noHBand="0" w:noVBand="1"/>
      </w:tblPr>
      <w:tblGrid>
        <w:gridCol w:w="10512"/>
      </w:tblGrid>
      <w:tr w:rsidR="00B64226" w14:paraId="2276236F" w14:textId="77777777">
        <w:trPr>
          <w:jc w:val="center"/>
        </w:trPr>
        <w:tc>
          <w:tcPr>
            <w:tcW w:w="10512" w:type="dxa"/>
            <w:shd w:val="clear" w:color="auto" w:fill="005E00"/>
            <w:vAlign w:val="center"/>
          </w:tcPr>
          <w:p w14:paraId="1328E216" w14:textId="77777777" w:rsidR="00B64226" w:rsidRDefault="00000000">
            <w:pPr>
              <w:spacing w:after="0"/>
            </w:pPr>
            <w:r>
              <w:rPr>
                <w:b/>
                <w:color w:val="FFFFFF"/>
                <w:sz w:val="20"/>
              </w:rPr>
              <w:t>SECTION 12 | DECLARATION</w:t>
            </w:r>
          </w:p>
        </w:tc>
      </w:tr>
    </w:tbl>
    <w:p w14:paraId="293A3111" w14:textId="77777777" w:rsidR="00B64226" w:rsidRDefault="00B64226">
      <w:pPr>
        <w:spacing w:after="0"/>
      </w:pPr>
    </w:p>
    <w:p w14:paraId="3879278D" w14:textId="03AE84F8" w:rsidR="00B64226" w:rsidRDefault="00000000">
      <w:r>
        <w:t xml:space="preserve">I confirm that the information provided is accurate and complete to the best of my knowledge. I will notify </w:t>
      </w:r>
      <w:r w:rsidR="00A072B3">
        <w:t>Wild Roots Forest Childcare</w:t>
      </w:r>
      <w:r>
        <w:t xml:space="preserve"> of any changes relevant to my child's care, wellbeing, safety, attendance or collection.</w:t>
      </w:r>
    </w:p>
    <w:tbl>
      <w:tblPr>
        <w:tblW w:w="0" w:type="auto"/>
        <w:jc w:val="center"/>
        <w:tblLayout w:type="fixed"/>
        <w:tblLook w:val="04A0" w:firstRow="1" w:lastRow="0" w:firstColumn="1" w:lastColumn="0" w:noHBand="0" w:noVBand="1"/>
      </w:tblPr>
      <w:tblGrid>
        <w:gridCol w:w="3024"/>
        <w:gridCol w:w="7272"/>
      </w:tblGrid>
      <w:tr w:rsidR="00B64226" w14:paraId="64166BA7" w14:textId="77777777">
        <w:trPr>
          <w:jc w:val="center"/>
        </w:trPr>
        <w:tc>
          <w:tcPr>
            <w:tcW w:w="3024" w:type="dxa"/>
            <w:shd w:val="clear" w:color="auto" w:fill="C2D69B"/>
            <w:vAlign w:val="center"/>
          </w:tcPr>
          <w:p w14:paraId="1AEF25EA" w14:textId="77777777" w:rsidR="00B64226" w:rsidRDefault="00000000">
            <w:pPr>
              <w:spacing w:after="0"/>
            </w:pPr>
            <w:r>
              <w:rPr>
                <w:b/>
                <w:sz w:val="18"/>
              </w:rPr>
              <w:t>Parent / Carer Name</w:t>
            </w:r>
          </w:p>
        </w:tc>
        <w:tc>
          <w:tcPr>
            <w:tcW w:w="7272" w:type="dxa"/>
            <w:vAlign w:val="center"/>
          </w:tcPr>
          <w:p w14:paraId="638E45BE" w14:textId="77777777" w:rsidR="00B64226" w:rsidRDefault="00000000">
            <w:pPr>
              <w:spacing w:after="0"/>
            </w:pPr>
            <w:r>
              <w:rPr>
                <w:sz w:val="18"/>
              </w:rPr>
              <w:t>______________________________________________</w:t>
            </w:r>
          </w:p>
        </w:tc>
      </w:tr>
      <w:tr w:rsidR="00B64226" w14:paraId="4AC96C01" w14:textId="77777777">
        <w:trPr>
          <w:jc w:val="center"/>
        </w:trPr>
        <w:tc>
          <w:tcPr>
            <w:tcW w:w="3024" w:type="dxa"/>
            <w:shd w:val="clear" w:color="auto" w:fill="C2D69B"/>
            <w:vAlign w:val="center"/>
          </w:tcPr>
          <w:p w14:paraId="4B2CD982" w14:textId="77777777" w:rsidR="00B64226" w:rsidRDefault="00000000">
            <w:pPr>
              <w:spacing w:after="0"/>
            </w:pPr>
            <w:r>
              <w:rPr>
                <w:b/>
                <w:sz w:val="18"/>
              </w:rPr>
              <w:t>Signature / E-signature</w:t>
            </w:r>
          </w:p>
        </w:tc>
        <w:tc>
          <w:tcPr>
            <w:tcW w:w="7272" w:type="dxa"/>
            <w:vAlign w:val="center"/>
          </w:tcPr>
          <w:p w14:paraId="12A12307" w14:textId="77777777" w:rsidR="00B64226" w:rsidRDefault="00000000">
            <w:pPr>
              <w:spacing w:after="0"/>
            </w:pPr>
            <w:r>
              <w:rPr>
                <w:sz w:val="18"/>
              </w:rPr>
              <w:t>______________________________________________</w:t>
            </w:r>
          </w:p>
        </w:tc>
      </w:tr>
      <w:tr w:rsidR="00B64226" w14:paraId="216568E5" w14:textId="77777777">
        <w:trPr>
          <w:jc w:val="center"/>
        </w:trPr>
        <w:tc>
          <w:tcPr>
            <w:tcW w:w="3024" w:type="dxa"/>
            <w:shd w:val="clear" w:color="auto" w:fill="C2D69B"/>
            <w:vAlign w:val="center"/>
          </w:tcPr>
          <w:p w14:paraId="2C413F80" w14:textId="77777777" w:rsidR="00B64226" w:rsidRDefault="00000000">
            <w:pPr>
              <w:spacing w:after="0"/>
            </w:pPr>
            <w:r>
              <w:rPr>
                <w:b/>
                <w:sz w:val="18"/>
              </w:rPr>
              <w:t>Date</w:t>
            </w:r>
          </w:p>
        </w:tc>
        <w:tc>
          <w:tcPr>
            <w:tcW w:w="7272" w:type="dxa"/>
            <w:vAlign w:val="center"/>
          </w:tcPr>
          <w:p w14:paraId="5E2DE2DF" w14:textId="77777777" w:rsidR="00B64226" w:rsidRDefault="00000000">
            <w:pPr>
              <w:spacing w:after="0"/>
            </w:pPr>
            <w:r>
              <w:rPr>
                <w:sz w:val="18"/>
              </w:rPr>
              <w:t>__________________</w:t>
            </w:r>
          </w:p>
        </w:tc>
      </w:tr>
    </w:tbl>
    <w:p w14:paraId="4A75D18A" w14:textId="77777777" w:rsidR="00724F3F" w:rsidRDefault="00724F3F"/>
    <w:sectPr w:rsidR="00724F3F" w:rsidSect="00034616">
      <w:headerReference w:type="even" r:id="rId8"/>
      <w:headerReference w:type="default" r:id="rId9"/>
      <w:footerReference w:type="even" r:id="rId10"/>
      <w:footerReference w:type="default" r:id="rId11"/>
      <w:headerReference w:type="first" r:id="rId12"/>
      <w:footerReference w:type="first" r:id="rId13"/>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5A901" w14:textId="77777777" w:rsidR="006C71B0" w:rsidRDefault="006C71B0">
      <w:pPr>
        <w:spacing w:after="0" w:line="240" w:lineRule="auto"/>
      </w:pPr>
      <w:r>
        <w:separator/>
      </w:r>
    </w:p>
  </w:endnote>
  <w:endnote w:type="continuationSeparator" w:id="0">
    <w:p w14:paraId="1C07C4D9" w14:textId="77777777" w:rsidR="006C71B0" w:rsidRDefault="006C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5947" w14:textId="77777777" w:rsidR="00A072B3" w:rsidRDefault="00A07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63AE3" w14:textId="41CA4C09" w:rsidR="00B64226" w:rsidRDefault="00A072B3">
    <w:pPr>
      <w:pStyle w:val="Footer"/>
      <w:jc w:val="center"/>
    </w:pPr>
    <w:r>
      <w:rPr>
        <w:color w:val="666666"/>
        <w:sz w:val="16"/>
      </w:rPr>
      <w:t xml:space="preserve"> Wild Roots Forest Childcare</w:t>
    </w:r>
    <w:r w:rsidRPr="00A072B3">
      <w:rPr>
        <w:color w:val="666666"/>
        <w:sz w:val="16"/>
      </w:rPr>
      <w:t xml:space="preserve"> |</w:t>
    </w:r>
    <w:r>
      <w:rPr>
        <w:color w:val="666666"/>
        <w:sz w:val="16"/>
      </w:rPr>
      <w:t xml:space="preserve"> </w:t>
    </w:r>
    <w:r w:rsidR="00000000">
      <w:rPr>
        <w:color w:val="666666"/>
        <w:sz w:val="16"/>
      </w:rPr>
      <w:t>After School Care | Child Registration &amp; Wellbeing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FFF5" w14:textId="77777777" w:rsidR="00A072B3" w:rsidRDefault="00A07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F1A8C" w14:textId="77777777" w:rsidR="006C71B0" w:rsidRDefault="006C71B0">
      <w:pPr>
        <w:spacing w:after="0" w:line="240" w:lineRule="auto"/>
      </w:pPr>
      <w:r>
        <w:separator/>
      </w:r>
    </w:p>
  </w:footnote>
  <w:footnote w:type="continuationSeparator" w:id="0">
    <w:p w14:paraId="2976F198" w14:textId="77777777" w:rsidR="006C71B0" w:rsidRDefault="006C7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4173" w14:textId="77777777" w:rsidR="00A072B3" w:rsidRDefault="00A07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B2E7" w14:textId="77777777" w:rsidR="00A072B3" w:rsidRDefault="00A07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7C64" w14:textId="77777777" w:rsidR="00A072B3" w:rsidRDefault="00A07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7928641">
    <w:abstractNumId w:val="8"/>
  </w:num>
  <w:num w:numId="2" w16cid:durableId="1220284946">
    <w:abstractNumId w:val="6"/>
  </w:num>
  <w:num w:numId="3" w16cid:durableId="1860847527">
    <w:abstractNumId w:val="5"/>
  </w:num>
  <w:num w:numId="4" w16cid:durableId="498618070">
    <w:abstractNumId w:val="4"/>
  </w:num>
  <w:num w:numId="5" w16cid:durableId="899636993">
    <w:abstractNumId w:val="7"/>
  </w:num>
  <w:num w:numId="6" w16cid:durableId="1947148966">
    <w:abstractNumId w:val="3"/>
  </w:num>
  <w:num w:numId="7" w16cid:durableId="668946182">
    <w:abstractNumId w:val="2"/>
  </w:num>
  <w:num w:numId="8" w16cid:durableId="1190799430">
    <w:abstractNumId w:val="1"/>
  </w:num>
  <w:num w:numId="9" w16cid:durableId="601186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590A"/>
    <w:rsid w:val="00121FDB"/>
    <w:rsid w:val="0015074B"/>
    <w:rsid w:val="0029460D"/>
    <w:rsid w:val="0029639D"/>
    <w:rsid w:val="00326F90"/>
    <w:rsid w:val="006C71B0"/>
    <w:rsid w:val="00724F3F"/>
    <w:rsid w:val="00A072B3"/>
    <w:rsid w:val="00AA1D8D"/>
    <w:rsid w:val="00B47730"/>
    <w:rsid w:val="00B64226"/>
    <w:rsid w:val="00CB0664"/>
    <w:rsid w:val="00E151D6"/>
    <w:rsid w:val="00E611A0"/>
    <w:rsid w:val="00F02F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AC7C96"/>
  <w14:defaultImageDpi w14:val="300"/>
  <w15:docId w15:val="{50288CF0-31A0-4C89-B368-995387A8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3</cp:revision>
  <dcterms:created xsi:type="dcterms:W3CDTF">2026-08-19T11:55:00Z</dcterms:created>
  <dcterms:modified xsi:type="dcterms:W3CDTF">2026-08-28T19:13:00Z</dcterms:modified>
  <cp:category/>
</cp:coreProperties>
</file>