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30675" w14:textId="39BB96AE" w:rsidR="00C22A04" w:rsidRDefault="00ED7F05">
      <w:pPr>
        <w:jc w:val="center"/>
      </w:pPr>
      <w:r>
        <w:rPr>
          <w:b/>
          <w:color w:val="5B8A3C"/>
          <w:sz w:val="34"/>
        </w:rPr>
        <w:t>WILD ROOTS FOREST CHILDCARE</w:t>
      </w:r>
    </w:p>
    <w:p w14:paraId="417B8507" w14:textId="77777777" w:rsidR="00C22A04" w:rsidRDefault="00000000">
      <w:pPr>
        <w:jc w:val="center"/>
      </w:pPr>
      <w:r>
        <w:rPr>
          <w:b/>
          <w:sz w:val="28"/>
        </w:rPr>
        <w:t>PARENTAL PERMISSIONS &amp; CONSENTS</w:t>
      </w:r>
    </w:p>
    <w:p w14:paraId="3AAB452B" w14:textId="77777777" w:rsidR="00C22A04" w:rsidRDefault="00000000">
      <w:r>
        <w:rPr>
          <w:color w:val="666666"/>
          <w:sz w:val="16"/>
        </w:rPr>
        <w:t>Please complete all sections that apply. Where you see YES / NO, delete the option that does not apply so only your chosen response remains.</w:t>
      </w:r>
    </w:p>
    <w:p w14:paraId="5789647A" w14:textId="77777777" w:rsidR="00C22A04" w:rsidRDefault="00000000">
      <w:r>
        <w:rPr>
          <w:color w:val="666666"/>
          <w:sz w:val="16"/>
        </w:rPr>
        <w:t>Electronic signatures: typing your name in a signature field confirms that you are the person named, intend your typed name to act as your electronic signature, have read the associated information, and that the information provided is accurate to the best of your knowledge.</w:t>
      </w:r>
    </w:p>
    <w:p w14:paraId="4CE07EB3" w14:textId="77777777" w:rsidR="00C22A04" w:rsidRDefault="00000000">
      <w:r>
        <w:t>Please consider each permission individually. Choosing NO for one permission does not automatically affect any other permission. Optional consent can be changed or withdrawn by contacting the service.</w:t>
      </w:r>
    </w:p>
    <w:tbl>
      <w:tblPr>
        <w:tblW w:w="0" w:type="auto"/>
        <w:jc w:val="center"/>
        <w:tblLook w:val="04A0" w:firstRow="1" w:lastRow="0" w:firstColumn="1" w:lastColumn="0" w:noHBand="0" w:noVBand="1"/>
      </w:tblPr>
      <w:tblGrid>
        <w:gridCol w:w="10512"/>
      </w:tblGrid>
      <w:tr w:rsidR="00C22A04" w14:paraId="7A3FBF99" w14:textId="77777777">
        <w:trPr>
          <w:jc w:val="center"/>
        </w:trPr>
        <w:tc>
          <w:tcPr>
            <w:tcW w:w="10512" w:type="dxa"/>
            <w:shd w:val="clear" w:color="auto" w:fill="005E00"/>
            <w:vAlign w:val="center"/>
          </w:tcPr>
          <w:p w14:paraId="5B6985D2" w14:textId="77777777" w:rsidR="00C22A04" w:rsidRDefault="00000000">
            <w:pPr>
              <w:spacing w:after="0"/>
            </w:pPr>
            <w:r>
              <w:rPr>
                <w:b/>
                <w:color w:val="FFFFFF"/>
                <w:sz w:val="20"/>
              </w:rPr>
              <w:t>SECTION 1 | COMMUNICATION</w:t>
            </w:r>
          </w:p>
        </w:tc>
      </w:tr>
    </w:tbl>
    <w:p w14:paraId="7AA64983" w14:textId="77777777" w:rsidR="00C22A04" w:rsidRDefault="00C22A04">
      <w:pPr>
        <w:spacing w:after="0"/>
      </w:pPr>
    </w:p>
    <w:tbl>
      <w:tblPr>
        <w:tblW w:w="0" w:type="auto"/>
        <w:jc w:val="center"/>
        <w:tblLayout w:type="fixed"/>
        <w:tblLook w:val="04A0" w:firstRow="1" w:lastRow="0" w:firstColumn="1" w:lastColumn="0" w:noHBand="0" w:noVBand="1"/>
      </w:tblPr>
      <w:tblGrid>
        <w:gridCol w:w="3024"/>
        <w:gridCol w:w="7272"/>
      </w:tblGrid>
      <w:tr w:rsidR="00C22A04" w14:paraId="48DA2782" w14:textId="77777777">
        <w:trPr>
          <w:jc w:val="center"/>
        </w:trPr>
        <w:tc>
          <w:tcPr>
            <w:tcW w:w="3024" w:type="dxa"/>
            <w:shd w:val="clear" w:color="auto" w:fill="C2D69B"/>
            <w:vAlign w:val="center"/>
          </w:tcPr>
          <w:p w14:paraId="585F2D62" w14:textId="77777777" w:rsidR="00C22A04" w:rsidRDefault="00000000">
            <w:pPr>
              <w:spacing w:after="0"/>
            </w:pPr>
            <w:r>
              <w:rPr>
                <w:b/>
                <w:sz w:val="18"/>
              </w:rPr>
              <w:t>Parent / Carer 1 Email</w:t>
            </w:r>
          </w:p>
        </w:tc>
        <w:tc>
          <w:tcPr>
            <w:tcW w:w="7272" w:type="dxa"/>
            <w:vAlign w:val="center"/>
          </w:tcPr>
          <w:p w14:paraId="565D001C" w14:textId="77777777" w:rsidR="00C22A04" w:rsidRDefault="00000000">
            <w:pPr>
              <w:spacing w:after="0"/>
            </w:pPr>
            <w:r>
              <w:rPr>
                <w:sz w:val="18"/>
              </w:rPr>
              <w:t>______________________________________________</w:t>
            </w:r>
          </w:p>
        </w:tc>
      </w:tr>
      <w:tr w:rsidR="00C22A04" w14:paraId="60B1CA13" w14:textId="77777777">
        <w:trPr>
          <w:jc w:val="center"/>
        </w:trPr>
        <w:tc>
          <w:tcPr>
            <w:tcW w:w="3024" w:type="dxa"/>
            <w:shd w:val="clear" w:color="auto" w:fill="C2D69B"/>
            <w:vAlign w:val="center"/>
          </w:tcPr>
          <w:p w14:paraId="742A914C" w14:textId="77777777" w:rsidR="00C22A04" w:rsidRDefault="00000000">
            <w:pPr>
              <w:spacing w:after="0"/>
            </w:pPr>
            <w:r>
              <w:rPr>
                <w:b/>
                <w:sz w:val="18"/>
              </w:rPr>
              <w:t>Parent / Carer 2 Email</w:t>
            </w:r>
          </w:p>
        </w:tc>
        <w:tc>
          <w:tcPr>
            <w:tcW w:w="7272" w:type="dxa"/>
            <w:vAlign w:val="center"/>
          </w:tcPr>
          <w:p w14:paraId="2015001B" w14:textId="77777777" w:rsidR="00C22A04" w:rsidRDefault="00000000">
            <w:pPr>
              <w:spacing w:after="0"/>
            </w:pPr>
            <w:r>
              <w:rPr>
                <w:sz w:val="18"/>
              </w:rPr>
              <w:t>______________________________________________</w:t>
            </w:r>
          </w:p>
        </w:tc>
      </w:tr>
    </w:tbl>
    <w:tbl>
      <w:tblPr>
        <w:tblW w:w="0" w:type="auto"/>
        <w:jc w:val="center"/>
        <w:tblLook w:val="04A0" w:firstRow="1" w:lastRow="0" w:firstColumn="1" w:lastColumn="0" w:noHBand="0" w:noVBand="1"/>
      </w:tblPr>
      <w:tblGrid>
        <w:gridCol w:w="10512"/>
      </w:tblGrid>
      <w:tr w:rsidR="00C22A04" w14:paraId="27AF3273" w14:textId="77777777">
        <w:trPr>
          <w:jc w:val="center"/>
        </w:trPr>
        <w:tc>
          <w:tcPr>
            <w:tcW w:w="10512" w:type="dxa"/>
            <w:shd w:val="clear" w:color="auto" w:fill="005E00"/>
            <w:vAlign w:val="center"/>
          </w:tcPr>
          <w:p w14:paraId="1FA21292" w14:textId="77777777" w:rsidR="00C22A04" w:rsidRDefault="00000000">
            <w:pPr>
              <w:spacing w:after="0"/>
            </w:pPr>
            <w:r>
              <w:rPr>
                <w:b/>
                <w:color w:val="FFFFFF"/>
                <w:sz w:val="20"/>
              </w:rPr>
              <w:t>SECTION 2 | HEALTH &amp; PERSONAL CARE</w:t>
            </w:r>
          </w:p>
        </w:tc>
      </w:tr>
    </w:tbl>
    <w:p w14:paraId="072F1D3A" w14:textId="77777777" w:rsidR="00C22A04" w:rsidRDefault="00C22A04">
      <w:pPr>
        <w:spacing w:after="0"/>
      </w:pPr>
    </w:p>
    <w:tbl>
      <w:tblPr>
        <w:tblStyle w:val="TableGrid"/>
        <w:tblW w:w="0" w:type="auto"/>
        <w:tblLook w:val="04A0" w:firstRow="1" w:lastRow="0" w:firstColumn="1" w:lastColumn="0" w:noHBand="0" w:noVBand="1"/>
      </w:tblPr>
      <w:tblGrid>
        <w:gridCol w:w="9180"/>
        <w:gridCol w:w="1548"/>
      </w:tblGrid>
      <w:tr w:rsidR="005013AC" w:rsidRPr="005013AC" w14:paraId="26576DFD" w14:textId="16FACD29" w:rsidTr="005013AC">
        <w:tc>
          <w:tcPr>
            <w:tcW w:w="9180" w:type="dxa"/>
          </w:tcPr>
          <w:p w14:paraId="3C01A659" w14:textId="198431B6" w:rsidR="005013AC" w:rsidRPr="005013AC" w:rsidRDefault="005013AC" w:rsidP="00CF6D63">
            <w:r w:rsidRPr="005013AC">
              <w:t xml:space="preserve">I consent to staff seeking appropriate emergency medical treatment for my child if required.    </w:t>
            </w:r>
          </w:p>
        </w:tc>
        <w:tc>
          <w:tcPr>
            <w:tcW w:w="1548" w:type="dxa"/>
          </w:tcPr>
          <w:p w14:paraId="2E9D557E" w14:textId="0533CA5D" w:rsidR="005013AC" w:rsidRPr="005013AC" w:rsidRDefault="005013AC" w:rsidP="00CF6D63">
            <w:r>
              <w:t>YES / NO</w:t>
            </w:r>
          </w:p>
        </w:tc>
      </w:tr>
      <w:tr w:rsidR="005013AC" w:rsidRPr="005013AC" w14:paraId="7C17C109" w14:textId="64E59412" w:rsidTr="005013AC">
        <w:tc>
          <w:tcPr>
            <w:tcW w:w="9180" w:type="dxa"/>
          </w:tcPr>
          <w:p w14:paraId="03234B98" w14:textId="47F03367" w:rsidR="005013AC" w:rsidRPr="005013AC" w:rsidRDefault="005013AC" w:rsidP="00CF6D63">
            <w:r w:rsidRPr="005013AC">
              <w:t xml:space="preserve">I consent to a member of staff accompanying my child to hospital and remaining with them until I arrive or another appropriate adult takes over.    </w:t>
            </w:r>
          </w:p>
        </w:tc>
        <w:tc>
          <w:tcPr>
            <w:tcW w:w="1548" w:type="dxa"/>
          </w:tcPr>
          <w:p w14:paraId="566E5373" w14:textId="621F5528" w:rsidR="005013AC" w:rsidRPr="005013AC" w:rsidRDefault="005013AC" w:rsidP="00CF6D63">
            <w:r>
              <w:t>YES / NO</w:t>
            </w:r>
          </w:p>
        </w:tc>
      </w:tr>
      <w:tr w:rsidR="005013AC" w:rsidRPr="005013AC" w14:paraId="05506400" w14:textId="6184459B" w:rsidTr="005013AC">
        <w:tc>
          <w:tcPr>
            <w:tcW w:w="9180" w:type="dxa"/>
          </w:tcPr>
          <w:p w14:paraId="365566AA" w14:textId="7EEBA35C" w:rsidR="005013AC" w:rsidRPr="005013AC" w:rsidRDefault="005013AC" w:rsidP="00CF6D63">
            <w:r w:rsidRPr="005013AC">
              <w:t xml:space="preserve">I </w:t>
            </w:r>
            <w:proofErr w:type="spellStart"/>
            <w:r w:rsidRPr="005013AC">
              <w:t>authorise</w:t>
            </w:r>
            <w:proofErr w:type="spellEnd"/>
            <w:r w:rsidRPr="005013AC">
              <w:t xml:space="preserve"> staff to sign an emergency consent form if required by medical professionals where delay in obtaining my consent could place my child's health or safety at risk.    </w:t>
            </w:r>
          </w:p>
        </w:tc>
        <w:tc>
          <w:tcPr>
            <w:tcW w:w="1548" w:type="dxa"/>
          </w:tcPr>
          <w:p w14:paraId="2A6F3B8E" w14:textId="6712B878" w:rsidR="005013AC" w:rsidRPr="005013AC" w:rsidRDefault="005013AC" w:rsidP="00CF6D63">
            <w:r>
              <w:t>YES / NO</w:t>
            </w:r>
          </w:p>
        </w:tc>
      </w:tr>
      <w:tr w:rsidR="005013AC" w:rsidRPr="005013AC" w14:paraId="70F35F80" w14:textId="084C6DD0" w:rsidTr="005013AC">
        <w:tc>
          <w:tcPr>
            <w:tcW w:w="9180" w:type="dxa"/>
          </w:tcPr>
          <w:p w14:paraId="7818F81D" w14:textId="31CB38AF" w:rsidR="005013AC" w:rsidRPr="005013AC" w:rsidRDefault="005013AC" w:rsidP="00CF6D63">
            <w:r w:rsidRPr="005013AC">
              <w:t xml:space="preserve">I consent to staff administering emergency medication in accordance with my child's Medical, Allergy, Dietary &amp; Medication Plan and the service's medication procedures.    </w:t>
            </w:r>
          </w:p>
        </w:tc>
        <w:tc>
          <w:tcPr>
            <w:tcW w:w="1548" w:type="dxa"/>
          </w:tcPr>
          <w:p w14:paraId="771D7304" w14:textId="543BC4BC" w:rsidR="005013AC" w:rsidRPr="005013AC" w:rsidRDefault="005013AC" w:rsidP="00CF6D63">
            <w:r>
              <w:t>YES / NO</w:t>
            </w:r>
          </w:p>
        </w:tc>
      </w:tr>
      <w:tr w:rsidR="005013AC" w:rsidRPr="005013AC" w14:paraId="79F6575C" w14:textId="3FD251F8" w:rsidTr="005013AC">
        <w:tc>
          <w:tcPr>
            <w:tcW w:w="9180" w:type="dxa"/>
          </w:tcPr>
          <w:p w14:paraId="43A3B227" w14:textId="1C9B84D0" w:rsidR="005013AC" w:rsidRPr="005013AC" w:rsidRDefault="005013AC" w:rsidP="00CF6D63">
            <w:r w:rsidRPr="005013AC">
              <w:t xml:space="preserve">I consent to staff providing appropriate first aid when required.    </w:t>
            </w:r>
          </w:p>
        </w:tc>
        <w:tc>
          <w:tcPr>
            <w:tcW w:w="1548" w:type="dxa"/>
          </w:tcPr>
          <w:p w14:paraId="029F7821" w14:textId="13F744C7" w:rsidR="005013AC" w:rsidRPr="005013AC" w:rsidRDefault="005013AC" w:rsidP="00CF6D63">
            <w:r>
              <w:t>YES / NO</w:t>
            </w:r>
          </w:p>
        </w:tc>
      </w:tr>
      <w:tr w:rsidR="005013AC" w:rsidRPr="005013AC" w14:paraId="4739D4F5" w14:textId="382319DE" w:rsidTr="005013AC">
        <w:tc>
          <w:tcPr>
            <w:tcW w:w="9180" w:type="dxa"/>
          </w:tcPr>
          <w:p w14:paraId="22E1B06C" w14:textId="501403B2" w:rsidR="005013AC" w:rsidRPr="005013AC" w:rsidRDefault="005013AC" w:rsidP="00CF6D63">
            <w:r w:rsidRPr="005013AC">
              <w:t>I consent to staff applying sunscreen supplied by me.</w:t>
            </w:r>
          </w:p>
        </w:tc>
        <w:tc>
          <w:tcPr>
            <w:tcW w:w="1548" w:type="dxa"/>
          </w:tcPr>
          <w:p w14:paraId="35A43C68" w14:textId="429A3314" w:rsidR="005013AC" w:rsidRPr="005013AC" w:rsidRDefault="005013AC" w:rsidP="00CF6D63">
            <w:r>
              <w:t>YES / NO</w:t>
            </w:r>
          </w:p>
        </w:tc>
      </w:tr>
      <w:tr w:rsidR="005013AC" w:rsidRPr="005013AC" w14:paraId="22D5C47F" w14:textId="78AE24B0" w:rsidTr="005013AC">
        <w:tc>
          <w:tcPr>
            <w:tcW w:w="9180" w:type="dxa"/>
          </w:tcPr>
          <w:p w14:paraId="10AB9DEA" w14:textId="43CC55F5" w:rsidR="005013AC" w:rsidRPr="005013AC" w:rsidRDefault="005013AC" w:rsidP="00CF6D63">
            <w:r w:rsidRPr="005013AC">
              <w:t xml:space="preserve">I consent to staff assisting my child with personal care, including toileting and changing clothes, where required.    </w:t>
            </w:r>
          </w:p>
        </w:tc>
        <w:tc>
          <w:tcPr>
            <w:tcW w:w="1548" w:type="dxa"/>
          </w:tcPr>
          <w:p w14:paraId="4BC27C02" w14:textId="30A650AC" w:rsidR="005013AC" w:rsidRPr="005013AC" w:rsidRDefault="005013AC" w:rsidP="00CF6D63">
            <w:r>
              <w:t>YES / NO</w:t>
            </w:r>
          </w:p>
        </w:tc>
      </w:tr>
    </w:tbl>
    <w:tbl>
      <w:tblPr>
        <w:tblW w:w="0" w:type="auto"/>
        <w:jc w:val="center"/>
        <w:tblLook w:val="04A0" w:firstRow="1" w:lastRow="0" w:firstColumn="1" w:lastColumn="0" w:noHBand="0" w:noVBand="1"/>
      </w:tblPr>
      <w:tblGrid>
        <w:gridCol w:w="10512"/>
      </w:tblGrid>
      <w:tr w:rsidR="00C22A04" w14:paraId="45A6528F" w14:textId="77777777">
        <w:trPr>
          <w:jc w:val="center"/>
        </w:trPr>
        <w:tc>
          <w:tcPr>
            <w:tcW w:w="10512" w:type="dxa"/>
            <w:shd w:val="clear" w:color="auto" w:fill="005E00"/>
            <w:vAlign w:val="center"/>
          </w:tcPr>
          <w:p w14:paraId="1726C6D3" w14:textId="77777777" w:rsidR="00C22A04" w:rsidRDefault="00000000">
            <w:pPr>
              <w:spacing w:after="0"/>
            </w:pPr>
            <w:r>
              <w:rPr>
                <w:b/>
                <w:color w:val="FFFFFF"/>
                <w:sz w:val="20"/>
              </w:rPr>
              <w:t>SECTION 3 | SCHOOL COLLECTION &amp; TRAVEL</w:t>
            </w:r>
          </w:p>
        </w:tc>
      </w:tr>
    </w:tbl>
    <w:p w14:paraId="18BA23D9" w14:textId="77777777" w:rsidR="00C22A04" w:rsidRDefault="00C22A04">
      <w:pPr>
        <w:spacing w:after="0"/>
      </w:pPr>
    </w:p>
    <w:tbl>
      <w:tblPr>
        <w:tblStyle w:val="TableGrid"/>
        <w:tblW w:w="10728" w:type="dxa"/>
        <w:tblLook w:val="04A0" w:firstRow="1" w:lastRow="0" w:firstColumn="1" w:lastColumn="0" w:noHBand="0" w:noVBand="1"/>
      </w:tblPr>
      <w:tblGrid>
        <w:gridCol w:w="9180"/>
        <w:gridCol w:w="1548"/>
      </w:tblGrid>
      <w:tr w:rsidR="00C826BC" w:rsidRPr="00C826BC" w14:paraId="785A6CA3" w14:textId="060D7222" w:rsidTr="00C826BC">
        <w:tc>
          <w:tcPr>
            <w:tcW w:w="9180" w:type="dxa"/>
          </w:tcPr>
          <w:p w14:paraId="0661FE03" w14:textId="3D21165E" w:rsidR="00C826BC" w:rsidRPr="00C826BC" w:rsidRDefault="00C826BC" w:rsidP="00C826BC">
            <w:r w:rsidRPr="00C826BC">
              <w:t xml:space="preserve">I consent to my child travelling with a member of staff between school and the service base by walking, car, minibus or taxi </w:t>
            </w:r>
            <w:proofErr w:type="gramStart"/>
            <w:r w:rsidRPr="00C826BC">
              <w:t>where</w:t>
            </w:r>
            <w:proofErr w:type="gramEnd"/>
            <w:r w:rsidRPr="00C826BC">
              <w:t xml:space="preserve"> arranged by the service.    </w:t>
            </w:r>
          </w:p>
        </w:tc>
        <w:tc>
          <w:tcPr>
            <w:tcW w:w="1548" w:type="dxa"/>
          </w:tcPr>
          <w:p w14:paraId="6BB17FE9" w14:textId="0619F7D4" w:rsidR="00C826BC" w:rsidRPr="00C826BC" w:rsidRDefault="00C826BC" w:rsidP="00C826BC">
            <w:r>
              <w:t>YES / NO</w:t>
            </w:r>
          </w:p>
        </w:tc>
      </w:tr>
      <w:tr w:rsidR="00C826BC" w:rsidRPr="00C826BC" w14:paraId="5A7041B0" w14:textId="4E7B4ED6" w:rsidTr="00C826BC">
        <w:tc>
          <w:tcPr>
            <w:tcW w:w="9180" w:type="dxa"/>
          </w:tcPr>
          <w:p w14:paraId="4006A838" w14:textId="44AB88B3" w:rsidR="00C826BC" w:rsidRPr="00C826BC" w:rsidRDefault="00C826BC" w:rsidP="00C826BC">
            <w:r w:rsidRPr="00C826BC">
              <w:t xml:space="preserve">I consent to my child travelling by minibus.    </w:t>
            </w:r>
          </w:p>
        </w:tc>
        <w:tc>
          <w:tcPr>
            <w:tcW w:w="1548" w:type="dxa"/>
          </w:tcPr>
          <w:p w14:paraId="72ECAA17" w14:textId="2D4532E5" w:rsidR="00C826BC" w:rsidRPr="00C826BC" w:rsidRDefault="00C826BC" w:rsidP="00C826BC">
            <w:r>
              <w:t>YES / NO</w:t>
            </w:r>
          </w:p>
        </w:tc>
      </w:tr>
      <w:tr w:rsidR="00C826BC" w:rsidRPr="00C826BC" w14:paraId="2B5C8957" w14:textId="7FFBD471" w:rsidTr="00C826BC">
        <w:tc>
          <w:tcPr>
            <w:tcW w:w="9180" w:type="dxa"/>
          </w:tcPr>
          <w:p w14:paraId="1F94D282" w14:textId="327C0048" w:rsidR="00C826BC" w:rsidRPr="00C826BC" w:rsidRDefault="00C826BC" w:rsidP="00C826BC">
            <w:r w:rsidRPr="00C826BC">
              <w:t xml:space="preserve">I consent to my child using an appropriate lap belt / middle seat where applicable.    </w:t>
            </w:r>
          </w:p>
        </w:tc>
        <w:tc>
          <w:tcPr>
            <w:tcW w:w="1548" w:type="dxa"/>
          </w:tcPr>
          <w:p w14:paraId="2AD1557D" w14:textId="52BE3B7B" w:rsidR="00C826BC" w:rsidRPr="00C826BC" w:rsidRDefault="00C826BC" w:rsidP="00C826BC">
            <w:r>
              <w:t>YES / NO</w:t>
            </w:r>
          </w:p>
        </w:tc>
      </w:tr>
      <w:tr w:rsidR="00C826BC" w:rsidRPr="00C826BC" w14:paraId="59E809EE" w14:textId="7B0F91F6" w:rsidTr="00C826BC">
        <w:tc>
          <w:tcPr>
            <w:tcW w:w="9180" w:type="dxa"/>
          </w:tcPr>
          <w:p w14:paraId="180D865B" w14:textId="787B1D66" w:rsidR="00C826BC" w:rsidRPr="00C826BC" w:rsidRDefault="00C826BC" w:rsidP="00C826BC">
            <w:r w:rsidRPr="00C826BC">
              <w:t xml:space="preserve">I consent to my child travelling in the front passenger seat where necessary and where lawful and appropriate. Appropriate restraints will be used.    </w:t>
            </w:r>
          </w:p>
        </w:tc>
        <w:tc>
          <w:tcPr>
            <w:tcW w:w="1548" w:type="dxa"/>
          </w:tcPr>
          <w:p w14:paraId="3B31C244" w14:textId="66FCB1AD" w:rsidR="00C826BC" w:rsidRPr="00C826BC" w:rsidRDefault="00C826BC" w:rsidP="00C826BC">
            <w:r>
              <w:t>YES / NO</w:t>
            </w:r>
          </w:p>
        </w:tc>
      </w:tr>
      <w:tr w:rsidR="00C826BC" w:rsidRPr="00C826BC" w14:paraId="4B5E0991" w14:textId="2C90B49A" w:rsidTr="00C826BC">
        <w:tc>
          <w:tcPr>
            <w:tcW w:w="9180" w:type="dxa"/>
          </w:tcPr>
          <w:p w14:paraId="35D1C421" w14:textId="72D7BD70" w:rsidR="00C826BC" w:rsidRPr="00C826BC" w:rsidRDefault="00C826BC" w:rsidP="00C826BC">
            <w:r w:rsidRPr="00C826BC">
              <w:t xml:space="preserve">I consent to my child travelling by taxi or public transport </w:t>
            </w:r>
            <w:proofErr w:type="gramStart"/>
            <w:r w:rsidRPr="00C826BC">
              <w:t>where</w:t>
            </w:r>
            <w:proofErr w:type="gramEnd"/>
            <w:r w:rsidRPr="00C826BC">
              <w:t xml:space="preserve"> arranged by the service.    </w:t>
            </w:r>
          </w:p>
        </w:tc>
        <w:tc>
          <w:tcPr>
            <w:tcW w:w="1548" w:type="dxa"/>
          </w:tcPr>
          <w:p w14:paraId="52F9D226" w14:textId="07392B71" w:rsidR="00C826BC" w:rsidRPr="00C826BC" w:rsidRDefault="00C826BC" w:rsidP="00C826BC">
            <w:r>
              <w:t>YES / NO</w:t>
            </w:r>
          </w:p>
        </w:tc>
      </w:tr>
      <w:tr w:rsidR="00C826BC" w:rsidRPr="00C826BC" w14:paraId="6B6FB41C" w14:textId="68945876" w:rsidTr="00C826BC">
        <w:tc>
          <w:tcPr>
            <w:tcW w:w="9180" w:type="dxa"/>
          </w:tcPr>
          <w:p w14:paraId="71A1E8DF" w14:textId="7BC9F062" w:rsidR="00C826BC" w:rsidRPr="00C826BC" w:rsidRDefault="00C826BC" w:rsidP="00C826BC">
            <w:r w:rsidRPr="00C826BC">
              <w:t xml:space="preserve">I consent to my child travelling by car where necessary and arranged in accordance with service procedures.   </w:t>
            </w:r>
          </w:p>
        </w:tc>
        <w:tc>
          <w:tcPr>
            <w:tcW w:w="1548" w:type="dxa"/>
          </w:tcPr>
          <w:p w14:paraId="7796D6E2" w14:textId="37444F9D" w:rsidR="00C826BC" w:rsidRPr="00C826BC" w:rsidRDefault="00C826BC" w:rsidP="00C826BC">
            <w:r>
              <w:t>YES / NO</w:t>
            </w:r>
          </w:p>
        </w:tc>
      </w:tr>
    </w:tbl>
    <w:p w14:paraId="3575A364" w14:textId="77777777" w:rsidR="00C22A04" w:rsidRDefault="00000000">
      <w:r>
        <w:rPr>
          <w:color w:val="666666"/>
          <w:sz w:val="16"/>
        </w:rPr>
        <w:t>The existing service travel information states that some minibus middle seats use lap belts and that booster-seat arrangements depend on the seat. Appropriate restraints will be used in accordance with the service's transport procedures.</w:t>
      </w:r>
    </w:p>
    <w:tbl>
      <w:tblPr>
        <w:tblW w:w="0" w:type="auto"/>
        <w:jc w:val="center"/>
        <w:tblLook w:val="04A0" w:firstRow="1" w:lastRow="0" w:firstColumn="1" w:lastColumn="0" w:noHBand="0" w:noVBand="1"/>
      </w:tblPr>
      <w:tblGrid>
        <w:gridCol w:w="10512"/>
      </w:tblGrid>
      <w:tr w:rsidR="00C22A04" w14:paraId="04352CFB" w14:textId="77777777">
        <w:trPr>
          <w:jc w:val="center"/>
        </w:trPr>
        <w:tc>
          <w:tcPr>
            <w:tcW w:w="10512" w:type="dxa"/>
            <w:shd w:val="clear" w:color="auto" w:fill="005E00"/>
            <w:vAlign w:val="center"/>
          </w:tcPr>
          <w:p w14:paraId="7D0A037F" w14:textId="77777777" w:rsidR="00C22A04" w:rsidRDefault="00000000">
            <w:pPr>
              <w:spacing w:after="0"/>
            </w:pPr>
            <w:r>
              <w:rPr>
                <w:b/>
                <w:color w:val="FFFFFF"/>
                <w:sz w:val="20"/>
              </w:rPr>
              <w:t>SECTION 4 | OUTINGS &amp; ACTIVITIES</w:t>
            </w:r>
          </w:p>
        </w:tc>
      </w:tr>
    </w:tbl>
    <w:p w14:paraId="070B46D2" w14:textId="77777777" w:rsidR="00C22A04" w:rsidRDefault="00C22A04">
      <w:pPr>
        <w:spacing w:after="0"/>
      </w:pPr>
    </w:p>
    <w:tbl>
      <w:tblPr>
        <w:tblStyle w:val="TableGrid"/>
        <w:tblW w:w="10728" w:type="dxa"/>
        <w:tblLook w:val="04A0" w:firstRow="1" w:lastRow="0" w:firstColumn="1" w:lastColumn="0" w:noHBand="0" w:noVBand="1"/>
      </w:tblPr>
      <w:tblGrid>
        <w:gridCol w:w="9180"/>
        <w:gridCol w:w="1548"/>
      </w:tblGrid>
      <w:tr w:rsidR="00C826BC" w:rsidRPr="00C826BC" w14:paraId="0FA0E077" w14:textId="511BD779" w:rsidTr="00F11F14">
        <w:tc>
          <w:tcPr>
            <w:tcW w:w="9180" w:type="dxa"/>
          </w:tcPr>
          <w:p w14:paraId="177CD1A9" w14:textId="77777777" w:rsidR="00C826BC" w:rsidRDefault="00C826BC" w:rsidP="00C826BC">
            <w:r w:rsidRPr="00C826BC">
              <w:t xml:space="preserve">I consent to my child participating in local walks and visits to local community spaces.    </w:t>
            </w:r>
          </w:p>
          <w:p w14:paraId="46C85CE7" w14:textId="1D7A3095" w:rsidR="00F11F14" w:rsidRPr="00C826BC" w:rsidRDefault="00F11F14" w:rsidP="00C826BC"/>
        </w:tc>
        <w:tc>
          <w:tcPr>
            <w:tcW w:w="1548" w:type="dxa"/>
          </w:tcPr>
          <w:p w14:paraId="13F10C71" w14:textId="04AB334C" w:rsidR="00C826BC" w:rsidRPr="00C826BC" w:rsidRDefault="00C826BC" w:rsidP="00C826BC">
            <w:r>
              <w:t>YES / NO</w:t>
            </w:r>
          </w:p>
        </w:tc>
      </w:tr>
      <w:tr w:rsidR="00C826BC" w:rsidRPr="00C826BC" w14:paraId="26F16702" w14:textId="3692A745" w:rsidTr="00F11F14">
        <w:tc>
          <w:tcPr>
            <w:tcW w:w="9180" w:type="dxa"/>
          </w:tcPr>
          <w:p w14:paraId="29CFE0D7" w14:textId="2C2AA08B" w:rsidR="00C826BC" w:rsidRPr="00C826BC" w:rsidRDefault="00C826BC" w:rsidP="00C826BC">
            <w:r w:rsidRPr="00C826BC">
              <w:t xml:space="preserve">I consent to my child participating in planned educational visits, outings and activities organised by the service.    </w:t>
            </w:r>
          </w:p>
        </w:tc>
        <w:tc>
          <w:tcPr>
            <w:tcW w:w="1548" w:type="dxa"/>
          </w:tcPr>
          <w:p w14:paraId="6F56D876" w14:textId="36DB8E20" w:rsidR="00C826BC" w:rsidRPr="00C826BC" w:rsidRDefault="00C826BC" w:rsidP="00C826BC">
            <w:r>
              <w:t>YES / NO</w:t>
            </w:r>
          </w:p>
        </w:tc>
      </w:tr>
      <w:tr w:rsidR="00C826BC" w:rsidRPr="00C826BC" w14:paraId="03EC49D9" w14:textId="1AFB4727" w:rsidTr="00F11F14">
        <w:tc>
          <w:tcPr>
            <w:tcW w:w="9180" w:type="dxa"/>
          </w:tcPr>
          <w:p w14:paraId="16097578" w14:textId="25D3BBD8" w:rsidR="00C826BC" w:rsidRPr="00C826BC" w:rsidRDefault="00C826BC" w:rsidP="00C826BC">
            <w:r w:rsidRPr="00C826BC">
              <w:t xml:space="preserve">I consent to my child receiving emergency medical treatment, including anaesthetic, as considered necessary by medical authorities.    </w:t>
            </w:r>
          </w:p>
        </w:tc>
        <w:tc>
          <w:tcPr>
            <w:tcW w:w="1548" w:type="dxa"/>
          </w:tcPr>
          <w:p w14:paraId="2F224566" w14:textId="1FE83F36" w:rsidR="00C826BC" w:rsidRPr="00C826BC" w:rsidRDefault="00C826BC" w:rsidP="00C826BC">
            <w:r>
              <w:t>YES / NO</w:t>
            </w:r>
          </w:p>
        </w:tc>
      </w:tr>
      <w:tr w:rsidR="00C826BC" w:rsidRPr="00C826BC" w14:paraId="2FCFDF65" w14:textId="61E873AF" w:rsidTr="00F11F14">
        <w:tc>
          <w:tcPr>
            <w:tcW w:w="9180" w:type="dxa"/>
          </w:tcPr>
          <w:p w14:paraId="1AD9C7BA" w14:textId="15090EC4" w:rsidR="00C826BC" w:rsidRPr="00C826BC" w:rsidRDefault="00C826BC" w:rsidP="00C826BC">
            <w:r w:rsidRPr="00C826BC">
              <w:t xml:space="preserve">I acknowledge the need for responsible behaviour during outings and understand that appropriate insurance cover is in place.    </w:t>
            </w:r>
          </w:p>
        </w:tc>
        <w:tc>
          <w:tcPr>
            <w:tcW w:w="1548" w:type="dxa"/>
          </w:tcPr>
          <w:p w14:paraId="6B4CA9DC" w14:textId="2BCDCF70" w:rsidR="00C826BC" w:rsidRPr="00C826BC" w:rsidRDefault="00C826BC" w:rsidP="00C826BC">
            <w:r>
              <w:t>YES / NO</w:t>
            </w:r>
          </w:p>
        </w:tc>
      </w:tr>
    </w:tbl>
    <w:tbl>
      <w:tblPr>
        <w:tblW w:w="0" w:type="auto"/>
        <w:jc w:val="center"/>
        <w:tblLook w:val="04A0" w:firstRow="1" w:lastRow="0" w:firstColumn="1" w:lastColumn="0" w:noHBand="0" w:noVBand="1"/>
      </w:tblPr>
      <w:tblGrid>
        <w:gridCol w:w="10512"/>
      </w:tblGrid>
      <w:tr w:rsidR="00C22A04" w14:paraId="09B148B5" w14:textId="77777777">
        <w:trPr>
          <w:jc w:val="center"/>
        </w:trPr>
        <w:tc>
          <w:tcPr>
            <w:tcW w:w="10512" w:type="dxa"/>
            <w:shd w:val="clear" w:color="auto" w:fill="005E00"/>
            <w:vAlign w:val="center"/>
          </w:tcPr>
          <w:p w14:paraId="23D3A6C3" w14:textId="77777777" w:rsidR="00C22A04" w:rsidRDefault="00000000">
            <w:pPr>
              <w:spacing w:after="0"/>
            </w:pPr>
            <w:r>
              <w:rPr>
                <w:b/>
                <w:color w:val="FFFFFF"/>
                <w:sz w:val="20"/>
              </w:rPr>
              <w:t>SECTION 5 | OUTDOOR &amp; WOODLAND CONSENT</w:t>
            </w:r>
          </w:p>
        </w:tc>
      </w:tr>
    </w:tbl>
    <w:p w14:paraId="713EEE44" w14:textId="77777777" w:rsidR="00C22A04" w:rsidRDefault="00C22A04">
      <w:pPr>
        <w:spacing w:after="0"/>
      </w:pPr>
    </w:p>
    <w:p w14:paraId="16478E7B" w14:textId="77777777" w:rsidR="00C22A04" w:rsidRDefault="00000000">
      <w:r>
        <w:t>I confirm that I have been made aware of the risks and conditions my child may experience during outdoor and woodland activities, including:</w:t>
      </w:r>
    </w:p>
    <w:p w14:paraId="5231CE30" w14:textId="77777777" w:rsidR="00C22A04" w:rsidRDefault="00000000">
      <w:r>
        <w:lastRenderedPageBreak/>
        <w:t>• tree climbing, slips and falls, scratches and bumps;  • toilet and hand washing;  • animals and bugs;  • bogs and stagnant water;  • dirt and mud;  • clothing and weather conditions including snow, ice and wind;  • camp fires;  • den building;  • cooking on an open fire;  • hill climbing;  • woodwork tools.</w:t>
      </w:r>
    </w:p>
    <w:p w14:paraId="5BBFE88B" w14:textId="77777777" w:rsidR="00C22A04" w:rsidRDefault="00000000">
      <w:r>
        <w:t>I understand that this list is not exhaustive, that activities are risk assessed, that risk assessments are available on request, and that activities are covered by the service's insurance.</w:t>
      </w:r>
    </w:p>
    <w:tbl>
      <w:tblPr>
        <w:tblStyle w:val="TableGrid"/>
        <w:tblW w:w="0" w:type="auto"/>
        <w:tblLook w:val="04A0" w:firstRow="1" w:lastRow="0" w:firstColumn="1" w:lastColumn="0" w:noHBand="0" w:noVBand="1"/>
      </w:tblPr>
      <w:tblGrid>
        <w:gridCol w:w="9180"/>
        <w:gridCol w:w="1548"/>
      </w:tblGrid>
      <w:tr w:rsidR="00F11F14" w:rsidRPr="00F11F14" w14:paraId="3D8CE274" w14:textId="63A34242" w:rsidTr="00F11F14">
        <w:tc>
          <w:tcPr>
            <w:tcW w:w="9180" w:type="dxa"/>
          </w:tcPr>
          <w:p w14:paraId="1E444EB9" w14:textId="759865AB" w:rsidR="00F11F14" w:rsidRPr="00F11F14" w:rsidRDefault="00F11F14" w:rsidP="009E570C">
            <w:r w:rsidRPr="00F11F14">
              <w:t xml:space="preserve">I consent to my child participating in outdoor and woodland activities as part of After School Care.   </w:t>
            </w:r>
          </w:p>
        </w:tc>
        <w:tc>
          <w:tcPr>
            <w:tcW w:w="1548" w:type="dxa"/>
          </w:tcPr>
          <w:p w14:paraId="0931BF9D" w14:textId="0994356A" w:rsidR="00F11F14" w:rsidRPr="00F11F14" w:rsidRDefault="00F11F14" w:rsidP="009E570C">
            <w:r>
              <w:t>YES / NO</w:t>
            </w:r>
          </w:p>
        </w:tc>
      </w:tr>
    </w:tbl>
    <w:tbl>
      <w:tblPr>
        <w:tblW w:w="0" w:type="auto"/>
        <w:jc w:val="center"/>
        <w:tblLook w:val="04A0" w:firstRow="1" w:lastRow="0" w:firstColumn="1" w:lastColumn="0" w:noHBand="0" w:noVBand="1"/>
      </w:tblPr>
      <w:tblGrid>
        <w:gridCol w:w="10512"/>
      </w:tblGrid>
      <w:tr w:rsidR="00C22A04" w14:paraId="4A5B7DCE" w14:textId="77777777">
        <w:trPr>
          <w:jc w:val="center"/>
        </w:trPr>
        <w:tc>
          <w:tcPr>
            <w:tcW w:w="10512" w:type="dxa"/>
            <w:shd w:val="clear" w:color="auto" w:fill="005E00"/>
            <w:vAlign w:val="center"/>
          </w:tcPr>
          <w:p w14:paraId="4874F804" w14:textId="77777777" w:rsidR="00C22A04" w:rsidRDefault="00000000">
            <w:pPr>
              <w:spacing w:after="0"/>
            </w:pPr>
            <w:r>
              <w:rPr>
                <w:b/>
                <w:color w:val="FFFFFF"/>
                <w:sz w:val="20"/>
              </w:rPr>
              <w:t>SECTION 6 | PHOTOGRAPHS, VIDEO &amp; DIGITAL LEARNING</w:t>
            </w:r>
          </w:p>
        </w:tc>
      </w:tr>
    </w:tbl>
    <w:p w14:paraId="32F62533" w14:textId="77777777" w:rsidR="00C22A04" w:rsidRDefault="00C22A04">
      <w:pPr>
        <w:spacing w:after="0"/>
      </w:pPr>
    </w:p>
    <w:p w14:paraId="27FDD571" w14:textId="77777777" w:rsidR="00C22A04" w:rsidRDefault="00000000">
      <w:r>
        <w:t>Photographs and videos may be used to record learning, celebrate achievements, share experiences with families and promote activities. Please make a separate choice for each use.</w:t>
      </w:r>
    </w:p>
    <w:tbl>
      <w:tblPr>
        <w:tblStyle w:val="TableGrid"/>
        <w:tblW w:w="10728" w:type="dxa"/>
        <w:tblLook w:val="04A0" w:firstRow="1" w:lastRow="0" w:firstColumn="1" w:lastColumn="0" w:noHBand="0" w:noVBand="1"/>
      </w:tblPr>
      <w:tblGrid>
        <w:gridCol w:w="9180"/>
        <w:gridCol w:w="1548"/>
      </w:tblGrid>
      <w:tr w:rsidR="00F11F14" w:rsidRPr="00F11F14" w14:paraId="01F4F26B" w14:textId="1F79C67B" w:rsidTr="00F11F14">
        <w:tc>
          <w:tcPr>
            <w:tcW w:w="9180" w:type="dxa"/>
          </w:tcPr>
          <w:p w14:paraId="0D6F4D4B" w14:textId="152AF6C5" w:rsidR="00F11F14" w:rsidRPr="00F11F14" w:rsidRDefault="00F11F14" w:rsidP="00F11F14">
            <w:r w:rsidRPr="00F11F14">
              <w:t xml:space="preserve">I consent to photographs/videos of my child being included in their personal Learning Journal.   </w:t>
            </w:r>
          </w:p>
        </w:tc>
        <w:tc>
          <w:tcPr>
            <w:tcW w:w="1548" w:type="dxa"/>
          </w:tcPr>
          <w:p w14:paraId="5DBDC7BA" w14:textId="17AF514B" w:rsidR="00F11F14" w:rsidRPr="00F11F14" w:rsidRDefault="00F11F14" w:rsidP="00F11F14">
            <w:r>
              <w:t>YES / NO</w:t>
            </w:r>
          </w:p>
        </w:tc>
      </w:tr>
      <w:tr w:rsidR="00F11F14" w:rsidRPr="00F11F14" w14:paraId="259C9F73" w14:textId="6DF93264" w:rsidTr="00F11F14">
        <w:tc>
          <w:tcPr>
            <w:tcW w:w="9180" w:type="dxa"/>
          </w:tcPr>
          <w:p w14:paraId="2D04A0E1" w14:textId="74E504EC" w:rsidR="00F11F14" w:rsidRPr="00F11F14" w:rsidRDefault="00F11F14" w:rsidP="00F11F14">
            <w:r w:rsidRPr="00F11F14">
              <w:t xml:space="preserve">I consent to my child appearing in group photographs/videos that may also appear in another child's Learning Journal.    </w:t>
            </w:r>
          </w:p>
        </w:tc>
        <w:tc>
          <w:tcPr>
            <w:tcW w:w="1548" w:type="dxa"/>
          </w:tcPr>
          <w:p w14:paraId="3643BF8C" w14:textId="3BCE7480" w:rsidR="00F11F14" w:rsidRPr="00F11F14" w:rsidRDefault="00F11F14" w:rsidP="00F11F14">
            <w:r>
              <w:t>YES / NO</w:t>
            </w:r>
          </w:p>
        </w:tc>
      </w:tr>
      <w:tr w:rsidR="00F11F14" w:rsidRPr="00F11F14" w14:paraId="33449CD6" w14:textId="37D9741C" w:rsidTr="00F11F14">
        <w:tc>
          <w:tcPr>
            <w:tcW w:w="9180" w:type="dxa"/>
          </w:tcPr>
          <w:p w14:paraId="049DC2BE" w14:textId="65800052" w:rsidR="00F11F14" w:rsidRPr="00F11F14" w:rsidRDefault="00F11F14" w:rsidP="00F11F14">
            <w:r w:rsidRPr="00F11F14">
              <w:t xml:space="preserve">I consent to photographs of my child being displayed within the setting.    </w:t>
            </w:r>
          </w:p>
        </w:tc>
        <w:tc>
          <w:tcPr>
            <w:tcW w:w="1548" w:type="dxa"/>
          </w:tcPr>
          <w:p w14:paraId="195D5F63" w14:textId="7A582C90" w:rsidR="00F11F14" w:rsidRPr="00F11F14" w:rsidRDefault="00F11F14" w:rsidP="00F11F14">
            <w:r>
              <w:t>YES / NO</w:t>
            </w:r>
          </w:p>
        </w:tc>
      </w:tr>
      <w:tr w:rsidR="00F11F14" w:rsidRPr="00F11F14" w14:paraId="6DAC6B7A" w14:textId="657E3641" w:rsidTr="00F11F14">
        <w:tc>
          <w:tcPr>
            <w:tcW w:w="9180" w:type="dxa"/>
          </w:tcPr>
          <w:p w14:paraId="6A417EDA" w14:textId="209FA16A" w:rsidR="00F11F14" w:rsidRPr="00F11F14" w:rsidRDefault="00F11F14" w:rsidP="00F11F14">
            <w:r w:rsidRPr="00F11F14">
              <w:t xml:space="preserve">I consent to my child's first name being displayed alongside photographs used within the setting.    </w:t>
            </w:r>
          </w:p>
        </w:tc>
        <w:tc>
          <w:tcPr>
            <w:tcW w:w="1548" w:type="dxa"/>
          </w:tcPr>
          <w:p w14:paraId="46AA686B" w14:textId="23B276E4" w:rsidR="00F11F14" w:rsidRPr="00F11F14" w:rsidRDefault="00F11F14" w:rsidP="00F11F14">
            <w:r>
              <w:t>YES / NO</w:t>
            </w:r>
          </w:p>
        </w:tc>
      </w:tr>
      <w:tr w:rsidR="00F11F14" w:rsidRPr="00F11F14" w14:paraId="535136AC" w14:textId="795C5F24" w:rsidTr="00F11F14">
        <w:tc>
          <w:tcPr>
            <w:tcW w:w="9180" w:type="dxa"/>
          </w:tcPr>
          <w:p w14:paraId="0AA411F2" w14:textId="46F64969" w:rsidR="00F11F14" w:rsidRPr="00F11F14" w:rsidRDefault="00F11F14" w:rsidP="00F11F14">
            <w:r w:rsidRPr="00F11F14">
              <w:t xml:space="preserve">I consent to photographs/videos of my child being shared directly with parents/carers through secure service communications.    </w:t>
            </w:r>
          </w:p>
        </w:tc>
        <w:tc>
          <w:tcPr>
            <w:tcW w:w="1548" w:type="dxa"/>
          </w:tcPr>
          <w:p w14:paraId="217AF1A5" w14:textId="1087D5EF" w:rsidR="00F11F14" w:rsidRPr="00F11F14" w:rsidRDefault="00F11F14" w:rsidP="00F11F14">
            <w:r>
              <w:t>YES / NO</w:t>
            </w:r>
          </w:p>
        </w:tc>
      </w:tr>
      <w:tr w:rsidR="00F11F14" w:rsidRPr="00F11F14" w14:paraId="5E20E0B6" w14:textId="0506EB05" w:rsidTr="00F11F14">
        <w:tc>
          <w:tcPr>
            <w:tcW w:w="9180" w:type="dxa"/>
          </w:tcPr>
          <w:p w14:paraId="6DAB4271" w14:textId="3FEEFF1B" w:rsidR="00F11F14" w:rsidRPr="00F11F14" w:rsidRDefault="00F11F14" w:rsidP="00F11F14">
            <w:r w:rsidRPr="00F11F14">
              <w:t xml:space="preserve">I consent to photographs/videos of my child being used in service publications such as newsletters, leaflets and handbooks.    </w:t>
            </w:r>
          </w:p>
        </w:tc>
        <w:tc>
          <w:tcPr>
            <w:tcW w:w="1548" w:type="dxa"/>
          </w:tcPr>
          <w:p w14:paraId="639C7DED" w14:textId="4626E1C7" w:rsidR="00F11F14" w:rsidRPr="00F11F14" w:rsidRDefault="00F11F14" w:rsidP="00F11F14">
            <w:r>
              <w:t>YES / NO</w:t>
            </w:r>
          </w:p>
        </w:tc>
      </w:tr>
      <w:tr w:rsidR="00F11F14" w:rsidRPr="00F11F14" w14:paraId="3B07663F" w14:textId="4E511791" w:rsidTr="00F11F14">
        <w:tc>
          <w:tcPr>
            <w:tcW w:w="9180" w:type="dxa"/>
          </w:tcPr>
          <w:p w14:paraId="2E59831B" w14:textId="06D9F73A" w:rsidR="00F11F14" w:rsidRPr="00F11F14" w:rsidRDefault="00F11F14" w:rsidP="00F11F14">
            <w:r w:rsidRPr="00F11F14">
              <w:t>I consent to photographs/videos of my child being used on the service's website</w:t>
            </w:r>
            <w:r>
              <w:t>, or official social media pages.</w:t>
            </w:r>
            <w:r w:rsidRPr="00F11F14">
              <w:t xml:space="preserve">    </w:t>
            </w:r>
          </w:p>
        </w:tc>
        <w:tc>
          <w:tcPr>
            <w:tcW w:w="1548" w:type="dxa"/>
          </w:tcPr>
          <w:p w14:paraId="2F9A1E9B" w14:textId="142E4E50" w:rsidR="00F11F14" w:rsidRPr="00F11F14" w:rsidRDefault="00F11F14" w:rsidP="00F11F14">
            <w:r>
              <w:t>YES / NO</w:t>
            </w:r>
          </w:p>
        </w:tc>
      </w:tr>
    </w:tbl>
    <w:tbl>
      <w:tblPr>
        <w:tblW w:w="0" w:type="auto"/>
        <w:jc w:val="center"/>
        <w:tblLook w:val="04A0" w:firstRow="1" w:lastRow="0" w:firstColumn="1" w:lastColumn="0" w:noHBand="0" w:noVBand="1"/>
      </w:tblPr>
      <w:tblGrid>
        <w:gridCol w:w="10512"/>
      </w:tblGrid>
      <w:tr w:rsidR="00C22A04" w14:paraId="273F733F" w14:textId="77777777">
        <w:trPr>
          <w:jc w:val="center"/>
        </w:trPr>
        <w:tc>
          <w:tcPr>
            <w:tcW w:w="10512" w:type="dxa"/>
            <w:shd w:val="clear" w:color="auto" w:fill="005E00"/>
            <w:vAlign w:val="center"/>
          </w:tcPr>
          <w:p w14:paraId="211E6CC5" w14:textId="77777777" w:rsidR="00C22A04" w:rsidRDefault="00000000">
            <w:pPr>
              <w:spacing w:after="0"/>
            </w:pPr>
            <w:r>
              <w:rPr>
                <w:b/>
                <w:color w:val="FFFFFF"/>
                <w:sz w:val="20"/>
              </w:rPr>
              <w:t>SECTION 7 | INFORMATION SHARING &amp; GIRFEC</w:t>
            </w:r>
          </w:p>
        </w:tc>
      </w:tr>
    </w:tbl>
    <w:p w14:paraId="4834FBC6" w14:textId="77777777" w:rsidR="00C22A04" w:rsidRDefault="00C22A04">
      <w:pPr>
        <w:spacing w:after="0"/>
      </w:pPr>
    </w:p>
    <w:p w14:paraId="33ABA423" w14:textId="77777777" w:rsidR="00C22A04" w:rsidRDefault="00000000">
      <w:r>
        <w:t>Information will be handled in accordance with confidentiality, data protection and safeguarding requirements. Where there is a legal or safeguarding duty to share information, the service may be required to do so without consent.</w:t>
      </w:r>
    </w:p>
    <w:tbl>
      <w:tblPr>
        <w:tblStyle w:val="TableGrid"/>
        <w:tblW w:w="0" w:type="auto"/>
        <w:tblLook w:val="04A0" w:firstRow="1" w:lastRow="0" w:firstColumn="1" w:lastColumn="0" w:noHBand="0" w:noVBand="1"/>
      </w:tblPr>
      <w:tblGrid>
        <w:gridCol w:w="9180"/>
        <w:gridCol w:w="1548"/>
      </w:tblGrid>
      <w:tr w:rsidR="00F11F14" w:rsidRPr="00F11F14" w14:paraId="7007CC83" w14:textId="5A515AFE" w:rsidTr="00F11F14">
        <w:tc>
          <w:tcPr>
            <w:tcW w:w="9180" w:type="dxa"/>
          </w:tcPr>
          <w:p w14:paraId="35754C95" w14:textId="39B77B96" w:rsidR="00F11F14" w:rsidRPr="00F11F14" w:rsidRDefault="00F11F14" w:rsidP="0096086F">
            <w:r w:rsidRPr="00F11F14">
              <w:t xml:space="preserve">I consent to relevant information about my child being discussed with appropriate professionals involved in supporting their wellbeing, learning or development where appropriate.    </w:t>
            </w:r>
          </w:p>
        </w:tc>
        <w:tc>
          <w:tcPr>
            <w:tcW w:w="1548" w:type="dxa"/>
          </w:tcPr>
          <w:p w14:paraId="7E1CB044" w14:textId="07261518" w:rsidR="00F11F14" w:rsidRPr="00F11F14" w:rsidRDefault="00F11F14" w:rsidP="0096086F">
            <w:r>
              <w:t>YES / NO</w:t>
            </w:r>
          </w:p>
        </w:tc>
      </w:tr>
      <w:tr w:rsidR="00F11F14" w:rsidRPr="00F11F14" w14:paraId="397048E0" w14:textId="2DA3136B" w:rsidTr="00F11F14">
        <w:tc>
          <w:tcPr>
            <w:tcW w:w="9180" w:type="dxa"/>
          </w:tcPr>
          <w:p w14:paraId="763DBC5E" w14:textId="2034EABA" w:rsidR="00F11F14" w:rsidRPr="00F11F14" w:rsidRDefault="00F11F14" w:rsidP="0096086F">
            <w:r w:rsidRPr="00F11F14">
              <w:t xml:space="preserve">I consent to the service requesting and accessing relevant information from my child's previous or other setting where this supports continuity of care.    </w:t>
            </w:r>
          </w:p>
        </w:tc>
        <w:tc>
          <w:tcPr>
            <w:tcW w:w="1548" w:type="dxa"/>
          </w:tcPr>
          <w:p w14:paraId="642CCD4E" w14:textId="485B3EE8" w:rsidR="00F11F14" w:rsidRPr="00F11F14" w:rsidRDefault="00F11F14" w:rsidP="0096086F">
            <w:r>
              <w:t>YES / NO</w:t>
            </w:r>
          </w:p>
        </w:tc>
      </w:tr>
      <w:tr w:rsidR="00F11F14" w:rsidRPr="00F11F14" w14:paraId="15527496" w14:textId="25CD1695" w:rsidTr="00F11F14">
        <w:tc>
          <w:tcPr>
            <w:tcW w:w="9180" w:type="dxa"/>
          </w:tcPr>
          <w:p w14:paraId="23A8946A" w14:textId="68BD9DBA" w:rsidR="00F11F14" w:rsidRPr="00F11F14" w:rsidRDefault="00F11F14" w:rsidP="0096086F">
            <w:r w:rsidRPr="00F11F14">
              <w:t xml:space="preserve">I consent to relevant information being shared with my child's future school or receiving setting to support transition where appropriate.   </w:t>
            </w:r>
          </w:p>
        </w:tc>
        <w:tc>
          <w:tcPr>
            <w:tcW w:w="1548" w:type="dxa"/>
          </w:tcPr>
          <w:p w14:paraId="47E82586" w14:textId="56D31C5F" w:rsidR="00F11F14" w:rsidRPr="00F11F14" w:rsidRDefault="00F11F14" w:rsidP="0096086F">
            <w:r>
              <w:t>YES / NO</w:t>
            </w:r>
          </w:p>
        </w:tc>
      </w:tr>
      <w:tr w:rsidR="00F11F14" w:rsidRPr="00F11F14" w14:paraId="5A9516EB" w14:textId="2FF465E4" w:rsidTr="00F11F14">
        <w:tc>
          <w:tcPr>
            <w:tcW w:w="9180" w:type="dxa"/>
          </w:tcPr>
          <w:p w14:paraId="174F5C50" w14:textId="2396054F" w:rsidR="00F11F14" w:rsidRPr="00F11F14" w:rsidRDefault="00F11F14" w:rsidP="0096086F">
            <w:r w:rsidRPr="00F11F14">
              <w:t xml:space="preserve">I consent to the service accessing relevant existing GIRFEC / wellbeing planning information held by my child's school, nursery or partner professionals where appropriate to support their care.   </w:t>
            </w:r>
          </w:p>
        </w:tc>
        <w:tc>
          <w:tcPr>
            <w:tcW w:w="1548" w:type="dxa"/>
          </w:tcPr>
          <w:p w14:paraId="4DF597FF" w14:textId="675F11FB" w:rsidR="00F11F14" w:rsidRPr="00F11F14" w:rsidRDefault="00F11F14" w:rsidP="0096086F">
            <w:r>
              <w:t>YES / NO</w:t>
            </w:r>
          </w:p>
        </w:tc>
      </w:tr>
    </w:tbl>
    <w:tbl>
      <w:tblPr>
        <w:tblW w:w="0" w:type="auto"/>
        <w:jc w:val="center"/>
        <w:tblLook w:val="04A0" w:firstRow="1" w:lastRow="0" w:firstColumn="1" w:lastColumn="0" w:noHBand="0" w:noVBand="1"/>
      </w:tblPr>
      <w:tblGrid>
        <w:gridCol w:w="10512"/>
      </w:tblGrid>
      <w:tr w:rsidR="00C22A04" w14:paraId="64D21D31" w14:textId="77777777">
        <w:trPr>
          <w:jc w:val="center"/>
        </w:trPr>
        <w:tc>
          <w:tcPr>
            <w:tcW w:w="10512" w:type="dxa"/>
            <w:shd w:val="clear" w:color="auto" w:fill="005E00"/>
            <w:vAlign w:val="center"/>
          </w:tcPr>
          <w:p w14:paraId="664AF627" w14:textId="77777777" w:rsidR="00C22A04" w:rsidRDefault="00000000">
            <w:pPr>
              <w:spacing w:after="0"/>
            </w:pPr>
            <w:r>
              <w:rPr>
                <w:b/>
                <w:color w:val="FFFFFF"/>
                <w:sz w:val="20"/>
              </w:rPr>
              <w:t>SECTION 8 | POLICIES &amp; PARENT/CARER AGREEMENT</w:t>
            </w:r>
          </w:p>
        </w:tc>
      </w:tr>
    </w:tbl>
    <w:p w14:paraId="6BB6D7A2" w14:textId="77777777" w:rsidR="00C22A04" w:rsidRDefault="00C22A04">
      <w:pPr>
        <w:spacing w:after="0"/>
      </w:pPr>
    </w:p>
    <w:p w14:paraId="607B6533" w14:textId="77777777" w:rsidR="00C22A04" w:rsidRDefault="00000000">
      <w:r>
        <w:t>I confirm that I have received or have access to the Parent Handbook and relevant service policies and procedures. Current versions can be requested from the service.</w:t>
      </w:r>
    </w:p>
    <w:tbl>
      <w:tblPr>
        <w:tblStyle w:val="TableGrid"/>
        <w:tblW w:w="0" w:type="auto"/>
        <w:tblLook w:val="04A0" w:firstRow="1" w:lastRow="0" w:firstColumn="1" w:lastColumn="0" w:noHBand="0" w:noVBand="1"/>
      </w:tblPr>
      <w:tblGrid>
        <w:gridCol w:w="9180"/>
        <w:gridCol w:w="1548"/>
      </w:tblGrid>
      <w:tr w:rsidR="003F2A9D" w:rsidRPr="003F2A9D" w14:paraId="7797CAA3" w14:textId="1102D178" w:rsidTr="003F2A9D">
        <w:tc>
          <w:tcPr>
            <w:tcW w:w="9180" w:type="dxa"/>
          </w:tcPr>
          <w:p w14:paraId="77E06BE3" w14:textId="7A3698BD" w:rsidR="003F2A9D" w:rsidRPr="003F2A9D" w:rsidRDefault="003F2A9D" w:rsidP="00FF281F">
            <w:r w:rsidRPr="003F2A9D">
              <w:t xml:space="preserve">I confirm that I have read and understood the Promoting Positive Behaviour Policy and agree to support the expectations outlined by the service.    </w:t>
            </w:r>
          </w:p>
        </w:tc>
        <w:tc>
          <w:tcPr>
            <w:tcW w:w="1548" w:type="dxa"/>
          </w:tcPr>
          <w:p w14:paraId="342A9999" w14:textId="09A0C43C" w:rsidR="003F2A9D" w:rsidRPr="003F2A9D" w:rsidRDefault="003F2A9D" w:rsidP="00FF281F">
            <w:r>
              <w:t>YES / NO</w:t>
            </w:r>
          </w:p>
        </w:tc>
      </w:tr>
      <w:tr w:rsidR="003F2A9D" w:rsidRPr="003F2A9D" w14:paraId="32E5459A" w14:textId="6153547A" w:rsidTr="003F2A9D">
        <w:tc>
          <w:tcPr>
            <w:tcW w:w="9180" w:type="dxa"/>
          </w:tcPr>
          <w:p w14:paraId="1545D411" w14:textId="6D4EE81A" w:rsidR="003F2A9D" w:rsidRPr="003F2A9D" w:rsidRDefault="003F2A9D" w:rsidP="00FF281F">
            <w:r w:rsidRPr="003F2A9D">
              <w:t xml:space="preserve">I agree </w:t>
            </w:r>
            <w:proofErr w:type="gramStart"/>
            <w:r w:rsidRPr="003F2A9D">
              <w:t>to</w:t>
            </w:r>
            <w:proofErr w:type="gramEnd"/>
            <w:r w:rsidRPr="003F2A9D">
              <w:t xml:space="preserve"> the service's collection, safeguarding, confidentiality, information-sharing and transport procedures as provided to parents/carers.    </w:t>
            </w:r>
          </w:p>
        </w:tc>
        <w:tc>
          <w:tcPr>
            <w:tcW w:w="1548" w:type="dxa"/>
          </w:tcPr>
          <w:p w14:paraId="54DCBA9D" w14:textId="7B600AF1" w:rsidR="003F2A9D" w:rsidRPr="003F2A9D" w:rsidRDefault="003F2A9D" w:rsidP="00FF281F">
            <w:r>
              <w:t>YES / NO</w:t>
            </w:r>
          </w:p>
        </w:tc>
      </w:tr>
    </w:tbl>
    <w:tbl>
      <w:tblPr>
        <w:tblW w:w="0" w:type="auto"/>
        <w:jc w:val="center"/>
        <w:tblLook w:val="04A0" w:firstRow="1" w:lastRow="0" w:firstColumn="1" w:lastColumn="0" w:noHBand="0" w:noVBand="1"/>
      </w:tblPr>
      <w:tblGrid>
        <w:gridCol w:w="10512"/>
      </w:tblGrid>
      <w:tr w:rsidR="00C22A04" w14:paraId="3BF2A3D4" w14:textId="77777777">
        <w:trPr>
          <w:jc w:val="center"/>
        </w:trPr>
        <w:tc>
          <w:tcPr>
            <w:tcW w:w="10512" w:type="dxa"/>
            <w:shd w:val="clear" w:color="auto" w:fill="005E00"/>
            <w:vAlign w:val="center"/>
          </w:tcPr>
          <w:p w14:paraId="0F86A849" w14:textId="77777777" w:rsidR="00C22A04" w:rsidRDefault="00000000">
            <w:pPr>
              <w:spacing w:after="0"/>
            </w:pPr>
            <w:r>
              <w:rPr>
                <w:b/>
                <w:color w:val="FFFFFF"/>
                <w:sz w:val="20"/>
              </w:rPr>
              <w:t>SECTION 9 | SIGNATURE</w:t>
            </w:r>
          </w:p>
        </w:tc>
      </w:tr>
    </w:tbl>
    <w:p w14:paraId="6683D567" w14:textId="77777777" w:rsidR="00C22A04" w:rsidRDefault="00C22A04">
      <w:pPr>
        <w:spacing w:after="0"/>
      </w:pPr>
    </w:p>
    <w:tbl>
      <w:tblPr>
        <w:tblW w:w="0" w:type="auto"/>
        <w:jc w:val="center"/>
        <w:tblLayout w:type="fixed"/>
        <w:tblLook w:val="04A0" w:firstRow="1" w:lastRow="0" w:firstColumn="1" w:lastColumn="0" w:noHBand="0" w:noVBand="1"/>
      </w:tblPr>
      <w:tblGrid>
        <w:gridCol w:w="3024"/>
        <w:gridCol w:w="7272"/>
      </w:tblGrid>
      <w:tr w:rsidR="00C22A04" w14:paraId="498A9FA9" w14:textId="77777777">
        <w:trPr>
          <w:jc w:val="center"/>
        </w:trPr>
        <w:tc>
          <w:tcPr>
            <w:tcW w:w="3024" w:type="dxa"/>
            <w:shd w:val="clear" w:color="auto" w:fill="C2D69B"/>
            <w:vAlign w:val="center"/>
          </w:tcPr>
          <w:p w14:paraId="6A9EC501" w14:textId="77777777" w:rsidR="00C22A04" w:rsidRDefault="00000000">
            <w:pPr>
              <w:spacing w:after="0"/>
            </w:pPr>
            <w:r>
              <w:rPr>
                <w:b/>
                <w:sz w:val="18"/>
              </w:rPr>
              <w:t>Child's Name</w:t>
            </w:r>
          </w:p>
        </w:tc>
        <w:tc>
          <w:tcPr>
            <w:tcW w:w="7272" w:type="dxa"/>
            <w:vAlign w:val="center"/>
          </w:tcPr>
          <w:p w14:paraId="67F8A97A" w14:textId="77777777" w:rsidR="00C22A04" w:rsidRDefault="00000000">
            <w:pPr>
              <w:spacing w:after="0"/>
            </w:pPr>
            <w:r>
              <w:rPr>
                <w:sz w:val="18"/>
              </w:rPr>
              <w:t>______________________________________________</w:t>
            </w:r>
          </w:p>
        </w:tc>
      </w:tr>
      <w:tr w:rsidR="00C22A04" w14:paraId="08BF59B6" w14:textId="77777777">
        <w:trPr>
          <w:jc w:val="center"/>
        </w:trPr>
        <w:tc>
          <w:tcPr>
            <w:tcW w:w="3024" w:type="dxa"/>
            <w:shd w:val="clear" w:color="auto" w:fill="C2D69B"/>
            <w:vAlign w:val="center"/>
          </w:tcPr>
          <w:p w14:paraId="661BF746" w14:textId="77777777" w:rsidR="00C22A04" w:rsidRDefault="00000000">
            <w:pPr>
              <w:spacing w:after="0"/>
            </w:pPr>
            <w:r>
              <w:rPr>
                <w:b/>
                <w:sz w:val="18"/>
              </w:rPr>
              <w:t>Parent / Carer Name</w:t>
            </w:r>
          </w:p>
        </w:tc>
        <w:tc>
          <w:tcPr>
            <w:tcW w:w="7272" w:type="dxa"/>
            <w:vAlign w:val="center"/>
          </w:tcPr>
          <w:p w14:paraId="59EA3350" w14:textId="77777777" w:rsidR="00C22A04" w:rsidRDefault="00000000">
            <w:pPr>
              <w:spacing w:after="0"/>
            </w:pPr>
            <w:r>
              <w:rPr>
                <w:sz w:val="18"/>
              </w:rPr>
              <w:t>______________________________________________</w:t>
            </w:r>
          </w:p>
        </w:tc>
      </w:tr>
      <w:tr w:rsidR="00C22A04" w14:paraId="03F9FDC3" w14:textId="77777777">
        <w:trPr>
          <w:jc w:val="center"/>
        </w:trPr>
        <w:tc>
          <w:tcPr>
            <w:tcW w:w="3024" w:type="dxa"/>
            <w:shd w:val="clear" w:color="auto" w:fill="C2D69B"/>
            <w:vAlign w:val="center"/>
          </w:tcPr>
          <w:p w14:paraId="2FE13FD5" w14:textId="77777777" w:rsidR="00C22A04" w:rsidRDefault="00000000">
            <w:pPr>
              <w:spacing w:after="0"/>
            </w:pPr>
            <w:r>
              <w:rPr>
                <w:b/>
                <w:sz w:val="18"/>
              </w:rPr>
              <w:t>Signature / E-signature</w:t>
            </w:r>
          </w:p>
        </w:tc>
        <w:tc>
          <w:tcPr>
            <w:tcW w:w="7272" w:type="dxa"/>
            <w:vAlign w:val="center"/>
          </w:tcPr>
          <w:p w14:paraId="6F5AA85D" w14:textId="77777777" w:rsidR="00C22A04" w:rsidRDefault="00000000">
            <w:pPr>
              <w:spacing w:after="0"/>
            </w:pPr>
            <w:r>
              <w:rPr>
                <w:sz w:val="18"/>
              </w:rPr>
              <w:t>______________________________________________</w:t>
            </w:r>
          </w:p>
        </w:tc>
      </w:tr>
      <w:tr w:rsidR="00C22A04" w14:paraId="7347DB27" w14:textId="77777777">
        <w:trPr>
          <w:jc w:val="center"/>
        </w:trPr>
        <w:tc>
          <w:tcPr>
            <w:tcW w:w="3024" w:type="dxa"/>
            <w:shd w:val="clear" w:color="auto" w:fill="C2D69B"/>
            <w:vAlign w:val="center"/>
          </w:tcPr>
          <w:p w14:paraId="2888CCA0" w14:textId="77777777" w:rsidR="00C22A04" w:rsidRDefault="00000000">
            <w:pPr>
              <w:spacing w:after="0"/>
            </w:pPr>
            <w:r>
              <w:rPr>
                <w:b/>
                <w:sz w:val="18"/>
              </w:rPr>
              <w:t>Date</w:t>
            </w:r>
          </w:p>
        </w:tc>
        <w:tc>
          <w:tcPr>
            <w:tcW w:w="7272" w:type="dxa"/>
            <w:vAlign w:val="center"/>
          </w:tcPr>
          <w:p w14:paraId="231EE51A" w14:textId="77777777" w:rsidR="00C22A04" w:rsidRDefault="00000000">
            <w:pPr>
              <w:spacing w:after="0"/>
            </w:pPr>
            <w:r>
              <w:rPr>
                <w:sz w:val="18"/>
              </w:rPr>
              <w:t>__________________</w:t>
            </w:r>
          </w:p>
        </w:tc>
      </w:tr>
    </w:tbl>
    <w:p w14:paraId="26AF56AA" w14:textId="77777777" w:rsidR="00583D13" w:rsidRDefault="00583D13"/>
    <w:sectPr w:rsidR="00583D13" w:rsidSect="00034616">
      <w:footerReference w:type="default" r:id="rId8"/>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DD7E2" w14:textId="77777777" w:rsidR="00295505" w:rsidRDefault="00295505">
      <w:pPr>
        <w:spacing w:after="0" w:line="240" w:lineRule="auto"/>
      </w:pPr>
      <w:r>
        <w:separator/>
      </w:r>
    </w:p>
  </w:endnote>
  <w:endnote w:type="continuationSeparator" w:id="0">
    <w:p w14:paraId="5C59FB17" w14:textId="77777777" w:rsidR="00295505" w:rsidRDefault="00295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15581" w14:textId="7E8DA8C1" w:rsidR="00C22A04" w:rsidRDefault="00ED7F05">
    <w:pPr>
      <w:pStyle w:val="Footer"/>
      <w:jc w:val="center"/>
    </w:pPr>
    <w:r>
      <w:rPr>
        <w:color w:val="666666"/>
        <w:sz w:val="16"/>
      </w:rPr>
      <w:t xml:space="preserve">Wild Roots Forest </w:t>
    </w:r>
    <w:proofErr w:type="gramStart"/>
    <w:r>
      <w:rPr>
        <w:color w:val="666666"/>
        <w:sz w:val="16"/>
      </w:rPr>
      <w:t xml:space="preserve">Childcare </w:t>
    </w:r>
    <w:r w:rsidRPr="00ED7F05">
      <w:rPr>
        <w:color w:val="666666"/>
        <w:sz w:val="16"/>
      </w:rPr>
      <w:t xml:space="preserve"> |</w:t>
    </w:r>
    <w:proofErr w:type="gramEnd"/>
    <w:r>
      <w:rPr>
        <w:color w:val="666666"/>
        <w:sz w:val="16"/>
      </w:rPr>
      <w:t xml:space="preserve"> </w:t>
    </w:r>
    <w:r w:rsidR="00000000">
      <w:rPr>
        <w:color w:val="666666"/>
        <w:sz w:val="16"/>
      </w:rPr>
      <w:t>After School Care | Parental Permissions &amp; Consents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1E558" w14:textId="77777777" w:rsidR="00295505" w:rsidRDefault="00295505">
      <w:pPr>
        <w:spacing w:after="0" w:line="240" w:lineRule="auto"/>
      </w:pPr>
      <w:r>
        <w:separator/>
      </w:r>
    </w:p>
  </w:footnote>
  <w:footnote w:type="continuationSeparator" w:id="0">
    <w:p w14:paraId="3420B326" w14:textId="77777777" w:rsidR="00295505" w:rsidRDefault="002955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29335517">
    <w:abstractNumId w:val="8"/>
  </w:num>
  <w:num w:numId="2" w16cid:durableId="2022858182">
    <w:abstractNumId w:val="6"/>
  </w:num>
  <w:num w:numId="3" w16cid:durableId="51080319">
    <w:abstractNumId w:val="5"/>
  </w:num>
  <w:num w:numId="4" w16cid:durableId="2021159599">
    <w:abstractNumId w:val="4"/>
  </w:num>
  <w:num w:numId="5" w16cid:durableId="295574923">
    <w:abstractNumId w:val="7"/>
  </w:num>
  <w:num w:numId="6" w16cid:durableId="999693195">
    <w:abstractNumId w:val="3"/>
  </w:num>
  <w:num w:numId="7" w16cid:durableId="1611737582">
    <w:abstractNumId w:val="2"/>
  </w:num>
  <w:num w:numId="8" w16cid:durableId="1610576732">
    <w:abstractNumId w:val="1"/>
  </w:num>
  <w:num w:numId="9" w16cid:durableId="621887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6506"/>
    <w:rsid w:val="0015074B"/>
    <w:rsid w:val="00295505"/>
    <w:rsid w:val="0029639D"/>
    <w:rsid w:val="00326F90"/>
    <w:rsid w:val="003F2A9D"/>
    <w:rsid w:val="005013AC"/>
    <w:rsid w:val="00583D13"/>
    <w:rsid w:val="008E458E"/>
    <w:rsid w:val="00AA1D8D"/>
    <w:rsid w:val="00B47730"/>
    <w:rsid w:val="00C22A04"/>
    <w:rsid w:val="00C826BC"/>
    <w:rsid w:val="00CB0664"/>
    <w:rsid w:val="00D12349"/>
    <w:rsid w:val="00E611A0"/>
    <w:rsid w:val="00E82A6A"/>
    <w:rsid w:val="00ED7F05"/>
    <w:rsid w:val="00F11F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BA0467"/>
  <w14:defaultImageDpi w14:val="300"/>
  <w15:docId w15:val="{50288CF0-31A0-4C89-B368-995387A8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1043</Words>
  <Characters>5949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Gwen McLaren</cp:lastModifiedBy>
  <cp:revision>3</cp:revision>
  <dcterms:created xsi:type="dcterms:W3CDTF">2026-08-19T12:18:00Z</dcterms:created>
  <dcterms:modified xsi:type="dcterms:W3CDTF">2026-08-28T19:12:00Z</dcterms:modified>
  <cp:category/>
</cp:coreProperties>
</file>