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AF461" w14:textId="2B85E81F" w:rsidR="00F869ED" w:rsidRDefault="00F73FE7">
      <w:pPr>
        <w:jc w:val="center"/>
      </w:pPr>
      <w:r>
        <w:rPr>
          <w:b/>
          <w:color w:val="5B8A3C"/>
          <w:sz w:val="32"/>
        </w:rPr>
        <w:t>WILD ROOTS FOREST CHILDCARE</w:t>
      </w:r>
    </w:p>
    <w:p w14:paraId="766E0547" w14:textId="77777777" w:rsidR="00F869ED" w:rsidRDefault="00000000">
      <w:pPr>
        <w:jc w:val="center"/>
      </w:pPr>
      <w:r>
        <w:rPr>
          <w:b/>
          <w:sz w:val="28"/>
        </w:rPr>
        <w:t>Welcome to Your Child's Enrolment Pack</w:t>
      </w:r>
    </w:p>
    <w:p w14:paraId="75CD5F0A" w14:textId="289D0E89" w:rsidR="00F869ED" w:rsidRDefault="00000000">
      <w:pPr>
        <w:jc w:val="center"/>
      </w:pPr>
      <w:r>
        <w:t xml:space="preserve">Thank you for choosing </w:t>
      </w:r>
      <w:r w:rsidR="00F73FE7">
        <w:t>WILD ROOTS FOREST CHILDCARE</w:t>
      </w:r>
      <w:r>
        <w:t>. The information you provide helps us get to know your child and family and ensures we have the information needed to care for your child safely and in a way that reflects their individual needs.</w:t>
      </w:r>
    </w:p>
    <w:tbl>
      <w:tblPr>
        <w:tblW w:w="0" w:type="auto"/>
        <w:jc w:val="center"/>
        <w:tblLook w:val="04A0" w:firstRow="1" w:lastRow="0" w:firstColumn="1" w:lastColumn="0" w:noHBand="0" w:noVBand="1"/>
      </w:tblPr>
      <w:tblGrid>
        <w:gridCol w:w="10368"/>
      </w:tblGrid>
      <w:tr w:rsidR="00F869ED" w14:paraId="123539F2" w14:textId="77777777">
        <w:trPr>
          <w:jc w:val="center"/>
        </w:trPr>
        <w:tc>
          <w:tcPr>
            <w:tcW w:w="10368" w:type="dxa"/>
            <w:shd w:val="clear" w:color="auto" w:fill="5B8A3C"/>
          </w:tcPr>
          <w:p w14:paraId="62C3F259" w14:textId="77777777" w:rsidR="00F869ED" w:rsidRDefault="00000000">
            <w:pPr>
              <w:spacing w:after="0"/>
            </w:pPr>
            <w:r>
              <w:rPr>
                <w:b/>
                <w:color w:val="FFFFFF"/>
                <w:sz w:val="20"/>
              </w:rPr>
              <w:t>YOUR ENROLMENT PACK</w:t>
            </w:r>
          </w:p>
        </w:tc>
      </w:tr>
    </w:tbl>
    <w:p w14:paraId="1EFCA4D3" w14:textId="77777777" w:rsidR="00F869ED" w:rsidRDefault="00F869ED">
      <w:pPr>
        <w:spacing w:after="0"/>
      </w:pPr>
    </w:p>
    <w:tbl>
      <w:tblPr>
        <w:tblStyle w:val="TableGrid"/>
        <w:tblW w:w="0" w:type="auto"/>
        <w:tblLook w:val="04A0" w:firstRow="1" w:lastRow="0" w:firstColumn="1" w:lastColumn="0" w:noHBand="0" w:noVBand="1"/>
      </w:tblPr>
      <w:tblGrid>
        <w:gridCol w:w="5184"/>
        <w:gridCol w:w="5184"/>
      </w:tblGrid>
      <w:tr w:rsidR="00F869ED" w14:paraId="511B1513" w14:textId="77777777">
        <w:tc>
          <w:tcPr>
            <w:tcW w:w="5184" w:type="dxa"/>
            <w:shd w:val="clear" w:color="auto" w:fill="DCEAC4"/>
            <w:vAlign w:val="center"/>
          </w:tcPr>
          <w:p w14:paraId="5D4BF70F" w14:textId="77777777" w:rsidR="00F869ED" w:rsidRDefault="00000000">
            <w:r>
              <w:rPr>
                <w:b/>
                <w:sz w:val="17"/>
              </w:rPr>
              <w:t>Document</w:t>
            </w:r>
          </w:p>
        </w:tc>
        <w:tc>
          <w:tcPr>
            <w:tcW w:w="5184" w:type="dxa"/>
            <w:shd w:val="clear" w:color="auto" w:fill="DCEAC4"/>
            <w:vAlign w:val="center"/>
          </w:tcPr>
          <w:p w14:paraId="4651F46F" w14:textId="77777777" w:rsidR="00F869ED" w:rsidRDefault="00000000">
            <w:r>
              <w:rPr>
                <w:b/>
                <w:sz w:val="17"/>
              </w:rPr>
              <w:t>Who completes it?</w:t>
            </w:r>
          </w:p>
        </w:tc>
      </w:tr>
      <w:tr w:rsidR="00F869ED" w14:paraId="2F554E6A" w14:textId="77777777">
        <w:tc>
          <w:tcPr>
            <w:tcW w:w="5184" w:type="dxa"/>
            <w:vAlign w:val="center"/>
          </w:tcPr>
          <w:p w14:paraId="17045013" w14:textId="77777777" w:rsidR="00F869ED" w:rsidRDefault="00000000">
            <w:r>
              <w:rPr>
                <w:sz w:val="17"/>
              </w:rPr>
              <w:t>Child Registration &amp; Family Information</w:t>
            </w:r>
          </w:p>
        </w:tc>
        <w:tc>
          <w:tcPr>
            <w:tcW w:w="5184" w:type="dxa"/>
            <w:vAlign w:val="center"/>
          </w:tcPr>
          <w:p w14:paraId="1B809809" w14:textId="77777777" w:rsidR="00F869ED" w:rsidRDefault="00000000">
            <w:pPr>
              <w:jc w:val="center"/>
            </w:pPr>
            <w:r>
              <w:rPr>
                <w:b/>
                <w:sz w:val="17"/>
              </w:rPr>
              <w:t>ALL FAMILIES</w:t>
            </w:r>
          </w:p>
        </w:tc>
      </w:tr>
      <w:tr w:rsidR="00F869ED" w14:paraId="276E35A4" w14:textId="77777777">
        <w:tc>
          <w:tcPr>
            <w:tcW w:w="5184" w:type="dxa"/>
            <w:vAlign w:val="center"/>
          </w:tcPr>
          <w:p w14:paraId="76ADF45F" w14:textId="77777777" w:rsidR="00F869ED" w:rsidRDefault="00000000">
            <w:r>
              <w:rPr>
                <w:sz w:val="17"/>
              </w:rPr>
              <w:t>Child Wellbeing &amp; Care Plan</w:t>
            </w:r>
          </w:p>
        </w:tc>
        <w:tc>
          <w:tcPr>
            <w:tcW w:w="5184" w:type="dxa"/>
            <w:vAlign w:val="center"/>
          </w:tcPr>
          <w:p w14:paraId="0A84E5BD" w14:textId="77777777" w:rsidR="00F869ED" w:rsidRDefault="00000000">
            <w:pPr>
              <w:jc w:val="center"/>
            </w:pPr>
            <w:r>
              <w:rPr>
                <w:b/>
                <w:sz w:val="17"/>
              </w:rPr>
              <w:t>ALL FAMILIES</w:t>
            </w:r>
          </w:p>
        </w:tc>
      </w:tr>
      <w:tr w:rsidR="00F869ED" w14:paraId="0A4A633B" w14:textId="77777777">
        <w:tc>
          <w:tcPr>
            <w:tcW w:w="5184" w:type="dxa"/>
            <w:vAlign w:val="center"/>
          </w:tcPr>
          <w:p w14:paraId="4A0C8DF9" w14:textId="77777777" w:rsidR="00F869ED" w:rsidRDefault="00000000">
            <w:r>
              <w:rPr>
                <w:sz w:val="17"/>
              </w:rPr>
              <w:t>Parental Permissions &amp; Consents</w:t>
            </w:r>
          </w:p>
        </w:tc>
        <w:tc>
          <w:tcPr>
            <w:tcW w:w="5184" w:type="dxa"/>
            <w:vAlign w:val="center"/>
          </w:tcPr>
          <w:p w14:paraId="5EAF688A" w14:textId="77777777" w:rsidR="00F869ED" w:rsidRDefault="00000000">
            <w:pPr>
              <w:jc w:val="center"/>
            </w:pPr>
            <w:r>
              <w:rPr>
                <w:b/>
                <w:sz w:val="17"/>
              </w:rPr>
              <w:t>ALL FAMILIES</w:t>
            </w:r>
          </w:p>
        </w:tc>
      </w:tr>
      <w:tr w:rsidR="00F869ED" w14:paraId="7DF2D792" w14:textId="77777777">
        <w:tc>
          <w:tcPr>
            <w:tcW w:w="5184" w:type="dxa"/>
            <w:vAlign w:val="center"/>
          </w:tcPr>
          <w:p w14:paraId="62CD93E4" w14:textId="77777777" w:rsidR="00F869ED" w:rsidRDefault="00000000">
            <w:r>
              <w:rPr>
                <w:sz w:val="17"/>
              </w:rPr>
              <w:t>Medical, Allergy, Dietary &amp; Medication Plan</w:t>
            </w:r>
          </w:p>
        </w:tc>
        <w:tc>
          <w:tcPr>
            <w:tcW w:w="5184" w:type="dxa"/>
            <w:vAlign w:val="center"/>
          </w:tcPr>
          <w:p w14:paraId="03AF7A48" w14:textId="77777777" w:rsidR="00F869ED" w:rsidRDefault="00000000">
            <w:pPr>
              <w:jc w:val="center"/>
            </w:pPr>
            <w:r>
              <w:rPr>
                <w:b/>
                <w:sz w:val="17"/>
              </w:rPr>
              <w:t>ONLY IF APPLICABLE</w:t>
            </w:r>
          </w:p>
        </w:tc>
      </w:tr>
    </w:tbl>
    <w:p w14:paraId="39CA057B" w14:textId="36574EFD" w:rsidR="00F869ED" w:rsidRDefault="00000000">
      <w:r>
        <w:rPr>
          <w:b/>
        </w:rPr>
        <w:t xml:space="preserve">Please return all documents </w:t>
      </w:r>
      <w:proofErr w:type="gramStart"/>
      <w:r>
        <w:rPr>
          <w:b/>
        </w:rPr>
        <w:t>marked</w:t>
      </w:r>
      <w:proofErr w:type="gramEnd"/>
      <w:r>
        <w:rPr>
          <w:b/>
        </w:rPr>
        <w:t xml:space="preserve"> ALL FAMILIES. </w:t>
      </w:r>
      <w:r>
        <w:t>The Medical, Allergy, Dietary &amp; Medication Plan only needs to be completed where your child has a medical condition, allergy, dietary requirement or medication that the service needs to know about.</w:t>
      </w:r>
    </w:p>
    <w:tbl>
      <w:tblPr>
        <w:tblW w:w="0" w:type="auto"/>
        <w:tblLook w:val="04A0" w:firstRow="1" w:lastRow="0" w:firstColumn="1" w:lastColumn="0" w:noHBand="0" w:noVBand="1"/>
      </w:tblPr>
      <w:tblGrid>
        <w:gridCol w:w="10368"/>
      </w:tblGrid>
      <w:tr w:rsidR="00F869ED" w14:paraId="58F32D11" w14:textId="77777777">
        <w:tc>
          <w:tcPr>
            <w:tcW w:w="10368" w:type="dxa"/>
            <w:shd w:val="clear" w:color="auto" w:fill="5B8A3C"/>
          </w:tcPr>
          <w:p w14:paraId="16410F43" w14:textId="77777777" w:rsidR="00F869ED" w:rsidRDefault="00000000">
            <w:r>
              <w:rPr>
                <w:b/>
                <w:color w:val="FFFFFF"/>
                <w:sz w:val="20"/>
              </w:rPr>
              <w:t>REGISTRATION FEE &amp; OUTDOOR KIT</w:t>
            </w:r>
          </w:p>
        </w:tc>
      </w:tr>
    </w:tbl>
    <w:p w14:paraId="0414DA11" w14:textId="77777777" w:rsidR="00F869ED" w:rsidRDefault="00000000">
      <w:r>
        <w:rPr>
          <w:b/>
        </w:rPr>
        <w:t xml:space="preserve">A £100 registration fee is payable for each new child. </w:t>
      </w:r>
      <w:r>
        <w:t>This includes an outdoor kit for your child to support their participation in Forest Kindergarten and outdoor learning.</w:t>
      </w:r>
    </w:p>
    <w:p w14:paraId="2EFE7F71" w14:textId="77777777" w:rsidR="00F869ED" w:rsidRDefault="00000000">
      <w:r>
        <w:t xml:space="preserve">Families are welcome to provide their </w:t>
      </w:r>
      <w:proofErr w:type="gramStart"/>
      <w:r>
        <w:t>child's</w:t>
      </w:r>
      <w:proofErr w:type="gramEnd"/>
      <w:r>
        <w:t xml:space="preserve"> own outdoor clothing if they prefer; however, the registration fee remains £100.</w:t>
      </w:r>
    </w:p>
    <w:p w14:paraId="746BCD8A" w14:textId="77777777" w:rsidR="00F869ED" w:rsidRDefault="00000000">
      <w:r>
        <w:rPr>
          <w:b/>
        </w:rPr>
        <w:t xml:space="preserve">Any clothing provided from home must be suitable for Forest Kindergarten and the Scottish weather. </w:t>
      </w:r>
      <w:r>
        <w:t>Children should have appropriate waterproof and weather-suitable clothing and footwear so they can participate safely and comfortably in outdoor learning.</w:t>
      </w:r>
    </w:p>
    <w:tbl>
      <w:tblPr>
        <w:tblStyle w:val="TableGrid"/>
        <w:tblW w:w="0" w:type="auto"/>
        <w:tblLook w:val="04A0" w:firstRow="1" w:lastRow="0" w:firstColumn="1" w:lastColumn="0" w:noHBand="0" w:noVBand="1"/>
      </w:tblPr>
      <w:tblGrid>
        <w:gridCol w:w="5184"/>
        <w:gridCol w:w="5184"/>
      </w:tblGrid>
      <w:tr w:rsidR="00517FE9" w14:paraId="052FAF85" w14:textId="77777777" w:rsidTr="00D33E44">
        <w:tc>
          <w:tcPr>
            <w:tcW w:w="5184" w:type="dxa"/>
            <w:shd w:val="clear" w:color="auto" w:fill="DCEAC4"/>
            <w:vAlign w:val="center"/>
          </w:tcPr>
          <w:p w14:paraId="447EFE75" w14:textId="0EF35967" w:rsidR="00517FE9" w:rsidRPr="00517FE9" w:rsidRDefault="00517FE9" w:rsidP="00D33E44">
            <w:pPr>
              <w:rPr>
                <w:b/>
                <w:bCs/>
              </w:rPr>
            </w:pPr>
            <w:r w:rsidRPr="00517FE9">
              <w:rPr>
                <w:b/>
                <w:bCs/>
              </w:rPr>
              <w:t>Clothing Size</w:t>
            </w:r>
          </w:p>
        </w:tc>
        <w:tc>
          <w:tcPr>
            <w:tcW w:w="5184" w:type="dxa"/>
            <w:shd w:val="clear" w:color="auto" w:fill="DCEAC4"/>
            <w:vAlign w:val="center"/>
          </w:tcPr>
          <w:p w14:paraId="56F4B77A" w14:textId="0293EF0E" w:rsidR="00517FE9" w:rsidRPr="00517FE9" w:rsidRDefault="00517FE9" w:rsidP="00D33E44">
            <w:pPr>
              <w:rPr>
                <w:szCs w:val="18"/>
              </w:rPr>
            </w:pPr>
            <w:r w:rsidRPr="00517FE9">
              <w:rPr>
                <w:b/>
                <w:szCs w:val="18"/>
              </w:rPr>
              <w:t>Shoe Size</w:t>
            </w:r>
          </w:p>
        </w:tc>
      </w:tr>
      <w:tr w:rsidR="00517FE9" w14:paraId="3FB71714" w14:textId="77777777" w:rsidTr="00D33E44">
        <w:tc>
          <w:tcPr>
            <w:tcW w:w="5184" w:type="dxa"/>
            <w:vAlign w:val="center"/>
          </w:tcPr>
          <w:p w14:paraId="116D3FE2" w14:textId="5DB47D63" w:rsidR="00517FE9" w:rsidRDefault="00517FE9" w:rsidP="00D33E44"/>
        </w:tc>
        <w:tc>
          <w:tcPr>
            <w:tcW w:w="5184" w:type="dxa"/>
            <w:vAlign w:val="center"/>
          </w:tcPr>
          <w:p w14:paraId="27388E48" w14:textId="0801BA4A" w:rsidR="00517FE9" w:rsidRDefault="00517FE9" w:rsidP="00517FE9"/>
        </w:tc>
      </w:tr>
    </w:tbl>
    <w:tbl>
      <w:tblPr>
        <w:tblW w:w="0" w:type="auto"/>
        <w:tblLook w:val="04A0" w:firstRow="1" w:lastRow="0" w:firstColumn="1" w:lastColumn="0" w:noHBand="0" w:noVBand="1"/>
      </w:tblPr>
      <w:tblGrid>
        <w:gridCol w:w="10368"/>
      </w:tblGrid>
      <w:tr w:rsidR="00DA2053" w14:paraId="00B30999" w14:textId="77777777" w:rsidTr="003826A7">
        <w:tc>
          <w:tcPr>
            <w:tcW w:w="10368" w:type="dxa"/>
            <w:shd w:val="clear" w:color="auto" w:fill="5B8A3C"/>
          </w:tcPr>
          <w:p w14:paraId="5FC76D25" w14:textId="3222F2E2" w:rsidR="00DA2053" w:rsidRPr="00DA2053" w:rsidRDefault="00DA2053" w:rsidP="003826A7">
            <w:pPr>
              <w:rPr>
                <w:b/>
                <w:bCs/>
                <w:sz w:val="20"/>
                <w:szCs w:val="20"/>
              </w:rPr>
            </w:pPr>
            <w:r w:rsidRPr="00DA2053">
              <w:rPr>
                <w:b/>
                <w:bCs/>
                <w:color w:val="FFFFFF" w:themeColor="background1"/>
                <w:sz w:val="20"/>
                <w:szCs w:val="20"/>
              </w:rPr>
              <w:t>DELIVERY MODELS</w:t>
            </w:r>
            <w:r w:rsidR="00D9696D">
              <w:rPr>
                <w:b/>
                <w:bCs/>
                <w:color w:val="FFFFFF" w:themeColor="background1"/>
                <w:sz w:val="20"/>
                <w:szCs w:val="20"/>
              </w:rPr>
              <w:t>, FEES</w:t>
            </w:r>
            <w:r w:rsidRPr="00DA2053">
              <w:rPr>
                <w:b/>
                <w:bCs/>
                <w:color w:val="FFFFFF" w:themeColor="background1"/>
                <w:sz w:val="20"/>
                <w:szCs w:val="20"/>
              </w:rPr>
              <w:t xml:space="preserve"> AND FUNDING</w:t>
            </w:r>
          </w:p>
        </w:tc>
      </w:tr>
    </w:tbl>
    <w:p w14:paraId="41A8E848" w14:textId="77777777" w:rsidR="00D9696D" w:rsidRDefault="00882FA7">
      <w:r>
        <w:t xml:space="preserve"> </w:t>
      </w:r>
    </w:p>
    <w:tbl>
      <w:tblPr>
        <w:tblStyle w:val="TableGrid"/>
        <w:tblW w:w="0" w:type="auto"/>
        <w:tblLook w:val="04A0" w:firstRow="1" w:lastRow="0" w:firstColumn="1" w:lastColumn="0" w:noHBand="0" w:noVBand="1"/>
      </w:tblPr>
      <w:tblGrid>
        <w:gridCol w:w="1526"/>
        <w:gridCol w:w="992"/>
        <w:gridCol w:w="8066"/>
      </w:tblGrid>
      <w:tr w:rsidR="00D9696D" w:rsidRPr="00D9696D" w14:paraId="13D76E12" w14:textId="77777777" w:rsidTr="00D9696D">
        <w:tc>
          <w:tcPr>
            <w:tcW w:w="1526" w:type="dxa"/>
          </w:tcPr>
          <w:p w14:paraId="76FD99F1" w14:textId="279EEF2B" w:rsidR="00D9696D" w:rsidRPr="00D9696D" w:rsidRDefault="00D9696D">
            <w:pPr>
              <w:rPr>
                <w:szCs w:val="18"/>
              </w:rPr>
            </w:pPr>
            <w:r w:rsidRPr="00D9696D">
              <w:rPr>
                <w:szCs w:val="18"/>
              </w:rPr>
              <w:t xml:space="preserve">MODEL NUMBER </w:t>
            </w:r>
          </w:p>
        </w:tc>
        <w:tc>
          <w:tcPr>
            <w:tcW w:w="992" w:type="dxa"/>
          </w:tcPr>
          <w:p w14:paraId="6B9110F3" w14:textId="31270CCA" w:rsidR="00D9696D" w:rsidRPr="00D9696D" w:rsidRDefault="00D9696D">
            <w:pPr>
              <w:rPr>
                <w:szCs w:val="18"/>
              </w:rPr>
            </w:pPr>
            <w:r w:rsidRPr="00D9696D">
              <w:rPr>
                <w:szCs w:val="18"/>
              </w:rPr>
              <w:t>TIME PERIOD</w:t>
            </w:r>
          </w:p>
        </w:tc>
        <w:tc>
          <w:tcPr>
            <w:tcW w:w="8066" w:type="dxa"/>
          </w:tcPr>
          <w:p w14:paraId="7A07AF27" w14:textId="0A4B6335" w:rsidR="00D9696D" w:rsidRPr="00D9696D" w:rsidRDefault="00D9696D">
            <w:pPr>
              <w:rPr>
                <w:szCs w:val="18"/>
              </w:rPr>
            </w:pPr>
            <w:r w:rsidRPr="00D9696D">
              <w:rPr>
                <w:szCs w:val="18"/>
              </w:rPr>
              <w:t>TIMES</w:t>
            </w:r>
          </w:p>
        </w:tc>
      </w:tr>
      <w:tr w:rsidR="00D9696D" w:rsidRPr="00D9696D" w14:paraId="5D933DA5" w14:textId="77777777" w:rsidTr="00D9696D">
        <w:trPr>
          <w:trHeight w:val="510"/>
        </w:trPr>
        <w:tc>
          <w:tcPr>
            <w:tcW w:w="1526" w:type="dxa"/>
          </w:tcPr>
          <w:p w14:paraId="4AA6689A" w14:textId="2D545259" w:rsidR="00D9696D" w:rsidRPr="00D9696D" w:rsidRDefault="00D9696D">
            <w:pPr>
              <w:rPr>
                <w:szCs w:val="18"/>
              </w:rPr>
            </w:pPr>
            <w:r w:rsidRPr="00D9696D">
              <w:rPr>
                <w:szCs w:val="18"/>
              </w:rPr>
              <w:t>1</w:t>
            </w:r>
          </w:p>
        </w:tc>
        <w:tc>
          <w:tcPr>
            <w:tcW w:w="992" w:type="dxa"/>
          </w:tcPr>
          <w:p w14:paraId="4D3FAC8E" w14:textId="21D6EB8B" w:rsidR="00D9696D" w:rsidRPr="00D9696D" w:rsidRDefault="00D9696D">
            <w:pPr>
              <w:rPr>
                <w:szCs w:val="18"/>
              </w:rPr>
            </w:pPr>
            <w:r w:rsidRPr="00D9696D">
              <w:rPr>
                <w:szCs w:val="18"/>
              </w:rPr>
              <w:t>Full Time</w:t>
            </w:r>
          </w:p>
        </w:tc>
        <w:tc>
          <w:tcPr>
            <w:tcW w:w="8066" w:type="dxa"/>
          </w:tcPr>
          <w:p w14:paraId="539AE5E5" w14:textId="77777777" w:rsidR="00D9696D" w:rsidRDefault="00D9696D" w:rsidP="00D9696D">
            <w:pPr>
              <w:tabs>
                <w:tab w:val="left" w:pos="4425"/>
              </w:tabs>
              <w:jc w:val="center"/>
              <w:rPr>
                <w:color w:val="000000" w:themeColor="text1"/>
                <w:szCs w:val="18"/>
              </w:rPr>
            </w:pPr>
            <w:r w:rsidRPr="00D9696D">
              <w:rPr>
                <w:color w:val="000000" w:themeColor="text1"/>
                <w:szCs w:val="18"/>
              </w:rPr>
              <w:t xml:space="preserve">2 days per week, 9am to 6pm </w:t>
            </w:r>
            <w:r w:rsidRPr="00D9696D">
              <w:rPr>
                <w:b/>
                <w:bCs/>
                <w:color w:val="000000" w:themeColor="text1"/>
                <w:szCs w:val="18"/>
              </w:rPr>
              <w:t xml:space="preserve">AND </w:t>
            </w:r>
            <w:r w:rsidRPr="00D9696D">
              <w:rPr>
                <w:color w:val="000000" w:themeColor="text1"/>
                <w:szCs w:val="18"/>
              </w:rPr>
              <w:t>1 day per week 9am to 2.30pm</w:t>
            </w:r>
          </w:p>
          <w:p w14:paraId="2EA80628" w14:textId="6141B568" w:rsidR="00D9696D" w:rsidRPr="00D9696D" w:rsidRDefault="00D9696D" w:rsidP="00D9696D">
            <w:pPr>
              <w:tabs>
                <w:tab w:val="left" w:pos="4425"/>
              </w:tabs>
              <w:jc w:val="center"/>
              <w:rPr>
                <w:b/>
                <w:bCs/>
                <w:color w:val="000000" w:themeColor="text1"/>
                <w:szCs w:val="18"/>
              </w:rPr>
            </w:pPr>
            <w:r w:rsidRPr="00D9696D">
              <w:rPr>
                <w:b/>
                <w:bCs/>
                <w:color w:val="000000" w:themeColor="text1"/>
                <w:szCs w:val="18"/>
              </w:rPr>
              <w:t>OR</w:t>
            </w:r>
          </w:p>
          <w:p w14:paraId="6D07C165" w14:textId="4CA72842" w:rsidR="00D9696D" w:rsidRPr="00D9696D" w:rsidRDefault="00D9696D" w:rsidP="00D9696D">
            <w:pPr>
              <w:tabs>
                <w:tab w:val="left" w:pos="4425"/>
              </w:tabs>
              <w:jc w:val="center"/>
              <w:rPr>
                <w:szCs w:val="18"/>
              </w:rPr>
            </w:pPr>
            <w:r w:rsidRPr="00D9696D">
              <w:rPr>
                <w:color w:val="000000" w:themeColor="text1"/>
                <w:szCs w:val="18"/>
              </w:rPr>
              <w:t xml:space="preserve">3 days per week, 9am to 3pm </w:t>
            </w:r>
            <w:r w:rsidRPr="00D9696D">
              <w:rPr>
                <w:b/>
                <w:bCs/>
                <w:color w:val="000000" w:themeColor="text1"/>
                <w:szCs w:val="18"/>
              </w:rPr>
              <w:t>AND</w:t>
            </w:r>
            <w:r w:rsidRPr="00D9696D">
              <w:rPr>
                <w:color w:val="000000" w:themeColor="text1"/>
                <w:szCs w:val="18"/>
              </w:rPr>
              <w:t xml:space="preserve"> 1 day per week 9am to 2.30pm.</w:t>
            </w:r>
          </w:p>
        </w:tc>
      </w:tr>
      <w:tr w:rsidR="00D9696D" w:rsidRPr="00D9696D" w14:paraId="250C66E2" w14:textId="77777777" w:rsidTr="00D9696D">
        <w:tc>
          <w:tcPr>
            <w:tcW w:w="1526" w:type="dxa"/>
          </w:tcPr>
          <w:p w14:paraId="74B0C9D1" w14:textId="16E7FA79" w:rsidR="00D9696D" w:rsidRPr="00D9696D" w:rsidRDefault="00D9696D">
            <w:pPr>
              <w:rPr>
                <w:szCs w:val="18"/>
              </w:rPr>
            </w:pPr>
            <w:r w:rsidRPr="00D9696D">
              <w:rPr>
                <w:szCs w:val="18"/>
              </w:rPr>
              <w:t>2</w:t>
            </w:r>
          </w:p>
        </w:tc>
        <w:tc>
          <w:tcPr>
            <w:tcW w:w="992" w:type="dxa"/>
          </w:tcPr>
          <w:p w14:paraId="03A298F0" w14:textId="7C082B57" w:rsidR="00D9696D" w:rsidRPr="00D9696D" w:rsidRDefault="00D9696D">
            <w:pPr>
              <w:rPr>
                <w:szCs w:val="18"/>
              </w:rPr>
            </w:pPr>
            <w:r w:rsidRPr="00D9696D">
              <w:rPr>
                <w:szCs w:val="18"/>
              </w:rPr>
              <w:t>Term Time</w:t>
            </w:r>
          </w:p>
        </w:tc>
        <w:tc>
          <w:tcPr>
            <w:tcW w:w="8066" w:type="dxa"/>
          </w:tcPr>
          <w:p w14:paraId="14367AD8" w14:textId="6B08FD08" w:rsidR="00D9696D" w:rsidRPr="00D9696D" w:rsidRDefault="00D9696D" w:rsidP="00D9696D">
            <w:pPr>
              <w:tabs>
                <w:tab w:val="left" w:pos="4425"/>
              </w:tabs>
              <w:jc w:val="center"/>
              <w:rPr>
                <w:color w:val="000000" w:themeColor="text1"/>
                <w:szCs w:val="18"/>
              </w:rPr>
            </w:pPr>
            <w:r w:rsidRPr="00D9696D">
              <w:rPr>
                <w:color w:val="000000" w:themeColor="text1"/>
                <w:szCs w:val="18"/>
              </w:rPr>
              <w:t xml:space="preserve">5 days per week, 9am to 3pm. </w:t>
            </w:r>
          </w:p>
          <w:p w14:paraId="7810ED9B" w14:textId="08D73406" w:rsidR="00D9696D" w:rsidRPr="00D9696D" w:rsidRDefault="00D9696D" w:rsidP="00D9696D">
            <w:pPr>
              <w:tabs>
                <w:tab w:val="left" w:pos="4425"/>
              </w:tabs>
              <w:jc w:val="center"/>
              <w:rPr>
                <w:b/>
                <w:bCs/>
                <w:color w:val="000000" w:themeColor="text1"/>
                <w:szCs w:val="18"/>
              </w:rPr>
            </w:pPr>
            <w:r w:rsidRPr="00D9696D">
              <w:rPr>
                <w:b/>
                <w:bCs/>
                <w:color w:val="000000" w:themeColor="text1"/>
                <w:szCs w:val="18"/>
              </w:rPr>
              <w:t>OR</w:t>
            </w:r>
          </w:p>
          <w:p w14:paraId="3D3B3FD3" w14:textId="1B52A596" w:rsidR="00D9696D" w:rsidRPr="00D9696D" w:rsidRDefault="00D9696D" w:rsidP="00D9696D">
            <w:pPr>
              <w:tabs>
                <w:tab w:val="left" w:pos="4425"/>
              </w:tabs>
              <w:jc w:val="center"/>
              <w:rPr>
                <w:szCs w:val="18"/>
              </w:rPr>
            </w:pPr>
            <w:r w:rsidRPr="00D9696D">
              <w:rPr>
                <w:color w:val="000000" w:themeColor="text1"/>
                <w:szCs w:val="18"/>
              </w:rPr>
              <w:t>3 days per week 8am to 6pm.</w:t>
            </w:r>
          </w:p>
        </w:tc>
      </w:tr>
      <w:tr w:rsidR="00D9696D" w:rsidRPr="00D9696D" w14:paraId="7D0F13E1" w14:textId="77777777" w:rsidTr="00D9696D">
        <w:tc>
          <w:tcPr>
            <w:tcW w:w="1526" w:type="dxa"/>
          </w:tcPr>
          <w:p w14:paraId="67D3AEC9" w14:textId="5C80BB23" w:rsidR="00D9696D" w:rsidRPr="00D9696D" w:rsidRDefault="00D9696D">
            <w:pPr>
              <w:rPr>
                <w:szCs w:val="18"/>
              </w:rPr>
            </w:pPr>
            <w:r w:rsidRPr="00D9696D">
              <w:rPr>
                <w:szCs w:val="18"/>
              </w:rPr>
              <w:t>3</w:t>
            </w:r>
          </w:p>
        </w:tc>
        <w:tc>
          <w:tcPr>
            <w:tcW w:w="992" w:type="dxa"/>
          </w:tcPr>
          <w:p w14:paraId="03027926" w14:textId="4DB74B88" w:rsidR="00D9696D" w:rsidRPr="00D9696D" w:rsidRDefault="00D9696D">
            <w:pPr>
              <w:rPr>
                <w:szCs w:val="18"/>
              </w:rPr>
            </w:pPr>
            <w:r w:rsidRPr="00D9696D">
              <w:rPr>
                <w:szCs w:val="18"/>
              </w:rPr>
              <w:t>Full Time</w:t>
            </w:r>
          </w:p>
        </w:tc>
        <w:tc>
          <w:tcPr>
            <w:tcW w:w="8066" w:type="dxa"/>
          </w:tcPr>
          <w:p w14:paraId="3EE5482F" w14:textId="0FB9C18A" w:rsidR="00D9696D" w:rsidRPr="00D9696D" w:rsidRDefault="00D9696D" w:rsidP="00D9696D">
            <w:pPr>
              <w:tabs>
                <w:tab w:val="left" w:pos="4425"/>
              </w:tabs>
              <w:jc w:val="center"/>
              <w:rPr>
                <w:color w:val="000000" w:themeColor="text1"/>
                <w:szCs w:val="18"/>
              </w:rPr>
            </w:pPr>
            <w:r w:rsidRPr="00D9696D">
              <w:rPr>
                <w:color w:val="000000" w:themeColor="text1"/>
                <w:szCs w:val="18"/>
              </w:rPr>
              <w:t xml:space="preserve">3 days per week, 12pm to 6pm </w:t>
            </w:r>
            <w:r w:rsidRPr="00D9696D">
              <w:rPr>
                <w:b/>
                <w:bCs/>
                <w:color w:val="000000" w:themeColor="text1"/>
                <w:szCs w:val="18"/>
              </w:rPr>
              <w:t>AND</w:t>
            </w:r>
            <w:r w:rsidRPr="00D9696D">
              <w:rPr>
                <w:color w:val="000000" w:themeColor="text1"/>
                <w:szCs w:val="18"/>
              </w:rPr>
              <w:t xml:space="preserve"> 1 day per week, 12.30pm to 6pm</w:t>
            </w:r>
          </w:p>
        </w:tc>
      </w:tr>
      <w:tr w:rsidR="00D9696D" w:rsidRPr="00D9696D" w14:paraId="59294EE6" w14:textId="77777777" w:rsidTr="00D9696D">
        <w:tc>
          <w:tcPr>
            <w:tcW w:w="1526" w:type="dxa"/>
          </w:tcPr>
          <w:p w14:paraId="467A92A7" w14:textId="51981CFC" w:rsidR="00D9696D" w:rsidRPr="00D9696D" w:rsidRDefault="00D9696D">
            <w:pPr>
              <w:rPr>
                <w:szCs w:val="18"/>
              </w:rPr>
            </w:pPr>
            <w:r w:rsidRPr="00D9696D">
              <w:rPr>
                <w:szCs w:val="18"/>
              </w:rPr>
              <w:t>4</w:t>
            </w:r>
          </w:p>
        </w:tc>
        <w:tc>
          <w:tcPr>
            <w:tcW w:w="992" w:type="dxa"/>
          </w:tcPr>
          <w:p w14:paraId="21CB3C30" w14:textId="62D136FB" w:rsidR="00D9696D" w:rsidRPr="00D9696D" w:rsidRDefault="00D9696D">
            <w:pPr>
              <w:rPr>
                <w:szCs w:val="18"/>
              </w:rPr>
            </w:pPr>
            <w:r w:rsidRPr="00D9696D">
              <w:rPr>
                <w:szCs w:val="18"/>
              </w:rPr>
              <w:t>Full Time</w:t>
            </w:r>
          </w:p>
        </w:tc>
        <w:tc>
          <w:tcPr>
            <w:tcW w:w="8066" w:type="dxa"/>
          </w:tcPr>
          <w:p w14:paraId="6758EA81" w14:textId="48340BE9" w:rsidR="00D9696D" w:rsidRPr="00D9696D" w:rsidRDefault="00D9696D" w:rsidP="00D9696D">
            <w:pPr>
              <w:tabs>
                <w:tab w:val="left" w:pos="4425"/>
              </w:tabs>
              <w:jc w:val="center"/>
              <w:rPr>
                <w:color w:val="000000" w:themeColor="text1"/>
                <w:szCs w:val="18"/>
              </w:rPr>
            </w:pPr>
            <w:r w:rsidRPr="00D9696D">
              <w:rPr>
                <w:color w:val="000000" w:themeColor="text1"/>
                <w:szCs w:val="18"/>
              </w:rPr>
              <w:t xml:space="preserve">3 days per week, 7.30am to 1.30pm </w:t>
            </w:r>
            <w:r w:rsidRPr="00D9696D">
              <w:rPr>
                <w:b/>
                <w:bCs/>
                <w:color w:val="000000" w:themeColor="text1"/>
                <w:szCs w:val="18"/>
              </w:rPr>
              <w:t>AND</w:t>
            </w:r>
            <w:r w:rsidRPr="00D9696D">
              <w:rPr>
                <w:color w:val="000000" w:themeColor="text1"/>
                <w:szCs w:val="18"/>
              </w:rPr>
              <w:t xml:space="preserve"> 1 day per week, 8am to 1.30pm</w:t>
            </w:r>
          </w:p>
        </w:tc>
      </w:tr>
    </w:tbl>
    <w:p w14:paraId="3A91E418" w14:textId="58B8B948" w:rsidR="00DA2053" w:rsidRDefault="00DA2053"/>
    <w:p w14:paraId="2BCD49DA" w14:textId="7CBDB372" w:rsidR="00DA2053" w:rsidRDefault="00D9696D">
      <w:r>
        <w:t xml:space="preserve">1140 funded </w:t>
      </w:r>
      <w:proofErr w:type="gramStart"/>
      <w:r>
        <w:t>sessions,</w:t>
      </w:r>
      <w:proofErr w:type="gramEnd"/>
      <w:r>
        <w:t xml:space="preserve"> must be </w:t>
      </w:r>
      <w:proofErr w:type="gramStart"/>
      <w:r>
        <w:t>taking</w:t>
      </w:r>
      <w:proofErr w:type="gramEnd"/>
      <w:r>
        <w:t xml:space="preserve"> via one of the above delivery models. Sessions can be extended past </w:t>
      </w:r>
      <w:proofErr w:type="gramStart"/>
      <w:r>
        <w:t>delivery model</w:t>
      </w:r>
      <w:proofErr w:type="gramEnd"/>
      <w:r>
        <w:t xml:space="preserve"> times, this is charged per hour, and </w:t>
      </w:r>
      <w:proofErr w:type="gramStart"/>
      <w:r>
        <w:t>available</w:t>
      </w:r>
      <w:proofErr w:type="gramEnd"/>
      <w:r>
        <w:t xml:space="preserve"> through our opening hours.</w:t>
      </w:r>
    </w:p>
    <w:p w14:paraId="6E63745C" w14:textId="77777777" w:rsidR="00D9696D" w:rsidRDefault="00D9696D" w:rsidP="00D9696D">
      <w:pPr>
        <w:spacing w:after="0"/>
        <w:rPr>
          <w:rFonts w:ascii="Aptos Display" w:hAnsi="Aptos Display"/>
          <w:color w:val="000000" w:themeColor="text1"/>
          <w:szCs w:val="18"/>
        </w:rPr>
      </w:pPr>
    </w:p>
    <w:tbl>
      <w:tblPr>
        <w:tblStyle w:val="TableGrid"/>
        <w:tblW w:w="0" w:type="auto"/>
        <w:tblLook w:val="04A0" w:firstRow="1" w:lastRow="0" w:firstColumn="1" w:lastColumn="0" w:noHBand="0" w:noVBand="1"/>
      </w:tblPr>
      <w:tblGrid>
        <w:gridCol w:w="5490"/>
        <w:gridCol w:w="5094"/>
      </w:tblGrid>
      <w:tr w:rsidR="005357FD" w:rsidRPr="005357FD" w14:paraId="3E8B21CA" w14:textId="77777777" w:rsidTr="005357FD">
        <w:trPr>
          <w:trHeight w:val="283"/>
        </w:trPr>
        <w:tc>
          <w:tcPr>
            <w:tcW w:w="5490" w:type="dxa"/>
          </w:tcPr>
          <w:p w14:paraId="42D82F21" w14:textId="3FAD0E98" w:rsidR="005357FD" w:rsidRPr="005357FD" w:rsidRDefault="005357FD" w:rsidP="001D4803">
            <w:pPr>
              <w:spacing w:after="0"/>
              <w:rPr>
                <w:rFonts w:ascii="Aptos Display" w:hAnsi="Aptos Display"/>
                <w:b/>
                <w:bCs/>
                <w:color w:val="000000" w:themeColor="text1"/>
                <w:szCs w:val="18"/>
              </w:rPr>
            </w:pPr>
            <w:r w:rsidRPr="005357FD">
              <w:rPr>
                <w:rFonts w:ascii="Aptos Display" w:hAnsi="Aptos Display"/>
                <w:b/>
                <w:bCs/>
                <w:color w:val="000000" w:themeColor="text1"/>
                <w:szCs w:val="18"/>
              </w:rPr>
              <w:t>PRICE LIST</w:t>
            </w:r>
          </w:p>
        </w:tc>
        <w:tc>
          <w:tcPr>
            <w:tcW w:w="5094" w:type="dxa"/>
          </w:tcPr>
          <w:p w14:paraId="7A94EE69" w14:textId="26AE4A78" w:rsidR="005357FD" w:rsidRPr="005357FD" w:rsidRDefault="005357FD" w:rsidP="00847816">
            <w:pPr>
              <w:rPr>
                <w:b/>
                <w:bCs/>
              </w:rPr>
            </w:pPr>
            <w:r w:rsidRPr="005357FD">
              <w:rPr>
                <w:b/>
                <w:bCs/>
              </w:rPr>
              <w:t>HOW TO PAY</w:t>
            </w:r>
          </w:p>
        </w:tc>
      </w:tr>
      <w:tr w:rsidR="00847816" w:rsidRPr="00847816" w14:paraId="4B64B8FD" w14:textId="5693D9D8" w:rsidTr="00A84B9A">
        <w:trPr>
          <w:trHeight w:val="1368"/>
        </w:trPr>
        <w:tc>
          <w:tcPr>
            <w:tcW w:w="5490" w:type="dxa"/>
          </w:tcPr>
          <w:p w14:paraId="206BD9F4" w14:textId="77777777" w:rsidR="00847816" w:rsidRPr="00847816" w:rsidRDefault="00847816" w:rsidP="001D4803">
            <w:pPr>
              <w:spacing w:after="0"/>
              <w:rPr>
                <w:rFonts w:ascii="Aptos Display" w:hAnsi="Aptos Display"/>
                <w:color w:val="000000" w:themeColor="text1"/>
                <w:szCs w:val="18"/>
              </w:rPr>
            </w:pPr>
            <w:r w:rsidRPr="00847816">
              <w:rPr>
                <w:rFonts w:ascii="Aptos Display" w:hAnsi="Aptos Display"/>
                <w:color w:val="000000" w:themeColor="text1"/>
                <w:szCs w:val="18"/>
              </w:rPr>
              <w:t>7.30am-9am - £10.50</w:t>
            </w:r>
          </w:p>
          <w:p w14:paraId="64951691" w14:textId="77777777" w:rsidR="00847816" w:rsidRPr="00847816" w:rsidRDefault="00847816" w:rsidP="001D4803">
            <w:pPr>
              <w:spacing w:after="0"/>
              <w:rPr>
                <w:rFonts w:ascii="Aptos Display" w:hAnsi="Aptos Display"/>
                <w:color w:val="000000" w:themeColor="text1"/>
                <w:szCs w:val="18"/>
              </w:rPr>
            </w:pPr>
            <w:r w:rsidRPr="00847816">
              <w:rPr>
                <w:rFonts w:ascii="Aptos Display" w:hAnsi="Aptos Display"/>
                <w:color w:val="000000" w:themeColor="text1"/>
                <w:szCs w:val="18"/>
              </w:rPr>
              <w:t>9am-3pm - £39.00</w:t>
            </w:r>
          </w:p>
          <w:p w14:paraId="468FA9F8" w14:textId="77777777" w:rsidR="00847816" w:rsidRPr="00847816" w:rsidRDefault="00847816" w:rsidP="001D4803">
            <w:pPr>
              <w:spacing w:after="0"/>
              <w:rPr>
                <w:rFonts w:ascii="Aptos Display" w:hAnsi="Aptos Display"/>
                <w:color w:val="000000" w:themeColor="text1"/>
                <w:szCs w:val="18"/>
              </w:rPr>
            </w:pPr>
            <w:r w:rsidRPr="00847816">
              <w:rPr>
                <w:rFonts w:ascii="Aptos Display" w:hAnsi="Aptos Display"/>
                <w:color w:val="000000" w:themeColor="text1"/>
                <w:szCs w:val="18"/>
              </w:rPr>
              <w:t>3pm-6pm - £19.50</w:t>
            </w:r>
          </w:p>
          <w:p w14:paraId="10785B26" w14:textId="77777777" w:rsidR="00847816" w:rsidRPr="00847816" w:rsidRDefault="00847816" w:rsidP="001D4803">
            <w:pPr>
              <w:spacing w:after="0"/>
              <w:rPr>
                <w:rFonts w:ascii="Aptos Display" w:hAnsi="Aptos Display"/>
                <w:color w:val="000000" w:themeColor="text1"/>
                <w:szCs w:val="18"/>
              </w:rPr>
            </w:pPr>
            <w:r w:rsidRPr="00847816">
              <w:rPr>
                <w:rFonts w:ascii="Aptos Display" w:hAnsi="Aptos Display"/>
                <w:color w:val="000000" w:themeColor="text1"/>
                <w:szCs w:val="18"/>
              </w:rPr>
              <w:t>Full day 7.30am-6</w:t>
            </w:r>
            <w:proofErr w:type="gramStart"/>
            <w:r w:rsidRPr="00847816">
              <w:rPr>
                <w:rFonts w:ascii="Aptos Display" w:hAnsi="Aptos Display"/>
                <w:color w:val="000000" w:themeColor="text1"/>
                <w:szCs w:val="18"/>
              </w:rPr>
              <w:t>pm  -</w:t>
            </w:r>
            <w:proofErr w:type="gramEnd"/>
            <w:r w:rsidRPr="00847816">
              <w:rPr>
                <w:rFonts w:ascii="Aptos Display" w:hAnsi="Aptos Display"/>
                <w:color w:val="000000" w:themeColor="text1"/>
                <w:szCs w:val="18"/>
              </w:rPr>
              <w:t xml:space="preserve"> £68</w:t>
            </w:r>
          </w:p>
          <w:p w14:paraId="5B5AF48D" w14:textId="744D824A" w:rsidR="00847816" w:rsidRPr="00847816" w:rsidRDefault="00847816" w:rsidP="001D4803">
            <w:pPr>
              <w:spacing w:after="0"/>
              <w:rPr>
                <w:rFonts w:ascii="Aptos Display" w:hAnsi="Aptos Display"/>
                <w:color w:val="000000" w:themeColor="text1"/>
                <w:szCs w:val="18"/>
              </w:rPr>
            </w:pPr>
            <w:r w:rsidRPr="00847816">
              <w:rPr>
                <w:rFonts w:ascii="Aptos Display" w:hAnsi="Aptos Display"/>
                <w:color w:val="000000" w:themeColor="text1"/>
                <w:szCs w:val="18"/>
              </w:rPr>
              <w:t>Price per additional hour £6.50</w:t>
            </w:r>
          </w:p>
        </w:tc>
        <w:tc>
          <w:tcPr>
            <w:tcW w:w="5094" w:type="dxa"/>
          </w:tcPr>
          <w:p w14:paraId="4D66D63D" w14:textId="77777777" w:rsidR="00847816" w:rsidRPr="003624FC" w:rsidRDefault="00847816" w:rsidP="00847816">
            <w:r w:rsidRPr="003624FC">
              <w:t>Payments are due on the 1</w:t>
            </w:r>
            <w:r w:rsidRPr="003624FC">
              <w:rPr>
                <w:vertAlign w:val="superscript"/>
              </w:rPr>
              <w:t>st</w:t>
            </w:r>
            <w:r w:rsidRPr="003624FC">
              <w:t xml:space="preserve"> of each month from August to </w:t>
            </w:r>
            <w:proofErr w:type="gramStart"/>
            <w:r w:rsidRPr="003624FC">
              <w:t>Ju</w:t>
            </w:r>
            <w:r>
              <w:t>ly,</w:t>
            </w:r>
            <w:proofErr w:type="gramEnd"/>
            <w:r>
              <w:t xml:space="preserve"> your exact fee schedule will be sent out separately.</w:t>
            </w:r>
          </w:p>
          <w:p w14:paraId="5820FDBD" w14:textId="77777777" w:rsidR="00847816" w:rsidRPr="003624FC" w:rsidRDefault="00847816" w:rsidP="00847816">
            <w:pPr>
              <w:rPr>
                <w:b/>
              </w:rPr>
            </w:pPr>
            <w:r w:rsidRPr="003624FC">
              <w:t>Please pay to</w:t>
            </w:r>
          </w:p>
          <w:p w14:paraId="04B3216B" w14:textId="77777777" w:rsidR="00847816" w:rsidRPr="00A369B7" w:rsidRDefault="00847816" w:rsidP="00847816">
            <w:pPr>
              <w:rPr>
                <w:b/>
              </w:rPr>
            </w:pPr>
            <w:r w:rsidRPr="00A369B7">
              <w:t xml:space="preserve">Account </w:t>
            </w:r>
            <w:proofErr w:type="gramStart"/>
            <w:r w:rsidRPr="00A369B7">
              <w:t xml:space="preserve">Name  </w:t>
            </w:r>
            <w:proofErr w:type="spellStart"/>
            <w:r>
              <w:rPr>
                <w:b/>
              </w:rPr>
              <w:t>Auchinairn</w:t>
            </w:r>
            <w:proofErr w:type="spellEnd"/>
            <w:proofErr w:type="gramEnd"/>
            <w:r>
              <w:rPr>
                <w:b/>
              </w:rPr>
              <w:t xml:space="preserve"> Forest Kindergarten</w:t>
            </w:r>
          </w:p>
          <w:p w14:paraId="6715AC9B" w14:textId="77777777" w:rsidR="00847816" w:rsidRDefault="00847816" w:rsidP="00847816">
            <w:pPr>
              <w:rPr>
                <w:b/>
              </w:rPr>
            </w:pPr>
            <w:r w:rsidRPr="00A369B7">
              <w:t xml:space="preserve">Sort </w:t>
            </w:r>
            <w:proofErr w:type="gramStart"/>
            <w:r w:rsidRPr="00A369B7">
              <w:t xml:space="preserve">Code  </w:t>
            </w:r>
            <w:r>
              <w:rPr>
                <w:b/>
              </w:rPr>
              <w:t>60</w:t>
            </w:r>
            <w:proofErr w:type="gramEnd"/>
            <w:r>
              <w:rPr>
                <w:b/>
              </w:rPr>
              <w:t>-83-71</w:t>
            </w:r>
          </w:p>
          <w:p w14:paraId="458BB2FD" w14:textId="77777777" w:rsidR="00847816" w:rsidRDefault="00847816" w:rsidP="00847816">
            <w:pPr>
              <w:rPr>
                <w:b/>
              </w:rPr>
            </w:pPr>
            <w:r w:rsidRPr="00A369B7">
              <w:t>Acc No</w:t>
            </w:r>
            <w:r w:rsidRPr="00A369B7">
              <w:rPr>
                <w:b/>
              </w:rPr>
              <w:t xml:space="preserve">     </w:t>
            </w:r>
            <w:r>
              <w:rPr>
                <w:b/>
              </w:rPr>
              <w:t>07769660</w:t>
            </w:r>
          </w:p>
          <w:p w14:paraId="01191CBF" w14:textId="77777777" w:rsidR="00847816" w:rsidRPr="00847816" w:rsidRDefault="00847816" w:rsidP="001D4803">
            <w:pPr>
              <w:spacing w:after="0"/>
              <w:rPr>
                <w:rFonts w:ascii="Aptos Display" w:hAnsi="Aptos Display"/>
                <w:color w:val="000000" w:themeColor="text1"/>
                <w:szCs w:val="18"/>
              </w:rPr>
            </w:pPr>
          </w:p>
        </w:tc>
      </w:tr>
    </w:tbl>
    <w:p w14:paraId="13A78777" w14:textId="77777777" w:rsidR="00D9696D" w:rsidRDefault="00D9696D" w:rsidP="00D9696D">
      <w:pPr>
        <w:spacing w:after="0"/>
      </w:pPr>
    </w:p>
    <w:tbl>
      <w:tblPr>
        <w:tblW w:w="0" w:type="auto"/>
        <w:jc w:val="center"/>
        <w:tblLook w:val="04A0" w:firstRow="1" w:lastRow="0" w:firstColumn="1" w:lastColumn="0" w:noHBand="0" w:noVBand="1"/>
      </w:tblPr>
      <w:tblGrid>
        <w:gridCol w:w="10368"/>
      </w:tblGrid>
      <w:tr w:rsidR="00F869ED" w14:paraId="696E913E" w14:textId="77777777">
        <w:trPr>
          <w:jc w:val="center"/>
        </w:trPr>
        <w:tc>
          <w:tcPr>
            <w:tcW w:w="10368" w:type="dxa"/>
            <w:shd w:val="clear" w:color="auto" w:fill="5B8A3C"/>
          </w:tcPr>
          <w:p w14:paraId="66B92FE0" w14:textId="77777777" w:rsidR="00F869ED" w:rsidRDefault="00000000">
            <w:pPr>
              <w:spacing w:after="0"/>
            </w:pPr>
            <w:r>
              <w:rPr>
                <w:b/>
                <w:color w:val="FFFFFF"/>
                <w:sz w:val="20"/>
              </w:rPr>
              <w:t>COMPLETING YOUR FORMS</w:t>
            </w:r>
          </w:p>
        </w:tc>
      </w:tr>
    </w:tbl>
    <w:p w14:paraId="51C6F4CE" w14:textId="77777777" w:rsidR="00F869ED" w:rsidRDefault="00F869ED">
      <w:pPr>
        <w:spacing w:after="0"/>
      </w:pPr>
    </w:p>
    <w:p w14:paraId="58AA5149" w14:textId="77777777" w:rsidR="00F869ED" w:rsidRDefault="00000000">
      <w:r>
        <w:rPr>
          <w:b/>
        </w:rPr>
        <w:t xml:space="preserve">Please complete all sections that apply to your child. </w:t>
      </w:r>
      <w:r>
        <w:t xml:space="preserve">If a question does not apply, enter N/A rather than leaving it blank. Where you see </w:t>
      </w:r>
      <w:r>
        <w:rPr>
          <w:b/>
        </w:rPr>
        <w:t>YES / NO</w:t>
      </w:r>
      <w:r>
        <w:t>, please delete the option that does not apply so only your chosen response remains.</w:t>
      </w:r>
    </w:p>
    <w:p w14:paraId="7EB0FD43" w14:textId="0EB0F944" w:rsidR="005357FD" w:rsidRDefault="00000000">
      <w:pPr>
        <w:jc w:val="center"/>
        <w:rPr>
          <w:b/>
        </w:rPr>
      </w:pPr>
      <w:r>
        <w:rPr>
          <w:b/>
        </w:rPr>
        <w:t>Example</w:t>
      </w:r>
      <w:proofErr w:type="gramStart"/>
      <w:r>
        <w:rPr>
          <w:b/>
        </w:rPr>
        <w:t>:  YES</w:t>
      </w:r>
      <w:proofErr w:type="gramEnd"/>
      <w:r>
        <w:rPr>
          <w:b/>
        </w:rPr>
        <w:t xml:space="preserve"> / </w:t>
      </w:r>
      <w:proofErr w:type="gramStart"/>
      <w:r>
        <w:rPr>
          <w:b/>
        </w:rPr>
        <w:t>NO  →</w:t>
      </w:r>
      <w:proofErr w:type="gramEnd"/>
      <w:r>
        <w:rPr>
          <w:b/>
        </w:rPr>
        <w:t xml:space="preserve">  YES</w:t>
      </w:r>
    </w:p>
    <w:tbl>
      <w:tblPr>
        <w:tblW w:w="0" w:type="auto"/>
        <w:jc w:val="center"/>
        <w:tblLook w:val="04A0" w:firstRow="1" w:lastRow="0" w:firstColumn="1" w:lastColumn="0" w:noHBand="0" w:noVBand="1"/>
      </w:tblPr>
      <w:tblGrid>
        <w:gridCol w:w="10368"/>
      </w:tblGrid>
      <w:tr w:rsidR="005357FD" w14:paraId="463E6F05" w14:textId="77777777" w:rsidTr="003826A7">
        <w:trPr>
          <w:jc w:val="center"/>
        </w:trPr>
        <w:tc>
          <w:tcPr>
            <w:tcW w:w="10368" w:type="dxa"/>
            <w:shd w:val="clear" w:color="auto" w:fill="5B8A3C"/>
          </w:tcPr>
          <w:p w14:paraId="11FD875B" w14:textId="66A25FDC" w:rsidR="005357FD" w:rsidRPr="005357FD" w:rsidRDefault="005357FD" w:rsidP="003826A7">
            <w:pPr>
              <w:spacing w:after="0"/>
              <w:rPr>
                <w:b/>
                <w:bCs/>
                <w:color w:val="FFFFFF" w:themeColor="background1"/>
                <w:sz w:val="20"/>
                <w:szCs w:val="20"/>
              </w:rPr>
            </w:pPr>
            <w:r>
              <w:rPr>
                <w:b/>
                <w:bCs/>
                <w:color w:val="FFFFFF" w:themeColor="background1"/>
                <w:sz w:val="20"/>
                <w:szCs w:val="20"/>
              </w:rPr>
              <w:t>ADDITIONAL DOCUMENTS</w:t>
            </w:r>
          </w:p>
        </w:tc>
      </w:tr>
    </w:tbl>
    <w:p w14:paraId="6435FF29" w14:textId="77777777" w:rsidR="005357FD" w:rsidRDefault="005357FD" w:rsidP="005357FD">
      <w:pPr>
        <w:spacing w:after="0"/>
      </w:pPr>
    </w:p>
    <w:p w14:paraId="4BEB1407" w14:textId="77777777" w:rsidR="006741A7" w:rsidRDefault="006741A7" w:rsidP="006741A7">
      <w:pPr>
        <w:rPr>
          <w:b/>
        </w:rPr>
      </w:pPr>
      <w:r>
        <w:rPr>
          <w:b/>
        </w:rPr>
        <w:t>Service Induction must be read by parents prior to their child attending, click the link below. All services policies can be found below, click the link to gain access.</w:t>
      </w:r>
    </w:p>
    <w:p w14:paraId="7312EF5D" w14:textId="72AB9814" w:rsidR="006741A7" w:rsidRDefault="006741A7" w:rsidP="006741A7">
      <w:hyperlink r:id="rId8" w:history="1">
        <w:r>
          <w:rPr>
            <w:rStyle w:val="Hyperlink"/>
          </w:rPr>
          <w:t>Kindergarten Induction</w:t>
        </w:r>
      </w:hyperlink>
    </w:p>
    <w:p w14:paraId="24E2BCD6" w14:textId="29732A78" w:rsidR="00EB4788" w:rsidRDefault="006741A7" w:rsidP="006741A7">
      <w:hyperlink r:id="rId9" w:history="1">
        <w:r>
          <w:rPr>
            <w:rStyle w:val="Hyperlink"/>
          </w:rPr>
          <w:t>Kindergarten Policies and Procedures</w:t>
        </w:r>
      </w:hyperlink>
    </w:p>
    <w:p w14:paraId="22F25AC9" w14:textId="793C05A1" w:rsidR="005357FD" w:rsidRDefault="00EB4788" w:rsidP="00EB4788">
      <w:pPr>
        <w:rPr>
          <w:b/>
        </w:rPr>
      </w:pPr>
      <w:hyperlink r:id="rId10" w:history="1">
        <w:r>
          <w:rPr>
            <w:rStyle w:val="Hyperlink"/>
          </w:rPr>
          <w:t>Kindergarten Handbook</w:t>
        </w:r>
      </w:hyperlink>
    </w:p>
    <w:tbl>
      <w:tblPr>
        <w:tblW w:w="0" w:type="auto"/>
        <w:jc w:val="center"/>
        <w:tblLook w:val="04A0" w:firstRow="1" w:lastRow="0" w:firstColumn="1" w:lastColumn="0" w:noHBand="0" w:noVBand="1"/>
      </w:tblPr>
      <w:tblGrid>
        <w:gridCol w:w="10368"/>
      </w:tblGrid>
      <w:tr w:rsidR="005357FD" w14:paraId="36C8CC84" w14:textId="77777777" w:rsidTr="003826A7">
        <w:trPr>
          <w:jc w:val="center"/>
        </w:trPr>
        <w:tc>
          <w:tcPr>
            <w:tcW w:w="10368" w:type="dxa"/>
            <w:shd w:val="clear" w:color="auto" w:fill="5B8A3C"/>
          </w:tcPr>
          <w:p w14:paraId="2DF54E47" w14:textId="23D7E309" w:rsidR="005357FD" w:rsidRDefault="005357FD" w:rsidP="003826A7">
            <w:pPr>
              <w:spacing w:after="0"/>
            </w:pPr>
            <w:r>
              <w:rPr>
                <w:b/>
                <w:color w:val="FFFFFF"/>
                <w:sz w:val="20"/>
              </w:rPr>
              <w:t>CLOSURE DATES</w:t>
            </w:r>
          </w:p>
        </w:tc>
      </w:tr>
    </w:tbl>
    <w:p w14:paraId="505AABCF" w14:textId="77777777" w:rsidR="005357FD" w:rsidRDefault="005357FD" w:rsidP="005357FD">
      <w:pPr>
        <w:spacing w:after="0"/>
      </w:pPr>
    </w:p>
    <w:p w14:paraId="194BDC82" w14:textId="77777777" w:rsidR="005357FD" w:rsidRDefault="005357FD" w:rsidP="005357FD">
      <w:pPr>
        <w:rPr>
          <w:b/>
        </w:rPr>
      </w:pPr>
      <w:r>
        <w:rPr>
          <w:b/>
        </w:rPr>
        <w:t xml:space="preserve">Please take </w:t>
      </w:r>
      <w:proofErr w:type="gramStart"/>
      <w:r>
        <w:rPr>
          <w:b/>
        </w:rPr>
        <w:t>a note</w:t>
      </w:r>
      <w:proofErr w:type="gramEnd"/>
      <w:r>
        <w:rPr>
          <w:b/>
        </w:rPr>
        <w:t xml:space="preserve"> of the </w:t>
      </w:r>
      <w:proofErr w:type="gramStart"/>
      <w:r>
        <w:rPr>
          <w:b/>
        </w:rPr>
        <w:t>below dates</w:t>
      </w:r>
      <w:proofErr w:type="gramEnd"/>
      <w:r>
        <w:rPr>
          <w:b/>
        </w:rPr>
        <w:t xml:space="preserve"> for your diaries, these are the days our service will not open. All dates are inclusive. </w:t>
      </w:r>
    </w:p>
    <w:p w14:paraId="1AA42A81" w14:textId="4FE82E7A" w:rsidR="005357FD" w:rsidRDefault="005357FD" w:rsidP="005357FD">
      <w:pPr>
        <w:rPr>
          <w:b/>
        </w:rPr>
      </w:pPr>
      <w:r>
        <w:rPr>
          <w:b/>
        </w:rPr>
        <w:t>Our service will be closed on the following dates:</w:t>
      </w:r>
    </w:p>
    <w:p w14:paraId="5CFDE997" w14:textId="67DFC4EE" w:rsidR="005357FD" w:rsidRDefault="005357FD" w:rsidP="005357FD">
      <w:pPr>
        <w:rPr>
          <w:bCs/>
        </w:rPr>
      </w:pPr>
      <w:r>
        <w:rPr>
          <w:bCs/>
        </w:rPr>
        <w:t>September weekend – Friday 25</w:t>
      </w:r>
      <w:r w:rsidRPr="005357FD">
        <w:rPr>
          <w:bCs/>
          <w:vertAlign w:val="superscript"/>
        </w:rPr>
        <w:t>th</w:t>
      </w:r>
      <w:r>
        <w:rPr>
          <w:bCs/>
        </w:rPr>
        <w:t xml:space="preserve"> September and Monday 28</w:t>
      </w:r>
      <w:r w:rsidRPr="005357FD">
        <w:rPr>
          <w:bCs/>
          <w:vertAlign w:val="superscript"/>
        </w:rPr>
        <w:t>th</w:t>
      </w:r>
      <w:r>
        <w:rPr>
          <w:bCs/>
        </w:rPr>
        <w:t xml:space="preserve"> September.</w:t>
      </w:r>
    </w:p>
    <w:p w14:paraId="2F5EA081" w14:textId="113885DA" w:rsidR="005357FD" w:rsidRDefault="005357FD" w:rsidP="005357FD">
      <w:pPr>
        <w:rPr>
          <w:bCs/>
        </w:rPr>
      </w:pPr>
      <w:r>
        <w:rPr>
          <w:bCs/>
        </w:rPr>
        <w:t>October – Friday 9</w:t>
      </w:r>
      <w:r w:rsidRPr="005357FD">
        <w:rPr>
          <w:bCs/>
          <w:vertAlign w:val="superscript"/>
        </w:rPr>
        <w:t>th</w:t>
      </w:r>
      <w:r>
        <w:rPr>
          <w:bCs/>
        </w:rPr>
        <w:t xml:space="preserve"> October.</w:t>
      </w:r>
    </w:p>
    <w:p w14:paraId="2FD9BA29" w14:textId="31CB1145" w:rsidR="005357FD" w:rsidRDefault="005357FD" w:rsidP="005357FD">
      <w:pPr>
        <w:rPr>
          <w:bCs/>
        </w:rPr>
      </w:pPr>
      <w:r>
        <w:rPr>
          <w:bCs/>
        </w:rPr>
        <w:t>Christmas break – Monday 21</w:t>
      </w:r>
      <w:r w:rsidRPr="005357FD">
        <w:rPr>
          <w:bCs/>
          <w:vertAlign w:val="superscript"/>
        </w:rPr>
        <w:t>st</w:t>
      </w:r>
      <w:r>
        <w:rPr>
          <w:bCs/>
        </w:rPr>
        <w:t xml:space="preserve"> December to Monday 4</w:t>
      </w:r>
      <w:r w:rsidRPr="005357FD">
        <w:rPr>
          <w:bCs/>
          <w:vertAlign w:val="superscript"/>
        </w:rPr>
        <w:t>th</w:t>
      </w:r>
      <w:r>
        <w:rPr>
          <w:bCs/>
        </w:rPr>
        <w:t xml:space="preserve"> Jan</w:t>
      </w:r>
    </w:p>
    <w:p w14:paraId="408287B9" w14:textId="4F1C9995" w:rsidR="005357FD" w:rsidRDefault="005357FD" w:rsidP="005357FD">
      <w:pPr>
        <w:rPr>
          <w:bCs/>
        </w:rPr>
      </w:pPr>
      <w:r>
        <w:rPr>
          <w:bCs/>
        </w:rPr>
        <w:t>Easter – Friday 26</w:t>
      </w:r>
      <w:r w:rsidRPr="005357FD">
        <w:rPr>
          <w:bCs/>
          <w:vertAlign w:val="superscript"/>
        </w:rPr>
        <w:t>th</w:t>
      </w:r>
      <w:r>
        <w:rPr>
          <w:bCs/>
        </w:rPr>
        <w:t xml:space="preserve"> March and Monday 29</w:t>
      </w:r>
      <w:r w:rsidRPr="005357FD">
        <w:rPr>
          <w:bCs/>
          <w:vertAlign w:val="superscript"/>
        </w:rPr>
        <w:t>th</w:t>
      </w:r>
      <w:r>
        <w:rPr>
          <w:bCs/>
        </w:rPr>
        <w:t xml:space="preserve"> March</w:t>
      </w:r>
    </w:p>
    <w:p w14:paraId="111355A4" w14:textId="5AD3CD7F" w:rsidR="005357FD" w:rsidRDefault="005357FD" w:rsidP="005357FD">
      <w:pPr>
        <w:rPr>
          <w:bCs/>
        </w:rPr>
      </w:pPr>
      <w:r>
        <w:rPr>
          <w:bCs/>
        </w:rPr>
        <w:t>May – Monday 3</w:t>
      </w:r>
      <w:r w:rsidRPr="005357FD">
        <w:rPr>
          <w:bCs/>
          <w:vertAlign w:val="superscript"/>
        </w:rPr>
        <w:t>rd</w:t>
      </w:r>
      <w:r>
        <w:rPr>
          <w:bCs/>
        </w:rPr>
        <w:t xml:space="preserve"> May, Friday 28</w:t>
      </w:r>
      <w:r w:rsidRPr="005357FD">
        <w:rPr>
          <w:bCs/>
          <w:vertAlign w:val="superscript"/>
        </w:rPr>
        <w:t>th</w:t>
      </w:r>
      <w:r>
        <w:rPr>
          <w:bCs/>
        </w:rPr>
        <w:t xml:space="preserve"> and Monday 31</w:t>
      </w:r>
      <w:r w:rsidRPr="005357FD">
        <w:rPr>
          <w:bCs/>
          <w:vertAlign w:val="superscript"/>
        </w:rPr>
        <w:t>st</w:t>
      </w:r>
      <w:r>
        <w:rPr>
          <w:bCs/>
        </w:rPr>
        <w:t xml:space="preserve"> May</w:t>
      </w:r>
    </w:p>
    <w:p w14:paraId="459C2328" w14:textId="4E7E1CF8" w:rsidR="005357FD" w:rsidRDefault="005357FD" w:rsidP="00EB4788">
      <w:r>
        <w:rPr>
          <w:bCs/>
        </w:rPr>
        <w:t>July – Monday 19</w:t>
      </w:r>
      <w:r w:rsidRPr="005357FD">
        <w:rPr>
          <w:bCs/>
          <w:vertAlign w:val="superscript"/>
        </w:rPr>
        <w:t>th</w:t>
      </w:r>
      <w:r>
        <w:rPr>
          <w:bCs/>
        </w:rPr>
        <w:t xml:space="preserve"> July</w:t>
      </w:r>
    </w:p>
    <w:tbl>
      <w:tblPr>
        <w:tblW w:w="0" w:type="auto"/>
        <w:jc w:val="center"/>
        <w:tblLook w:val="04A0" w:firstRow="1" w:lastRow="0" w:firstColumn="1" w:lastColumn="0" w:noHBand="0" w:noVBand="1"/>
      </w:tblPr>
      <w:tblGrid>
        <w:gridCol w:w="10368"/>
      </w:tblGrid>
      <w:tr w:rsidR="00F869ED" w14:paraId="332F9429" w14:textId="77777777">
        <w:trPr>
          <w:jc w:val="center"/>
        </w:trPr>
        <w:tc>
          <w:tcPr>
            <w:tcW w:w="10368" w:type="dxa"/>
            <w:shd w:val="clear" w:color="auto" w:fill="5B8A3C"/>
          </w:tcPr>
          <w:p w14:paraId="46472A53" w14:textId="77777777" w:rsidR="00F869ED" w:rsidRDefault="00000000">
            <w:pPr>
              <w:spacing w:after="0"/>
            </w:pPr>
            <w:r>
              <w:rPr>
                <w:b/>
                <w:color w:val="FFFFFF"/>
                <w:sz w:val="20"/>
              </w:rPr>
              <w:t>ELECTRONIC SIGNATURES</w:t>
            </w:r>
          </w:p>
        </w:tc>
      </w:tr>
    </w:tbl>
    <w:p w14:paraId="4353B2D9" w14:textId="77777777" w:rsidR="00F869ED" w:rsidRDefault="00F869ED">
      <w:pPr>
        <w:spacing w:after="0"/>
      </w:pPr>
    </w:p>
    <w:p w14:paraId="7D011362" w14:textId="77777777" w:rsidR="00F869ED" w:rsidRDefault="00000000">
      <w:r>
        <w:t>Where a signature is requested, you may type your full name into the designated signature field when completing and returning the document electronically.</w:t>
      </w:r>
    </w:p>
    <w:p w14:paraId="2D518DAA" w14:textId="77777777" w:rsidR="00F869ED" w:rsidRDefault="00000000">
      <w:r>
        <w:rPr>
          <w:b/>
        </w:rPr>
        <w:t>By entering your name in a signature field and returning the completed document, you confirm that:</w:t>
      </w:r>
    </w:p>
    <w:p w14:paraId="2CB47E5D" w14:textId="77777777" w:rsidR="00F869ED" w:rsidRDefault="00000000">
      <w:pPr>
        <w:spacing w:after="0"/>
        <w:ind w:left="259" w:hanging="173"/>
      </w:pPr>
      <w:r>
        <w:rPr>
          <w:b/>
        </w:rPr>
        <w:t xml:space="preserve">• </w:t>
      </w:r>
      <w:r>
        <w:t>you are the person named;</w:t>
      </w:r>
    </w:p>
    <w:p w14:paraId="236073D4" w14:textId="77777777" w:rsidR="00F869ED" w:rsidRDefault="00000000">
      <w:pPr>
        <w:spacing w:after="0"/>
        <w:ind w:left="259" w:hanging="173"/>
      </w:pPr>
      <w:r>
        <w:rPr>
          <w:b/>
        </w:rPr>
        <w:t xml:space="preserve">• </w:t>
      </w:r>
      <w:r>
        <w:t>you intend your typed name to represent your electronic signature and confirmation of the declaration;</w:t>
      </w:r>
    </w:p>
    <w:p w14:paraId="46484EC7" w14:textId="77777777" w:rsidR="00F869ED" w:rsidRDefault="00000000">
      <w:pPr>
        <w:spacing w:after="0"/>
        <w:ind w:left="259" w:hanging="173"/>
      </w:pPr>
      <w:r>
        <w:rPr>
          <w:b/>
        </w:rPr>
        <w:t xml:space="preserve">• </w:t>
      </w:r>
      <w:r>
        <w:t>you have read and understood the information associated with that signature; and</w:t>
      </w:r>
    </w:p>
    <w:p w14:paraId="5F02FC10" w14:textId="77777777" w:rsidR="00F869ED" w:rsidRDefault="00000000">
      <w:pPr>
        <w:spacing w:after="0"/>
        <w:ind w:left="259" w:hanging="173"/>
      </w:pPr>
      <w:r>
        <w:rPr>
          <w:b/>
        </w:rPr>
        <w:t xml:space="preserve">• </w:t>
      </w:r>
      <w:r>
        <w:t>the information you have provided is accurate to the best of your knowledge.</w:t>
      </w:r>
    </w:p>
    <w:p w14:paraId="108CCE81" w14:textId="77777777" w:rsidR="00F869ED" w:rsidRDefault="00000000">
      <w:r>
        <w:rPr>
          <w:b/>
        </w:rPr>
        <w:t xml:space="preserve">Electronic signatures are </w:t>
      </w:r>
      <w:proofErr w:type="spellStart"/>
      <w:r>
        <w:rPr>
          <w:b/>
        </w:rPr>
        <w:t>recognised</w:t>
      </w:r>
      <w:proofErr w:type="spellEnd"/>
      <w:r>
        <w:rPr>
          <w:b/>
        </w:rPr>
        <w:t xml:space="preserve"> within the UK legal framework. </w:t>
      </w:r>
      <w:r>
        <w:t>The completed document will be retained as part of your child's records.</w:t>
      </w:r>
    </w:p>
    <w:tbl>
      <w:tblPr>
        <w:tblW w:w="0" w:type="auto"/>
        <w:jc w:val="center"/>
        <w:tblLook w:val="04A0" w:firstRow="1" w:lastRow="0" w:firstColumn="1" w:lastColumn="0" w:noHBand="0" w:noVBand="1"/>
      </w:tblPr>
      <w:tblGrid>
        <w:gridCol w:w="10368"/>
      </w:tblGrid>
      <w:tr w:rsidR="00F869ED" w14:paraId="59C775D7" w14:textId="77777777">
        <w:trPr>
          <w:jc w:val="center"/>
        </w:trPr>
        <w:tc>
          <w:tcPr>
            <w:tcW w:w="10368" w:type="dxa"/>
            <w:shd w:val="clear" w:color="auto" w:fill="5B8A3C"/>
          </w:tcPr>
          <w:p w14:paraId="04DAD26E" w14:textId="77777777" w:rsidR="00F869ED" w:rsidRDefault="00000000">
            <w:pPr>
              <w:spacing w:after="0"/>
            </w:pPr>
            <w:r>
              <w:rPr>
                <w:b/>
                <w:color w:val="FFFFFF"/>
                <w:sz w:val="20"/>
              </w:rPr>
              <w:t>PERMISSIONS &amp; CONSENTS</w:t>
            </w:r>
          </w:p>
        </w:tc>
      </w:tr>
    </w:tbl>
    <w:p w14:paraId="54009591" w14:textId="77777777" w:rsidR="00F869ED" w:rsidRDefault="00F869ED">
      <w:pPr>
        <w:spacing w:after="0"/>
      </w:pPr>
    </w:p>
    <w:p w14:paraId="3576BB0F" w14:textId="77777777" w:rsidR="00F869ED" w:rsidRDefault="00000000">
      <w:r>
        <w:t>Please consider each permission individually. Choosing NO for one permission will not automatically affect your choices for any other permission. You can change or withdraw an optional consent by contacting the service. This will not affect anything lawfully undertaken before the change was received.</w:t>
      </w:r>
    </w:p>
    <w:tbl>
      <w:tblPr>
        <w:tblW w:w="0" w:type="auto"/>
        <w:jc w:val="center"/>
        <w:tblLook w:val="04A0" w:firstRow="1" w:lastRow="0" w:firstColumn="1" w:lastColumn="0" w:noHBand="0" w:noVBand="1"/>
      </w:tblPr>
      <w:tblGrid>
        <w:gridCol w:w="10368"/>
      </w:tblGrid>
      <w:tr w:rsidR="00F869ED" w14:paraId="55E2216C" w14:textId="77777777">
        <w:trPr>
          <w:jc w:val="center"/>
        </w:trPr>
        <w:tc>
          <w:tcPr>
            <w:tcW w:w="10368" w:type="dxa"/>
            <w:shd w:val="clear" w:color="auto" w:fill="5B8A3C"/>
          </w:tcPr>
          <w:p w14:paraId="26F3110F" w14:textId="77777777" w:rsidR="00F869ED" w:rsidRDefault="00000000">
            <w:pPr>
              <w:spacing w:after="0"/>
            </w:pPr>
            <w:r>
              <w:rPr>
                <w:b/>
                <w:color w:val="FFFFFF"/>
                <w:sz w:val="20"/>
              </w:rPr>
              <w:t>KEEPING INFORMATION UP TO DATE</w:t>
            </w:r>
          </w:p>
        </w:tc>
      </w:tr>
    </w:tbl>
    <w:p w14:paraId="5F29162E" w14:textId="77777777" w:rsidR="00F869ED" w:rsidRDefault="00F869ED">
      <w:pPr>
        <w:spacing w:after="0"/>
      </w:pPr>
    </w:p>
    <w:p w14:paraId="4644DCC5" w14:textId="77777777" w:rsidR="00F869ED" w:rsidRDefault="00000000">
      <w:r>
        <w:t>Please tell us promptly about any change that may affect your child's care, wellbeing or safety, including:</w:t>
      </w:r>
    </w:p>
    <w:p w14:paraId="5AD64748" w14:textId="77777777" w:rsidR="00F869ED" w:rsidRDefault="00000000">
      <w:pPr>
        <w:spacing w:after="0"/>
        <w:ind w:left="259" w:hanging="173"/>
      </w:pPr>
      <w:r>
        <w:rPr>
          <w:b/>
        </w:rPr>
        <w:t xml:space="preserve">• </w:t>
      </w:r>
      <w:r>
        <w:t xml:space="preserve">contact details, emergency contacts or </w:t>
      </w:r>
      <w:proofErr w:type="spellStart"/>
      <w:r>
        <w:t>authorised</w:t>
      </w:r>
      <w:proofErr w:type="spellEnd"/>
      <w:r>
        <w:t xml:space="preserve"> collection arrangements;</w:t>
      </w:r>
    </w:p>
    <w:p w14:paraId="69798D90" w14:textId="77777777" w:rsidR="00F869ED" w:rsidRDefault="00000000">
      <w:pPr>
        <w:spacing w:after="0"/>
        <w:ind w:left="259" w:hanging="173"/>
      </w:pPr>
      <w:r>
        <w:rPr>
          <w:b/>
        </w:rPr>
        <w:t xml:space="preserve">• </w:t>
      </w:r>
      <w:r>
        <w:t>home or family circumstances relevant to your child's care;</w:t>
      </w:r>
    </w:p>
    <w:p w14:paraId="7738C98A" w14:textId="77777777" w:rsidR="00F869ED" w:rsidRDefault="00000000">
      <w:pPr>
        <w:spacing w:after="0"/>
        <w:ind w:left="259" w:hanging="173"/>
      </w:pPr>
      <w:r>
        <w:rPr>
          <w:b/>
        </w:rPr>
        <w:t xml:space="preserve">• </w:t>
      </w:r>
      <w:r>
        <w:t>health needs, medication, allergies or dietary requirements;</w:t>
      </w:r>
    </w:p>
    <w:p w14:paraId="5898B97A" w14:textId="77777777" w:rsidR="00F869ED" w:rsidRDefault="00000000">
      <w:pPr>
        <w:spacing w:after="0"/>
        <w:ind w:left="259" w:hanging="173"/>
      </w:pPr>
      <w:r>
        <w:rPr>
          <w:b/>
        </w:rPr>
        <w:t xml:space="preserve">• </w:t>
      </w:r>
      <w:r>
        <w:t>additional support needs or professional involvement; or</w:t>
      </w:r>
    </w:p>
    <w:p w14:paraId="76107162" w14:textId="77777777" w:rsidR="00F869ED" w:rsidRDefault="00000000">
      <w:pPr>
        <w:spacing w:after="0"/>
        <w:ind w:left="259" w:hanging="173"/>
      </w:pPr>
      <w:r>
        <w:rPr>
          <w:b/>
        </w:rPr>
        <w:t xml:space="preserve">• </w:t>
      </w:r>
      <w:r>
        <w:t>any other significant change relevant to your child's care.</w:t>
      </w:r>
    </w:p>
    <w:p w14:paraId="6FDAA44D" w14:textId="77777777" w:rsidR="00F869ED" w:rsidRDefault="00000000">
      <w:r>
        <w:t xml:space="preserve">Your child's care plan will be reviewed regularly and at least every six months, or sooner </w:t>
      </w:r>
      <w:proofErr w:type="gramStart"/>
      <w:r>
        <w:t>where</w:t>
      </w:r>
      <w:proofErr w:type="gramEnd"/>
      <w:r>
        <w:t xml:space="preserve"> their needs or circumstances change.</w:t>
      </w:r>
    </w:p>
    <w:tbl>
      <w:tblPr>
        <w:tblW w:w="0" w:type="auto"/>
        <w:jc w:val="center"/>
        <w:tblLook w:val="04A0" w:firstRow="1" w:lastRow="0" w:firstColumn="1" w:lastColumn="0" w:noHBand="0" w:noVBand="1"/>
      </w:tblPr>
      <w:tblGrid>
        <w:gridCol w:w="10368"/>
      </w:tblGrid>
      <w:tr w:rsidR="00F869ED" w14:paraId="2DB79E72" w14:textId="77777777">
        <w:trPr>
          <w:jc w:val="center"/>
        </w:trPr>
        <w:tc>
          <w:tcPr>
            <w:tcW w:w="10368" w:type="dxa"/>
            <w:shd w:val="clear" w:color="auto" w:fill="5B8A3C"/>
          </w:tcPr>
          <w:p w14:paraId="31DE06CC" w14:textId="77777777" w:rsidR="00F869ED" w:rsidRDefault="00000000">
            <w:pPr>
              <w:spacing w:after="0"/>
            </w:pPr>
            <w:r>
              <w:rPr>
                <w:b/>
                <w:color w:val="FFFFFF"/>
                <w:sz w:val="20"/>
              </w:rPr>
              <w:t>CONFIDENTIALITY &amp; INFORMATION SHARING</w:t>
            </w:r>
          </w:p>
        </w:tc>
      </w:tr>
    </w:tbl>
    <w:p w14:paraId="78464930" w14:textId="77777777" w:rsidR="00F869ED" w:rsidRDefault="00F869ED">
      <w:pPr>
        <w:spacing w:after="0"/>
      </w:pPr>
    </w:p>
    <w:p w14:paraId="3B72A51B" w14:textId="77777777" w:rsidR="00F869ED" w:rsidRDefault="00000000">
      <w:r>
        <w:t xml:space="preserve">Information within your child's enrolment and care records will be stored securely and handled in accordance with our Data Protection, Confidentiality and Information Sharing procedures and applicable data protection law. Information will only be accessed </w:t>
      </w:r>
      <w:r>
        <w:lastRenderedPageBreak/>
        <w:t>or shared where there is an appropriate reason to do so. There may be circumstances where information must be shared without parental consent, including where this is necessary to safeguard a child or another person from harm.</w:t>
      </w:r>
    </w:p>
    <w:p w14:paraId="3834E197" w14:textId="77777777" w:rsidR="00F869ED" w:rsidRDefault="00000000">
      <w:r>
        <w:t>Further information about how we collect, use, store and share personal information is available in our Privacy Notice.</w:t>
      </w:r>
    </w:p>
    <w:tbl>
      <w:tblPr>
        <w:tblW w:w="0" w:type="auto"/>
        <w:jc w:val="center"/>
        <w:tblLook w:val="04A0" w:firstRow="1" w:lastRow="0" w:firstColumn="1" w:lastColumn="0" w:noHBand="0" w:noVBand="1"/>
      </w:tblPr>
      <w:tblGrid>
        <w:gridCol w:w="10368"/>
      </w:tblGrid>
      <w:tr w:rsidR="00F869ED" w14:paraId="41CC073F" w14:textId="77777777">
        <w:trPr>
          <w:jc w:val="center"/>
        </w:trPr>
        <w:tc>
          <w:tcPr>
            <w:tcW w:w="10368" w:type="dxa"/>
            <w:shd w:val="clear" w:color="auto" w:fill="5B8A3C"/>
          </w:tcPr>
          <w:p w14:paraId="5FBF1D18" w14:textId="77777777" w:rsidR="00F869ED" w:rsidRDefault="00000000">
            <w:pPr>
              <w:spacing w:after="0"/>
            </w:pPr>
            <w:r>
              <w:rPr>
                <w:b/>
                <w:color w:val="FFFFFF"/>
                <w:sz w:val="20"/>
              </w:rPr>
              <w:t>POLICIES &amp; PROCEDURES</w:t>
            </w:r>
          </w:p>
        </w:tc>
      </w:tr>
    </w:tbl>
    <w:p w14:paraId="4B3EDA72" w14:textId="77777777" w:rsidR="00F869ED" w:rsidRDefault="00F869ED">
      <w:pPr>
        <w:spacing w:after="0"/>
      </w:pPr>
    </w:p>
    <w:p w14:paraId="454F2A18" w14:textId="77777777" w:rsidR="00F869ED" w:rsidRDefault="00000000">
      <w:r>
        <w:t>As part of enrolment, you will be provided with, or given access to, the Parent Handbook and relevant service policies and procedures. The Parental Permissions &amp; Consents form asks you to confirm that these have been received or made available to you. Policies are reviewed and updated when required, and current versions can be requested from the service at any time.</w:t>
      </w:r>
    </w:p>
    <w:tbl>
      <w:tblPr>
        <w:tblW w:w="0" w:type="auto"/>
        <w:jc w:val="center"/>
        <w:tblLook w:val="04A0" w:firstRow="1" w:lastRow="0" w:firstColumn="1" w:lastColumn="0" w:noHBand="0" w:noVBand="1"/>
      </w:tblPr>
      <w:tblGrid>
        <w:gridCol w:w="10368"/>
      </w:tblGrid>
      <w:tr w:rsidR="00F869ED" w14:paraId="15767503" w14:textId="77777777">
        <w:trPr>
          <w:jc w:val="center"/>
        </w:trPr>
        <w:tc>
          <w:tcPr>
            <w:tcW w:w="10368" w:type="dxa"/>
            <w:shd w:val="clear" w:color="auto" w:fill="5B8A3C"/>
          </w:tcPr>
          <w:p w14:paraId="090EBD07" w14:textId="77777777" w:rsidR="00F869ED" w:rsidRDefault="00000000">
            <w:pPr>
              <w:spacing w:after="0"/>
            </w:pPr>
            <w:r>
              <w:rPr>
                <w:b/>
                <w:color w:val="FFFFFF"/>
                <w:sz w:val="20"/>
              </w:rPr>
              <w:t>NEED HELP?</w:t>
            </w:r>
          </w:p>
        </w:tc>
      </w:tr>
    </w:tbl>
    <w:p w14:paraId="7C73A1CB" w14:textId="77777777" w:rsidR="00F869ED" w:rsidRDefault="00F869ED">
      <w:pPr>
        <w:spacing w:after="0"/>
      </w:pPr>
    </w:p>
    <w:p w14:paraId="7B12E14D" w14:textId="77777777" w:rsidR="00F869ED" w:rsidRDefault="00000000">
      <w:pPr>
        <w:jc w:val="center"/>
      </w:pPr>
      <w:r>
        <w:t>If you are unsure how to answer a question, require information in another format, or would like support to complete the forms, please speak to a member of the management team.</w:t>
      </w:r>
    </w:p>
    <w:p w14:paraId="6899DC32" w14:textId="77777777" w:rsidR="00664809" w:rsidRDefault="00664809" w:rsidP="00664809">
      <w:pPr>
        <w:rPr>
          <w:b/>
          <w:bCs/>
          <w:lang w:val="en-GB"/>
        </w:rPr>
      </w:pPr>
      <w:r>
        <w:rPr>
          <w:b/>
          <w:bCs/>
          <w:lang w:val="en-GB"/>
        </w:rPr>
        <w:t xml:space="preserve">The below appendix should be read alongside the permissions document. </w:t>
      </w:r>
    </w:p>
    <w:p w14:paraId="71A169C4" w14:textId="77777777" w:rsidR="00664809" w:rsidRPr="009C00A2" w:rsidRDefault="00664809" w:rsidP="00664809">
      <w:pPr>
        <w:rPr>
          <w:b/>
          <w:bCs/>
          <w:color w:val="FFFFFF" w:themeColor="background1"/>
          <w:lang w:val="en-GB"/>
        </w:rPr>
      </w:pPr>
      <w:r w:rsidRPr="009C00A2">
        <w:rPr>
          <w:b/>
          <w:bCs/>
          <w:color w:val="FFFFFF" w:themeColor="background1"/>
          <w:highlight w:val="darkGreen"/>
          <w:lang w:val="en-GB"/>
        </w:rPr>
        <w:t>Appendix 1 – Travel by Minibus, Car or Taxi</w:t>
      </w:r>
    </w:p>
    <w:p w14:paraId="58636ADB" w14:textId="77777777" w:rsidR="00664809" w:rsidRPr="009C00A2" w:rsidRDefault="00664809" w:rsidP="00664809">
      <w:pPr>
        <w:rPr>
          <w:lang w:val="en-GB"/>
        </w:rPr>
      </w:pPr>
      <w:r w:rsidRPr="009C00A2">
        <w:rPr>
          <w:lang w:val="en-GB"/>
        </w:rPr>
        <w:t xml:space="preserve">The safety and wellbeing of children during transport is a key responsibility of </w:t>
      </w:r>
      <w:proofErr w:type="spellStart"/>
      <w:r w:rsidRPr="009C00A2">
        <w:rPr>
          <w:lang w:val="en-GB"/>
        </w:rPr>
        <w:t>Auchinairn</w:t>
      </w:r>
      <w:proofErr w:type="spellEnd"/>
      <w:r w:rsidRPr="009C00A2">
        <w:rPr>
          <w:lang w:val="en-GB"/>
        </w:rPr>
        <w:t xml:space="preserve"> Afterschool Care and Forest Kindergarten. Children will be transported in accordance with current legal requirements and the service's transport procedures.</w:t>
      </w:r>
    </w:p>
    <w:p w14:paraId="790727B3" w14:textId="77777777" w:rsidR="00664809" w:rsidRPr="009C00A2" w:rsidRDefault="00664809" w:rsidP="00664809">
      <w:pPr>
        <w:rPr>
          <w:lang w:val="en-GB"/>
        </w:rPr>
      </w:pPr>
      <w:r w:rsidRPr="009C00A2">
        <w:rPr>
          <w:lang w:val="en-GB"/>
        </w:rPr>
        <w:t xml:space="preserve">Children </w:t>
      </w:r>
      <w:r w:rsidRPr="009C00A2">
        <w:rPr>
          <w:b/>
          <w:bCs/>
          <w:lang w:val="en-GB"/>
        </w:rPr>
        <w:t>under 12 years and/or under 135cm</w:t>
      </w:r>
      <w:r w:rsidRPr="009C00A2">
        <w:rPr>
          <w:lang w:val="en-GB"/>
        </w:rPr>
        <w:t xml:space="preserve"> will be provided with an appropriate child car seat or booster seat where required. We will regularly review your child's height to ensure the appropriate restraint is used. Children aged 12 or over, or 135cm or taller, will use an adult seatbelt where available.</w:t>
      </w:r>
    </w:p>
    <w:p w14:paraId="228AFD8F" w14:textId="77777777" w:rsidR="00664809" w:rsidRPr="009C00A2" w:rsidRDefault="00664809" w:rsidP="00664809">
      <w:pPr>
        <w:rPr>
          <w:lang w:val="en-GB"/>
        </w:rPr>
      </w:pPr>
      <w:r w:rsidRPr="009C00A2">
        <w:rPr>
          <w:lang w:val="en-GB"/>
        </w:rPr>
        <w:t xml:space="preserve">Depending on the vehicle and journey, some seats may have a </w:t>
      </w:r>
      <w:r w:rsidRPr="009C00A2">
        <w:rPr>
          <w:b/>
          <w:bCs/>
          <w:lang w:val="en-GB"/>
        </w:rPr>
        <w:t>lap-only belt</w:t>
      </w:r>
      <w:r w:rsidRPr="009C00A2">
        <w:rPr>
          <w:lang w:val="en-GB"/>
        </w:rPr>
        <w:t xml:space="preserve"> and therefore may not be suitable for a booster seat. Where necessary and legally permitted, children may sit in the front passenger seat with the appropriate restraint.</w:t>
      </w:r>
    </w:p>
    <w:p w14:paraId="492E106B" w14:textId="77777777" w:rsidR="00664809" w:rsidRPr="009C00A2" w:rsidRDefault="00664809" w:rsidP="00664809">
      <w:pPr>
        <w:rPr>
          <w:lang w:val="en-GB"/>
        </w:rPr>
      </w:pPr>
      <w:r w:rsidRPr="009C00A2">
        <w:rPr>
          <w:lang w:val="en-GB"/>
        </w:rPr>
        <w:t>For taxis/private hire vehicles and unexpected journeys, the appropriate legal arrangements for child restraints and seatbelts will apply.</w:t>
      </w:r>
    </w:p>
    <w:p w14:paraId="0738BEED" w14:textId="77777777" w:rsidR="00664809" w:rsidRPr="009C00A2" w:rsidRDefault="00000000" w:rsidP="00664809">
      <w:pPr>
        <w:rPr>
          <w:lang w:val="en-GB"/>
        </w:rPr>
      </w:pPr>
      <w:r>
        <w:rPr>
          <w:lang w:val="en-GB"/>
        </w:rPr>
        <w:pict w14:anchorId="3964BC55">
          <v:rect id="_x0000_i1025" style="width:0;height:1.5pt" o:hralign="center" o:hrstd="t" o:hr="t" fillcolor="#a0a0a0" stroked="f"/>
        </w:pict>
      </w:r>
    </w:p>
    <w:p w14:paraId="27014CB6" w14:textId="77777777" w:rsidR="00664809" w:rsidRPr="009C00A2" w:rsidRDefault="00664809" w:rsidP="00664809">
      <w:pPr>
        <w:rPr>
          <w:b/>
          <w:bCs/>
          <w:color w:val="FFFFFF" w:themeColor="background1"/>
          <w:lang w:val="en-GB"/>
        </w:rPr>
      </w:pPr>
      <w:r w:rsidRPr="009C00A2">
        <w:rPr>
          <w:b/>
          <w:bCs/>
          <w:color w:val="FFFFFF" w:themeColor="background1"/>
          <w:highlight w:val="darkGreen"/>
          <w:lang w:val="en-GB"/>
        </w:rPr>
        <w:t>Appendix 2 – GIRFEC &amp; SHANARRI</w:t>
      </w:r>
    </w:p>
    <w:p w14:paraId="77E8A7F3" w14:textId="77777777" w:rsidR="00664809" w:rsidRPr="009C00A2" w:rsidRDefault="00664809" w:rsidP="00664809">
      <w:pPr>
        <w:rPr>
          <w:lang w:val="en-GB"/>
        </w:rPr>
      </w:pPr>
      <w:r w:rsidRPr="009C00A2">
        <w:rPr>
          <w:b/>
          <w:bCs/>
          <w:lang w:val="en-GB"/>
        </w:rPr>
        <w:t>What is GIRFEC?</w:t>
      </w:r>
      <w:r w:rsidRPr="009C00A2">
        <w:rPr>
          <w:lang w:val="en-GB"/>
        </w:rPr>
        <w:br/>
      </w:r>
      <w:r w:rsidRPr="009C00A2">
        <w:rPr>
          <w:i/>
          <w:iCs/>
          <w:lang w:val="en-GB"/>
        </w:rPr>
        <w:t>Getting it right for every child (GIRFEC)</w:t>
      </w:r>
      <w:r w:rsidRPr="009C00A2">
        <w:rPr>
          <w:lang w:val="en-GB"/>
        </w:rPr>
        <w:t xml:space="preserve"> is Scotland's national approach to supporting children, young people and families. It ensures children and families are listened to, involved in decisions and receive the right help at the right time.</w:t>
      </w:r>
    </w:p>
    <w:p w14:paraId="337FFA35" w14:textId="77777777" w:rsidR="00664809" w:rsidRPr="009C00A2" w:rsidRDefault="00664809" w:rsidP="00664809">
      <w:pPr>
        <w:rPr>
          <w:lang w:val="en-GB"/>
        </w:rPr>
      </w:pPr>
      <w:r w:rsidRPr="009C00A2">
        <w:rPr>
          <w:b/>
          <w:bCs/>
          <w:lang w:val="en-GB"/>
        </w:rPr>
        <w:t>Wellbeing &amp; SHANARRI</w:t>
      </w:r>
      <w:r w:rsidRPr="009C00A2">
        <w:rPr>
          <w:lang w:val="en-GB"/>
        </w:rPr>
        <w:br/>
        <w:t>GIRFEC uses eight wellbeing indicators:</w:t>
      </w:r>
    </w:p>
    <w:p w14:paraId="4FAE9081" w14:textId="77777777" w:rsidR="00664809" w:rsidRPr="009C00A2" w:rsidRDefault="00664809" w:rsidP="00664809">
      <w:pPr>
        <w:rPr>
          <w:lang w:val="en-GB"/>
        </w:rPr>
      </w:pPr>
      <w:r w:rsidRPr="009C00A2">
        <w:rPr>
          <w:b/>
          <w:bCs/>
          <w:lang w:val="en-GB"/>
        </w:rPr>
        <w:t>Safe • Healthy • Achieving • Nurtured • Active • Respected • Responsible • Included</w:t>
      </w:r>
    </w:p>
    <w:p w14:paraId="76EA891D" w14:textId="77777777" w:rsidR="00664809" w:rsidRPr="009C00A2" w:rsidRDefault="00664809" w:rsidP="00664809">
      <w:pPr>
        <w:rPr>
          <w:lang w:val="en-GB"/>
        </w:rPr>
      </w:pPr>
      <w:r w:rsidRPr="009C00A2">
        <w:rPr>
          <w:lang w:val="en-GB"/>
        </w:rPr>
        <w:t>These help practitioners understand children's wellbeing, identify concerns, recognise progress and ensure appropriate support is provided.</w:t>
      </w:r>
    </w:p>
    <w:p w14:paraId="1E9B1F17" w14:textId="77777777" w:rsidR="00664809" w:rsidRPr="009C00A2" w:rsidRDefault="00664809" w:rsidP="00664809">
      <w:pPr>
        <w:rPr>
          <w:lang w:val="en-GB"/>
        </w:rPr>
      </w:pPr>
      <w:r w:rsidRPr="009C00A2">
        <w:rPr>
          <w:b/>
          <w:bCs/>
          <w:lang w:val="en-GB"/>
        </w:rPr>
        <w:t>Our role</w:t>
      </w:r>
      <w:r w:rsidRPr="009C00A2">
        <w:rPr>
          <w:lang w:val="en-GB"/>
        </w:rPr>
        <w:br/>
      </w:r>
      <w:proofErr w:type="spellStart"/>
      <w:r w:rsidRPr="009C00A2">
        <w:rPr>
          <w:lang w:val="en-GB"/>
        </w:rPr>
        <w:t>Auchinairn</w:t>
      </w:r>
      <w:proofErr w:type="spellEnd"/>
      <w:r w:rsidRPr="009C00A2">
        <w:rPr>
          <w:lang w:val="en-GB"/>
        </w:rPr>
        <w:t xml:space="preserve"> Afterschool Care and Forest Kindergarten supports GIRFEC by providing a safe, nurturing environment; building positive relationships with children and families; observing and recording children's wellbeing and development; and working with parents, carers and other professionals where appropriate.</w:t>
      </w:r>
    </w:p>
    <w:p w14:paraId="40046B14" w14:textId="77777777" w:rsidR="00664809" w:rsidRPr="009C00A2" w:rsidRDefault="00664809" w:rsidP="00664809">
      <w:pPr>
        <w:rPr>
          <w:lang w:val="en-GB"/>
        </w:rPr>
      </w:pPr>
      <w:r w:rsidRPr="009C00A2">
        <w:rPr>
          <w:lang w:val="en-GB"/>
        </w:rPr>
        <w:t xml:space="preserve">Our aim is to ensure every child receives the </w:t>
      </w:r>
      <w:r w:rsidRPr="009C00A2">
        <w:rPr>
          <w:b/>
          <w:bCs/>
          <w:lang w:val="en-GB"/>
        </w:rPr>
        <w:t>right support at the right time</w:t>
      </w:r>
      <w:r w:rsidRPr="009C00A2">
        <w:rPr>
          <w:lang w:val="en-GB"/>
        </w:rPr>
        <w:t xml:space="preserve"> to thrive and reach their potential.</w:t>
      </w:r>
    </w:p>
    <w:p w14:paraId="1E5A5138" w14:textId="77777777" w:rsidR="00F869ED" w:rsidRDefault="00F869ED"/>
    <w:sectPr w:rsidR="00F869ED" w:rsidSect="00034616">
      <w:headerReference w:type="default" r:id="rId11"/>
      <w:footerReference w:type="default" r:id="rId12"/>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299E8" w14:textId="77777777" w:rsidR="006926E9" w:rsidRDefault="006926E9">
      <w:pPr>
        <w:spacing w:after="0" w:line="240" w:lineRule="auto"/>
      </w:pPr>
      <w:r>
        <w:separator/>
      </w:r>
    </w:p>
  </w:endnote>
  <w:endnote w:type="continuationSeparator" w:id="0">
    <w:p w14:paraId="53AD9D6F" w14:textId="77777777" w:rsidR="006926E9" w:rsidRDefault="00692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E96AB" w14:textId="2F4B5BA5" w:rsidR="00F869ED" w:rsidRDefault="00F73FE7">
    <w:pPr>
      <w:pStyle w:val="Footer"/>
      <w:jc w:val="center"/>
    </w:pPr>
    <w:r>
      <w:rPr>
        <w:color w:val="646464"/>
        <w:sz w:val="16"/>
      </w:rPr>
      <w:t>WILD ROOTS FOREST CHILDCARE</w:t>
    </w:r>
    <w:r w:rsidR="00000000">
      <w:rPr>
        <w:color w:val="646464"/>
        <w:sz w:val="16"/>
      </w:rPr>
      <w:t xml:space="preserve"> | Enrolment Pack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C2E9E" w14:textId="77777777" w:rsidR="006926E9" w:rsidRDefault="006926E9">
      <w:pPr>
        <w:spacing w:after="0" w:line="240" w:lineRule="auto"/>
      </w:pPr>
      <w:r>
        <w:separator/>
      </w:r>
    </w:p>
  </w:footnote>
  <w:footnote w:type="continuationSeparator" w:id="0">
    <w:p w14:paraId="164DDD99" w14:textId="77777777" w:rsidR="006926E9" w:rsidRDefault="006926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3FD0B" w14:textId="2659EC0A" w:rsidR="0026516C" w:rsidRDefault="0026516C">
    <w:pPr>
      <w:pStyle w:val="Header"/>
    </w:pPr>
    <w:r>
      <w:rPr>
        <w:noProof/>
      </w:rPr>
      <w:drawing>
        <wp:anchor distT="0" distB="0" distL="114300" distR="114300" simplePos="0" relativeHeight="251658240" behindDoc="1" locked="1" layoutInCell="1" allowOverlap="1" wp14:anchorId="62C10895" wp14:editId="645BE499">
          <wp:simplePos x="0" y="0"/>
          <wp:positionH relativeFrom="page">
            <wp:posOffset>14605</wp:posOffset>
          </wp:positionH>
          <wp:positionV relativeFrom="page">
            <wp:posOffset>-284480</wp:posOffset>
          </wp:positionV>
          <wp:extent cx="7848000" cy="11772000"/>
          <wp:effectExtent l="0" t="0" r="635" b="0"/>
          <wp:wrapNone/>
          <wp:docPr id="1776837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837091" name="Picture 1776837091"/>
                  <pic:cNvPicPr/>
                </pic:nvPicPr>
                <pic:blipFill>
                  <a:blip r:embed="rId1"/>
                  <a:stretch>
                    <a:fillRect/>
                  </a:stretch>
                </pic:blipFill>
                <pic:spPr>
                  <a:xfrm>
                    <a:off x="0" y="0"/>
                    <a:ext cx="7848000" cy="1177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4324116">
    <w:abstractNumId w:val="8"/>
  </w:num>
  <w:num w:numId="2" w16cid:durableId="2144614444">
    <w:abstractNumId w:val="6"/>
  </w:num>
  <w:num w:numId="3" w16cid:durableId="2082098841">
    <w:abstractNumId w:val="5"/>
  </w:num>
  <w:num w:numId="4" w16cid:durableId="204030817">
    <w:abstractNumId w:val="4"/>
  </w:num>
  <w:num w:numId="5" w16cid:durableId="1208177548">
    <w:abstractNumId w:val="7"/>
  </w:num>
  <w:num w:numId="6" w16cid:durableId="889458293">
    <w:abstractNumId w:val="3"/>
  </w:num>
  <w:num w:numId="7" w16cid:durableId="69885820">
    <w:abstractNumId w:val="2"/>
  </w:num>
  <w:num w:numId="8" w16cid:durableId="875191580">
    <w:abstractNumId w:val="1"/>
  </w:num>
  <w:num w:numId="9" w16cid:durableId="2033678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6516C"/>
    <w:rsid w:val="0029639D"/>
    <w:rsid w:val="002C3A93"/>
    <w:rsid w:val="00326F90"/>
    <w:rsid w:val="003978F2"/>
    <w:rsid w:val="003B363A"/>
    <w:rsid w:val="00517FE9"/>
    <w:rsid w:val="00522C05"/>
    <w:rsid w:val="005357FD"/>
    <w:rsid w:val="00664809"/>
    <w:rsid w:val="006741A7"/>
    <w:rsid w:val="006926E9"/>
    <w:rsid w:val="00847816"/>
    <w:rsid w:val="00882FA7"/>
    <w:rsid w:val="00970B07"/>
    <w:rsid w:val="00AA1D8D"/>
    <w:rsid w:val="00B47730"/>
    <w:rsid w:val="00C3182D"/>
    <w:rsid w:val="00CB0664"/>
    <w:rsid w:val="00D9696D"/>
    <w:rsid w:val="00DA2053"/>
    <w:rsid w:val="00EB4788"/>
    <w:rsid w:val="00F73FE7"/>
    <w:rsid w:val="00F869ED"/>
    <w:rsid w:val="00FB4DD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85C69C"/>
  <w14:defaultImageDpi w14:val="300"/>
  <w15:docId w15:val="{C91F9CC9-E197-4B58-9801-2BA037C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741A7"/>
    <w:rPr>
      <w:color w:val="0000FF" w:themeColor="hyperlink"/>
      <w:u w:val="single"/>
    </w:rPr>
  </w:style>
  <w:style w:type="character" w:styleId="UnresolvedMention">
    <w:name w:val="Unresolved Mention"/>
    <w:basedOn w:val="DefaultParagraphFont"/>
    <w:uiPriority w:val="99"/>
    <w:semiHidden/>
    <w:unhideWhenUsed/>
    <w:rsid w:val="006741A7"/>
    <w:rPr>
      <w:color w:val="605E5C"/>
      <w:shd w:val="clear" w:color="auto" w:fill="E1DFDD"/>
    </w:rPr>
  </w:style>
  <w:style w:type="character" w:styleId="FollowedHyperlink">
    <w:name w:val="FollowedHyperlink"/>
    <w:basedOn w:val="DefaultParagraphFont"/>
    <w:uiPriority w:val="99"/>
    <w:semiHidden/>
    <w:unhideWhenUsed/>
    <w:rsid w:val="006741A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NZVHe5VZXDYO721A9Meq4QbiCE7OX9_N/view?usp=drive_lin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cs.google.com/document/d/1BaDgcxoCWbyVHYMv6CNlpZ0UOqAwY2gh/edit?usp=sharing&amp;ouid=105904062335215324216&amp;rtpof=true&amp;sd=true" TargetMode="External"/><Relationship Id="rId4" Type="http://schemas.openxmlformats.org/officeDocument/2006/relationships/settings" Target="settings.xml"/><Relationship Id="rId9" Type="http://schemas.openxmlformats.org/officeDocument/2006/relationships/hyperlink" Target="https://drive.google.com/drive/folders/1-ts-PisKPA7677F0gXriS9MaPrXL2QHS?usp=drive_lin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3</Pages>
  <Words>1304</Words>
  <Characters>7437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Gwen McLaren</cp:lastModifiedBy>
  <cp:revision>6</cp:revision>
  <dcterms:created xsi:type="dcterms:W3CDTF">2026-08-07T18:05:00Z</dcterms:created>
  <dcterms:modified xsi:type="dcterms:W3CDTF">2026-08-28T19:15:00Z</dcterms:modified>
  <cp:category/>
</cp:coreProperties>
</file>