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DD853" w14:textId="6FD1AFA0" w:rsidR="007B491B" w:rsidRDefault="000B5C12" w:rsidP="007B491B">
      <w:pPr>
        <w:jc w:val="center"/>
      </w:pPr>
      <w:r>
        <w:rPr>
          <w:b/>
          <w:color w:val="5B8A3C"/>
          <w:sz w:val="32"/>
        </w:rPr>
        <w:t>WILD ROOTS FOREST CHILDCARE</w:t>
      </w:r>
    </w:p>
    <w:p w14:paraId="2230A7D8" w14:textId="77777777" w:rsidR="007B491B" w:rsidRDefault="007B491B" w:rsidP="007B491B">
      <w:pPr>
        <w:jc w:val="center"/>
      </w:pPr>
      <w:r>
        <w:rPr>
          <w:b/>
          <w:sz w:val="32"/>
        </w:rPr>
        <w:t>Medical, Allergy, Dietary &amp; Medication Plan</w:t>
      </w:r>
      <w:r>
        <w:rPr>
          <w:b/>
          <w:sz w:val="32"/>
        </w:rPr>
        <w:br/>
      </w:r>
    </w:p>
    <w:p w14:paraId="3FA3CC15" w14:textId="77777777" w:rsidR="007B491B" w:rsidRDefault="007B491B" w:rsidP="007B491B">
      <w:r>
        <w:t>Complete this plan only where your child has a medical condition, allergy, dietary requirement or requires medication whilst attending the setting.</w:t>
      </w:r>
    </w:p>
    <w:tbl>
      <w:tblPr>
        <w:tblW w:w="0" w:type="auto"/>
        <w:tblLook w:val="04A0" w:firstRow="1" w:lastRow="0" w:firstColumn="1" w:lastColumn="0" w:noHBand="0" w:noVBand="1"/>
      </w:tblPr>
      <w:tblGrid>
        <w:gridCol w:w="10584"/>
      </w:tblGrid>
      <w:tr w:rsidR="007B491B" w14:paraId="66001ECB" w14:textId="77777777" w:rsidTr="00D33E44">
        <w:tc>
          <w:tcPr>
            <w:tcW w:w="10800" w:type="dxa"/>
            <w:shd w:val="clear" w:color="auto" w:fill="5B8A3C"/>
          </w:tcPr>
          <w:p w14:paraId="09D90777" w14:textId="77777777" w:rsidR="007B491B" w:rsidRDefault="007B491B" w:rsidP="00D33E44">
            <w:r>
              <w:rPr>
                <w:b/>
                <w:color w:val="FFFFFF"/>
              </w:rPr>
              <w:t>SECTION 1 | CHILD DETAILS</w:t>
            </w:r>
          </w:p>
        </w:tc>
      </w:tr>
    </w:tbl>
    <w:tbl>
      <w:tblPr>
        <w:tblStyle w:val="TableGrid"/>
        <w:tblW w:w="0" w:type="auto"/>
        <w:tblLook w:val="04A0" w:firstRow="1" w:lastRow="0" w:firstColumn="1" w:lastColumn="0" w:noHBand="0" w:noVBand="1"/>
      </w:tblPr>
      <w:tblGrid>
        <w:gridCol w:w="2209"/>
        <w:gridCol w:w="8375"/>
      </w:tblGrid>
      <w:tr w:rsidR="007B491B" w14:paraId="05E06426" w14:textId="77777777" w:rsidTr="00D33E44">
        <w:tc>
          <w:tcPr>
            <w:tcW w:w="2235" w:type="dxa"/>
            <w:shd w:val="clear" w:color="auto" w:fill="DCEAC4"/>
          </w:tcPr>
          <w:p w14:paraId="2DAA4549" w14:textId="77777777" w:rsidR="007B491B" w:rsidRDefault="007B491B" w:rsidP="00D33E44">
            <w:r>
              <w:t>Child's Name</w:t>
            </w:r>
          </w:p>
        </w:tc>
        <w:tc>
          <w:tcPr>
            <w:tcW w:w="8565" w:type="dxa"/>
          </w:tcPr>
          <w:p w14:paraId="7830DECD" w14:textId="77777777" w:rsidR="007B491B" w:rsidRDefault="007B491B" w:rsidP="00D33E44"/>
        </w:tc>
      </w:tr>
      <w:tr w:rsidR="007B491B" w14:paraId="52E01BC8" w14:textId="77777777" w:rsidTr="00D33E44">
        <w:tc>
          <w:tcPr>
            <w:tcW w:w="2235" w:type="dxa"/>
            <w:shd w:val="clear" w:color="auto" w:fill="DCEAC4"/>
          </w:tcPr>
          <w:p w14:paraId="0C6EBB15" w14:textId="77777777" w:rsidR="007B491B" w:rsidRDefault="007B491B" w:rsidP="00D33E44">
            <w:r>
              <w:t>Date of Birth</w:t>
            </w:r>
          </w:p>
        </w:tc>
        <w:tc>
          <w:tcPr>
            <w:tcW w:w="8565" w:type="dxa"/>
          </w:tcPr>
          <w:p w14:paraId="0F0BCDBA" w14:textId="77777777" w:rsidR="007B491B" w:rsidRDefault="007B491B" w:rsidP="00D33E44"/>
        </w:tc>
      </w:tr>
      <w:tr w:rsidR="007B491B" w14:paraId="3074A27E" w14:textId="77777777" w:rsidTr="00D33E44">
        <w:tc>
          <w:tcPr>
            <w:tcW w:w="2235" w:type="dxa"/>
            <w:shd w:val="clear" w:color="auto" w:fill="DCEAC4"/>
          </w:tcPr>
          <w:p w14:paraId="7A969EDF" w14:textId="77777777" w:rsidR="007B491B" w:rsidRDefault="007B491B" w:rsidP="00D33E44">
            <w:r>
              <w:t>Key Worker</w:t>
            </w:r>
          </w:p>
        </w:tc>
        <w:tc>
          <w:tcPr>
            <w:tcW w:w="8565" w:type="dxa"/>
          </w:tcPr>
          <w:p w14:paraId="7F59BB55" w14:textId="77777777" w:rsidR="007B491B" w:rsidRDefault="007B491B" w:rsidP="00D33E44"/>
        </w:tc>
      </w:tr>
      <w:tr w:rsidR="007B491B" w14:paraId="08524FF3" w14:textId="77777777" w:rsidTr="00D33E44">
        <w:tc>
          <w:tcPr>
            <w:tcW w:w="2235" w:type="dxa"/>
            <w:shd w:val="clear" w:color="auto" w:fill="DCEAC4"/>
          </w:tcPr>
          <w:p w14:paraId="058A83EF" w14:textId="77777777" w:rsidR="007B491B" w:rsidRDefault="007B491B" w:rsidP="00D33E44">
            <w:r>
              <w:t>Date Completed</w:t>
            </w:r>
          </w:p>
        </w:tc>
        <w:tc>
          <w:tcPr>
            <w:tcW w:w="8565" w:type="dxa"/>
          </w:tcPr>
          <w:p w14:paraId="2DF4183B" w14:textId="77777777" w:rsidR="007B491B" w:rsidRDefault="007B491B" w:rsidP="00D33E44"/>
        </w:tc>
      </w:tr>
      <w:tr w:rsidR="007B491B" w14:paraId="13F8156F" w14:textId="77777777" w:rsidTr="00D33E44">
        <w:tc>
          <w:tcPr>
            <w:tcW w:w="2235" w:type="dxa"/>
            <w:shd w:val="clear" w:color="auto" w:fill="DCEAC4"/>
          </w:tcPr>
          <w:p w14:paraId="58D1DFD0" w14:textId="77777777" w:rsidR="007B491B" w:rsidRDefault="007B491B" w:rsidP="00D33E44">
            <w:r>
              <w:t>Review Date</w:t>
            </w:r>
          </w:p>
        </w:tc>
        <w:tc>
          <w:tcPr>
            <w:tcW w:w="8565" w:type="dxa"/>
          </w:tcPr>
          <w:p w14:paraId="068413CB" w14:textId="77777777" w:rsidR="007B491B" w:rsidRDefault="007B491B" w:rsidP="00D33E44"/>
        </w:tc>
      </w:tr>
    </w:tbl>
    <w:p w14:paraId="2F5B1021" w14:textId="77777777" w:rsidR="007B491B" w:rsidRDefault="007B491B" w:rsidP="007B491B"/>
    <w:tbl>
      <w:tblPr>
        <w:tblW w:w="0" w:type="auto"/>
        <w:tblLook w:val="04A0" w:firstRow="1" w:lastRow="0" w:firstColumn="1" w:lastColumn="0" w:noHBand="0" w:noVBand="1"/>
      </w:tblPr>
      <w:tblGrid>
        <w:gridCol w:w="10584"/>
      </w:tblGrid>
      <w:tr w:rsidR="007B491B" w14:paraId="69607BDF" w14:textId="77777777" w:rsidTr="00D33E44">
        <w:tc>
          <w:tcPr>
            <w:tcW w:w="10800" w:type="dxa"/>
            <w:shd w:val="clear" w:color="auto" w:fill="5B8A3C"/>
          </w:tcPr>
          <w:p w14:paraId="53867C6E" w14:textId="77777777" w:rsidR="007B491B" w:rsidRDefault="007B491B" w:rsidP="00D33E44">
            <w:r>
              <w:rPr>
                <w:b/>
                <w:color w:val="FFFFFF"/>
              </w:rPr>
              <w:t>SECTION 2 | HEALTH NEEDS</w:t>
            </w:r>
          </w:p>
        </w:tc>
      </w:tr>
    </w:tbl>
    <w:tbl>
      <w:tblPr>
        <w:tblStyle w:val="TableGrid"/>
        <w:tblW w:w="0" w:type="auto"/>
        <w:tblLook w:val="04A0" w:firstRow="1" w:lastRow="0" w:firstColumn="1" w:lastColumn="0" w:noHBand="0" w:noVBand="1"/>
      </w:tblPr>
      <w:tblGrid>
        <w:gridCol w:w="2210"/>
        <w:gridCol w:w="8374"/>
      </w:tblGrid>
      <w:tr w:rsidR="007B491B" w14:paraId="652B532A" w14:textId="77777777" w:rsidTr="00D33E44">
        <w:tc>
          <w:tcPr>
            <w:tcW w:w="2235" w:type="dxa"/>
            <w:shd w:val="clear" w:color="auto" w:fill="DCEAC4"/>
          </w:tcPr>
          <w:p w14:paraId="357D1A24" w14:textId="77777777" w:rsidR="007B491B" w:rsidRDefault="007B491B" w:rsidP="00D33E44">
            <w:r>
              <w:t>Medical condition(s)</w:t>
            </w:r>
          </w:p>
        </w:tc>
        <w:tc>
          <w:tcPr>
            <w:tcW w:w="8565" w:type="dxa"/>
          </w:tcPr>
          <w:p w14:paraId="1B60A1C9" w14:textId="77777777" w:rsidR="007B491B" w:rsidRDefault="007B491B" w:rsidP="00D33E44"/>
        </w:tc>
      </w:tr>
      <w:tr w:rsidR="007B491B" w14:paraId="41695B04" w14:textId="77777777" w:rsidTr="00D33E44">
        <w:tc>
          <w:tcPr>
            <w:tcW w:w="2235" w:type="dxa"/>
            <w:shd w:val="clear" w:color="auto" w:fill="DCEAC4"/>
          </w:tcPr>
          <w:p w14:paraId="4A226679" w14:textId="77777777" w:rsidR="007B491B" w:rsidRDefault="007B491B" w:rsidP="00D33E44">
            <w:r>
              <w:t>Diagnosis (if applicable)</w:t>
            </w:r>
          </w:p>
        </w:tc>
        <w:tc>
          <w:tcPr>
            <w:tcW w:w="8565" w:type="dxa"/>
          </w:tcPr>
          <w:p w14:paraId="24C1FF3C" w14:textId="77777777" w:rsidR="007B491B" w:rsidRDefault="007B491B" w:rsidP="00D33E44"/>
        </w:tc>
      </w:tr>
      <w:tr w:rsidR="007B491B" w14:paraId="4D98C338" w14:textId="77777777" w:rsidTr="00D33E44">
        <w:tc>
          <w:tcPr>
            <w:tcW w:w="2235" w:type="dxa"/>
            <w:shd w:val="clear" w:color="auto" w:fill="DCEAC4"/>
          </w:tcPr>
          <w:p w14:paraId="01D58777" w14:textId="77777777" w:rsidR="007B491B" w:rsidRDefault="007B491B" w:rsidP="00D33E44">
            <w:r>
              <w:t>Diagnosed by</w:t>
            </w:r>
          </w:p>
        </w:tc>
        <w:tc>
          <w:tcPr>
            <w:tcW w:w="8565" w:type="dxa"/>
          </w:tcPr>
          <w:p w14:paraId="77BA9FFE" w14:textId="77777777" w:rsidR="007B491B" w:rsidRDefault="007B491B" w:rsidP="00D33E44"/>
        </w:tc>
      </w:tr>
      <w:tr w:rsidR="007B491B" w14:paraId="25F6174F" w14:textId="77777777" w:rsidTr="00D33E44">
        <w:tc>
          <w:tcPr>
            <w:tcW w:w="2235" w:type="dxa"/>
            <w:shd w:val="clear" w:color="auto" w:fill="DCEAC4"/>
          </w:tcPr>
          <w:p w14:paraId="78861421" w14:textId="77777777" w:rsidR="007B491B" w:rsidRDefault="007B491B" w:rsidP="00D33E44">
            <w:r>
              <w:t xml:space="preserve">Does this affect day-to-day care?  </w:t>
            </w:r>
          </w:p>
        </w:tc>
        <w:tc>
          <w:tcPr>
            <w:tcW w:w="8565" w:type="dxa"/>
          </w:tcPr>
          <w:p w14:paraId="4ABF3F8E" w14:textId="77777777" w:rsidR="007B491B" w:rsidRDefault="007B491B" w:rsidP="00D33E44"/>
        </w:tc>
      </w:tr>
    </w:tbl>
    <w:p w14:paraId="6CE8FAAD" w14:textId="77777777" w:rsidR="007B491B" w:rsidRDefault="007B491B" w:rsidP="007B491B"/>
    <w:tbl>
      <w:tblPr>
        <w:tblW w:w="0" w:type="auto"/>
        <w:tblLook w:val="04A0" w:firstRow="1" w:lastRow="0" w:firstColumn="1" w:lastColumn="0" w:noHBand="0" w:noVBand="1"/>
      </w:tblPr>
      <w:tblGrid>
        <w:gridCol w:w="10584"/>
      </w:tblGrid>
      <w:tr w:rsidR="007B491B" w14:paraId="48666CE7" w14:textId="77777777" w:rsidTr="00D33E44">
        <w:tc>
          <w:tcPr>
            <w:tcW w:w="10800" w:type="dxa"/>
            <w:shd w:val="clear" w:color="auto" w:fill="5B8A3C"/>
          </w:tcPr>
          <w:p w14:paraId="40E5BBE7" w14:textId="77777777" w:rsidR="007B491B" w:rsidRDefault="007B491B" w:rsidP="00D33E44">
            <w:r>
              <w:rPr>
                <w:b/>
                <w:color w:val="FFFFFF"/>
              </w:rPr>
              <w:t>SECTION 3 | ALLERGIES, DIETARY REQUIREMENTS &amp; MEALTIME SUPPORT</w:t>
            </w:r>
          </w:p>
        </w:tc>
      </w:tr>
    </w:tbl>
    <w:p w14:paraId="1C6CA78C" w14:textId="77777777" w:rsidR="007B491B" w:rsidRPr="004744E5" w:rsidRDefault="007B491B" w:rsidP="007B491B">
      <w:pPr>
        <w:rPr>
          <w:b/>
          <w:bCs/>
        </w:rPr>
      </w:pPr>
      <w:r w:rsidRPr="004744E5">
        <w:rPr>
          <w:b/>
          <w:bCs/>
        </w:rPr>
        <w:t>Allergies</w:t>
      </w:r>
    </w:p>
    <w:tbl>
      <w:tblPr>
        <w:tblStyle w:val="TableGrid"/>
        <w:tblW w:w="0" w:type="auto"/>
        <w:tblLook w:val="04A0" w:firstRow="1" w:lastRow="0" w:firstColumn="1" w:lastColumn="0" w:noHBand="0" w:noVBand="1"/>
      </w:tblPr>
      <w:tblGrid>
        <w:gridCol w:w="3598"/>
        <w:gridCol w:w="6986"/>
      </w:tblGrid>
      <w:tr w:rsidR="007B491B" w14:paraId="780B3D56" w14:textId="77777777" w:rsidTr="00D33E44">
        <w:tc>
          <w:tcPr>
            <w:tcW w:w="3652" w:type="dxa"/>
            <w:shd w:val="clear" w:color="auto" w:fill="DCEAC4"/>
          </w:tcPr>
          <w:p w14:paraId="0F64603B" w14:textId="77777777" w:rsidR="007B491B" w:rsidRDefault="007B491B" w:rsidP="00D33E44">
            <w:r>
              <w:t>What is your child's allergy?</w:t>
            </w:r>
          </w:p>
        </w:tc>
        <w:tc>
          <w:tcPr>
            <w:tcW w:w="7148" w:type="dxa"/>
          </w:tcPr>
          <w:p w14:paraId="18CC7E05" w14:textId="77777777" w:rsidR="007B491B" w:rsidRDefault="007B491B" w:rsidP="00D33E44"/>
        </w:tc>
      </w:tr>
      <w:tr w:rsidR="007B491B" w14:paraId="6211DD03" w14:textId="77777777" w:rsidTr="00D33E44">
        <w:tc>
          <w:tcPr>
            <w:tcW w:w="3652" w:type="dxa"/>
            <w:shd w:val="clear" w:color="auto" w:fill="DCEAC4"/>
          </w:tcPr>
          <w:p w14:paraId="623CFCEF" w14:textId="77777777" w:rsidR="007B491B" w:rsidRDefault="007B491B" w:rsidP="00D33E44">
            <w:r>
              <w:t xml:space="preserve">What happens if your child </w:t>
            </w:r>
            <w:proofErr w:type="gramStart"/>
            <w:r>
              <w:t>comes into contact with</w:t>
            </w:r>
            <w:proofErr w:type="gramEnd"/>
            <w:r>
              <w:t xml:space="preserve"> the allergen?</w:t>
            </w:r>
          </w:p>
        </w:tc>
        <w:tc>
          <w:tcPr>
            <w:tcW w:w="7148" w:type="dxa"/>
          </w:tcPr>
          <w:p w14:paraId="58C03DDB" w14:textId="77777777" w:rsidR="007B491B" w:rsidRDefault="007B491B" w:rsidP="00D33E44"/>
        </w:tc>
      </w:tr>
      <w:tr w:rsidR="007B491B" w14:paraId="01D018EA" w14:textId="77777777" w:rsidTr="00D33E44">
        <w:tc>
          <w:tcPr>
            <w:tcW w:w="3652" w:type="dxa"/>
            <w:shd w:val="clear" w:color="auto" w:fill="DCEAC4"/>
          </w:tcPr>
          <w:p w14:paraId="6258AFDA" w14:textId="77777777" w:rsidR="007B491B" w:rsidRDefault="007B491B" w:rsidP="00D33E44">
            <w:r>
              <w:t>How severe is the reaction?  E.g. Mild, Moderate, Severe</w:t>
            </w:r>
          </w:p>
        </w:tc>
        <w:tc>
          <w:tcPr>
            <w:tcW w:w="7148" w:type="dxa"/>
          </w:tcPr>
          <w:p w14:paraId="7F5F3062" w14:textId="77777777" w:rsidR="007B491B" w:rsidRDefault="007B491B" w:rsidP="00D33E44"/>
        </w:tc>
      </w:tr>
      <w:tr w:rsidR="007B491B" w14:paraId="15BA78DE" w14:textId="77777777" w:rsidTr="00D33E44">
        <w:tc>
          <w:tcPr>
            <w:tcW w:w="3652" w:type="dxa"/>
            <w:shd w:val="clear" w:color="auto" w:fill="DCEAC4"/>
          </w:tcPr>
          <w:p w14:paraId="27587F7C" w14:textId="77777777" w:rsidR="007B491B" w:rsidRDefault="007B491B" w:rsidP="00D33E44">
            <w:r>
              <w:t>What are the early signs staff should look for?</w:t>
            </w:r>
          </w:p>
        </w:tc>
        <w:tc>
          <w:tcPr>
            <w:tcW w:w="7148" w:type="dxa"/>
          </w:tcPr>
          <w:p w14:paraId="091F6D8D" w14:textId="77777777" w:rsidR="007B491B" w:rsidRDefault="007B491B" w:rsidP="00D33E44"/>
        </w:tc>
      </w:tr>
      <w:tr w:rsidR="007B491B" w14:paraId="2278E650" w14:textId="77777777" w:rsidTr="00D33E44">
        <w:tc>
          <w:tcPr>
            <w:tcW w:w="3652" w:type="dxa"/>
            <w:shd w:val="clear" w:color="auto" w:fill="DCEAC4"/>
          </w:tcPr>
          <w:p w14:paraId="2DBB8A6E" w14:textId="77777777" w:rsidR="007B491B" w:rsidRDefault="007B491B" w:rsidP="00D33E44">
            <w:r>
              <w:t>What should staff do if symptoms occur?</w:t>
            </w:r>
          </w:p>
        </w:tc>
        <w:tc>
          <w:tcPr>
            <w:tcW w:w="7148" w:type="dxa"/>
          </w:tcPr>
          <w:p w14:paraId="0EBA7721" w14:textId="77777777" w:rsidR="007B491B" w:rsidRDefault="007B491B" w:rsidP="00D33E44"/>
        </w:tc>
      </w:tr>
      <w:tr w:rsidR="007B491B" w14:paraId="093C05BE" w14:textId="77777777" w:rsidTr="00D33E44">
        <w:tc>
          <w:tcPr>
            <w:tcW w:w="3652" w:type="dxa"/>
            <w:shd w:val="clear" w:color="auto" w:fill="DCEAC4"/>
          </w:tcPr>
          <w:p w14:paraId="13283CD1" w14:textId="77777777" w:rsidR="007B491B" w:rsidRDefault="007B491B" w:rsidP="00D33E44">
            <w:r>
              <w:t xml:space="preserve">Does your child require emergency medication (e.g. EpiPen, antihistamine, inhaler)?  </w:t>
            </w:r>
          </w:p>
        </w:tc>
        <w:tc>
          <w:tcPr>
            <w:tcW w:w="7148" w:type="dxa"/>
          </w:tcPr>
          <w:p w14:paraId="09B1E8C8" w14:textId="77777777" w:rsidR="007B491B" w:rsidRDefault="007B491B" w:rsidP="00D33E44"/>
        </w:tc>
      </w:tr>
      <w:tr w:rsidR="007B491B" w14:paraId="32272FEA" w14:textId="77777777" w:rsidTr="00D33E44">
        <w:tc>
          <w:tcPr>
            <w:tcW w:w="3652" w:type="dxa"/>
            <w:shd w:val="clear" w:color="auto" w:fill="DCEAC4"/>
          </w:tcPr>
          <w:p w14:paraId="5EB50FA1" w14:textId="77777777" w:rsidR="007B491B" w:rsidRDefault="007B491B" w:rsidP="00D33E44">
            <w:r>
              <w:t>Where is the medication stored?</w:t>
            </w:r>
          </w:p>
        </w:tc>
        <w:tc>
          <w:tcPr>
            <w:tcW w:w="7148" w:type="dxa"/>
          </w:tcPr>
          <w:p w14:paraId="632589E0" w14:textId="77777777" w:rsidR="007B491B" w:rsidRDefault="007B491B" w:rsidP="00D33E44"/>
        </w:tc>
      </w:tr>
      <w:tr w:rsidR="007B491B" w14:paraId="32BFE3DD" w14:textId="77777777" w:rsidTr="00D33E44">
        <w:tc>
          <w:tcPr>
            <w:tcW w:w="3652" w:type="dxa"/>
            <w:shd w:val="clear" w:color="auto" w:fill="DCEAC4"/>
          </w:tcPr>
          <w:p w14:paraId="2466002C" w14:textId="77777777" w:rsidR="007B491B" w:rsidRDefault="007B491B" w:rsidP="00D33E44">
            <w:r>
              <w:t xml:space="preserve">Does staff require training before your child starts?  </w:t>
            </w:r>
          </w:p>
        </w:tc>
        <w:tc>
          <w:tcPr>
            <w:tcW w:w="7148" w:type="dxa"/>
          </w:tcPr>
          <w:p w14:paraId="78215B7E" w14:textId="77777777" w:rsidR="007B491B" w:rsidRDefault="007B491B" w:rsidP="00D33E44"/>
        </w:tc>
      </w:tr>
    </w:tbl>
    <w:p w14:paraId="06956F21" w14:textId="77777777" w:rsidR="007B491B" w:rsidRDefault="007B491B" w:rsidP="007B491B"/>
    <w:p w14:paraId="2DD4F04C" w14:textId="77777777" w:rsidR="007B491B" w:rsidRPr="004744E5" w:rsidRDefault="007B491B" w:rsidP="007B491B">
      <w:pPr>
        <w:rPr>
          <w:b/>
          <w:bCs/>
        </w:rPr>
      </w:pPr>
      <w:r w:rsidRPr="004744E5">
        <w:rPr>
          <w:b/>
          <w:bCs/>
        </w:rPr>
        <w:t>Dietary Requirements</w:t>
      </w:r>
    </w:p>
    <w:tbl>
      <w:tblPr>
        <w:tblStyle w:val="TableGrid"/>
        <w:tblW w:w="0" w:type="auto"/>
        <w:tblLook w:val="04A0" w:firstRow="1" w:lastRow="0" w:firstColumn="1" w:lastColumn="0" w:noHBand="0" w:noVBand="1"/>
      </w:tblPr>
      <w:tblGrid>
        <w:gridCol w:w="3598"/>
        <w:gridCol w:w="6986"/>
      </w:tblGrid>
      <w:tr w:rsidR="007B491B" w14:paraId="1409E7D3" w14:textId="77777777" w:rsidTr="00D33E44">
        <w:tc>
          <w:tcPr>
            <w:tcW w:w="3652" w:type="dxa"/>
            <w:shd w:val="clear" w:color="auto" w:fill="DCEAC4"/>
          </w:tcPr>
          <w:p w14:paraId="5D136CFF" w14:textId="77777777" w:rsidR="007B491B" w:rsidRDefault="007B491B" w:rsidP="00D33E44">
            <w:r>
              <w:t>Does your child have any dietary requirements?</w:t>
            </w:r>
          </w:p>
        </w:tc>
        <w:tc>
          <w:tcPr>
            <w:tcW w:w="7148" w:type="dxa"/>
          </w:tcPr>
          <w:p w14:paraId="4D49673A" w14:textId="77777777" w:rsidR="007B491B" w:rsidRDefault="007B491B" w:rsidP="00D33E44"/>
        </w:tc>
      </w:tr>
      <w:tr w:rsidR="007B491B" w14:paraId="317D2B08" w14:textId="77777777" w:rsidTr="00D33E44">
        <w:tc>
          <w:tcPr>
            <w:tcW w:w="3652" w:type="dxa"/>
            <w:shd w:val="clear" w:color="auto" w:fill="DCEAC4"/>
          </w:tcPr>
          <w:p w14:paraId="5B0F55A1" w14:textId="77777777" w:rsidR="007B491B" w:rsidRDefault="007B491B" w:rsidP="00D33E44">
            <w:r>
              <w:t>Reason (Medical / Allergy / Cultural / Religious / Lifestyle / Other)</w:t>
            </w:r>
          </w:p>
        </w:tc>
        <w:tc>
          <w:tcPr>
            <w:tcW w:w="7148" w:type="dxa"/>
          </w:tcPr>
          <w:p w14:paraId="7654E25E" w14:textId="77777777" w:rsidR="007B491B" w:rsidRDefault="007B491B" w:rsidP="00D33E44"/>
        </w:tc>
      </w:tr>
      <w:tr w:rsidR="007B491B" w14:paraId="37A142FA" w14:textId="77777777" w:rsidTr="00D33E44">
        <w:tc>
          <w:tcPr>
            <w:tcW w:w="3652" w:type="dxa"/>
            <w:shd w:val="clear" w:color="auto" w:fill="DCEAC4"/>
          </w:tcPr>
          <w:p w14:paraId="29E8A78D" w14:textId="77777777" w:rsidR="007B491B" w:rsidRDefault="007B491B" w:rsidP="00D33E44">
            <w:r>
              <w:t>Foods that must be avoided</w:t>
            </w:r>
          </w:p>
          <w:p w14:paraId="5D70974D" w14:textId="77777777" w:rsidR="007B491B" w:rsidRDefault="007B491B" w:rsidP="00D33E44"/>
        </w:tc>
        <w:tc>
          <w:tcPr>
            <w:tcW w:w="7148" w:type="dxa"/>
          </w:tcPr>
          <w:p w14:paraId="43693EF6" w14:textId="77777777" w:rsidR="007B491B" w:rsidRDefault="007B491B" w:rsidP="00D33E44"/>
        </w:tc>
      </w:tr>
      <w:tr w:rsidR="007B491B" w14:paraId="22186175" w14:textId="77777777" w:rsidTr="00D33E44">
        <w:tc>
          <w:tcPr>
            <w:tcW w:w="3652" w:type="dxa"/>
            <w:shd w:val="clear" w:color="auto" w:fill="DCEAC4"/>
          </w:tcPr>
          <w:p w14:paraId="409341F8" w14:textId="77777777" w:rsidR="007B491B" w:rsidRDefault="007B491B" w:rsidP="00D33E44">
            <w:r>
              <w:t>Safe alternatives</w:t>
            </w:r>
          </w:p>
          <w:p w14:paraId="6C569611" w14:textId="77777777" w:rsidR="007B491B" w:rsidRDefault="007B491B" w:rsidP="00D33E44"/>
        </w:tc>
        <w:tc>
          <w:tcPr>
            <w:tcW w:w="7148" w:type="dxa"/>
          </w:tcPr>
          <w:p w14:paraId="50C7F53F" w14:textId="77777777" w:rsidR="007B491B" w:rsidRDefault="007B491B" w:rsidP="00D33E44"/>
        </w:tc>
      </w:tr>
      <w:tr w:rsidR="007B491B" w14:paraId="5A90E109" w14:textId="77777777" w:rsidTr="00D33E44">
        <w:tc>
          <w:tcPr>
            <w:tcW w:w="3652" w:type="dxa"/>
            <w:shd w:val="clear" w:color="auto" w:fill="DCEAC4"/>
          </w:tcPr>
          <w:p w14:paraId="1C5F8ABD" w14:textId="77777777" w:rsidR="007B491B" w:rsidRDefault="007B491B" w:rsidP="00D33E44">
            <w:r>
              <w:t xml:space="preserve">Does your child require support during meals?  </w:t>
            </w:r>
          </w:p>
        </w:tc>
        <w:tc>
          <w:tcPr>
            <w:tcW w:w="7148" w:type="dxa"/>
          </w:tcPr>
          <w:p w14:paraId="185A4835" w14:textId="77777777" w:rsidR="007B491B" w:rsidRDefault="007B491B" w:rsidP="00D33E44"/>
        </w:tc>
      </w:tr>
      <w:tr w:rsidR="007B491B" w14:paraId="540EC45E" w14:textId="77777777" w:rsidTr="00D33E44">
        <w:tc>
          <w:tcPr>
            <w:tcW w:w="3652" w:type="dxa"/>
            <w:shd w:val="clear" w:color="auto" w:fill="DCEAC4"/>
          </w:tcPr>
          <w:p w14:paraId="0315F090" w14:textId="77777777" w:rsidR="007B491B" w:rsidRDefault="007B491B" w:rsidP="00D33E44">
            <w:r>
              <w:t>Additional information</w:t>
            </w:r>
          </w:p>
          <w:p w14:paraId="7BBA7310" w14:textId="77777777" w:rsidR="007B491B" w:rsidRDefault="007B491B" w:rsidP="00D33E44"/>
        </w:tc>
        <w:tc>
          <w:tcPr>
            <w:tcW w:w="7148" w:type="dxa"/>
          </w:tcPr>
          <w:p w14:paraId="3ADD3A35" w14:textId="77777777" w:rsidR="007B491B" w:rsidRDefault="007B491B" w:rsidP="00D33E44"/>
        </w:tc>
      </w:tr>
    </w:tbl>
    <w:p w14:paraId="55901E11" w14:textId="77777777" w:rsidR="007B491B" w:rsidRDefault="007B491B" w:rsidP="007B491B"/>
    <w:p w14:paraId="14DE5CCD" w14:textId="77777777" w:rsidR="007B491B" w:rsidRPr="004744E5" w:rsidRDefault="007B491B" w:rsidP="007B491B">
      <w:pPr>
        <w:rPr>
          <w:b/>
          <w:bCs/>
        </w:rPr>
      </w:pPr>
      <w:r w:rsidRPr="004744E5">
        <w:rPr>
          <w:b/>
          <w:bCs/>
        </w:rPr>
        <w:t>Mealtime Support</w:t>
      </w:r>
    </w:p>
    <w:tbl>
      <w:tblPr>
        <w:tblStyle w:val="TableGrid"/>
        <w:tblW w:w="0" w:type="auto"/>
        <w:tblLook w:val="04A0" w:firstRow="1" w:lastRow="0" w:firstColumn="1" w:lastColumn="0" w:noHBand="0" w:noVBand="1"/>
      </w:tblPr>
      <w:tblGrid>
        <w:gridCol w:w="3604"/>
        <w:gridCol w:w="6980"/>
      </w:tblGrid>
      <w:tr w:rsidR="007B491B" w14:paraId="23FA051A" w14:textId="77777777" w:rsidTr="00D33E44">
        <w:tc>
          <w:tcPr>
            <w:tcW w:w="3652" w:type="dxa"/>
            <w:shd w:val="clear" w:color="auto" w:fill="DCEAC4"/>
          </w:tcPr>
          <w:p w14:paraId="319AEA28" w14:textId="77777777" w:rsidR="007B491B" w:rsidRDefault="007B491B" w:rsidP="00D33E44">
            <w:r>
              <w:t xml:space="preserve">My child eats and drinks </w:t>
            </w:r>
            <w:proofErr w:type="gramStart"/>
            <w:r>
              <w:t>independently  Yes</w:t>
            </w:r>
            <w:proofErr w:type="gramEnd"/>
            <w:r>
              <w:t>/No</w:t>
            </w:r>
          </w:p>
        </w:tc>
        <w:tc>
          <w:tcPr>
            <w:tcW w:w="7148" w:type="dxa"/>
          </w:tcPr>
          <w:p w14:paraId="1F15D786" w14:textId="77777777" w:rsidR="007B491B" w:rsidRDefault="007B491B" w:rsidP="00D33E44"/>
        </w:tc>
      </w:tr>
      <w:tr w:rsidR="007B491B" w14:paraId="3387D73C" w14:textId="77777777" w:rsidTr="00D33E44">
        <w:tc>
          <w:tcPr>
            <w:tcW w:w="3652" w:type="dxa"/>
            <w:shd w:val="clear" w:color="auto" w:fill="DCEAC4"/>
          </w:tcPr>
          <w:p w14:paraId="49A26C9E" w14:textId="77777777" w:rsidR="007B491B" w:rsidRDefault="007B491B" w:rsidP="00D33E44">
            <w:r>
              <w:t xml:space="preserve">My child requires support with </w:t>
            </w:r>
            <w:proofErr w:type="gramStart"/>
            <w:r>
              <w:t>eating  Yes</w:t>
            </w:r>
            <w:proofErr w:type="gramEnd"/>
            <w:r>
              <w:t>/No</w:t>
            </w:r>
          </w:p>
        </w:tc>
        <w:tc>
          <w:tcPr>
            <w:tcW w:w="7148" w:type="dxa"/>
          </w:tcPr>
          <w:p w14:paraId="772DCFBF" w14:textId="77777777" w:rsidR="007B491B" w:rsidRDefault="007B491B" w:rsidP="00D33E44"/>
        </w:tc>
      </w:tr>
      <w:tr w:rsidR="007B491B" w14:paraId="55912703" w14:textId="77777777" w:rsidTr="00D33E44">
        <w:tc>
          <w:tcPr>
            <w:tcW w:w="3652" w:type="dxa"/>
            <w:shd w:val="clear" w:color="auto" w:fill="DCEAC4"/>
          </w:tcPr>
          <w:p w14:paraId="7D58F495" w14:textId="77777777" w:rsidR="007B491B" w:rsidRDefault="007B491B" w:rsidP="00D33E44">
            <w:r>
              <w:t xml:space="preserve">My child is at risk of </w:t>
            </w:r>
            <w:proofErr w:type="gramStart"/>
            <w:r>
              <w:t>choking  Yes</w:t>
            </w:r>
            <w:proofErr w:type="gramEnd"/>
            <w:r>
              <w:t>/No</w:t>
            </w:r>
          </w:p>
        </w:tc>
        <w:tc>
          <w:tcPr>
            <w:tcW w:w="7148" w:type="dxa"/>
          </w:tcPr>
          <w:p w14:paraId="58ABE586" w14:textId="77777777" w:rsidR="007B491B" w:rsidRDefault="007B491B" w:rsidP="00D33E44"/>
        </w:tc>
      </w:tr>
      <w:tr w:rsidR="007B491B" w14:paraId="63111579" w14:textId="77777777" w:rsidTr="00D33E44">
        <w:tc>
          <w:tcPr>
            <w:tcW w:w="3652" w:type="dxa"/>
            <w:shd w:val="clear" w:color="auto" w:fill="DCEAC4"/>
          </w:tcPr>
          <w:p w14:paraId="3C92760E" w14:textId="77777777" w:rsidR="007B491B" w:rsidRDefault="007B491B" w:rsidP="00D33E44">
            <w:r>
              <w:t>Guidance or recommendations from professionals</w:t>
            </w:r>
          </w:p>
        </w:tc>
        <w:tc>
          <w:tcPr>
            <w:tcW w:w="7148" w:type="dxa"/>
          </w:tcPr>
          <w:p w14:paraId="59C7DA5D" w14:textId="77777777" w:rsidR="007B491B" w:rsidRDefault="007B491B" w:rsidP="00D33E44"/>
        </w:tc>
      </w:tr>
      <w:tr w:rsidR="007B491B" w14:paraId="60CF3BAE" w14:textId="77777777" w:rsidTr="00D33E44">
        <w:tc>
          <w:tcPr>
            <w:tcW w:w="3652" w:type="dxa"/>
            <w:shd w:val="clear" w:color="auto" w:fill="DCEAC4"/>
          </w:tcPr>
          <w:p w14:paraId="2171AE2E" w14:textId="77777777" w:rsidR="007B491B" w:rsidRDefault="007B491B" w:rsidP="00D33E44">
            <w:r>
              <w:t>Any equipment or adaptations required</w:t>
            </w:r>
          </w:p>
        </w:tc>
        <w:tc>
          <w:tcPr>
            <w:tcW w:w="7148" w:type="dxa"/>
          </w:tcPr>
          <w:p w14:paraId="2133F1C8" w14:textId="77777777" w:rsidR="007B491B" w:rsidRDefault="007B491B" w:rsidP="00D33E44"/>
        </w:tc>
      </w:tr>
    </w:tbl>
    <w:p w14:paraId="09315AA1" w14:textId="77777777" w:rsidR="007B491B" w:rsidRDefault="007B491B" w:rsidP="007B491B"/>
    <w:tbl>
      <w:tblPr>
        <w:tblW w:w="0" w:type="auto"/>
        <w:tblLook w:val="04A0" w:firstRow="1" w:lastRow="0" w:firstColumn="1" w:lastColumn="0" w:noHBand="0" w:noVBand="1"/>
      </w:tblPr>
      <w:tblGrid>
        <w:gridCol w:w="10584"/>
      </w:tblGrid>
      <w:tr w:rsidR="007B491B" w14:paraId="501B3C00" w14:textId="77777777" w:rsidTr="00D33E44">
        <w:tc>
          <w:tcPr>
            <w:tcW w:w="10800" w:type="dxa"/>
            <w:shd w:val="clear" w:color="auto" w:fill="5B8A3C"/>
          </w:tcPr>
          <w:p w14:paraId="456E92DA" w14:textId="77777777" w:rsidR="007B491B" w:rsidRDefault="007B491B" w:rsidP="00D33E44">
            <w:pPr>
              <w:rPr>
                <w:b/>
                <w:color w:val="FFFFFF"/>
              </w:rPr>
            </w:pPr>
            <w:r>
              <w:rPr>
                <w:b/>
                <w:color w:val="FFFFFF"/>
              </w:rPr>
              <w:t>SECTION 4 | MEDICATION</w:t>
            </w:r>
          </w:p>
          <w:p w14:paraId="3E049029" w14:textId="1C438641" w:rsidR="007B491B" w:rsidRDefault="007B491B" w:rsidP="00D33E44">
            <w:r w:rsidRPr="004744E5">
              <w:rPr>
                <w:b/>
                <w:color w:val="FFFFFF"/>
              </w:rPr>
              <w:t xml:space="preserve">Please tell us about any medication your child may require whilst attending </w:t>
            </w:r>
            <w:r w:rsidR="000B5C12">
              <w:rPr>
                <w:b/>
                <w:color w:val="FFFFFF"/>
              </w:rPr>
              <w:t>WILD ROOTS FOREST CHILDCARE</w:t>
            </w:r>
            <w:r w:rsidRPr="004744E5">
              <w:rPr>
                <w:b/>
                <w:color w:val="FFFFFF"/>
              </w:rPr>
              <w:t>.</w:t>
            </w:r>
          </w:p>
        </w:tc>
      </w:tr>
    </w:tbl>
    <w:tbl>
      <w:tblPr>
        <w:tblStyle w:val="TableGrid"/>
        <w:tblW w:w="0" w:type="auto"/>
        <w:tblLook w:val="04A0" w:firstRow="1" w:lastRow="0" w:firstColumn="1" w:lastColumn="0" w:noHBand="0" w:noVBand="1"/>
      </w:tblPr>
      <w:tblGrid>
        <w:gridCol w:w="5292"/>
        <w:gridCol w:w="5292"/>
      </w:tblGrid>
      <w:tr w:rsidR="007B491B" w14:paraId="38A65295" w14:textId="77777777" w:rsidTr="00D33E44">
        <w:trPr>
          <w:trHeight w:val="345"/>
        </w:trPr>
        <w:tc>
          <w:tcPr>
            <w:tcW w:w="5400" w:type="dxa"/>
          </w:tcPr>
          <w:p w14:paraId="3FD9B44D" w14:textId="77777777" w:rsidR="007B491B" w:rsidRDefault="007B491B" w:rsidP="00D33E44">
            <w:r>
              <w:t>Medication</w:t>
            </w:r>
          </w:p>
        </w:tc>
        <w:tc>
          <w:tcPr>
            <w:tcW w:w="5400" w:type="dxa"/>
          </w:tcPr>
          <w:p w14:paraId="1DE6C1D2" w14:textId="77777777" w:rsidR="007B491B" w:rsidRDefault="007B491B" w:rsidP="00D33E44">
            <w:r>
              <w:t>Reason for Medication</w:t>
            </w:r>
          </w:p>
        </w:tc>
      </w:tr>
      <w:tr w:rsidR="007B491B" w14:paraId="33DED1FE" w14:textId="77777777" w:rsidTr="00D33E44">
        <w:trPr>
          <w:trHeight w:val="345"/>
        </w:trPr>
        <w:tc>
          <w:tcPr>
            <w:tcW w:w="5400" w:type="dxa"/>
          </w:tcPr>
          <w:p w14:paraId="5FBAE7EF" w14:textId="77777777" w:rsidR="007B491B" w:rsidRDefault="007B491B" w:rsidP="00D33E44"/>
        </w:tc>
        <w:tc>
          <w:tcPr>
            <w:tcW w:w="5400" w:type="dxa"/>
          </w:tcPr>
          <w:p w14:paraId="20609272" w14:textId="77777777" w:rsidR="007B491B" w:rsidRDefault="007B491B" w:rsidP="00D33E44"/>
        </w:tc>
      </w:tr>
      <w:tr w:rsidR="007B491B" w14:paraId="48A1B79F" w14:textId="77777777" w:rsidTr="00D33E44">
        <w:trPr>
          <w:trHeight w:val="345"/>
        </w:trPr>
        <w:tc>
          <w:tcPr>
            <w:tcW w:w="5400" w:type="dxa"/>
          </w:tcPr>
          <w:p w14:paraId="062AC80E" w14:textId="77777777" w:rsidR="007B491B" w:rsidRDefault="007B491B" w:rsidP="00D33E44"/>
        </w:tc>
        <w:tc>
          <w:tcPr>
            <w:tcW w:w="5400" w:type="dxa"/>
          </w:tcPr>
          <w:p w14:paraId="32497F34" w14:textId="77777777" w:rsidR="007B491B" w:rsidRDefault="007B491B" w:rsidP="00D33E44"/>
        </w:tc>
      </w:tr>
    </w:tbl>
    <w:p w14:paraId="7F0E1E68" w14:textId="77777777" w:rsidR="007B491B" w:rsidRPr="004744E5" w:rsidRDefault="007B491B" w:rsidP="007B491B">
      <w:pPr>
        <w:rPr>
          <w:b/>
          <w:bCs/>
          <w:lang w:val="en-GB"/>
        </w:rPr>
      </w:pPr>
      <w:r w:rsidRPr="004744E5">
        <w:rPr>
          <w:b/>
          <w:bCs/>
          <w:lang w:val="en-GB"/>
        </w:rPr>
        <w:t>Important Information for Parents and Carers</w:t>
      </w:r>
    </w:p>
    <w:p w14:paraId="5BB17F34" w14:textId="77777777" w:rsidR="007B491B" w:rsidRPr="004744E5" w:rsidRDefault="007B491B" w:rsidP="007B491B">
      <w:pPr>
        <w:rPr>
          <w:lang w:val="en-GB"/>
        </w:rPr>
      </w:pPr>
      <w:r w:rsidRPr="004744E5">
        <w:rPr>
          <w:lang w:val="en-GB"/>
        </w:rPr>
        <w:t xml:space="preserve">To help us administer medication safely and in accordance with our </w:t>
      </w:r>
      <w:r w:rsidRPr="004744E5">
        <w:rPr>
          <w:b/>
          <w:bCs/>
          <w:lang w:val="en-GB"/>
        </w:rPr>
        <w:t>Administering Medication Policy</w:t>
      </w:r>
      <w:r w:rsidRPr="004744E5">
        <w:rPr>
          <w:lang w:val="en-GB"/>
        </w:rPr>
        <w:t>, please note:</w:t>
      </w:r>
    </w:p>
    <w:p w14:paraId="4369DECF" w14:textId="77777777" w:rsidR="007B491B" w:rsidRPr="004744E5" w:rsidRDefault="007B491B" w:rsidP="007B491B">
      <w:pPr>
        <w:pStyle w:val="ListParagraph"/>
        <w:numPr>
          <w:ilvl w:val="0"/>
          <w:numId w:val="10"/>
        </w:numPr>
        <w:spacing w:after="200"/>
        <w:rPr>
          <w:lang w:val="en-GB"/>
        </w:rPr>
      </w:pPr>
      <w:r w:rsidRPr="004744E5">
        <w:rPr>
          <w:b/>
          <w:bCs/>
          <w:lang w:val="en-GB"/>
        </w:rPr>
        <w:t>All medication must be handed directly to a member of staff and booked into the setting before your child attends.</w:t>
      </w:r>
      <w:r w:rsidRPr="004744E5">
        <w:rPr>
          <w:lang w:val="en-GB"/>
        </w:rPr>
        <w:t xml:space="preserve"> Medication must never be left in your child's bag or belongings. </w:t>
      </w:r>
    </w:p>
    <w:p w14:paraId="4F957AC6" w14:textId="77777777" w:rsidR="007B491B" w:rsidRPr="004744E5" w:rsidRDefault="007B491B" w:rsidP="007B491B">
      <w:pPr>
        <w:pStyle w:val="ListParagraph"/>
        <w:numPr>
          <w:ilvl w:val="0"/>
          <w:numId w:val="10"/>
        </w:numPr>
        <w:spacing w:after="200"/>
        <w:rPr>
          <w:lang w:val="en-GB"/>
        </w:rPr>
      </w:pPr>
      <w:r w:rsidRPr="004744E5">
        <w:rPr>
          <w:lang w:val="en-GB"/>
        </w:rPr>
        <w:t xml:space="preserve">This applies to </w:t>
      </w:r>
      <w:r w:rsidRPr="004744E5">
        <w:rPr>
          <w:b/>
          <w:bCs/>
          <w:lang w:val="en-GB"/>
        </w:rPr>
        <w:t>all medication</w:t>
      </w:r>
      <w:r w:rsidRPr="004744E5">
        <w:rPr>
          <w:lang w:val="en-GB"/>
        </w:rPr>
        <w:t xml:space="preserve">, including prescribed medication, inhalers, EpiPens, antihistamines and over-the-counter medicines such as </w:t>
      </w:r>
      <w:r w:rsidRPr="004744E5">
        <w:rPr>
          <w:b/>
          <w:bCs/>
          <w:lang w:val="en-GB"/>
        </w:rPr>
        <w:t>Calpol, Nurofen or teething gels</w:t>
      </w:r>
      <w:r w:rsidRPr="004744E5">
        <w:rPr>
          <w:lang w:val="en-GB"/>
        </w:rPr>
        <w:t xml:space="preserve">. </w:t>
      </w:r>
    </w:p>
    <w:p w14:paraId="3493D406" w14:textId="77777777" w:rsidR="007B491B" w:rsidRPr="004744E5" w:rsidRDefault="007B491B" w:rsidP="007B491B">
      <w:pPr>
        <w:pStyle w:val="ListParagraph"/>
        <w:numPr>
          <w:ilvl w:val="0"/>
          <w:numId w:val="10"/>
        </w:numPr>
        <w:spacing w:after="200"/>
        <w:rPr>
          <w:lang w:val="en-GB"/>
        </w:rPr>
      </w:pPr>
      <w:r w:rsidRPr="004744E5">
        <w:rPr>
          <w:lang w:val="en-GB"/>
        </w:rPr>
        <w:t xml:space="preserve">Medication can only be administered where the appropriate consent forms have been completed and, where required, medication is supplied in its original packaging with the pharmacy label and instructions intact. </w:t>
      </w:r>
    </w:p>
    <w:p w14:paraId="2639B8B5" w14:textId="77777777" w:rsidR="007B491B" w:rsidRPr="004744E5" w:rsidRDefault="007B491B" w:rsidP="007B491B">
      <w:pPr>
        <w:pStyle w:val="ListParagraph"/>
        <w:numPr>
          <w:ilvl w:val="0"/>
          <w:numId w:val="10"/>
        </w:numPr>
        <w:spacing w:after="200"/>
        <w:rPr>
          <w:lang w:val="en-GB"/>
        </w:rPr>
      </w:pPr>
      <w:r w:rsidRPr="004744E5">
        <w:rPr>
          <w:lang w:val="en-GB"/>
        </w:rPr>
        <w:t xml:space="preserve">If your child requires </w:t>
      </w:r>
      <w:r w:rsidRPr="004744E5">
        <w:rPr>
          <w:b/>
          <w:bCs/>
          <w:lang w:val="en-GB"/>
        </w:rPr>
        <w:t>Calpol, Nurofen or other medication to manage pain, discomfort or a raised temperature</w:t>
      </w:r>
      <w:r w:rsidRPr="004744E5">
        <w:rPr>
          <w:lang w:val="en-GB"/>
        </w:rPr>
        <w:t xml:space="preserve">, please consider whether they are well enough to attend kindergarten. Children should be well enough to participate comfortably in the normal daily routines and activities, including outdoor learning. </w:t>
      </w:r>
    </w:p>
    <w:p w14:paraId="0F6FB905" w14:textId="77777777" w:rsidR="007B491B" w:rsidRPr="004744E5" w:rsidRDefault="007B491B" w:rsidP="007B491B">
      <w:pPr>
        <w:pStyle w:val="ListParagraph"/>
        <w:numPr>
          <w:ilvl w:val="0"/>
          <w:numId w:val="10"/>
        </w:numPr>
        <w:spacing w:after="200"/>
        <w:rPr>
          <w:lang w:val="en-GB"/>
        </w:rPr>
      </w:pPr>
      <w:r w:rsidRPr="004744E5">
        <w:rPr>
          <w:lang w:val="en-GB"/>
        </w:rPr>
        <w:t>If your child's health changes during the day, we will contact you to discuss the most appropriate course of action.</w:t>
      </w:r>
    </w:p>
    <w:p w14:paraId="4C19B04F" w14:textId="77777777" w:rsidR="007B491B" w:rsidRDefault="007B491B" w:rsidP="007B491B"/>
    <w:tbl>
      <w:tblPr>
        <w:tblW w:w="0" w:type="auto"/>
        <w:tblLook w:val="04A0" w:firstRow="1" w:lastRow="0" w:firstColumn="1" w:lastColumn="0" w:noHBand="0" w:noVBand="1"/>
      </w:tblPr>
      <w:tblGrid>
        <w:gridCol w:w="10584"/>
      </w:tblGrid>
      <w:tr w:rsidR="007B491B" w14:paraId="1016E56A" w14:textId="77777777" w:rsidTr="00D33E44">
        <w:tc>
          <w:tcPr>
            <w:tcW w:w="10800" w:type="dxa"/>
            <w:shd w:val="clear" w:color="auto" w:fill="5B8A3C"/>
          </w:tcPr>
          <w:p w14:paraId="108DA915" w14:textId="77777777" w:rsidR="007B491B" w:rsidRDefault="007B491B" w:rsidP="00D33E44">
            <w:pPr>
              <w:rPr>
                <w:b/>
                <w:color w:val="FFFFFF"/>
              </w:rPr>
            </w:pPr>
            <w:r>
              <w:rPr>
                <w:b/>
                <w:color w:val="FFFFFF"/>
              </w:rPr>
              <w:t>SECTION 5 | EMERGENCY HEALTHCARE PLAN</w:t>
            </w:r>
          </w:p>
          <w:p w14:paraId="259C5110" w14:textId="77777777" w:rsidR="007B491B" w:rsidRPr="004744E5" w:rsidRDefault="007B491B" w:rsidP="00D33E44">
            <w:pPr>
              <w:rPr>
                <w:color w:val="FFFFFF" w:themeColor="background1"/>
                <w:lang w:val="en-GB"/>
              </w:rPr>
            </w:pPr>
            <w:r w:rsidRPr="004744E5">
              <w:rPr>
                <w:b/>
                <w:bCs/>
                <w:color w:val="FFFFFF" w:themeColor="background1"/>
                <w:lang w:val="en-GB"/>
              </w:rPr>
              <w:t>If your child has a medical condition, allergy or other health need that may require emergency treatment or an urgent response, please complete this section.</w:t>
            </w:r>
          </w:p>
          <w:p w14:paraId="78DEA2C2" w14:textId="77777777" w:rsidR="007B491B" w:rsidRPr="004744E5" w:rsidRDefault="007B491B" w:rsidP="00D33E44">
            <w:pPr>
              <w:rPr>
                <w:lang w:val="en-GB"/>
              </w:rPr>
            </w:pPr>
            <w:r w:rsidRPr="004744E5">
              <w:rPr>
                <w:i/>
                <w:iCs/>
                <w:color w:val="FFFFFF" w:themeColor="background1"/>
                <w:lang w:val="en-GB"/>
              </w:rPr>
              <w:t>This information will help our staff recognise early signs of illness or an emergency and respond quickly and appropriately. If your child does not have any emergency health needs, please write "Not applicable".</w:t>
            </w:r>
          </w:p>
        </w:tc>
      </w:tr>
    </w:tbl>
    <w:tbl>
      <w:tblPr>
        <w:tblStyle w:val="TableGrid"/>
        <w:tblW w:w="0" w:type="auto"/>
        <w:tblLook w:val="04A0" w:firstRow="1" w:lastRow="0" w:firstColumn="1" w:lastColumn="0" w:noHBand="0" w:noVBand="1"/>
      </w:tblPr>
      <w:tblGrid>
        <w:gridCol w:w="3460"/>
        <w:gridCol w:w="7124"/>
      </w:tblGrid>
      <w:tr w:rsidR="007B491B" w14:paraId="67943B1C" w14:textId="77777777" w:rsidTr="00D33E44">
        <w:tc>
          <w:tcPr>
            <w:tcW w:w="3510" w:type="dxa"/>
            <w:shd w:val="clear" w:color="auto" w:fill="DCEAC4"/>
          </w:tcPr>
          <w:p w14:paraId="596BCD93" w14:textId="77777777" w:rsidR="007B491B" w:rsidRDefault="007B491B" w:rsidP="00D33E44">
            <w:r>
              <w:t>Early warning signs staff should look for</w:t>
            </w:r>
          </w:p>
        </w:tc>
        <w:tc>
          <w:tcPr>
            <w:tcW w:w="7290" w:type="dxa"/>
          </w:tcPr>
          <w:p w14:paraId="17BA77D7" w14:textId="77777777" w:rsidR="007B491B" w:rsidRDefault="007B491B" w:rsidP="00D33E44"/>
        </w:tc>
      </w:tr>
      <w:tr w:rsidR="007B491B" w14:paraId="79144472" w14:textId="77777777" w:rsidTr="00D33E44">
        <w:tc>
          <w:tcPr>
            <w:tcW w:w="3510" w:type="dxa"/>
            <w:shd w:val="clear" w:color="auto" w:fill="DCEAC4"/>
          </w:tcPr>
          <w:p w14:paraId="3CAC905E" w14:textId="77777777" w:rsidR="007B491B" w:rsidRDefault="007B491B" w:rsidP="00D33E44">
            <w:r>
              <w:t>What should staff do first?</w:t>
            </w:r>
          </w:p>
        </w:tc>
        <w:tc>
          <w:tcPr>
            <w:tcW w:w="7290" w:type="dxa"/>
          </w:tcPr>
          <w:p w14:paraId="432B2EE7" w14:textId="77777777" w:rsidR="007B491B" w:rsidRDefault="007B491B" w:rsidP="00D33E44"/>
          <w:p w14:paraId="6AB33C11" w14:textId="77777777" w:rsidR="007B491B" w:rsidRDefault="007B491B" w:rsidP="00D33E44"/>
        </w:tc>
      </w:tr>
      <w:tr w:rsidR="007B491B" w14:paraId="0F466790" w14:textId="77777777" w:rsidTr="00D33E44">
        <w:tc>
          <w:tcPr>
            <w:tcW w:w="3510" w:type="dxa"/>
            <w:shd w:val="clear" w:color="auto" w:fill="DCEAC4"/>
          </w:tcPr>
          <w:p w14:paraId="1992B550" w14:textId="77777777" w:rsidR="007B491B" w:rsidRDefault="007B491B" w:rsidP="00D33E44">
            <w:r>
              <w:t>When should parents/carers be contacted?</w:t>
            </w:r>
          </w:p>
        </w:tc>
        <w:tc>
          <w:tcPr>
            <w:tcW w:w="7290" w:type="dxa"/>
          </w:tcPr>
          <w:p w14:paraId="2C42871E" w14:textId="77777777" w:rsidR="007B491B" w:rsidRDefault="007B491B" w:rsidP="00D33E44"/>
        </w:tc>
      </w:tr>
      <w:tr w:rsidR="007B491B" w14:paraId="4B17AED1" w14:textId="77777777" w:rsidTr="00D33E44">
        <w:tc>
          <w:tcPr>
            <w:tcW w:w="3510" w:type="dxa"/>
            <w:shd w:val="clear" w:color="auto" w:fill="DCEAC4"/>
          </w:tcPr>
          <w:p w14:paraId="1AFFB4BD" w14:textId="77777777" w:rsidR="007B491B" w:rsidRDefault="007B491B" w:rsidP="00D33E44">
            <w:r>
              <w:t>When should 999 be called?</w:t>
            </w:r>
          </w:p>
        </w:tc>
        <w:tc>
          <w:tcPr>
            <w:tcW w:w="7290" w:type="dxa"/>
          </w:tcPr>
          <w:p w14:paraId="5EC57DB1" w14:textId="77777777" w:rsidR="007B491B" w:rsidRDefault="007B491B" w:rsidP="00D33E44"/>
          <w:p w14:paraId="5973D0A2" w14:textId="77777777" w:rsidR="007B491B" w:rsidRDefault="007B491B" w:rsidP="00D33E44"/>
        </w:tc>
      </w:tr>
      <w:tr w:rsidR="007B491B" w14:paraId="57ADBDFA" w14:textId="77777777" w:rsidTr="00D33E44">
        <w:tc>
          <w:tcPr>
            <w:tcW w:w="3510" w:type="dxa"/>
            <w:shd w:val="clear" w:color="auto" w:fill="DCEAC4"/>
          </w:tcPr>
          <w:p w14:paraId="669A6B34" w14:textId="77777777" w:rsidR="007B491B" w:rsidRDefault="007B491B" w:rsidP="00D33E44">
            <w:r>
              <w:t>Hospital or specialist instructions</w:t>
            </w:r>
          </w:p>
        </w:tc>
        <w:tc>
          <w:tcPr>
            <w:tcW w:w="7290" w:type="dxa"/>
          </w:tcPr>
          <w:p w14:paraId="4D0F9D94" w14:textId="77777777" w:rsidR="007B491B" w:rsidRDefault="007B491B" w:rsidP="00D33E44"/>
          <w:p w14:paraId="6B1D21FC" w14:textId="77777777" w:rsidR="007B491B" w:rsidRDefault="007B491B" w:rsidP="00D33E44"/>
        </w:tc>
      </w:tr>
    </w:tbl>
    <w:p w14:paraId="3F5DFC5B" w14:textId="77777777" w:rsidR="007B491B" w:rsidRDefault="007B491B" w:rsidP="007B491B"/>
    <w:tbl>
      <w:tblPr>
        <w:tblW w:w="0" w:type="auto"/>
        <w:tblLook w:val="04A0" w:firstRow="1" w:lastRow="0" w:firstColumn="1" w:lastColumn="0" w:noHBand="0" w:noVBand="1"/>
      </w:tblPr>
      <w:tblGrid>
        <w:gridCol w:w="10584"/>
      </w:tblGrid>
      <w:tr w:rsidR="007B491B" w14:paraId="0BED3BA2" w14:textId="77777777" w:rsidTr="00D33E44">
        <w:tc>
          <w:tcPr>
            <w:tcW w:w="10800" w:type="dxa"/>
            <w:shd w:val="clear" w:color="auto" w:fill="5B8A3C"/>
          </w:tcPr>
          <w:p w14:paraId="13A7156A" w14:textId="77777777" w:rsidR="007B491B" w:rsidRDefault="007B491B" w:rsidP="00D33E44">
            <w:r>
              <w:rPr>
                <w:b/>
                <w:color w:val="FFFFFF"/>
              </w:rPr>
              <w:t>SECTION 6 | PROFESSIONALS INVOLVED</w:t>
            </w:r>
          </w:p>
        </w:tc>
      </w:tr>
    </w:tbl>
    <w:tbl>
      <w:tblPr>
        <w:tblStyle w:val="TableGrid"/>
        <w:tblW w:w="0" w:type="auto"/>
        <w:tblLook w:val="04A0" w:firstRow="1" w:lastRow="0" w:firstColumn="1" w:lastColumn="0" w:noHBand="0" w:noVBand="1"/>
      </w:tblPr>
      <w:tblGrid>
        <w:gridCol w:w="5296"/>
        <w:gridCol w:w="5288"/>
      </w:tblGrid>
      <w:tr w:rsidR="007B491B" w14:paraId="52F39B18" w14:textId="77777777" w:rsidTr="00D33E44">
        <w:tc>
          <w:tcPr>
            <w:tcW w:w="5400" w:type="dxa"/>
          </w:tcPr>
          <w:p w14:paraId="27156B34" w14:textId="77777777" w:rsidR="007B491B" w:rsidRDefault="007B491B" w:rsidP="00D33E44">
            <w:r>
              <w:t>Professional</w:t>
            </w:r>
          </w:p>
        </w:tc>
        <w:tc>
          <w:tcPr>
            <w:tcW w:w="5400" w:type="dxa"/>
          </w:tcPr>
          <w:p w14:paraId="7BBE69F3" w14:textId="77777777" w:rsidR="007B491B" w:rsidRDefault="007B491B" w:rsidP="00D33E44">
            <w:r>
              <w:t>Contact Details</w:t>
            </w:r>
          </w:p>
        </w:tc>
      </w:tr>
      <w:tr w:rsidR="007B491B" w14:paraId="1F298437" w14:textId="77777777" w:rsidTr="00D33E44">
        <w:tc>
          <w:tcPr>
            <w:tcW w:w="5400" w:type="dxa"/>
          </w:tcPr>
          <w:p w14:paraId="6691BF75" w14:textId="77777777" w:rsidR="007B491B" w:rsidRDefault="007B491B" w:rsidP="00D33E44">
            <w:r>
              <w:t>GP</w:t>
            </w:r>
          </w:p>
        </w:tc>
        <w:tc>
          <w:tcPr>
            <w:tcW w:w="5400" w:type="dxa"/>
          </w:tcPr>
          <w:p w14:paraId="006AE03F" w14:textId="77777777" w:rsidR="007B491B" w:rsidRDefault="007B491B" w:rsidP="00D33E44"/>
        </w:tc>
      </w:tr>
      <w:tr w:rsidR="007B491B" w14:paraId="512D1529" w14:textId="77777777" w:rsidTr="00D33E44">
        <w:tc>
          <w:tcPr>
            <w:tcW w:w="5400" w:type="dxa"/>
          </w:tcPr>
          <w:p w14:paraId="16C1F5B8" w14:textId="77777777" w:rsidR="007B491B" w:rsidRDefault="007B491B" w:rsidP="00D33E44">
            <w:r>
              <w:lastRenderedPageBreak/>
              <w:t>Consultant</w:t>
            </w:r>
          </w:p>
        </w:tc>
        <w:tc>
          <w:tcPr>
            <w:tcW w:w="5400" w:type="dxa"/>
          </w:tcPr>
          <w:p w14:paraId="29FC5A9D" w14:textId="77777777" w:rsidR="007B491B" w:rsidRDefault="007B491B" w:rsidP="00D33E44"/>
        </w:tc>
      </w:tr>
      <w:tr w:rsidR="007B491B" w14:paraId="56069818" w14:textId="77777777" w:rsidTr="00D33E44">
        <w:tc>
          <w:tcPr>
            <w:tcW w:w="5400" w:type="dxa"/>
          </w:tcPr>
          <w:p w14:paraId="4991991A" w14:textId="77777777" w:rsidR="007B491B" w:rsidRDefault="007B491B" w:rsidP="00D33E44">
            <w:r>
              <w:t>Dietitian</w:t>
            </w:r>
          </w:p>
        </w:tc>
        <w:tc>
          <w:tcPr>
            <w:tcW w:w="5400" w:type="dxa"/>
          </w:tcPr>
          <w:p w14:paraId="71AB5C73" w14:textId="77777777" w:rsidR="007B491B" w:rsidRDefault="007B491B" w:rsidP="00D33E44"/>
        </w:tc>
      </w:tr>
      <w:tr w:rsidR="007B491B" w14:paraId="227F9A69" w14:textId="77777777" w:rsidTr="00D33E44">
        <w:tc>
          <w:tcPr>
            <w:tcW w:w="5400" w:type="dxa"/>
          </w:tcPr>
          <w:p w14:paraId="5605B559" w14:textId="77777777" w:rsidR="007B491B" w:rsidRDefault="007B491B" w:rsidP="00D33E44">
            <w:r>
              <w:t>Allergy Clinic</w:t>
            </w:r>
          </w:p>
        </w:tc>
        <w:tc>
          <w:tcPr>
            <w:tcW w:w="5400" w:type="dxa"/>
          </w:tcPr>
          <w:p w14:paraId="340AEF00" w14:textId="77777777" w:rsidR="007B491B" w:rsidRDefault="007B491B" w:rsidP="00D33E44"/>
        </w:tc>
      </w:tr>
      <w:tr w:rsidR="007B491B" w14:paraId="1F9381EC" w14:textId="77777777" w:rsidTr="00D33E44">
        <w:tc>
          <w:tcPr>
            <w:tcW w:w="5400" w:type="dxa"/>
          </w:tcPr>
          <w:p w14:paraId="14536598" w14:textId="77777777" w:rsidR="007B491B" w:rsidRDefault="007B491B" w:rsidP="00D33E44">
            <w:r>
              <w:t>Community Nurse</w:t>
            </w:r>
          </w:p>
        </w:tc>
        <w:tc>
          <w:tcPr>
            <w:tcW w:w="5400" w:type="dxa"/>
          </w:tcPr>
          <w:p w14:paraId="5E6D3B94" w14:textId="77777777" w:rsidR="007B491B" w:rsidRDefault="007B491B" w:rsidP="00D33E44"/>
        </w:tc>
      </w:tr>
    </w:tbl>
    <w:p w14:paraId="78EBF673" w14:textId="77777777" w:rsidR="007B491B" w:rsidRDefault="007B491B" w:rsidP="007B491B"/>
    <w:tbl>
      <w:tblPr>
        <w:tblW w:w="0" w:type="auto"/>
        <w:tblLook w:val="04A0" w:firstRow="1" w:lastRow="0" w:firstColumn="1" w:lastColumn="0" w:noHBand="0" w:noVBand="1"/>
      </w:tblPr>
      <w:tblGrid>
        <w:gridCol w:w="10584"/>
      </w:tblGrid>
      <w:tr w:rsidR="007B491B" w14:paraId="207BF33F" w14:textId="77777777" w:rsidTr="00D33E44">
        <w:tc>
          <w:tcPr>
            <w:tcW w:w="10800" w:type="dxa"/>
            <w:shd w:val="clear" w:color="auto" w:fill="5B8A3C"/>
          </w:tcPr>
          <w:p w14:paraId="0F5A9111" w14:textId="77777777" w:rsidR="007B491B" w:rsidRDefault="007B491B" w:rsidP="00D33E44">
            <w:r>
              <w:rPr>
                <w:b/>
                <w:color w:val="FFFFFF"/>
              </w:rPr>
              <w:t>SECTION 7 | WORKING TOGETHER</w:t>
            </w:r>
          </w:p>
        </w:tc>
      </w:tr>
    </w:tbl>
    <w:tbl>
      <w:tblPr>
        <w:tblStyle w:val="TableGrid"/>
        <w:tblW w:w="0" w:type="auto"/>
        <w:tblLook w:val="04A0" w:firstRow="1" w:lastRow="0" w:firstColumn="1" w:lastColumn="0" w:noHBand="0" w:noVBand="1"/>
      </w:tblPr>
      <w:tblGrid>
        <w:gridCol w:w="5299"/>
        <w:gridCol w:w="5285"/>
      </w:tblGrid>
      <w:tr w:rsidR="007B491B" w14:paraId="5961BC82" w14:textId="77777777" w:rsidTr="00D33E44">
        <w:tc>
          <w:tcPr>
            <w:tcW w:w="5400" w:type="dxa"/>
            <w:shd w:val="clear" w:color="auto" w:fill="DCEAC4"/>
          </w:tcPr>
          <w:p w14:paraId="4E2F88F5" w14:textId="77777777" w:rsidR="007B491B" w:rsidRDefault="007B491B" w:rsidP="00D33E44">
            <w:r>
              <w:t>What works well at home?</w:t>
            </w:r>
          </w:p>
          <w:p w14:paraId="10A60D60" w14:textId="77777777" w:rsidR="007B491B" w:rsidRDefault="007B491B" w:rsidP="00D33E44"/>
        </w:tc>
        <w:tc>
          <w:tcPr>
            <w:tcW w:w="5400" w:type="dxa"/>
          </w:tcPr>
          <w:p w14:paraId="4D5BE4B4" w14:textId="77777777" w:rsidR="007B491B" w:rsidRDefault="007B491B" w:rsidP="00D33E44"/>
        </w:tc>
      </w:tr>
      <w:tr w:rsidR="007B491B" w14:paraId="4AA57FA9" w14:textId="77777777" w:rsidTr="00D33E44">
        <w:tc>
          <w:tcPr>
            <w:tcW w:w="5400" w:type="dxa"/>
            <w:shd w:val="clear" w:color="auto" w:fill="DCEAC4"/>
          </w:tcPr>
          <w:p w14:paraId="1589AF61" w14:textId="77777777" w:rsidR="007B491B" w:rsidRDefault="007B491B" w:rsidP="00D33E44">
            <w:r>
              <w:t>Are there any routines we should follow?</w:t>
            </w:r>
          </w:p>
          <w:p w14:paraId="5E19E225" w14:textId="77777777" w:rsidR="007B491B" w:rsidRDefault="007B491B" w:rsidP="00D33E44"/>
        </w:tc>
        <w:tc>
          <w:tcPr>
            <w:tcW w:w="5400" w:type="dxa"/>
          </w:tcPr>
          <w:p w14:paraId="22059157" w14:textId="77777777" w:rsidR="007B491B" w:rsidRDefault="007B491B" w:rsidP="00D33E44"/>
        </w:tc>
      </w:tr>
      <w:tr w:rsidR="007B491B" w14:paraId="5920A71D" w14:textId="77777777" w:rsidTr="00D33E44">
        <w:tc>
          <w:tcPr>
            <w:tcW w:w="5400" w:type="dxa"/>
            <w:shd w:val="clear" w:color="auto" w:fill="DCEAC4"/>
          </w:tcPr>
          <w:p w14:paraId="4A1F540E" w14:textId="77777777" w:rsidR="007B491B" w:rsidRDefault="007B491B" w:rsidP="00D33E44">
            <w:r>
              <w:t>Is there anything staff should avoid?</w:t>
            </w:r>
          </w:p>
          <w:p w14:paraId="2EE878E0" w14:textId="77777777" w:rsidR="007B491B" w:rsidRDefault="007B491B" w:rsidP="00D33E44"/>
        </w:tc>
        <w:tc>
          <w:tcPr>
            <w:tcW w:w="5400" w:type="dxa"/>
          </w:tcPr>
          <w:p w14:paraId="2771F069" w14:textId="77777777" w:rsidR="007B491B" w:rsidRDefault="007B491B" w:rsidP="00D33E44"/>
        </w:tc>
      </w:tr>
      <w:tr w:rsidR="007B491B" w14:paraId="5E60E5FB" w14:textId="77777777" w:rsidTr="00D33E44">
        <w:tc>
          <w:tcPr>
            <w:tcW w:w="5400" w:type="dxa"/>
            <w:shd w:val="clear" w:color="auto" w:fill="DCEAC4"/>
          </w:tcPr>
          <w:p w14:paraId="54B7DB80" w14:textId="77777777" w:rsidR="007B491B" w:rsidRDefault="007B491B" w:rsidP="00D33E44">
            <w:r>
              <w:t>Anything else that will help us support your child safely?</w:t>
            </w:r>
          </w:p>
        </w:tc>
        <w:tc>
          <w:tcPr>
            <w:tcW w:w="5400" w:type="dxa"/>
          </w:tcPr>
          <w:p w14:paraId="2C6CA0C8" w14:textId="77777777" w:rsidR="007B491B" w:rsidRDefault="007B491B" w:rsidP="00D33E44"/>
        </w:tc>
      </w:tr>
    </w:tbl>
    <w:p w14:paraId="4663B968" w14:textId="77777777" w:rsidR="007B491B" w:rsidRDefault="007B491B" w:rsidP="007B491B"/>
    <w:tbl>
      <w:tblPr>
        <w:tblW w:w="0" w:type="auto"/>
        <w:tblLook w:val="04A0" w:firstRow="1" w:lastRow="0" w:firstColumn="1" w:lastColumn="0" w:noHBand="0" w:noVBand="1"/>
      </w:tblPr>
      <w:tblGrid>
        <w:gridCol w:w="10584"/>
      </w:tblGrid>
      <w:tr w:rsidR="007B491B" w14:paraId="1769DE39" w14:textId="77777777" w:rsidTr="00D33E44">
        <w:tc>
          <w:tcPr>
            <w:tcW w:w="10800" w:type="dxa"/>
            <w:shd w:val="clear" w:color="auto" w:fill="5B8A3C"/>
          </w:tcPr>
          <w:p w14:paraId="7ACCA1D8" w14:textId="77777777" w:rsidR="007B491B" w:rsidRDefault="007B491B" w:rsidP="00D33E44">
            <w:r>
              <w:rPr>
                <w:b/>
                <w:color w:val="FFFFFF"/>
              </w:rPr>
              <w:t>SECTION 8 | AGREED SUPPORT (SETTING USE)</w:t>
            </w:r>
          </w:p>
        </w:tc>
      </w:tr>
    </w:tbl>
    <w:p w14:paraId="537EE2D5" w14:textId="77777777" w:rsidR="007B491B" w:rsidRDefault="007B491B" w:rsidP="007B491B">
      <w:r>
        <w:t>Agreed Strategies</w:t>
      </w:r>
    </w:p>
    <w:p w14:paraId="45D0F313" w14:textId="77777777" w:rsidR="007B491B" w:rsidRDefault="007B491B" w:rsidP="007B491B">
      <w:pPr>
        <w:pStyle w:val="ListParagraph"/>
        <w:numPr>
          <w:ilvl w:val="0"/>
          <w:numId w:val="11"/>
        </w:numPr>
        <w:spacing w:after="200"/>
      </w:pPr>
    </w:p>
    <w:p w14:paraId="7C09F6BE" w14:textId="77777777" w:rsidR="007B491B" w:rsidRDefault="007B491B" w:rsidP="007B491B">
      <w:pPr>
        <w:pStyle w:val="ListParagraph"/>
        <w:numPr>
          <w:ilvl w:val="0"/>
          <w:numId w:val="11"/>
        </w:numPr>
        <w:spacing w:after="200"/>
      </w:pPr>
    </w:p>
    <w:p w14:paraId="254BC4DF" w14:textId="77777777" w:rsidR="007B491B" w:rsidRDefault="007B491B" w:rsidP="007B491B"/>
    <w:p w14:paraId="66CC5D93" w14:textId="77777777" w:rsidR="007B491B" w:rsidRDefault="007B491B" w:rsidP="007B491B">
      <w:r>
        <w:t>Training Required / Completed</w:t>
      </w:r>
    </w:p>
    <w:p w14:paraId="492EC3F1" w14:textId="77777777" w:rsidR="007B491B" w:rsidRDefault="007B491B" w:rsidP="007B491B">
      <w:pPr>
        <w:pStyle w:val="ListParagraph"/>
        <w:numPr>
          <w:ilvl w:val="0"/>
          <w:numId w:val="12"/>
        </w:numPr>
        <w:spacing w:after="200"/>
      </w:pPr>
    </w:p>
    <w:tbl>
      <w:tblPr>
        <w:tblStyle w:val="TableGrid"/>
        <w:tblW w:w="0" w:type="auto"/>
        <w:tblLook w:val="04A0" w:firstRow="1" w:lastRow="0" w:firstColumn="1" w:lastColumn="0" w:noHBand="0" w:noVBand="1"/>
      </w:tblPr>
      <w:tblGrid>
        <w:gridCol w:w="3042"/>
        <w:gridCol w:w="7542"/>
      </w:tblGrid>
      <w:tr w:rsidR="007B491B" w14:paraId="5D70745C" w14:textId="77777777" w:rsidTr="00D33E44">
        <w:tc>
          <w:tcPr>
            <w:tcW w:w="3085" w:type="dxa"/>
            <w:shd w:val="clear" w:color="auto" w:fill="DCEAC4"/>
          </w:tcPr>
          <w:p w14:paraId="221FD1D7" w14:textId="77777777" w:rsidR="007B491B" w:rsidRDefault="007B491B" w:rsidP="00D33E44">
            <w:r>
              <w:t xml:space="preserve">Risk Assessment Required </w:t>
            </w:r>
          </w:p>
        </w:tc>
        <w:tc>
          <w:tcPr>
            <w:tcW w:w="7715" w:type="dxa"/>
          </w:tcPr>
          <w:p w14:paraId="39C1DE0D" w14:textId="77777777" w:rsidR="007B491B" w:rsidRDefault="007B491B" w:rsidP="00D33E44"/>
        </w:tc>
      </w:tr>
      <w:tr w:rsidR="007B491B" w14:paraId="7EB77D47" w14:textId="77777777" w:rsidTr="00D33E44">
        <w:tc>
          <w:tcPr>
            <w:tcW w:w="3085" w:type="dxa"/>
            <w:shd w:val="clear" w:color="auto" w:fill="DCEAC4"/>
          </w:tcPr>
          <w:p w14:paraId="3E2CCCE2" w14:textId="77777777" w:rsidR="007B491B" w:rsidRDefault="007B491B" w:rsidP="00D33E44">
            <w:r>
              <w:t xml:space="preserve">Medication Consent Completed </w:t>
            </w:r>
          </w:p>
        </w:tc>
        <w:tc>
          <w:tcPr>
            <w:tcW w:w="7715" w:type="dxa"/>
          </w:tcPr>
          <w:p w14:paraId="57BCBD50" w14:textId="77777777" w:rsidR="007B491B" w:rsidRDefault="007B491B" w:rsidP="00D33E44"/>
        </w:tc>
      </w:tr>
      <w:tr w:rsidR="007B491B" w14:paraId="77A81BE2" w14:textId="77777777" w:rsidTr="00D33E44">
        <w:tc>
          <w:tcPr>
            <w:tcW w:w="3085" w:type="dxa"/>
            <w:shd w:val="clear" w:color="auto" w:fill="DCEAC4"/>
          </w:tcPr>
          <w:p w14:paraId="604DF71D" w14:textId="77777777" w:rsidR="007B491B" w:rsidRDefault="007B491B" w:rsidP="00D33E44">
            <w:r>
              <w:t>Review Date</w:t>
            </w:r>
          </w:p>
        </w:tc>
        <w:tc>
          <w:tcPr>
            <w:tcW w:w="7715" w:type="dxa"/>
          </w:tcPr>
          <w:p w14:paraId="2A0E0A26" w14:textId="77777777" w:rsidR="007B491B" w:rsidRDefault="007B491B" w:rsidP="00D33E44"/>
        </w:tc>
      </w:tr>
      <w:tr w:rsidR="007B491B" w14:paraId="5D7AA7A3" w14:textId="77777777" w:rsidTr="00D33E44">
        <w:tc>
          <w:tcPr>
            <w:tcW w:w="3085" w:type="dxa"/>
            <w:shd w:val="clear" w:color="auto" w:fill="DCEAC4"/>
          </w:tcPr>
          <w:p w14:paraId="0742A344" w14:textId="77777777" w:rsidR="007B491B" w:rsidRDefault="007B491B" w:rsidP="00D33E44">
            <w:r>
              <w:t>Parent/Carer Signature &amp; Date</w:t>
            </w:r>
          </w:p>
        </w:tc>
        <w:tc>
          <w:tcPr>
            <w:tcW w:w="7715" w:type="dxa"/>
          </w:tcPr>
          <w:p w14:paraId="227E2C6A" w14:textId="77777777" w:rsidR="007B491B" w:rsidRDefault="007B491B" w:rsidP="00D33E44"/>
        </w:tc>
      </w:tr>
      <w:tr w:rsidR="007B491B" w14:paraId="4779801F" w14:textId="77777777" w:rsidTr="00D33E44">
        <w:tc>
          <w:tcPr>
            <w:tcW w:w="3085" w:type="dxa"/>
            <w:shd w:val="clear" w:color="auto" w:fill="DCEAC4"/>
          </w:tcPr>
          <w:p w14:paraId="457DFCD8" w14:textId="77777777" w:rsidR="007B491B" w:rsidRDefault="007B491B" w:rsidP="00D33E44">
            <w:r>
              <w:t>Key Worker Signature &amp; Date</w:t>
            </w:r>
          </w:p>
        </w:tc>
        <w:tc>
          <w:tcPr>
            <w:tcW w:w="7715" w:type="dxa"/>
          </w:tcPr>
          <w:p w14:paraId="0D59C223" w14:textId="77777777" w:rsidR="007B491B" w:rsidRDefault="007B491B" w:rsidP="00D33E44"/>
        </w:tc>
      </w:tr>
      <w:tr w:rsidR="007B491B" w14:paraId="7DC0F67D" w14:textId="77777777" w:rsidTr="00D33E44">
        <w:tc>
          <w:tcPr>
            <w:tcW w:w="3085" w:type="dxa"/>
            <w:shd w:val="clear" w:color="auto" w:fill="DCEAC4"/>
          </w:tcPr>
          <w:p w14:paraId="1B350313" w14:textId="77777777" w:rsidR="007B491B" w:rsidRDefault="007B491B" w:rsidP="00D33E44">
            <w:r>
              <w:t>Manager Signature &amp; Date</w:t>
            </w:r>
          </w:p>
        </w:tc>
        <w:tc>
          <w:tcPr>
            <w:tcW w:w="7715" w:type="dxa"/>
          </w:tcPr>
          <w:p w14:paraId="5BC3B343" w14:textId="77777777" w:rsidR="007B491B" w:rsidRDefault="007B491B" w:rsidP="00D33E44"/>
        </w:tc>
      </w:tr>
    </w:tbl>
    <w:p w14:paraId="6EBD21DA" w14:textId="77777777" w:rsidR="007B491B" w:rsidRDefault="007B491B" w:rsidP="007B491B"/>
    <w:p w14:paraId="11344F63" w14:textId="68C89F8E" w:rsidR="00DC004F" w:rsidRDefault="00DC004F" w:rsidP="00DC004F">
      <w:pPr>
        <w:jc w:val="center"/>
      </w:pPr>
    </w:p>
    <w:p w14:paraId="1223FF63" w14:textId="77777777" w:rsidR="007B491B" w:rsidRPr="007B491B" w:rsidRDefault="007B491B" w:rsidP="007B491B"/>
    <w:p w14:paraId="1CD55E68" w14:textId="77777777" w:rsidR="007B491B" w:rsidRPr="007B491B" w:rsidRDefault="007B491B" w:rsidP="007B491B"/>
    <w:p w14:paraId="75564F2B" w14:textId="77777777" w:rsidR="007B491B" w:rsidRPr="007B491B" w:rsidRDefault="007B491B" w:rsidP="007B491B"/>
    <w:p w14:paraId="1D19AFFD" w14:textId="77777777" w:rsidR="007B491B" w:rsidRPr="007B491B" w:rsidRDefault="007B491B" w:rsidP="007B491B"/>
    <w:p w14:paraId="5FA8BD74" w14:textId="77777777" w:rsidR="007B491B" w:rsidRPr="007B491B" w:rsidRDefault="007B491B" w:rsidP="007B491B"/>
    <w:p w14:paraId="28B24C48" w14:textId="77777777" w:rsidR="007B491B" w:rsidRPr="007B491B" w:rsidRDefault="007B491B" w:rsidP="007B491B"/>
    <w:p w14:paraId="3D1B0212" w14:textId="77777777" w:rsidR="007B491B" w:rsidRPr="007B491B" w:rsidRDefault="007B491B" w:rsidP="007B491B"/>
    <w:p w14:paraId="269C8FE5" w14:textId="77777777" w:rsidR="007B491B" w:rsidRPr="007B491B" w:rsidRDefault="007B491B" w:rsidP="007B491B"/>
    <w:p w14:paraId="11DB788C" w14:textId="77777777" w:rsidR="007B491B" w:rsidRPr="007B491B" w:rsidRDefault="007B491B" w:rsidP="007B491B"/>
    <w:p w14:paraId="0E773BDC" w14:textId="77777777" w:rsidR="007B491B" w:rsidRPr="007B491B" w:rsidRDefault="007B491B" w:rsidP="007B491B"/>
    <w:p w14:paraId="2C666884" w14:textId="77777777" w:rsidR="007B491B" w:rsidRPr="007B491B" w:rsidRDefault="007B491B" w:rsidP="007B491B"/>
    <w:p w14:paraId="5C97285E" w14:textId="77777777" w:rsidR="007B491B" w:rsidRPr="007B491B" w:rsidRDefault="007B491B" w:rsidP="007B491B"/>
    <w:p w14:paraId="16447B3E" w14:textId="77777777" w:rsidR="007B491B" w:rsidRPr="007B491B" w:rsidRDefault="007B491B" w:rsidP="007B491B"/>
    <w:p w14:paraId="047CF43F" w14:textId="77777777" w:rsidR="007B491B" w:rsidRPr="007B491B" w:rsidRDefault="007B491B" w:rsidP="007B491B"/>
    <w:p w14:paraId="0D616D99" w14:textId="77777777" w:rsidR="007B491B" w:rsidRPr="007B491B" w:rsidRDefault="007B491B" w:rsidP="007B491B"/>
    <w:p w14:paraId="0550C6EF" w14:textId="59CD2462" w:rsidR="007B491B" w:rsidRPr="007B491B" w:rsidRDefault="007B491B" w:rsidP="007B491B">
      <w:pPr>
        <w:tabs>
          <w:tab w:val="left" w:pos="6840"/>
        </w:tabs>
      </w:pPr>
      <w:r>
        <w:tab/>
      </w:r>
    </w:p>
    <w:p w14:paraId="35716219" w14:textId="77777777" w:rsidR="007B491B" w:rsidRPr="007B491B" w:rsidRDefault="007B491B" w:rsidP="007B491B"/>
    <w:sectPr w:rsidR="007B491B" w:rsidRPr="007B491B"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02F8E" w14:textId="77777777" w:rsidR="00ED74D0" w:rsidRDefault="00ED74D0">
      <w:pPr>
        <w:spacing w:after="0" w:line="240" w:lineRule="auto"/>
      </w:pPr>
      <w:r>
        <w:separator/>
      </w:r>
    </w:p>
  </w:endnote>
  <w:endnote w:type="continuationSeparator" w:id="0">
    <w:p w14:paraId="48C97F5F" w14:textId="77777777" w:rsidR="00ED74D0" w:rsidRDefault="00ED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1541" w14:textId="4B516E24" w:rsidR="00DC004F" w:rsidRPr="00DC004F" w:rsidRDefault="000B5C12" w:rsidP="00DC004F">
    <w:pPr>
      <w:pStyle w:val="Footer"/>
      <w:jc w:val="center"/>
      <w:rPr>
        <w:color w:val="646464"/>
        <w:sz w:val="16"/>
      </w:rPr>
    </w:pPr>
    <w:r>
      <w:rPr>
        <w:color w:val="646464"/>
        <w:sz w:val="16"/>
      </w:rPr>
      <w:t>WILD ROOTS FOREST CHILDCARE</w:t>
    </w:r>
    <w:r w:rsidR="00000000">
      <w:rPr>
        <w:color w:val="646464"/>
        <w:sz w:val="16"/>
      </w:rPr>
      <w:t xml:space="preserve"> | </w:t>
    </w:r>
    <w:r w:rsidR="007B491B">
      <w:rPr>
        <w:color w:val="646464"/>
        <w:sz w:val="16"/>
      </w:rPr>
      <w:t>Medical, Allergy, Dietary and Medication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8A059" w14:textId="77777777" w:rsidR="00ED74D0" w:rsidRDefault="00ED74D0">
      <w:pPr>
        <w:spacing w:after="0" w:line="240" w:lineRule="auto"/>
      </w:pPr>
      <w:r>
        <w:separator/>
      </w:r>
    </w:p>
  </w:footnote>
  <w:footnote w:type="continuationSeparator" w:id="0">
    <w:p w14:paraId="5CD1C952" w14:textId="77777777" w:rsidR="00ED74D0" w:rsidRDefault="00ED7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FD0B" w14:textId="2659EC0A" w:rsidR="0026516C" w:rsidRDefault="0026516C">
    <w:pPr>
      <w:pStyle w:val="Header"/>
    </w:pPr>
    <w:r>
      <w:rPr>
        <w:noProof/>
      </w:rPr>
      <w:drawing>
        <wp:anchor distT="0" distB="0" distL="114300" distR="114300" simplePos="0" relativeHeight="251658240" behindDoc="1" locked="1" layoutInCell="1" allowOverlap="1" wp14:anchorId="62C10895" wp14:editId="645BE499">
          <wp:simplePos x="0" y="0"/>
          <wp:positionH relativeFrom="page">
            <wp:posOffset>14605</wp:posOffset>
          </wp:positionH>
          <wp:positionV relativeFrom="page">
            <wp:posOffset>-284480</wp:posOffset>
          </wp:positionV>
          <wp:extent cx="7848000" cy="11772000"/>
          <wp:effectExtent l="0" t="0" r="635" b="0"/>
          <wp:wrapNone/>
          <wp:docPr id="1776837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37091" name="Picture 1776837091"/>
                  <pic:cNvPicPr/>
                </pic:nvPicPr>
                <pic:blipFill>
                  <a:blip r:embed="rId1"/>
                  <a:stretch>
                    <a:fillRect/>
                  </a:stretch>
                </pic:blipFill>
                <pic:spPr>
                  <a:xfrm>
                    <a:off x="0" y="0"/>
                    <a:ext cx="7848000" cy="1177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s://cdn.hubblecontent.osi.office.net/icons/publish/icons_leaf/leaf.svg" style="width:55.5pt;height:53.25pt;visibility:visible" o:bullet="t">
        <v:imagedata r:id="rId1" o:title="" croptop="-11804f" cropbottom="-11189f" cropleft="-9589f" cropright="-9589f"/>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21E624F"/>
    <w:multiLevelType w:val="hybridMultilevel"/>
    <w:tmpl w:val="70088724"/>
    <w:lvl w:ilvl="0" w:tplc="DE08881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7B4D63"/>
    <w:multiLevelType w:val="hybridMultilevel"/>
    <w:tmpl w:val="FD6001DC"/>
    <w:lvl w:ilvl="0" w:tplc="DE08881E">
      <w:start w:val="1"/>
      <w:numFmt w:val="bullet"/>
      <w:lvlText w:val=""/>
      <w:lvlPicBulletId w:val="0"/>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68AB306D"/>
    <w:multiLevelType w:val="hybridMultilevel"/>
    <w:tmpl w:val="23AABCB8"/>
    <w:lvl w:ilvl="0" w:tplc="DE08881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4324116">
    <w:abstractNumId w:val="8"/>
  </w:num>
  <w:num w:numId="2" w16cid:durableId="2144614444">
    <w:abstractNumId w:val="6"/>
  </w:num>
  <w:num w:numId="3" w16cid:durableId="2082098841">
    <w:abstractNumId w:val="5"/>
  </w:num>
  <w:num w:numId="4" w16cid:durableId="204030817">
    <w:abstractNumId w:val="4"/>
  </w:num>
  <w:num w:numId="5" w16cid:durableId="1208177548">
    <w:abstractNumId w:val="7"/>
  </w:num>
  <w:num w:numId="6" w16cid:durableId="889458293">
    <w:abstractNumId w:val="3"/>
  </w:num>
  <w:num w:numId="7" w16cid:durableId="69885820">
    <w:abstractNumId w:val="2"/>
  </w:num>
  <w:num w:numId="8" w16cid:durableId="875191580">
    <w:abstractNumId w:val="1"/>
  </w:num>
  <w:num w:numId="9" w16cid:durableId="2033678775">
    <w:abstractNumId w:val="0"/>
  </w:num>
  <w:num w:numId="10" w16cid:durableId="192546108">
    <w:abstractNumId w:val="10"/>
  </w:num>
  <w:num w:numId="11" w16cid:durableId="654383928">
    <w:abstractNumId w:val="11"/>
  </w:num>
  <w:num w:numId="12" w16cid:durableId="1582837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C12"/>
    <w:rsid w:val="0015074B"/>
    <w:rsid w:val="0026516C"/>
    <w:rsid w:val="0029639D"/>
    <w:rsid w:val="003013C4"/>
    <w:rsid w:val="00326E87"/>
    <w:rsid w:val="00326F90"/>
    <w:rsid w:val="00517FE9"/>
    <w:rsid w:val="007B491B"/>
    <w:rsid w:val="00803FCE"/>
    <w:rsid w:val="009C15D3"/>
    <w:rsid w:val="00A853ED"/>
    <w:rsid w:val="00AA1D8D"/>
    <w:rsid w:val="00B47730"/>
    <w:rsid w:val="00C3182D"/>
    <w:rsid w:val="00CB0664"/>
    <w:rsid w:val="00DC004F"/>
    <w:rsid w:val="00ED74D0"/>
    <w:rsid w:val="00F869ED"/>
    <w:rsid w:val="00FC693F"/>
    <w:rsid w:val="00FF0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85C69C"/>
  <w14:defaultImageDpi w14:val="300"/>
  <w15:docId w15:val="{C91F9CC9-E197-4B58-9801-2BA037C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Gwen McLaren</cp:lastModifiedBy>
  <cp:revision>3</cp:revision>
  <dcterms:created xsi:type="dcterms:W3CDTF">2026-08-11T12:05:00Z</dcterms:created>
  <dcterms:modified xsi:type="dcterms:W3CDTF">2026-08-28T19:18:00Z</dcterms:modified>
  <cp:category/>
</cp:coreProperties>
</file>