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71ECFC" w14:textId="01A42731" w:rsidR="00F15680" w:rsidRDefault="00A327AB">
      <w:pPr>
        <w:spacing w:after="0" w:line="216" w:lineRule="auto"/>
        <w:jc w:val="center"/>
      </w:pPr>
      <w:r>
        <w:rPr>
          <w:noProof/>
        </w:rPr>
        <w:drawing>
          <wp:inline distT="0" distB="0" distL="0" distR="0" wp14:anchorId="3F947DD1" wp14:editId="58098E47">
            <wp:extent cx="2311400" cy="1727200"/>
            <wp:effectExtent l="0" t="0" r="0" b="0"/>
            <wp:docPr id="758366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66654" name="Picture 7583666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D642D" w14:textId="77777777" w:rsidR="00F15680" w:rsidRDefault="00000000">
      <w:pPr>
        <w:spacing w:after="0" w:line="216" w:lineRule="auto"/>
        <w:jc w:val="center"/>
      </w:pPr>
      <w:r>
        <w:rPr>
          <w:b/>
          <w:color w:val="082B78"/>
          <w:sz w:val="48"/>
        </w:rPr>
        <w:t>SCHOLARSHIP APPLICATION FORM</w:t>
      </w:r>
    </w:p>
    <w:p w14:paraId="5A18EA03" w14:textId="77777777" w:rsidR="00F15680" w:rsidRDefault="00000000">
      <w:pPr>
        <w:spacing w:after="80" w:line="216" w:lineRule="auto"/>
        <w:jc w:val="center"/>
      </w:pPr>
      <w:r>
        <w:rPr>
          <w:i/>
          <w:color w:val="082B78"/>
          <w:sz w:val="22"/>
        </w:rPr>
        <w:t>Connecting Bahamians, Preserving Culture, Building Community</w:t>
      </w:r>
    </w:p>
    <w:p w14:paraId="08D662DD" w14:textId="77777777" w:rsidR="00F15680" w:rsidRDefault="00000000">
      <w:pPr>
        <w:spacing w:after="20" w:line="216" w:lineRule="auto"/>
      </w:pPr>
      <w:r>
        <w:rPr>
          <w:b/>
        </w:rPr>
        <w:t xml:space="preserve">Organization Name:  </w:t>
      </w:r>
      <w:r>
        <w:rPr>
          <w:b/>
          <w:color w:val="082B78"/>
        </w:rPr>
        <w:t>Bahamas Philadelphia Foundation, Inc.</w:t>
      </w:r>
      <w:r>
        <w:t xml:space="preserve">  ______________________________________________________________</w:t>
      </w:r>
    </w:p>
    <w:p w14:paraId="239B6FBC" w14:textId="77777777" w:rsidR="00F15680" w:rsidRDefault="00000000">
      <w:pPr>
        <w:spacing w:after="20" w:line="216" w:lineRule="auto"/>
      </w:pPr>
      <w:r>
        <w:rPr>
          <w:b/>
          <w:sz w:val="18"/>
        </w:rPr>
        <w:t>Scholarship Name (Select One):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F15680" w14:paraId="3BBF5474" w14:textId="77777777">
        <w:trPr>
          <w:jc w:val="center"/>
        </w:trPr>
        <w:tc>
          <w:tcPr>
            <w:tcW w:w="3672" w:type="dxa"/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1D1A42A9" w14:textId="77777777" w:rsidR="00F15680" w:rsidRDefault="00000000">
            <w:pPr>
              <w:spacing w:after="0"/>
            </w:pPr>
            <w:r>
              <w:rPr>
                <w:b/>
                <w:color w:val="082B78"/>
                <w:sz w:val="17"/>
              </w:rPr>
              <w:t>☐  1. La Gloria Darville</w:t>
            </w:r>
            <w:r>
              <w:rPr>
                <w:b/>
                <w:color w:val="082B78"/>
                <w:sz w:val="17"/>
              </w:rPr>
              <w:br/>
              <w:t xml:space="preserve">     Memorial Scholarship</w:t>
            </w:r>
          </w:p>
        </w:tc>
        <w:tc>
          <w:tcPr>
            <w:tcW w:w="3672" w:type="dxa"/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137C0C30" w14:textId="77777777" w:rsidR="00F15680" w:rsidRDefault="00000000">
            <w:pPr>
              <w:spacing w:after="0"/>
            </w:pPr>
            <w:r>
              <w:rPr>
                <w:b/>
                <w:color w:val="082B78"/>
                <w:sz w:val="17"/>
              </w:rPr>
              <w:t>☐  2. Deacon Patrick Darville</w:t>
            </w:r>
            <w:r>
              <w:rPr>
                <w:b/>
                <w:color w:val="082B78"/>
                <w:sz w:val="17"/>
              </w:rPr>
              <w:br/>
              <w:t xml:space="preserve">     Memorial Scholarship</w:t>
            </w:r>
          </w:p>
        </w:tc>
        <w:tc>
          <w:tcPr>
            <w:tcW w:w="3672" w:type="dxa"/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18EC4928" w14:textId="77777777" w:rsidR="00F15680" w:rsidRDefault="00000000">
            <w:pPr>
              <w:spacing w:after="0"/>
            </w:pPr>
            <w:r>
              <w:rPr>
                <w:b/>
                <w:color w:val="082B78"/>
                <w:sz w:val="17"/>
              </w:rPr>
              <w:t>☐  3. Ullin and Carmen Ritchie</w:t>
            </w:r>
            <w:r>
              <w:rPr>
                <w:b/>
                <w:color w:val="082B78"/>
                <w:sz w:val="17"/>
              </w:rPr>
              <w:br/>
              <w:t xml:space="preserve">     Memorial Scholarship</w:t>
            </w:r>
          </w:p>
        </w:tc>
      </w:tr>
    </w:tbl>
    <w:p w14:paraId="3617C693" w14:textId="77777777" w:rsidR="00F15680" w:rsidRDefault="00000000">
      <w:pPr>
        <w:spacing w:before="20" w:after="40" w:line="216" w:lineRule="auto"/>
      </w:pPr>
      <w:r>
        <w:rPr>
          <w:b/>
        </w:rPr>
        <w:t xml:space="preserve">Application Deadline:  </w:t>
      </w:r>
      <w:r>
        <w:rPr>
          <w:b/>
          <w:color w:val="082B78"/>
        </w:rPr>
        <w:t>August 15th,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232"/>
      </w:tblGrid>
      <w:tr w:rsidR="00F15680" w14:paraId="62AFFE53" w14:textId="77777777">
        <w:trPr>
          <w:jc w:val="center"/>
        </w:trPr>
        <w:tc>
          <w:tcPr>
            <w:tcW w:w="11232" w:type="dxa"/>
            <w:tcBorders>
              <w:top w:val="single" w:sz="10" w:space="0" w:color="D79B22"/>
              <w:left w:val="single" w:sz="10" w:space="0" w:color="D79B22"/>
              <w:bottom w:val="single" w:sz="10" w:space="0" w:color="D79B22"/>
              <w:right w:val="single" w:sz="10" w:space="0" w:color="D79B22"/>
            </w:tcBorders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929C679" w14:textId="77777777" w:rsidR="00F15680" w:rsidRDefault="00000000">
            <w:pPr>
              <w:spacing w:after="0"/>
              <w:jc w:val="center"/>
            </w:pPr>
            <w:r>
              <w:rPr>
                <w:b/>
                <w:color w:val="082B78"/>
                <w:sz w:val="22"/>
              </w:rPr>
              <w:t>Scholarship Amount:  $1,000.00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32"/>
      </w:tblGrid>
      <w:tr w:rsidR="00F15680" w14:paraId="24201017" w14:textId="77777777">
        <w:trPr>
          <w:jc w:val="center"/>
        </w:trPr>
        <w:tc>
          <w:tcPr>
            <w:tcW w:w="11232" w:type="dxa"/>
            <w:shd w:val="clear" w:color="auto" w:fill="082B78"/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14BCA559" w14:textId="77777777" w:rsidR="00F1568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APPLICANT INFORMATION</w:t>
            </w:r>
          </w:p>
        </w:tc>
      </w:tr>
    </w:tbl>
    <w:p w14:paraId="7D160424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Full Name: </w:t>
      </w:r>
      <w:r>
        <w:rPr>
          <w:sz w:val="18"/>
        </w:rPr>
        <w:t>___________________________________________</w:t>
      </w:r>
      <w:r>
        <w:rPr>
          <w:b/>
          <w:sz w:val="18"/>
        </w:rPr>
        <w:t xml:space="preserve">   Date of Birth: </w:t>
      </w:r>
      <w:r>
        <w:rPr>
          <w:sz w:val="18"/>
        </w:rPr>
        <w:t>_______________</w:t>
      </w:r>
      <w:r>
        <w:rPr>
          <w:b/>
          <w:sz w:val="18"/>
        </w:rPr>
        <w:t xml:space="preserve">   Phone: </w:t>
      </w:r>
      <w:r>
        <w:rPr>
          <w:sz w:val="18"/>
        </w:rPr>
        <w:t>__________________</w:t>
      </w:r>
    </w:p>
    <w:p w14:paraId="50A9C559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Home Address: </w:t>
      </w:r>
      <w:r>
        <w:rPr>
          <w:sz w:val="18"/>
        </w:rPr>
        <w:t>_____________________________________________________________________________________________</w:t>
      </w:r>
    </w:p>
    <w:p w14:paraId="1C04D34E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City: </w:t>
      </w:r>
      <w:r>
        <w:rPr>
          <w:sz w:val="18"/>
        </w:rPr>
        <w:t>_______________________________________</w:t>
      </w:r>
      <w:r>
        <w:rPr>
          <w:b/>
          <w:sz w:val="18"/>
        </w:rPr>
        <w:t xml:space="preserve">   State: </w:t>
      </w:r>
      <w:r>
        <w:rPr>
          <w:sz w:val="18"/>
        </w:rPr>
        <w:t>_________________________</w:t>
      </w:r>
      <w:r>
        <w:rPr>
          <w:b/>
          <w:sz w:val="18"/>
        </w:rPr>
        <w:t xml:space="preserve">   ZIP: </w:t>
      </w:r>
      <w:r>
        <w:rPr>
          <w:sz w:val="18"/>
        </w:rPr>
        <w:t>___________________</w:t>
      </w:r>
    </w:p>
    <w:p w14:paraId="002B275D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Email: </w:t>
      </w:r>
      <w:r>
        <w:rPr>
          <w:sz w:val="18"/>
        </w:rPr>
        <w:t>________________________________________________________________________________________________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32"/>
      </w:tblGrid>
      <w:tr w:rsidR="00F15680" w14:paraId="7E973287" w14:textId="77777777">
        <w:trPr>
          <w:jc w:val="center"/>
        </w:trPr>
        <w:tc>
          <w:tcPr>
            <w:tcW w:w="11232" w:type="dxa"/>
            <w:shd w:val="clear" w:color="auto" w:fill="082B78"/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1291CDF7" w14:textId="77777777" w:rsidR="00F1568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EDUCATION INFORMATION</w:t>
            </w:r>
          </w:p>
        </w:tc>
      </w:tr>
    </w:tbl>
    <w:p w14:paraId="097A5D4A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Current School/College: </w:t>
      </w:r>
      <w:r>
        <w:rPr>
          <w:sz w:val="18"/>
        </w:rPr>
        <w:t>_____________________________________________________________________________</w:t>
      </w:r>
    </w:p>
    <w:p w14:paraId="36598952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School Address: </w:t>
      </w:r>
      <w:r>
        <w:rPr>
          <w:sz w:val="18"/>
        </w:rPr>
        <w:t>________________________________________________________________________________________</w:t>
      </w:r>
    </w:p>
    <w:p w14:paraId="23F5D36D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Current Grade Level/Year: </w:t>
      </w:r>
      <w:r>
        <w:rPr>
          <w:sz w:val="18"/>
        </w:rPr>
        <w:t>________________________________________</w:t>
      </w:r>
      <w:r>
        <w:rPr>
          <w:b/>
          <w:sz w:val="18"/>
        </w:rPr>
        <w:t xml:space="preserve">   Expected Graduation Date: </w:t>
      </w:r>
      <w:r>
        <w:rPr>
          <w:sz w:val="18"/>
        </w:rPr>
        <w:t>____________________________</w:t>
      </w:r>
    </w:p>
    <w:p w14:paraId="28BCBEC3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Current GPA: </w:t>
      </w:r>
      <w:r>
        <w:rPr>
          <w:sz w:val="18"/>
        </w:rPr>
        <w:t>________________________________________</w:t>
      </w:r>
    </w:p>
    <w:p w14:paraId="6BEF0139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College/University You Plan to Attend: </w:t>
      </w:r>
      <w:r>
        <w:rPr>
          <w:sz w:val="18"/>
        </w:rPr>
        <w:t>______________________________________________________________</w:t>
      </w:r>
    </w:p>
    <w:p w14:paraId="4B0EE55D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Intended Major/Field of Study: </w:t>
      </w:r>
      <w:r>
        <w:rPr>
          <w:sz w:val="18"/>
        </w:rPr>
        <w:t>_____________________________________________________________________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32"/>
      </w:tblGrid>
      <w:tr w:rsidR="00F15680" w14:paraId="343F7768" w14:textId="77777777">
        <w:trPr>
          <w:jc w:val="center"/>
        </w:trPr>
        <w:tc>
          <w:tcPr>
            <w:tcW w:w="11232" w:type="dxa"/>
            <w:shd w:val="clear" w:color="auto" w:fill="082B78"/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1581EBCB" w14:textId="77777777" w:rsidR="00F1568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ACTIVITIES &amp; COMMUNITY INVOLVEMENT</w:t>
            </w:r>
          </w:p>
        </w:tc>
      </w:tr>
    </w:tbl>
    <w:p w14:paraId="01D48E27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Extracurricular Activities: </w:t>
      </w:r>
      <w:r>
        <w:rPr>
          <w:sz w:val="18"/>
        </w:rPr>
        <w:t>_____________________________________________________________________________</w:t>
      </w:r>
    </w:p>
    <w:p w14:paraId="525E1894" w14:textId="77777777" w:rsidR="00F15680" w:rsidRDefault="00000000">
      <w:pPr>
        <w:spacing w:after="20" w:line="216" w:lineRule="auto"/>
      </w:pPr>
      <w:r>
        <w:rPr>
          <w:sz w:val="16"/>
        </w:rPr>
        <w:t>___________________________________________________________________________________________________________________</w:t>
      </w:r>
    </w:p>
    <w:p w14:paraId="7EE1B843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Community Service/Volunteer Experience: </w:t>
      </w:r>
      <w:r>
        <w:rPr>
          <w:sz w:val="18"/>
        </w:rPr>
        <w:t>___________________________________________________________</w:t>
      </w:r>
    </w:p>
    <w:p w14:paraId="3466D2A9" w14:textId="77777777" w:rsidR="00F15680" w:rsidRDefault="00000000">
      <w:pPr>
        <w:spacing w:after="20" w:line="216" w:lineRule="auto"/>
      </w:pPr>
      <w:r>
        <w:rPr>
          <w:sz w:val="16"/>
        </w:rPr>
        <w:t>___________________________________________________________________________________________________________________</w:t>
      </w:r>
    </w:p>
    <w:p w14:paraId="67AC5BA8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Awards, Honors or Achievements: </w:t>
      </w:r>
      <w:r>
        <w:rPr>
          <w:sz w:val="18"/>
        </w:rPr>
        <w:t>_________________________________________________________________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32"/>
      </w:tblGrid>
      <w:tr w:rsidR="00F15680" w14:paraId="2CD13F38" w14:textId="77777777">
        <w:trPr>
          <w:jc w:val="center"/>
        </w:trPr>
        <w:tc>
          <w:tcPr>
            <w:tcW w:w="11232" w:type="dxa"/>
            <w:shd w:val="clear" w:color="auto" w:fill="082B78"/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5A453A0F" w14:textId="77777777" w:rsidR="00F1568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SCHOLARSHIP QUESTIONS</w:t>
            </w:r>
          </w:p>
        </w:tc>
      </w:tr>
    </w:tbl>
    <w:p w14:paraId="72732527" w14:textId="77777777" w:rsidR="00F15680" w:rsidRDefault="00000000">
      <w:pPr>
        <w:spacing w:after="0" w:line="216" w:lineRule="auto"/>
      </w:pPr>
      <w:r>
        <w:rPr>
          <w:b/>
          <w:sz w:val="17"/>
        </w:rPr>
        <w:t xml:space="preserve">Why are you applying for this scholarship?  </w:t>
      </w:r>
      <w:r>
        <w:rPr>
          <w:sz w:val="16"/>
        </w:rPr>
        <w:t>_______________________________________________________________</w:t>
      </w:r>
    </w:p>
    <w:p w14:paraId="466532E4" w14:textId="77777777" w:rsidR="00F15680" w:rsidRDefault="00000000">
      <w:pPr>
        <w:spacing w:after="20" w:line="216" w:lineRule="auto"/>
      </w:pPr>
      <w:r>
        <w:rPr>
          <w:sz w:val="16"/>
        </w:rPr>
        <w:t>___________________________________________________________________________________________________________________</w:t>
      </w:r>
    </w:p>
    <w:p w14:paraId="335E3A0F" w14:textId="77777777" w:rsidR="00F15680" w:rsidRDefault="00000000">
      <w:pPr>
        <w:spacing w:after="0" w:line="216" w:lineRule="auto"/>
      </w:pPr>
      <w:r>
        <w:rPr>
          <w:b/>
          <w:sz w:val="17"/>
        </w:rPr>
        <w:t xml:space="preserve">Describe your educational and career goals:  </w:t>
      </w:r>
      <w:r>
        <w:rPr>
          <w:sz w:val="16"/>
        </w:rPr>
        <w:t>_______________________________________________________________</w:t>
      </w:r>
    </w:p>
    <w:p w14:paraId="40E61423" w14:textId="77777777" w:rsidR="00F15680" w:rsidRDefault="00000000">
      <w:pPr>
        <w:spacing w:after="20" w:line="216" w:lineRule="auto"/>
      </w:pPr>
      <w:r>
        <w:rPr>
          <w:sz w:val="16"/>
        </w:rPr>
        <w:t>___________________________________________________________________________________________________________________</w:t>
      </w:r>
    </w:p>
    <w:p w14:paraId="559F4F84" w14:textId="77777777" w:rsidR="00F15680" w:rsidRDefault="00000000">
      <w:pPr>
        <w:spacing w:after="0" w:line="216" w:lineRule="auto"/>
      </w:pPr>
      <w:r>
        <w:rPr>
          <w:b/>
          <w:sz w:val="17"/>
        </w:rPr>
        <w:t xml:space="preserve">How would receiving this scholarship help you achieve your goals?  </w:t>
      </w:r>
      <w:r>
        <w:rPr>
          <w:sz w:val="16"/>
        </w:rPr>
        <w:t>_______________________________________________________________</w:t>
      </w:r>
    </w:p>
    <w:p w14:paraId="5BBA5BC2" w14:textId="77777777" w:rsidR="00F15680" w:rsidRDefault="00000000">
      <w:pPr>
        <w:spacing w:after="20" w:line="216" w:lineRule="auto"/>
      </w:pPr>
      <w:r>
        <w:rPr>
          <w:sz w:val="16"/>
        </w:rPr>
        <w:t>___________________________________________________________________________________________________________________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32"/>
      </w:tblGrid>
      <w:tr w:rsidR="00F15680" w14:paraId="35C47718" w14:textId="77777777">
        <w:trPr>
          <w:jc w:val="center"/>
        </w:trPr>
        <w:tc>
          <w:tcPr>
            <w:tcW w:w="11232" w:type="dxa"/>
            <w:shd w:val="clear" w:color="auto" w:fill="082B78"/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175F1565" w14:textId="77777777" w:rsidR="00F1568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REFERENCES</w:t>
            </w:r>
          </w:p>
        </w:tc>
      </w:tr>
    </w:tbl>
    <w:p w14:paraId="4D199E6C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Reference Name: </w:t>
      </w:r>
      <w:r>
        <w:rPr>
          <w:sz w:val="18"/>
        </w:rPr>
        <w:t>__________________________________________________________________________________</w:t>
      </w:r>
    </w:p>
    <w:p w14:paraId="6ADF72BE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Relationship to Applicant: </w:t>
      </w:r>
      <w:r>
        <w:rPr>
          <w:sz w:val="18"/>
        </w:rPr>
        <w:t>________________________________________________________________________</w:t>
      </w:r>
    </w:p>
    <w:p w14:paraId="1941D73D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Phone/Email: </w:t>
      </w:r>
      <w:r>
        <w:rPr>
          <w:sz w:val="18"/>
        </w:rPr>
        <w:t>________________________________________________________________________________________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32"/>
      </w:tblGrid>
      <w:tr w:rsidR="00F15680" w14:paraId="0D9878C8" w14:textId="77777777">
        <w:trPr>
          <w:jc w:val="center"/>
        </w:trPr>
        <w:tc>
          <w:tcPr>
            <w:tcW w:w="11232" w:type="dxa"/>
            <w:shd w:val="clear" w:color="auto" w:fill="082B78"/>
            <w:tcMar>
              <w:top w:w="15" w:type="dxa"/>
              <w:left w:w="60" w:type="dxa"/>
              <w:bottom w:w="15" w:type="dxa"/>
              <w:right w:w="60" w:type="dxa"/>
            </w:tcMar>
          </w:tcPr>
          <w:p w14:paraId="0DEB0E83" w14:textId="77777777" w:rsidR="00F15680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APPLICANT CERTIFICATION</w:t>
            </w:r>
          </w:p>
        </w:tc>
      </w:tr>
    </w:tbl>
    <w:p w14:paraId="2D5E452F" w14:textId="77777777" w:rsidR="00F15680" w:rsidRDefault="00000000">
      <w:pPr>
        <w:spacing w:after="40" w:line="216" w:lineRule="auto"/>
      </w:pPr>
      <w:r>
        <w:rPr>
          <w:i/>
          <w:color w:val="082B78"/>
          <w:sz w:val="17"/>
        </w:rPr>
        <w:t>I certify that the information provided in this application is true and complete to the best of my knowledge.</w:t>
      </w:r>
    </w:p>
    <w:p w14:paraId="1490DC37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Applicant Signature: </w:t>
      </w:r>
      <w:r>
        <w:rPr>
          <w:sz w:val="18"/>
        </w:rPr>
        <w:t>_____________________________________________________________</w:t>
      </w:r>
      <w:r>
        <w:rPr>
          <w:b/>
          <w:sz w:val="18"/>
        </w:rPr>
        <w:t xml:space="preserve">   Date: </w:t>
      </w:r>
      <w:r>
        <w:rPr>
          <w:sz w:val="18"/>
        </w:rPr>
        <w:t>_________________________</w:t>
      </w:r>
    </w:p>
    <w:p w14:paraId="145CF00B" w14:textId="77777777" w:rsidR="00F15680" w:rsidRDefault="00000000">
      <w:pPr>
        <w:spacing w:after="20" w:line="216" w:lineRule="auto"/>
      </w:pPr>
      <w:r>
        <w:rPr>
          <w:b/>
          <w:sz w:val="18"/>
        </w:rPr>
        <w:t xml:space="preserve">Parent/Guardian Signature (if required): </w:t>
      </w:r>
      <w:r>
        <w:rPr>
          <w:sz w:val="18"/>
        </w:rPr>
        <w:t>___________________________________________</w:t>
      </w:r>
      <w:r>
        <w:rPr>
          <w:b/>
          <w:sz w:val="18"/>
        </w:rPr>
        <w:t xml:space="preserve">   Date: </w:t>
      </w:r>
      <w:r>
        <w:rPr>
          <w:sz w:val="18"/>
        </w:rPr>
        <w:t>_________________________</w:t>
      </w:r>
    </w:p>
    <w:sectPr w:rsidR="00F15680" w:rsidSect="00034616">
      <w:pgSz w:w="12240" w:h="15840"/>
      <w:pgMar w:top="360" w:right="504" w:bottom="403" w:left="504" w:header="720" w:footer="720" w:gutter="0"/>
      <w:pgBorders w:offsetFrom="page">
        <w:top w:val="single" w:sz="10" w:space="8" w:color="D79B22"/>
        <w:left w:val="single" w:sz="10" w:space="8" w:color="D79B22"/>
        <w:bottom w:val="single" w:sz="10" w:space="8" w:color="D79B22"/>
        <w:right w:val="single" w:sz="10" w:space="8" w:color="D79B2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1106905">
    <w:abstractNumId w:val="8"/>
  </w:num>
  <w:num w:numId="2" w16cid:durableId="665549510">
    <w:abstractNumId w:val="6"/>
  </w:num>
  <w:num w:numId="3" w16cid:durableId="177040570">
    <w:abstractNumId w:val="5"/>
  </w:num>
  <w:num w:numId="4" w16cid:durableId="1281911747">
    <w:abstractNumId w:val="4"/>
  </w:num>
  <w:num w:numId="5" w16cid:durableId="1948080658">
    <w:abstractNumId w:val="7"/>
  </w:num>
  <w:num w:numId="6" w16cid:durableId="117265537">
    <w:abstractNumId w:val="3"/>
  </w:num>
  <w:num w:numId="7" w16cid:durableId="1204319828">
    <w:abstractNumId w:val="2"/>
  </w:num>
  <w:num w:numId="8" w16cid:durableId="71389845">
    <w:abstractNumId w:val="1"/>
  </w:num>
  <w:num w:numId="9" w16cid:durableId="139658295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327AB"/>
    <w:rsid w:val="00AA1D8D"/>
    <w:rsid w:val="00AA7A01"/>
    <w:rsid w:val="00B47730"/>
    <w:rsid w:val="00CB0664"/>
    <w:rsid w:val="00F156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9BED9"/>
  <w14:defaultImageDpi w14:val="300"/>
  <w15:docId w15:val="{B9FE1493-D944-AF41-8046-EE207A65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Taylor, Samantha Janelle</cp:lastModifiedBy>
  <cp:revision>2</cp:revision>
  <dcterms:created xsi:type="dcterms:W3CDTF">2013-12-23T23:15:00Z</dcterms:created>
  <dcterms:modified xsi:type="dcterms:W3CDTF">2026-08-11T00:50:00Z</dcterms:modified>
  <cp:category/>
</cp:coreProperties>
</file>