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b/>
          <w:color w:val="17365D"/>
          <w:sz w:val="34"/>
        </w:rPr>
        <w:t>CIVIC COMPASS STUDENT CARDS</w:t>
      </w:r>
    </w:p>
    <w:p>
      <w:pPr>
        <w:spacing w:after="160"/>
        <w:jc w:val="center"/>
      </w:pPr>
      <w:r>
        <w:rPr>
          <w:color w:val="666666"/>
          <w:sz w:val="20"/>
        </w:rPr>
        <w:t>Print • Cut • Give one card to each student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57"/>
        <w:gridCol w:w="5357"/>
      </w:tblGrid>
      <w:tr>
        <w:trPr>
          <w:trHeight w:val="4104"/>
        </w:trPr>
        <w:tc>
          <w:tcPr>
            <w:tcW w:type="dxa" w:w="5472"/>
            <w:vAlign w:val="center"/>
            <w:shd w:fill="FFFFFF"/>
            <w:tcBorders>
              <w:top w:val="single" w:sz="8" w:color="B7C9DB"/>
              <w:left w:val="single" w:sz="8" w:color="B7C9DB"/>
              <w:bottom w:val="single" w:sz="8" w:color="B7C9DB"/>
              <w:right w:val="single" w:sz="8" w:color="B7C9DB"/>
            </w:tcBorders>
          </w:tcPr>
          <w:p>
            <w:pPr>
              <w:spacing w:after="40"/>
              <w:jc w:val="center"/>
            </w:pPr>
            <w:r>
              <w:rPr>
                <w:b/>
                <w:color w:val="2F75B5"/>
                <w:sz w:val="20"/>
              </w:rPr>
              <w:t>FIND YOUR CIVIC COMPASS</w:t>
            </w:r>
          </w:p>
          <w:p>
            <w:pPr>
              <w:spacing w:after="100"/>
              <w:jc w:val="center"/>
            </w:pPr>
            <w:r>
              <w:rPr>
                <w:b/>
                <w:color w:val="17365D"/>
                <w:sz w:val="24"/>
              </w:rPr>
              <w:t>YOUR VOICE STARTS WITH CURIOSITY</w:t>
            </w:r>
          </w:p>
          <w:p>
            <w:pPr>
              <w:spacing w:after="20"/>
            </w:pPr>
            <w:r>
              <w:rPr>
                <w:b/>
                <w:color w:val="2F75B5"/>
                <w:sz w:val="17"/>
              </w:rPr>
              <w:t xml:space="preserve">KNOW  </w:t>
            </w:r>
            <w:r>
              <w:rPr>
                <w:sz w:val="17"/>
              </w:rPr>
              <w:t>One thing I know:</w:t>
            </w:r>
          </w:p>
          <w:p>
            <w:pPr>
              <w:spacing w:after="40"/>
            </w:pPr>
            <w:r>
              <w:rPr>
                <w:sz w:val="16"/>
              </w:rPr>
              <w:t>______________________________</w:t>
            </w:r>
          </w:p>
          <w:p>
            <w:pPr>
              <w:spacing w:after="20"/>
            </w:pPr>
            <w:r>
              <w:rPr>
                <w:b/>
                <w:color w:val="2F75B5"/>
                <w:sz w:val="17"/>
              </w:rPr>
              <w:t xml:space="preserve">WONDER  </w:t>
            </w:r>
            <w:r>
              <w:rPr>
                <w:sz w:val="17"/>
              </w:rPr>
              <w:t>One thing I wonder:</w:t>
            </w:r>
          </w:p>
          <w:p>
            <w:pPr>
              <w:spacing w:after="40"/>
            </w:pPr>
            <w:r>
              <w:rPr>
                <w:sz w:val="16"/>
              </w:rPr>
              <w:t>______________________________</w:t>
            </w:r>
          </w:p>
          <w:p>
            <w:pPr>
              <w:spacing w:after="20"/>
            </w:pPr>
            <w:r>
              <w:rPr>
                <w:b/>
                <w:color w:val="2F75B5"/>
                <w:sz w:val="17"/>
              </w:rPr>
              <w:t xml:space="preserve">SEE  </w:t>
            </w:r>
            <w:r>
              <w:rPr>
                <w:sz w:val="17"/>
              </w:rPr>
              <w:t>Where I see civic life:</w:t>
            </w:r>
          </w:p>
          <w:p>
            <w:pPr>
              <w:spacing w:after="40"/>
            </w:pPr>
            <w:r>
              <w:rPr>
                <w:sz w:val="16"/>
              </w:rPr>
              <w:t>______________________________</w:t>
            </w:r>
          </w:p>
          <w:p>
            <w:pPr>
              <w:spacing w:after="20"/>
            </w:pPr>
            <w:r>
              <w:rPr>
                <w:b/>
                <w:color w:val="2F75B5"/>
                <w:sz w:val="17"/>
              </w:rPr>
              <w:t xml:space="preserve">EXPLORE  </w:t>
            </w:r>
            <w:r>
              <w:rPr>
                <w:sz w:val="17"/>
              </w:rPr>
              <w:t>One thing I want to explore:</w:t>
            </w:r>
          </w:p>
          <w:p>
            <w:pPr>
              <w:spacing w:after="40"/>
            </w:pPr>
            <w:r>
              <w:rPr>
                <w:sz w:val="16"/>
              </w:rPr>
              <w:t>______________________________</w:t>
            </w:r>
          </w:p>
          <w:p>
            <w:pPr>
              <w:spacing w:before="40"/>
              <w:jc w:val="center"/>
            </w:pPr>
            <w:r>
              <w:rPr>
                <w:b/>
                <w:color w:val="17365D"/>
                <w:sz w:val="17"/>
              </w:rPr>
              <w:t>BUILD → PLAN → EXPERIENCE → REFLECT</w:t>
            </w:r>
          </w:p>
        </w:tc>
        <w:tc>
          <w:tcPr>
            <w:tcW w:type="dxa" w:w="5472"/>
            <w:vAlign w:val="center"/>
            <w:shd w:fill="FFFFFF"/>
            <w:tcBorders>
              <w:top w:val="single" w:sz="8" w:color="B7C9DB"/>
              <w:left w:val="single" w:sz="8" w:color="B7C9DB"/>
              <w:bottom w:val="single" w:sz="8" w:color="B7C9DB"/>
              <w:right w:val="single" w:sz="8" w:color="B7C9DB"/>
            </w:tcBorders>
          </w:tcPr>
          <w:p>
            <w:pPr>
              <w:spacing w:after="40"/>
              <w:jc w:val="center"/>
            </w:pPr>
            <w:r>
              <w:rPr>
                <w:b/>
                <w:color w:val="2F75B5"/>
                <w:sz w:val="20"/>
              </w:rPr>
              <w:t>FIND YOUR CIVIC COMPASS</w:t>
            </w:r>
          </w:p>
          <w:p>
            <w:pPr>
              <w:spacing w:after="100"/>
              <w:jc w:val="center"/>
            </w:pPr>
            <w:r>
              <w:rPr>
                <w:b/>
                <w:color w:val="17365D"/>
                <w:sz w:val="24"/>
              </w:rPr>
              <w:t>YOUR VOICE STARTS WITH CURIOSITY</w:t>
            </w:r>
          </w:p>
          <w:p>
            <w:pPr>
              <w:spacing w:after="20"/>
            </w:pPr>
            <w:r>
              <w:rPr>
                <w:b/>
                <w:color w:val="2F75B5"/>
                <w:sz w:val="17"/>
              </w:rPr>
              <w:t xml:space="preserve">KNOW  </w:t>
            </w:r>
            <w:r>
              <w:rPr>
                <w:sz w:val="17"/>
              </w:rPr>
              <w:t>One thing I know:</w:t>
            </w:r>
          </w:p>
          <w:p>
            <w:pPr>
              <w:spacing w:after="40"/>
            </w:pPr>
            <w:r>
              <w:rPr>
                <w:sz w:val="16"/>
              </w:rPr>
              <w:t>______________________________</w:t>
            </w:r>
          </w:p>
          <w:p>
            <w:pPr>
              <w:spacing w:after="20"/>
            </w:pPr>
            <w:r>
              <w:rPr>
                <w:b/>
                <w:color w:val="2F75B5"/>
                <w:sz w:val="17"/>
              </w:rPr>
              <w:t xml:space="preserve">WONDER  </w:t>
            </w:r>
            <w:r>
              <w:rPr>
                <w:sz w:val="17"/>
              </w:rPr>
              <w:t>One thing I wonder:</w:t>
            </w:r>
          </w:p>
          <w:p>
            <w:pPr>
              <w:spacing w:after="40"/>
            </w:pPr>
            <w:r>
              <w:rPr>
                <w:sz w:val="16"/>
              </w:rPr>
              <w:t>______________________________</w:t>
            </w:r>
          </w:p>
          <w:p>
            <w:pPr>
              <w:spacing w:after="20"/>
            </w:pPr>
            <w:r>
              <w:rPr>
                <w:b/>
                <w:color w:val="2F75B5"/>
                <w:sz w:val="17"/>
              </w:rPr>
              <w:t xml:space="preserve">SEE  </w:t>
            </w:r>
            <w:r>
              <w:rPr>
                <w:sz w:val="17"/>
              </w:rPr>
              <w:t>Where I see civic life:</w:t>
            </w:r>
          </w:p>
          <w:p>
            <w:pPr>
              <w:spacing w:after="40"/>
            </w:pPr>
            <w:r>
              <w:rPr>
                <w:sz w:val="16"/>
              </w:rPr>
              <w:t>______________________________</w:t>
            </w:r>
          </w:p>
          <w:p>
            <w:pPr>
              <w:spacing w:after="20"/>
            </w:pPr>
            <w:r>
              <w:rPr>
                <w:b/>
                <w:color w:val="2F75B5"/>
                <w:sz w:val="17"/>
              </w:rPr>
              <w:t xml:space="preserve">EXPLORE  </w:t>
            </w:r>
            <w:r>
              <w:rPr>
                <w:sz w:val="17"/>
              </w:rPr>
              <w:t>One thing I want to explore:</w:t>
            </w:r>
          </w:p>
          <w:p>
            <w:pPr>
              <w:spacing w:after="40"/>
            </w:pPr>
            <w:r>
              <w:rPr>
                <w:sz w:val="16"/>
              </w:rPr>
              <w:t>______________________________</w:t>
            </w:r>
          </w:p>
          <w:p>
            <w:pPr>
              <w:spacing w:before="40"/>
              <w:jc w:val="center"/>
            </w:pPr>
            <w:r>
              <w:rPr>
                <w:b/>
                <w:color w:val="17365D"/>
                <w:sz w:val="17"/>
              </w:rPr>
              <w:t>BUILD → PLAN → EXPERIENCE → REFLECT</w:t>
            </w:r>
          </w:p>
        </w:tc>
      </w:tr>
      <w:tr>
        <w:trPr>
          <w:trHeight w:val="4104"/>
        </w:trPr>
        <w:tc>
          <w:tcPr>
            <w:tcW w:type="dxa" w:w="5472"/>
            <w:vAlign w:val="center"/>
            <w:shd w:fill="FFFFFF"/>
            <w:tcBorders>
              <w:top w:val="single" w:sz="8" w:color="B7C9DB"/>
              <w:left w:val="single" w:sz="8" w:color="B7C9DB"/>
              <w:bottom w:val="single" w:sz="8" w:color="B7C9DB"/>
              <w:right w:val="single" w:sz="8" w:color="B7C9DB"/>
            </w:tcBorders>
          </w:tcPr>
          <w:p>
            <w:pPr>
              <w:spacing w:after="40"/>
              <w:jc w:val="center"/>
            </w:pPr>
            <w:r>
              <w:rPr>
                <w:b/>
                <w:color w:val="2F75B5"/>
                <w:sz w:val="20"/>
              </w:rPr>
              <w:t>FIND YOUR CIVIC COMPASS</w:t>
            </w:r>
          </w:p>
          <w:p>
            <w:pPr>
              <w:spacing w:after="100"/>
              <w:jc w:val="center"/>
            </w:pPr>
            <w:r>
              <w:rPr>
                <w:b/>
                <w:color w:val="17365D"/>
                <w:sz w:val="24"/>
              </w:rPr>
              <w:t>YOUR VOICE STARTS WITH CURIOSITY</w:t>
            </w:r>
          </w:p>
          <w:p>
            <w:pPr>
              <w:spacing w:after="20"/>
            </w:pPr>
            <w:r>
              <w:rPr>
                <w:b/>
                <w:color w:val="2F75B5"/>
                <w:sz w:val="17"/>
              </w:rPr>
              <w:t xml:space="preserve">KNOW  </w:t>
            </w:r>
            <w:r>
              <w:rPr>
                <w:sz w:val="17"/>
              </w:rPr>
              <w:t>One thing I know:</w:t>
            </w:r>
          </w:p>
          <w:p>
            <w:pPr>
              <w:spacing w:after="40"/>
            </w:pPr>
            <w:r>
              <w:rPr>
                <w:sz w:val="16"/>
              </w:rPr>
              <w:t>______________________________</w:t>
            </w:r>
          </w:p>
          <w:p>
            <w:pPr>
              <w:spacing w:after="20"/>
            </w:pPr>
            <w:r>
              <w:rPr>
                <w:b/>
                <w:color w:val="2F75B5"/>
                <w:sz w:val="17"/>
              </w:rPr>
              <w:t xml:space="preserve">WONDER  </w:t>
            </w:r>
            <w:r>
              <w:rPr>
                <w:sz w:val="17"/>
              </w:rPr>
              <w:t>One thing I wonder:</w:t>
            </w:r>
          </w:p>
          <w:p>
            <w:pPr>
              <w:spacing w:after="40"/>
            </w:pPr>
            <w:r>
              <w:rPr>
                <w:sz w:val="16"/>
              </w:rPr>
              <w:t>______________________________</w:t>
            </w:r>
          </w:p>
          <w:p>
            <w:pPr>
              <w:spacing w:after="20"/>
            </w:pPr>
            <w:r>
              <w:rPr>
                <w:b/>
                <w:color w:val="2F75B5"/>
                <w:sz w:val="17"/>
              </w:rPr>
              <w:t xml:space="preserve">SEE  </w:t>
            </w:r>
            <w:r>
              <w:rPr>
                <w:sz w:val="17"/>
              </w:rPr>
              <w:t>Where I see civic life:</w:t>
            </w:r>
          </w:p>
          <w:p>
            <w:pPr>
              <w:spacing w:after="40"/>
            </w:pPr>
            <w:r>
              <w:rPr>
                <w:sz w:val="16"/>
              </w:rPr>
              <w:t>______________________________</w:t>
            </w:r>
          </w:p>
          <w:p>
            <w:pPr>
              <w:spacing w:after="20"/>
            </w:pPr>
            <w:r>
              <w:rPr>
                <w:b/>
                <w:color w:val="2F75B5"/>
                <w:sz w:val="17"/>
              </w:rPr>
              <w:t xml:space="preserve">EXPLORE  </w:t>
            </w:r>
            <w:r>
              <w:rPr>
                <w:sz w:val="17"/>
              </w:rPr>
              <w:t>One thing I want to explore:</w:t>
            </w:r>
          </w:p>
          <w:p>
            <w:pPr>
              <w:spacing w:after="40"/>
            </w:pPr>
            <w:r>
              <w:rPr>
                <w:sz w:val="16"/>
              </w:rPr>
              <w:t>______________________________</w:t>
            </w:r>
          </w:p>
          <w:p>
            <w:pPr>
              <w:spacing w:before="40"/>
              <w:jc w:val="center"/>
            </w:pPr>
            <w:r>
              <w:rPr>
                <w:b/>
                <w:color w:val="17365D"/>
                <w:sz w:val="17"/>
              </w:rPr>
              <w:t>BUILD → PLAN → EXPERIENCE → REFLECT</w:t>
            </w:r>
          </w:p>
        </w:tc>
        <w:tc>
          <w:tcPr>
            <w:tcW w:type="dxa" w:w="5472"/>
            <w:vAlign w:val="center"/>
            <w:shd w:fill="FFFFFF"/>
            <w:tcBorders>
              <w:top w:val="single" w:sz="8" w:color="B7C9DB"/>
              <w:left w:val="single" w:sz="8" w:color="B7C9DB"/>
              <w:bottom w:val="single" w:sz="8" w:color="B7C9DB"/>
              <w:right w:val="single" w:sz="8" w:color="B7C9DB"/>
            </w:tcBorders>
          </w:tcPr>
          <w:p>
            <w:pPr>
              <w:spacing w:after="40"/>
              <w:jc w:val="center"/>
            </w:pPr>
            <w:r>
              <w:rPr>
                <w:b/>
                <w:color w:val="2F75B5"/>
                <w:sz w:val="20"/>
              </w:rPr>
              <w:t>FIND YOUR CIVIC COMPASS</w:t>
            </w:r>
          </w:p>
          <w:p>
            <w:pPr>
              <w:spacing w:after="100"/>
              <w:jc w:val="center"/>
            </w:pPr>
            <w:r>
              <w:rPr>
                <w:b/>
                <w:color w:val="17365D"/>
                <w:sz w:val="24"/>
              </w:rPr>
              <w:t>YOUR VOICE STARTS WITH CURIOSITY</w:t>
            </w:r>
          </w:p>
          <w:p>
            <w:pPr>
              <w:spacing w:after="20"/>
            </w:pPr>
            <w:r>
              <w:rPr>
                <w:b/>
                <w:color w:val="2F75B5"/>
                <w:sz w:val="17"/>
              </w:rPr>
              <w:t xml:space="preserve">KNOW  </w:t>
            </w:r>
            <w:r>
              <w:rPr>
                <w:sz w:val="17"/>
              </w:rPr>
              <w:t>One thing I know:</w:t>
            </w:r>
          </w:p>
          <w:p>
            <w:pPr>
              <w:spacing w:after="40"/>
            </w:pPr>
            <w:r>
              <w:rPr>
                <w:sz w:val="16"/>
              </w:rPr>
              <w:t>______________________________</w:t>
            </w:r>
          </w:p>
          <w:p>
            <w:pPr>
              <w:spacing w:after="20"/>
            </w:pPr>
            <w:r>
              <w:rPr>
                <w:b/>
                <w:color w:val="2F75B5"/>
                <w:sz w:val="17"/>
              </w:rPr>
              <w:t xml:space="preserve">WONDER  </w:t>
            </w:r>
            <w:r>
              <w:rPr>
                <w:sz w:val="17"/>
              </w:rPr>
              <w:t>One thing I wonder:</w:t>
            </w:r>
          </w:p>
          <w:p>
            <w:pPr>
              <w:spacing w:after="40"/>
            </w:pPr>
            <w:r>
              <w:rPr>
                <w:sz w:val="16"/>
              </w:rPr>
              <w:t>______________________________</w:t>
            </w:r>
          </w:p>
          <w:p>
            <w:pPr>
              <w:spacing w:after="20"/>
            </w:pPr>
            <w:r>
              <w:rPr>
                <w:b/>
                <w:color w:val="2F75B5"/>
                <w:sz w:val="17"/>
              </w:rPr>
              <w:t xml:space="preserve">SEE  </w:t>
            </w:r>
            <w:r>
              <w:rPr>
                <w:sz w:val="17"/>
              </w:rPr>
              <w:t>Where I see civic life:</w:t>
            </w:r>
          </w:p>
          <w:p>
            <w:pPr>
              <w:spacing w:after="40"/>
            </w:pPr>
            <w:r>
              <w:rPr>
                <w:sz w:val="16"/>
              </w:rPr>
              <w:t>______________________________</w:t>
            </w:r>
          </w:p>
          <w:p>
            <w:pPr>
              <w:spacing w:after="20"/>
            </w:pPr>
            <w:r>
              <w:rPr>
                <w:b/>
                <w:color w:val="2F75B5"/>
                <w:sz w:val="17"/>
              </w:rPr>
              <w:t xml:space="preserve">EXPLORE  </w:t>
            </w:r>
            <w:r>
              <w:rPr>
                <w:sz w:val="17"/>
              </w:rPr>
              <w:t>One thing I want to explore:</w:t>
            </w:r>
          </w:p>
          <w:p>
            <w:pPr>
              <w:spacing w:after="40"/>
            </w:pPr>
            <w:r>
              <w:rPr>
                <w:sz w:val="16"/>
              </w:rPr>
              <w:t>______________________________</w:t>
            </w:r>
          </w:p>
          <w:p>
            <w:pPr>
              <w:spacing w:before="40"/>
              <w:jc w:val="center"/>
            </w:pPr>
            <w:r>
              <w:rPr>
                <w:b/>
                <w:color w:val="17365D"/>
                <w:sz w:val="17"/>
              </w:rPr>
              <w:t>BUILD → PLAN → EXPERIENCE → REFLECT</w:t>
            </w:r>
          </w:p>
        </w:tc>
      </w:tr>
      <w:tr>
        <w:trPr>
          <w:trHeight w:val="4104"/>
        </w:trPr>
        <w:tc>
          <w:tcPr>
            <w:tcW w:type="dxa" w:w="5472"/>
            <w:vAlign w:val="center"/>
            <w:shd w:fill="FFFFFF"/>
            <w:tcBorders>
              <w:top w:val="single" w:sz="8" w:color="B7C9DB"/>
              <w:left w:val="single" w:sz="8" w:color="B7C9DB"/>
              <w:bottom w:val="single" w:sz="8" w:color="B7C9DB"/>
              <w:right w:val="single" w:sz="8" w:color="B7C9DB"/>
            </w:tcBorders>
          </w:tcPr>
          <w:p>
            <w:pPr>
              <w:spacing w:after="40"/>
              <w:jc w:val="center"/>
            </w:pPr>
            <w:r>
              <w:rPr>
                <w:b/>
                <w:color w:val="2F75B5"/>
                <w:sz w:val="20"/>
              </w:rPr>
              <w:t>FIND YOUR CIVIC COMPASS</w:t>
            </w:r>
          </w:p>
          <w:p>
            <w:pPr>
              <w:spacing w:after="100"/>
              <w:jc w:val="center"/>
            </w:pPr>
            <w:r>
              <w:rPr>
                <w:b/>
                <w:color w:val="17365D"/>
                <w:sz w:val="24"/>
              </w:rPr>
              <w:t>YOUR VOICE STARTS WITH CURIOSITY</w:t>
            </w:r>
          </w:p>
          <w:p>
            <w:pPr>
              <w:spacing w:after="20"/>
            </w:pPr>
            <w:r>
              <w:rPr>
                <w:b/>
                <w:color w:val="2F75B5"/>
                <w:sz w:val="17"/>
              </w:rPr>
              <w:t xml:space="preserve">KNOW  </w:t>
            </w:r>
            <w:r>
              <w:rPr>
                <w:sz w:val="17"/>
              </w:rPr>
              <w:t>One thing I know:</w:t>
            </w:r>
          </w:p>
          <w:p>
            <w:pPr>
              <w:spacing w:after="40"/>
            </w:pPr>
            <w:r>
              <w:rPr>
                <w:sz w:val="16"/>
              </w:rPr>
              <w:t>______________________________</w:t>
            </w:r>
          </w:p>
          <w:p>
            <w:pPr>
              <w:spacing w:after="20"/>
            </w:pPr>
            <w:r>
              <w:rPr>
                <w:b/>
                <w:color w:val="2F75B5"/>
                <w:sz w:val="17"/>
              </w:rPr>
              <w:t xml:space="preserve">WONDER  </w:t>
            </w:r>
            <w:r>
              <w:rPr>
                <w:sz w:val="17"/>
              </w:rPr>
              <w:t>One thing I wonder:</w:t>
            </w:r>
          </w:p>
          <w:p>
            <w:pPr>
              <w:spacing w:after="40"/>
            </w:pPr>
            <w:r>
              <w:rPr>
                <w:sz w:val="16"/>
              </w:rPr>
              <w:t>______________________________</w:t>
            </w:r>
          </w:p>
          <w:p>
            <w:pPr>
              <w:spacing w:after="20"/>
            </w:pPr>
            <w:r>
              <w:rPr>
                <w:b/>
                <w:color w:val="2F75B5"/>
                <w:sz w:val="17"/>
              </w:rPr>
              <w:t xml:space="preserve">SEE  </w:t>
            </w:r>
            <w:r>
              <w:rPr>
                <w:sz w:val="17"/>
              </w:rPr>
              <w:t>Where I see civic life:</w:t>
            </w:r>
          </w:p>
          <w:p>
            <w:pPr>
              <w:spacing w:after="40"/>
            </w:pPr>
            <w:r>
              <w:rPr>
                <w:sz w:val="16"/>
              </w:rPr>
              <w:t>______________________________</w:t>
            </w:r>
          </w:p>
          <w:p>
            <w:pPr>
              <w:spacing w:after="20"/>
            </w:pPr>
            <w:r>
              <w:rPr>
                <w:b/>
                <w:color w:val="2F75B5"/>
                <w:sz w:val="17"/>
              </w:rPr>
              <w:t xml:space="preserve">EXPLORE  </w:t>
            </w:r>
            <w:r>
              <w:rPr>
                <w:sz w:val="17"/>
              </w:rPr>
              <w:t>One thing I want to explore:</w:t>
            </w:r>
          </w:p>
          <w:p>
            <w:pPr>
              <w:spacing w:after="40"/>
            </w:pPr>
            <w:r>
              <w:rPr>
                <w:sz w:val="16"/>
              </w:rPr>
              <w:t>______________________________</w:t>
            </w:r>
          </w:p>
          <w:p>
            <w:pPr>
              <w:spacing w:before="40"/>
              <w:jc w:val="center"/>
            </w:pPr>
            <w:r>
              <w:rPr>
                <w:b/>
                <w:color w:val="17365D"/>
                <w:sz w:val="17"/>
              </w:rPr>
              <w:t>BUILD → PLAN → EXPERIENCE → REFLECT</w:t>
            </w:r>
          </w:p>
        </w:tc>
        <w:tc>
          <w:tcPr>
            <w:tcW w:type="dxa" w:w="5472"/>
            <w:vAlign w:val="center"/>
            <w:shd w:fill="FFFFFF"/>
            <w:tcBorders>
              <w:top w:val="single" w:sz="8" w:color="B7C9DB"/>
              <w:left w:val="single" w:sz="8" w:color="B7C9DB"/>
              <w:bottom w:val="single" w:sz="8" w:color="B7C9DB"/>
              <w:right w:val="single" w:sz="8" w:color="B7C9DB"/>
            </w:tcBorders>
          </w:tcPr>
          <w:p>
            <w:pPr>
              <w:spacing w:after="40"/>
              <w:jc w:val="center"/>
            </w:pPr>
            <w:r>
              <w:rPr>
                <w:b/>
                <w:color w:val="2F75B5"/>
                <w:sz w:val="20"/>
              </w:rPr>
              <w:t>FIND YOUR CIVIC COMPASS</w:t>
            </w:r>
          </w:p>
          <w:p>
            <w:pPr>
              <w:spacing w:after="100"/>
              <w:jc w:val="center"/>
            </w:pPr>
            <w:r>
              <w:rPr>
                <w:b/>
                <w:color w:val="17365D"/>
                <w:sz w:val="24"/>
              </w:rPr>
              <w:t>YOUR VOICE STARTS WITH CURIOSITY</w:t>
            </w:r>
          </w:p>
          <w:p>
            <w:pPr>
              <w:spacing w:after="20"/>
            </w:pPr>
            <w:r>
              <w:rPr>
                <w:b/>
                <w:color w:val="2F75B5"/>
                <w:sz w:val="17"/>
              </w:rPr>
              <w:t xml:space="preserve">KNOW  </w:t>
            </w:r>
            <w:r>
              <w:rPr>
                <w:sz w:val="17"/>
              </w:rPr>
              <w:t>One thing I know:</w:t>
            </w:r>
          </w:p>
          <w:p>
            <w:pPr>
              <w:spacing w:after="40"/>
            </w:pPr>
            <w:r>
              <w:rPr>
                <w:sz w:val="16"/>
              </w:rPr>
              <w:t>______________________________</w:t>
            </w:r>
          </w:p>
          <w:p>
            <w:pPr>
              <w:spacing w:after="20"/>
            </w:pPr>
            <w:r>
              <w:rPr>
                <w:b/>
                <w:color w:val="2F75B5"/>
                <w:sz w:val="17"/>
              </w:rPr>
              <w:t xml:space="preserve">WONDER  </w:t>
            </w:r>
            <w:r>
              <w:rPr>
                <w:sz w:val="17"/>
              </w:rPr>
              <w:t>One thing I wonder:</w:t>
            </w:r>
          </w:p>
          <w:p>
            <w:pPr>
              <w:spacing w:after="40"/>
            </w:pPr>
            <w:r>
              <w:rPr>
                <w:sz w:val="16"/>
              </w:rPr>
              <w:t>______________________________</w:t>
            </w:r>
          </w:p>
          <w:p>
            <w:pPr>
              <w:spacing w:after="20"/>
            </w:pPr>
            <w:r>
              <w:rPr>
                <w:b/>
                <w:color w:val="2F75B5"/>
                <w:sz w:val="17"/>
              </w:rPr>
              <w:t xml:space="preserve">SEE  </w:t>
            </w:r>
            <w:r>
              <w:rPr>
                <w:sz w:val="17"/>
              </w:rPr>
              <w:t>Where I see civic life:</w:t>
            </w:r>
          </w:p>
          <w:p>
            <w:pPr>
              <w:spacing w:after="40"/>
            </w:pPr>
            <w:r>
              <w:rPr>
                <w:sz w:val="16"/>
              </w:rPr>
              <w:t>______________________________</w:t>
            </w:r>
          </w:p>
          <w:p>
            <w:pPr>
              <w:spacing w:after="20"/>
            </w:pPr>
            <w:r>
              <w:rPr>
                <w:b/>
                <w:color w:val="2F75B5"/>
                <w:sz w:val="17"/>
              </w:rPr>
              <w:t xml:space="preserve">EXPLORE  </w:t>
            </w:r>
            <w:r>
              <w:rPr>
                <w:sz w:val="17"/>
              </w:rPr>
              <w:t>One thing I want to explore:</w:t>
            </w:r>
          </w:p>
          <w:p>
            <w:pPr>
              <w:spacing w:after="40"/>
            </w:pPr>
            <w:r>
              <w:rPr>
                <w:sz w:val="16"/>
              </w:rPr>
              <w:t>______________________________</w:t>
            </w:r>
          </w:p>
          <w:p>
            <w:pPr>
              <w:spacing w:before="40"/>
              <w:jc w:val="center"/>
            </w:pPr>
            <w:r>
              <w:rPr>
                <w:b/>
                <w:color w:val="17365D"/>
                <w:sz w:val="17"/>
              </w:rPr>
              <w:t>BUILD → PLAN → EXPERIENCE → REFLECT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>Lower 9th Ward Voter’s Coalition | Civic Compass Launch Kit | L9WVC.org/compass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