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785" w:rsidRDefault="00F4459F">
      <w:pPr>
        <w:jc w:val="center"/>
        <w:rPr>
          <w:rFonts w:hint="eastAsia"/>
        </w:rPr>
      </w:pPr>
      <w:r>
        <w:rPr>
          <w:b/>
          <w:sz w:val="40"/>
        </w:rPr>
        <w:t>CATALYST ONE</w:t>
      </w:r>
      <w:bookmarkStart w:id="0" w:name="_GoBack"/>
      <w:bookmarkEnd w:id="0"/>
    </w:p>
    <w:p w:rsidR="006B1785" w:rsidRDefault="00F4459F">
      <w:pPr>
        <w:jc w:val="center"/>
        <w:rPr>
          <w:rFonts w:hint="eastAsia"/>
        </w:rPr>
      </w:pPr>
      <w:r>
        <w:rPr>
          <w:b/>
          <w:sz w:val="28"/>
        </w:rPr>
        <w:t>STUDENT APPLICATION</w:t>
      </w:r>
    </w:p>
    <w:p w:rsidR="006B1785" w:rsidRDefault="00F4459F">
      <w:pPr>
        <w:jc w:val="center"/>
        <w:rPr>
          <w:rFonts w:hint="eastAsia"/>
        </w:rPr>
      </w:pPr>
      <w:r>
        <w:t>Certificate in Christian Leadership &amp; Applied Theology</w:t>
      </w:r>
    </w:p>
    <w:p w:rsidR="006B1785" w:rsidRDefault="00F4459F">
      <w:pPr>
        <w:jc w:val="center"/>
        <w:rPr>
          <w:sz w:val="24"/>
          <w:szCs w:val="24"/>
        </w:rPr>
      </w:pPr>
      <w:proofErr w:type="gramStart"/>
      <w:r w:rsidRPr="00F4459F">
        <w:rPr>
          <w:sz w:val="24"/>
          <w:szCs w:val="24"/>
        </w:rPr>
        <w:t>Formation  |</w:t>
      </w:r>
      <w:proofErr w:type="gramEnd"/>
      <w:r w:rsidRPr="00F4459F">
        <w:rPr>
          <w:sz w:val="24"/>
          <w:szCs w:val="24"/>
        </w:rPr>
        <w:t xml:space="preserve">  Theology  |  Leadership  |  Kingdom Practice</w:t>
      </w:r>
    </w:p>
    <w:p w:rsidR="00F4459F" w:rsidRPr="00F4459F" w:rsidRDefault="00F4459F">
      <w:pPr>
        <w:jc w:val="center"/>
        <w:rPr>
          <w:rFonts w:hint="eastAsia"/>
          <w:sz w:val="24"/>
          <w:szCs w:val="24"/>
        </w:rPr>
      </w:pPr>
    </w:p>
    <w:p w:rsidR="006B1785" w:rsidRPr="00F4459F" w:rsidRDefault="00F4459F">
      <w:pPr>
        <w:rPr>
          <w:rFonts w:hint="eastAsia"/>
          <w:sz w:val="24"/>
          <w:szCs w:val="24"/>
        </w:rPr>
      </w:pPr>
      <w:r w:rsidRPr="00F4459F">
        <w:rPr>
          <w:sz w:val="24"/>
          <w:szCs w:val="24"/>
        </w:rPr>
        <w:t xml:space="preserve">Thank you for your interest in Catalyst </w:t>
      </w:r>
      <w:proofErr w:type="gramStart"/>
      <w:r w:rsidRPr="00F4459F">
        <w:rPr>
          <w:sz w:val="24"/>
          <w:szCs w:val="24"/>
        </w:rPr>
        <w:t>One</w:t>
      </w:r>
      <w:proofErr w:type="gramEnd"/>
      <w:r w:rsidRPr="00F4459F">
        <w:rPr>
          <w:sz w:val="24"/>
          <w:szCs w:val="24"/>
        </w:rPr>
        <w:t>. Catalyst One exists to develop men and women who desire to grow</w:t>
      </w:r>
      <w:r w:rsidRPr="00F4459F">
        <w:rPr>
          <w:sz w:val="24"/>
          <w:szCs w:val="24"/>
        </w:rPr>
        <w:t xml:space="preserve"> in the knowledge of God, become deeply formed in Christ, understand Scripture and Christian theology, and become equipped to serve faithfully in the Church, their families, their communities, and their God-given calling.</w:t>
      </w:r>
    </w:p>
    <w:p w:rsidR="006B1785" w:rsidRPr="00F4459F" w:rsidRDefault="00F4459F">
      <w:pPr>
        <w:rPr>
          <w:sz w:val="24"/>
          <w:szCs w:val="24"/>
        </w:rPr>
      </w:pPr>
      <w:r w:rsidRPr="00F4459F">
        <w:rPr>
          <w:sz w:val="24"/>
          <w:szCs w:val="24"/>
        </w:rPr>
        <w:t xml:space="preserve">Admission </w:t>
      </w:r>
      <w:proofErr w:type="gramStart"/>
      <w:r w:rsidRPr="00F4459F">
        <w:rPr>
          <w:sz w:val="24"/>
          <w:szCs w:val="24"/>
        </w:rPr>
        <w:t>is not based</w:t>
      </w:r>
      <w:proofErr w:type="gramEnd"/>
      <w:r w:rsidRPr="00F4459F">
        <w:rPr>
          <w:sz w:val="24"/>
          <w:szCs w:val="24"/>
        </w:rPr>
        <w:t xml:space="preserve"> upon academ</w:t>
      </w:r>
      <w:r w:rsidRPr="00F4459F">
        <w:rPr>
          <w:sz w:val="24"/>
          <w:szCs w:val="24"/>
        </w:rPr>
        <w:t>ic achievement alone. We are looking for students who demonstrate a sincere commitment to Jesus Christ, a willingness to learn, a teachable spirit, and a desire to grow in Christian character and service. Please complete this application prayerfully and ho</w:t>
      </w:r>
      <w:r w:rsidRPr="00F4459F">
        <w:rPr>
          <w:sz w:val="24"/>
          <w:szCs w:val="24"/>
        </w:rPr>
        <w:t>nestly.</w:t>
      </w:r>
    </w:p>
    <w:p w:rsidR="00F4459F" w:rsidRDefault="00F4459F"/>
    <w:p w:rsidR="00F4459F" w:rsidRDefault="00F4459F">
      <w:pPr>
        <w:rPr>
          <w:rFonts w:hint="eastAsia"/>
        </w:rPr>
      </w:pPr>
    </w:p>
    <w:p w:rsidR="006B1785" w:rsidRDefault="00F4459F">
      <w:pPr>
        <w:spacing w:before="140"/>
        <w:rPr>
          <w:rFonts w:hint="eastAsia"/>
        </w:rPr>
      </w:pPr>
      <w:r>
        <w:rPr>
          <w:b/>
          <w:sz w:val="24"/>
        </w:rPr>
        <w:t>I. PERSONAL INFORMATION</w:t>
      </w:r>
    </w:p>
    <w:p w:rsidR="006B1785" w:rsidRDefault="00F4459F">
      <w:pPr>
        <w:rPr>
          <w:rFonts w:hint="eastAsia"/>
        </w:rPr>
      </w:pPr>
      <w:r>
        <w:t>Full Legal Name: ________________________________________________________________________</w:t>
      </w:r>
    </w:p>
    <w:p w:rsidR="006B1785" w:rsidRDefault="00F4459F">
      <w:pPr>
        <w:rPr>
          <w:rFonts w:hint="eastAsia"/>
        </w:rPr>
      </w:pPr>
      <w:r>
        <w:t>Preferred Name: ________________________________________________________________________</w:t>
      </w:r>
    </w:p>
    <w:p w:rsidR="006B1785" w:rsidRDefault="00F4459F">
      <w:pPr>
        <w:rPr>
          <w:rFonts w:hint="eastAsia"/>
        </w:rPr>
      </w:pPr>
      <w:r>
        <w:t>Date of Birth: ______________________________</w:t>
      </w:r>
      <w:r>
        <w:t>__________________________________________</w:t>
      </w:r>
    </w:p>
    <w:p w:rsidR="006B1785" w:rsidRDefault="00F4459F">
      <w:pPr>
        <w:rPr>
          <w:rFonts w:hint="eastAsia"/>
        </w:rPr>
      </w:pPr>
      <w:r>
        <w:t>Address: ________________________________________________________________________</w:t>
      </w:r>
    </w:p>
    <w:p w:rsidR="006B1785" w:rsidRDefault="00F4459F">
      <w:pPr>
        <w:rPr>
          <w:rFonts w:hint="eastAsia"/>
        </w:rPr>
      </w:pPr>
      <w:r>
        <w:t>City / State / ZIP: ________________________________________________________________________</w:t>
      </w:r>
    </w:p>
    <w:p w:rsidR="006B1785" w:rsidRDefault="00F4459F">
      <w:pPr>
        <w:rPr>
          <w:rFonts w:hint="eastAsia"/>
        </w:rPr>
      </w:pPr>
      <w:r>
        <w:t>Phone: _______________________________</w:t>
      </w:r>
      <w:r>
        <w:t>_________________________________________</w:t>
      </w:r>
    </w:p>
    <w:p w:rsidR="006B1785" w:rsidRDefault="00F4459F">
      <w:pPr>
        <w:rPr>
          <w:rFonts w:hint="eastAsia"/>
        </w:rPr>
      </w:pPr>
      <w:r>
        <w:t>Email: ________________________________________________________________________</w:t>
      </w:r>
    </w:p>
    <w:p w:rsidR="006B1785" w:rsidRDefault="00F4459F">
      <w:pPr>
        <w:rPr>
          <w:rFonts w:hint="eastAsia"/>
        </w:rPr>
      </w:pPr>
      <w:r>
        <w:t>Marital Status: ________________________________________________________________________</w:t>
      </w:r>
    </w:p>
    <w:p w:rsidR="006B1785" w:rsidRDefault="00F4459F">
      <w:pPr>
        <w:rPr>
          <w:rFonts w:hint="eastAsia"/>
        </w:rPr>
      </w:pPr>
      <w:r>
        <w:t>Occupation / Employer: ______________________</w:t>
      </w:r>
      <w:r>
        <w:t>_________________________________</w:t>
      </w:r>
    </w:p>
    <w:p w:rsidR="006B1785" w:rsidRDefault="00F4459F">
      <w:pPr>
        <w:rPr>
          <w:rFonts w:hint="eastAsia"/>
        </w:rPr>
      </w:pPr>
      <w:r>
        <w:t>Highest Level of Education Completed: _______________________________________________________</w:t>
      </w:r>
    </w:p>
    <w:p w:rsidR="00F4459F" w:rsidRDefault="00F4459F">
      <w:pPr>
        <w:spacing w:before="140"/>
        <w:rPr>
          <w:b/>
          <w:sz w:val="24"/>
        </w:rPr>
      </w:pPr>
    </w:p>
    <w:p w:rsidR="006B1785" w:rsidRDefault="00F4459F">
      <w:pPr>
        <w:spacing w:before="140"/>
        <w:rPr>
          <w:rFonts w:hint="eastAsia"/>
        </w:rPr>
      </w:pPr>
      <w:r>
        <w:rPr>
          <w:b/>
          <w:sz w:val="24"/>
        </w:rPr>
        <w:t>II. CHURCH &amp; MINISTRY INFORMATION</w:t>
      </w:r>
    </w:p>
    <w:p w:rsidR="006B1785" w:rsidRDefault="00F4459F">
      <w:pPr>
        <w:rPr>
          <w:rFonts w:hint="eastAsia"/>
        </w:rPr>
      </w:pPr>
      <w:r>
        <w:t>Current Church: _________________________________________________________________</w:t>
      </w:r>
    </w:p>
    <w:p w:rsidR="006B1785" w:rsidRDefault="00F4459F">
      <w:pPr>
        <w:rPr>
          <w:rFonts w:hint="eastAsia"/>
        </w:rPr>
      </w:pPr>
      <w:r>
        <w:t xml:space="preserve">Church City </w:t>
      </w:r>
      <w:r>
        <w:t>/ State: _________________________________________________________________</w:t>
      </w:r>
    </w:p>
    <w:p w:rsidR="006B1785" w:rsidRDefault="00F4459F">
      <w:pPr>
        <w:rPr>
          <w:rFonts w:hint="eastAsia"/>
        </w:rPr>
      </w:pPr>
      <w:r>
        <w:t>Pastor's Name: _________________________________________________________________</w:t>
      </w:r>
    </w:p>
    <w:p w:rsidR="006B1785" w:rsidRDefault="00F4459F">
      <w:pPr>
        <w:rPr>
          <w:rFonts w:hint="eastAsia"/>
        </w:rPr>
      </w:pPr>
      <w:r>
        <w:t>How long have you attended this church? ____________________________________________________________</w:t>
      </w:r>
      <w:r>
        <w:t>_____</w:t>
      </w:r>
    </w:p>
    <w:p w:rsidR="006B1785" w:rsidRDefault="00F4459F">
      <w:pPr>
        <w:rPr>
          <w:rFonts w:hint="eastAsia"/>
        </w:rPr>
      </w:pPr>
      <w:r>
        <w:t>Are you currently a member of a local church?</w:t>
      </w:r>
    </w:p>
    <w:p w:rsidR="006B1785" w:rsidRDefault="00F4459F">
      <w:pPr>
        <w:rPr>
          <w:rFonts w:hint="eastAsia"/>
        </w:rPr>
      </w:pPr>
      <w:r>
        <w:t>☐</w:t>
      </w:r>
      <w:r>
        <w:t xml:space="preserve"> Yes   ☐ No</w:t>
      </w:r>
    </w:p>
    <w:p w:rsidR="006B1785" w:rsidRDefault="00F4459F">
      <w:pPr>
        <w:rPr>
          <w:rFonts w:hint="eastAsia"/>
        </w:rPr>
      </w:pPr>
      <w:r>
        <w:t>Are you currently serving in your local church?</w:t>
      </w:r>
    </w:p>
    <w:p w:rsidR="006B1785" w:rsidRDefault="00F4459F">
      <w:pPr>
        <w:rPr>
          <w:rFonts w:hint="eastAsia"/>
        </w:rPr>
      </w:pPr>
      <w:r>
        <w:t>☐</w:t>
      </w:r>
      <w:r>
        <w:t xml:space="preserve"> Yes   ☐ No</w:t>
      </w:r>
    </w:p>
    <w:p w:rsidR="006B1785" w:rsidRDefault="00F4459F">
      <w:pPr>
        <w:rPr>
          <w:rFonts w:hint="eastAsia"/>
        </w:rPr>
      </w:pPr>
      <w:r>
        <w:t>If yes, please describe your area of service:</w:t>
      </w:r>
    </w:p>
    <w:p w:rsidR="006B1785" w:rsidRDefault="00F4459F">
      <w:pPr>
        <w:rPr>
          <w:rFonts w:hint="eastAsia"/>
        </w:rPr>
      </w:pPr>
      <w:r>
        <w:t>____________________________________________________________________________________</w:t>
      </w:r>
      <w:r>
        <w:t>__________________________________________________________________________________________________________________________</w:t>
      </w:r>
    </w:p>
    <w:p w:rsidR="00F4459F" w:rsidRDefault="00F4459F"/>
    <w:p w:rsidR="006B1785" w:rsidRDefault="00F4459F">
      <w:pPr>
        <w:rPr>
          <w:rFonts w:hint="eastAsia"/>
        </w:rPr>
      </w:pPr>
      <w:r>
        <w:lastRenderedPageBreak/>
        <w:t>Have you previously served in ministry or Christian leadership?</w:t>
      </w:r>
    </w:p>
    <w:p w:rsidR="006B1785" w:rsidRDefault="00F4459F">
      <w:pPr>
        <w:rPr>
          <w:rFonts w:hint="eastAsia"/>
        </w:rPr>
      </w:pPr>
      <w:r>
        <w:t>☐</w:t>
      </w:r>
      <w:r>
        <w:t xml:space="preserve"> Yes   ☐ No</w:t>
      </w:r>
    </w:p>
    <w:p w:rsidR="006B1785" w:rsidRDefault="00F4459F">
      <w:pPr>
        <w:rPr>
          <w:rFonts w:hint="eastAsia"/>
        </w:rPr>
      </w:pPr>
      <w:r>
        <w:t>If yes, please briefly describe:</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Do you currently believe God has calle</w:t>
      </w:r>
      <w:r>
        <w:t>d you to a particular area of ministry, leadership, vocation, or service?</w:t>
      </w:r>
    </w:p>
    <w:p w:rsidR="006B1785" w:rsidRDefault="00F4459F">
      <w:pPr>
        <w:rPr>
          <w:rFonts w:hint="eastAsia"/>
        </w:rPr>
      </w:pPr>
      <w:r>
        <w:t>☐</w:t>
      </w:r>
      <w:r>
        <w:t xml:space="preserve"> Yes   ☐ No   ☐ Unsure / Still Discerning</w:t>
      </w:r>
    </w:p>
    <w:p w:rsidR="006B1785" w:rsidRDefault="00F4459F">
      <w:pPr>
        <w:rPr>
          <w:rFonts w:hint="eastAsia"/>
        </w:rPr>
      </w:pPr>
      <w:r>
        <w:t>If yes, please explain:</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w:t>
      </w:r>
      <w:r>
        <w:t>_________________________________________________________________________________________________</w:t>
      </w:r>
    </w:p>
    <w:p w:rsidR="00F4459F" w:rsidRDefault="00F4459F">
      <w:pPr>
        <w:spacing w:before="140"/>
        <w:rPr>
          <w:b/>
          <w:sz w:val="24"/>
        </w:rPr>
      </w:pPr>
    </w:p>
    <w:p w:rsidR="006B1785" w:rsidRDefault="00F4459F">
      <w:pPr>
        <w:spacing w:before="140"/>
        <w:rPr>
          <w:rFonts w:hint="eastAsia"/>
        </w:rPr>
      </w:pPr>
      <w:r>
        <w:rPr>
          <w:b/>
          <w:sz w:val="24"/>
        </w:rPr>
        <w:t>III. YOUR LIFE WITH CHRIST</w:t>
      </w:r>
    </w:p>
    <w:p w:rsidR="006B1785" w:rsidRDefault="00F4459F">
      <w:pPr>
        <w:rPr>
          <w:rFonts w:hint="eastAsia"/>
        </w:rPr>
      </w:pPr>
      <w:r>
        <w:rPr>
          <w:b/>
        </w:rPr>
        <w:t>Salvation / New Birth</w:t>
      </w:r>
    </w:p>
    <w:p w:rsidR="006B1785" w:rsidRDefault="00F4459F">
      <w:pPr>
        <w:rPr>
          <w:rFonts w:hint="eastAsia"/>
        </w:rPr>
      </w:pPr>
      <w:r>
        <w:t>Have you personally placed your faith in Jesus Christ and experienced the new birth?</w:t>
      </w:r>
    </w:p>
    <w:p w:rsidR="006B1785" w:rsidRDefault="00F4459F">
      <w:pPr>
        <w:rPr>
          <w:rFonts w:hint="eastAsia"/>
        </w:rPr>
      </w:pPr>
      <w:r>
        <w:t>☐</w:t>
      </w:r>
      <w:r>
        <w:t xml:space="preserve"> Yes   ☐ No</w:t>
      </w:r>
    </w:p>
    <w:p w:rsidR="006B1785" w:rsidRDefault="00F4459F">
      <w:pPr>
        <w:rPr>
          <w:rFonts w:hint="eastAsia"/>
        </w:rPr>
      </w:pPr>
      <w:r>
        <w:t>Approx</w:t>
      </w:r>
      <w:r>
        <w:t>imate date or year: __________________________________________________________</w:t>
      </w:r>
    </w:p>
    <w:p w:rsidR="006B1785" w:rsidRDefault="00F4459F">
      <w:pPr>
        <w:rPr>
          <w:rFonts w:hint="eastAsia"/>
        </w:rPr>
      </w:pPr>
      <w:r>
        <w:t>Please briefly share your testimony. Tell us how you came to faith in Jesus Christ and what that encounter with Christ has meant in your life.</w:t>
      </w:r>
    </w:p>
    <w:p w:rsidR="006B1785" w:rsidRDefault="00F4459F">
      <w:pPr>
        <w:rPr>
          <w:rFonts w:hint="eastAsia"/>
        </w:rPr>
      </w:pPr>
      <w:r>
        <w:t>____________________________________________________________________________________________________________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____________________________________________________________________________________________________________</w:t>
      </w:r>
    </w:p>
    <w:p w:rsidR="006B1785" w:rsidRDefault="00F4459F">
      <w:pPr>
        <w:rPr>
          <w:rFonts w:hint="eastAsia"/>
        </w:rPr>
      </w:pPr>
      <w:r>
        <w:t>______________________________________</w:t>
      </w:r>
      <w:r>
        <w:t>______________________________________________________________________</w:t>
      </w:r>
    </w:p>
    <w:p w:rsidR="006B1785" w:rsidRDefault="00F4459F">
      <w:pPr>
        <w:rPr>
          <w:rFonts w:hint="eastAsia"/>
        </w:rPr>
      </w:pPr>
      <w:r>
        <w:t>____________________________________________________________________________________________________________</w:t>
      </w:r>
    </w:p>
    <w:p w:rsidR="006B1785" w:rsidRDefault="00F4459F">
      <w:pPr>
        <w:rPr>
          <w:rFonts w:hint="eastAsia"/>
        </w:rPr>
      </w:pPr>
      <w:r>
        <w:t>____________________________________________________________________________</w:t>
      </w:r>
      <w:r>
        <w:t>________________________________</w:t>
      </w:r>
    </w:p>
    <w:p w:rsidR="006B1785" w:rsidRDefault="00F4459F">
      <w:pPr>
        <w:rPr>
          <w:rFonts w:hint="eastAsia"/>
        </w:rPr>
      </w:pPr>
      <w:r>
        <w:rPr>
          <w:b/>
        </w:rPr>
        <w:t>Water Baptism</w:t>
      </w:r>
    </w:p>
    <w:p w:rsidR="006B1785" w:rsidRDefault="00F4459F">
      <w:pPr>
        <w:rPr>
          <w:rFonts w:hint="eastAsia"/>
        </w:rPr>
      </w:pPr>
      <w:r>
        <w:t>Have you been baptized in water following your profession of faith in Christ?</w:t>
      </w:r>
    </w:p>
    <w:p w:rsidR="006B1785" w:rsidRDefault="00F4459F">
      <w:pPr>
        <w:rPr>
          <w:rFonts w:hint="eastAsia"/>
        </w:rPr>
      </w:pPr>
      <w:r>
        <w:t>☐</w:t>
      </w:r>
      <w:r>
        <w:t xml:space="preserve"> Yes   ☐ No</w:t>
      </w:r>
    </w:p>
    <w:p w:rsidR="006B1785" w:rsidRDefault="00F4459F">
      <w:pPr>
        <w:rPr>
          <w:rFonts w:hint="eastAsia"/>
        </w:rPr>
      </w:pPr>
      <w:r>
        <w:t>Approximate date / year: _______________________________________________________</w:t>
      </w:r>
    </w:p>
    <w:p w:rsidR="006B1785" w:rsidRDefault="00F4459F">
      <w:pPr>
        <w:rPr>
          <w:rFonts w:hint="eastAsia"/>
        </w:rPr>
      </w:pPr>
      <w:r>
        <w:t>Church or location: _________________</w:t>
      </w:r>
      <w:r>
        <w:t>_____________________________________________</w:t>
      </w:r>
    </w:p>
    <w:p w:rsidR="006B1785" w:rsidRDefault="00F4459F">
      <w:pPr>
        <w:rPr>
          <w:rFonts w:hint="eastAsia"/>
        </w:rPr>
      </w:pPr>
      <w:r>
        <w:rPr>
          <w:b/>
        </w:rPr>
        <w:t>Baptism in the Holy Spirit</w:t>
      </w:r>
    </w:p>
    <w:p w:rsidR="006B1785" w:rsidRDefault="00F4459F">
      <w:pPr>
        <w:rPr>
          <w:rFonts w:hint="eastAsia"/>
        </w:rPr>
      </w:pPr>
      <w:r>
        <w:t>Have you experienced the baptism in/with the Holy Spirit?</w:t>
      </w:r>
    </w:p>
    <w:p w:rsidR="006B1785" w:rsidRDefault="00F4459F">
      <w:pPr>
        <w:rPr>
          <w:rFonts w:hint="eastAsia"/>
        </w:rPr>
      </w:pPr>
      <w:r>
        <w:t>☐</w:t>
      </w:r>
      <w:r>
        <w:t xml:space="preserve"> Yes   ☐ No   ☐ Unsure</w:t>
      </w:r>
    </w:p>
    <w:p w:rsidR="006B1785" w:rsidRDefault="00F4459F">
      <w:pPr>
        <w:rPr>
          <w:rFonts w:hint="eastAsia"/>
        </w:rPr>
      </w:pPr>
      <w:r>
        <w:t>Approximate date / year: _______________________________________________________</w:t>
      </w:r>
    </w:p>
    <w:p w:rsidR="006B1785" w:rsidRDefault="00F4459F">
      <w:pPr>
        <w:rPr>
          <w:rFonts w:hint="eastAsia"/>
        </w:rPr>
      </w:pPr>
      <w:r>
        <w:t xml:space="preserve">If you would like, </w:t>
      </w:r>
      <w:r>
        <w:t>briefly describe that experience:</w:t>
      </w:r>
    </w:p>
    <w:p w:rsidR="00F4459F" w:rsidRDefault="00F4459F">
      <w:pPr>
        <w:spacing w:before="140"/>
        <w:rPr>
          <w:b/>
          <w:sz w:val="24"/>
        </w:rPr>
      </w:pPr>
    </w:p>
    <w:p w:rsidR="00F4459F" w:rsidRDefault="00F4459F">
      <w:pPr>
        <w:spacing w:before="140"/>
        <w:rPr>
          <w:b/>
          <w:sz w:val="24"/>
        </w:rPr>
      </w:pPr>
    </w:p>
    <w:p w:rsidR="00F4459F" w:rsidRDefault="00F4459F">
      <w:pPr>
        <w:spacing w:before="140"/>
        <w:rPr>
          <w:b/>
          <w:sz w:val="24"/>
        </w:rPr>
      </w:pPr>
    </w:p>
    <w:p w:rsidR="006B1785" w:rsidRDefault="00F4459F">
      <w:pPr>
        <w:spacing w:before="140"/>
        <w:rPr>
          <w:rFonts w:hint="eastAsia"/>
        </w:rPr>
      </w:pPr>
      <w:r>
        <w:rPr>
          <w:b/>
          <w:sz w:val="24"/>
        </w:rPr>
        <w:lastRenderedPageBreak/>
        <w:t>IV. SPIRITUAL FORMATION</w:t>
      </w:r>
    </w:p>
    <w:p w:rsidR="006B1785" w:rsidRDefault="00F4459F">
      <w:pPr>
        <w:rPr>
          <w:rFonts w:hint="eastAsia"/>
        </w:rPr>
      </w:pPr>
      <w:r>
        <w:t>How would you describe your present relationship with Jesus Christ?</w:t>
      </w:r>
    </w:p>
    <w:p w:rsidR="006B1785" w:rsidRDefault="00F4459F">
      <w:pPr>
        <w:rPr>
          <w:rFonts w:hint="eastAsia"/>
        </w:rPr>
      </w:pPr>
      <w:r>
        <w:t>___________________________________________________________</w:t>
      </w:r>
      <w:r>
        <w:t>____________________________________________</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What spiritual disciplines are currently part of your life? Check all that apply.</w:t>
      </w:r>
    </w:p>
    <w:p w:rsidR="006B1785" w:rsidRDefault="00F4459F">
      <w:pPr>
        <w:rPr>
          <w:rFonts w:hint="eastAsia"/>
        </w:rPr>
      </w:pPr>
      <w:r>
        <w:t>☐</w:t>
      </w:r>
      <w:r>
        <w:t xml:space="preserve"> Prayer   ☐ Bible Study   ☐ Worship   ☐ Fasting</w:t>
      </w:r>
    </w:p>
    <w:p w:rsidR="006B1785" w:rsidRDefault="00F4459F">
      <w:pPr>
        <w:rPr>
          <w:rFonts w:hint="eastAsia"/>
        </w:rPr>
      </w:pPr>
      <w:r>
        <w:t>☐</w:t>
      </w:r>
      <w:r>
        <w:t xml:space="preserve"> Church Attendance   ☐ Communion   ☐ Christian Fellowship / Community</w:t>
      </w:r>
    </w:p>
    <w:p w:rsidR="006B1785" w:rsidRDefault="00F4459F">
      <w:pPr>
        <w:rPr>
          <w:rFonts w:hint="eastAsia"/>
        </w:rPr>
      </w:pPr>
      <w:r>
        <w:t>☐</w:t>
      </w:r>
      <w:r>
        <w:t xml:space="preserve"> Evangelism / Outreach   ☐ Serving Others</w:t>
      </w:r>
      <w:r>
        <w:t xml:space="preserve">   ☐ Other: ____________________</w:t>
      </w:r>
    </w:p>
    <w:p w:rsidR="006B1785" w:rsidRDefault="00F4459F">
      <w:pPr>
        <w:rPr>
          <w:rFonts w:hint="eastAsia"/>
        </w:rPr>
      </w:pPr>
      <w:r>
        <w:t>What area of your spiritual life would you most like to see strengthened during your time at Catalyst One?</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w:t>
      </w:r>
      <w:r>
        <w:t>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F4459F" w:rsidRDefault="00F4459F">
      <w:pPr>
        <w:spacing w:before="140"/>
        <w:rPr>
          <w:b/>
          <w:sz w:val="24"/>
        </w:rPr>
      </w:pPr>
    </w:p>
    <w:p w:rsidR="006B1785" w:rsidRDefault="00F4459F">
      <w:pPr>
        <w:spacing w:before="140"/>
        <w:rPr>
          <w:rFonts w:hint="eastAsia"/>
        </w:rPr>
      </w:pPr>
      <w:r>
        <w:rPr>
          <w:b/>
          <w:sz w:val="24"/>
        </w:rPr>
        <w:t>V. WHY CATALYST ONE?</w:t>
      </w:r>
    </w:p>
    <w:p w:rsidR="006B1785" w:rsidRDefault="00F4459F">
      <w:pPr>
        <w:rPr>
          <w:rFonts w:hint="eastAsia"/>
        </w:rPr>
      </w:pPr>
      <w:r>
        <w:t>Why do you desire to bec</w:t>
      </w:r>
      <w:r>
        <w:t>ome a student at Catalyst One?</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w:t>
      </w:r>
      <w:r>
        <w:t>________________________________________________________________________________________________</w:t>
      </w:r>
    </w:p>
    <w:p w:rsidR="006B1785" w:rsidRDefault="00F4459F">
      <w:pPr>
        <w:rPr>
          <w:rFonts w:hint="eastAsia"/>
        </w:rPr>
      </w:pPr>
      <w:r>
        <w:t>What do you hope God develops in you during this program?</w:t>
      </w:r>
    </w:p>
    <w:p w:rsidR="006B1785" w:rsidRDefault="00F4459F">
      <w:pPr>
        <w:rPr>
          <w:rFonts w:hint="eastAsia"/>
        </w:rPr>
      </w:pPr>
      <w:r>
        <w:t>________________________________________________________________________________________________</w:t>
      </w:r>
      <w:r>
        <w:t>____________</w:t>
      </w:r>
    </w:p>
    <w:p w:rsidR="006B1785" w:rsidRDefault="00F4459F">
      <w:pPr>
        <w:rPr>
          <w:rFonts w:hint="eastAsia"/>
        </w:rPr>
      </w:pPr>
      <w:r>
        <w:t>____________________________________________________________________________________________________________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____________________________________________________________________________________________________________</w:t>
      </w:r>
    </w:p>
    <w:p w:rsidR="006B1785" w:rsidRDefault="00F4459F">
      <w:pPr>
        <w:rPr>
          <w:rFonts w:hint="eastAsia"/>
        </w:rPr>
      </w:pPr>
      <w:r>
        <w:t>How do you hope to use wh</w:t>
      </w:r>
      <w:r>
        <w:t>at you learn?</w:t>
      </w:r>
    </w:p>
    <w:p w:rsidR="006B1785" w:rsidRDefault="00F4459F">
      <w:pPr>
        <w:rPr>
          <w:rFonts w:hint="eastAsia"/>
        </w:rPr>
      </w:pPr>
      <w:r>
        <w:t>____________________________________________________________________________________________________________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____________________________________________________________________________________________________________</w:t>
      </w:r>
    </w:p>
    <w:p w:rsidR="00F4459F" w:rsidRDefault="00F4459F">
      <w:pPr>
        <w:spacing w:before="140"/>
        <w:rPr>
          <w:b/>
          <w:sz w:val="24"/>
        </w:rPr>
      </w:pPr>
    </w:p>
    <w:p w:rsidR="006B1785" w:rsidRDefault="00F4459F">
      <w:pPr>
        <w:spacing w:before="140"/>
        <w:rPr>
          <w:rFonts w:hint="eastAsia"/>
        </w:rPr>
      </w:pPr>
      <w:r>
        <w:rPr>
          <w:b/>
          <w:sz w:val="24"/>
        </w:rPr>
        <w:t>VI. PREVIOUS BIBLE &amp; MINISTRY EDUCATION</w:t>
      </w:r>
    </w:p>
    <w:p w:rsidR="006B1785" w:rsidRDefault="00F4459F">
      <w:pPr>
        <w:rPr>
          <w:rFonts w:hint="eastAsia"/>
        </w:rPr>
      </w:pPr>
      <w:r>
        <w:t>Have you previously attended a Bible college, ministry school, seminary, discipleship program, or other Chr</w:t>
      </w:r>
      <w:r>
        <w:t>istian training program?</w:t>
      </w:r>
    </w:p>
    <w:p w:rsidR="006B1785" w:rsidRDefault="00F4459F">
      <w:pPr>
        <w:rPr>
          <w:rFonts w:hint="eastAsia"/>
        </w:rPr>
      </w:pPr>
      <w:r>
        <w:t>☐</w:t>
      </w:r>
      <w:r>
        <w:t xml:space="preserve"> Yes   ☐ No</w:t>
      </w:r>
    </w:p>
    <w:p w:rsidR="006B1785" w:rsidRDefault="00F4459F">
      <w:pPr>
        <w:rPr>
          <w:rFonts w:hint="eastAsia"/>
        </w:rPr>
      </w:pPr>
      <w:r>
        <w:t>Institution / Program: ____________________________________________________________</w:t>
      </w:r>
    </w:p>
    <w:p w:rsidR="006B1785" w:rsidRDefault="00F4459F">
      <w:pPr>
        <w:rPr>
          <w:rFonts w:hint="eastAsia"/>
        </w:rPr>
      </w:pPr>
      <w:r>
        <w:t>Dates Attended: ___________________________________________________________________</w:t>
      </w:r>
    </w:p>
    <w:p w:rsidR="006B1785" w:rsidRDefault="00F4459F">
      <w:pPr>
        <w:rPr>
          <w:rFonts w:hint="eastAsia"/>
        </w:rPr>
      </w:pPr>
      <w:r>
        <w:t xml:space="preserve">Certificate / Degree Earned (if applicable): </w:t>
      </w:r>
      <w:r>
        <w:t>________________________________________</w:t>
      </w:r>
    </w:p>
    <w:p w:rsidR="006B1785" w:rsidRDefault="00F4459F">
      <w:pPr>
        <w:spacing w:before="140"/>
        <w:rPr>
          <w:rFonts w:hint="eastAsia"/>
        </w:rPr>
      </w:pPr>
      <w:r>
        <w:rPr>
          <w:b/>
          <w:sz w:val="24"/>
        </w:rPr>
        <w:lastRenderedPageBreak/>
        <w:t>VII. CHRISTIAN CHARACTER &amp; COMMUNITY</w:t>
      </w:r>
    </w:p>
    <w:p w:rsidR="006B1785" w:rsidRDefault="00F4459F">
      <w:pPr>
        <w:rPr>
          <w:rFonts w:hint="eastAsia"/>
        </w:rPr>
      </w:pPr>
      <w:r>
        <w:t>Catalyst One is a Christian learning and formation community. Students are expected to pursue a life consistent with the teachings of Jesus Christ and Scripture while demonstrati</w:t>
      </w:r>
      <w:r>
        <w:t>ng humility, integrity, honor, teachability, love, and respect toward faculty, fellow students, churches, and the community.</w:t>
      </w:r>
    </w:p>
    <w:p w:rsidR="006B1785" w:rsidRDefault="00F4459F">
      <w:pPr>
        <w:rPr>
          <w:rFonts w:hint="eastAsia"/>
        </w:rPr>
      </w:pPr>
      <w:r>
        <w:t>Enrollment in Catalyst One does not require spiritual perfection. It does require a willingness to be taught, corrected, formed, an</w:t>
      </w:r>
      <w:r>
        <w:t>d challenged as we pursue Christ together.</w:t>
      </w:r>
    </w:p>
    <w:p w:rsidR="006B1785" w:rsidRDefault="00F4459F">
      <w:pPr>
        <w:rPr>
          <w:rFonts w:hint="eastAsia"/>
        </w:rPr>
      </w:pPr>
      <w:r>
        <w:t>Please initial each statement:</w:t>
      </w:r>
    </w:p>
    <w:p w:rsidR="006B1785" w:rsidRDefault="00F4459F">
      <w:pPr>
        <w:rPr>
          <w:rFonts w:hint="eastAsia"/>
        </w:rPr>
      </w:pPr>
      <w:r>
        <w:t>_____ I understand that Catalyst One is a distinctly Christian program.</w:t>
      </w:r>
    </w:p>
    <w:p w:rsidR="006B1785" w:rsidRDefault="00F4459F">
      <w:pPr>
        <w:rPr>
          <w:rFonts w:hint="eastAsia"/>
        </w:rPr>
      </w:pPr>
      <w:r>
        <w:t>_____ I desire to grow in my knowledge of Scripture and Christian theology.</w:t>
      </w:r>
    </w:p>
    <w:p w:rsidR="006B1785" w:rsidRDefault="00F4459F">
      <w:pPr>
        <w:rPr>
          <w:rFonts w:hint="eastAsia"/>
        </w:rPr>
      </w:pPr>
      <w:r>
        <w:t>_____ I am willing to receive inst</w:t>
      </w:r>
      <w:r>
        <w:t>ruction and correction with a teachable spirit.</w:t>
      </w:r>
    </w:p>
    <w:p w:rsidR="006B1785" w:rsidRDefault="00F4459F">
      <w:pPr>
        <w:rPr>
          <w:rFonts w:hint="eastAsia"/>
        </w:rPr>
      </w:pPr>
      <w:r>
        <w:t>_____ I agree to conduct myself in a manner consistent with Christian character while participating in Catalyst One.</w:t>
      </w:r>
    </w:p>
    <w:p w:rsidR="006B1785" w:rsidRDefault="00F4459F">
      <w:pPr>
        <w:rPr>
          <w:rFonts w:hint="eastAsia"/>
        </w:rPr>
      </w:pPr>
      <w:r>
        <w:t>_____ I understand that regular attendance and participation are important parts of the pro</w:t>
      </w:r>
      <w:r>
        <w:t>gram.</w:t>
      </w:r>
    </w:p>
    <w:p w:rsidR="006B1785" w:rsidRDefault="00F4459F">
      <w:pPr>
        <w:rPr>
          <w:rFonts w:hint="eastAsia"/>
        </w:rPr>
      </w:pPr>
      <w:r>
        <w:t>_____ I understand that completion of coursework and attendance requirements will be necessary to receive my certificate.</w:t>
      </w:r>
    </w:p>
    <w:p w:rsidR="00F4459F" w:rsidRDefault="00F4459F">
      <w:pPr>
        <w:spacing w:before="140"/>
        <w:rPr>
          <w:b/>
          <w:sz w:val="24"/>
        </w:rPr>
      </w:pPr>
    </w:p>
    <w:p w:rsidR="006B1785" w:rsidRDefault="00F4459F">
      <w:pPr>
        <w:spacing w:before="140"/>
        <w:rPr>
          <w:rFonts w:hint="eastAsia"/>
        </w:rPr>
      </w:pPr>
      <w:r>
        <w:rPr>
          <w:b/>
          <w:sz w:val="24"/>
        </w:rPr>
        <w:t>VIII. PASTORAL RECOMMENDATION - REQUIRED</w:t>
      </w:r>
    </w:p>
    <w:p w:rsidR="006B1785" w:rsidRDefault="00F4459F">
      <w:pPr>
        <w:rPr>
          <w:rFonts w:hint="eastAsia"/>
        </w:rPr>
      </w:pPr>
      <w:r>
        <w:t>A pastoral recommendation is required for admission to Catalyst One. Your recommendatio</w:t>
      </w:r>
      <w:r>
        <w:t>n should come from your current pastor or another recognized pastoral leader who knows you personally and can speak concerning your Christian character, spiritual maturity, and readiness for biblical and ministry training.</w:t>
      </w:r>
    </w:p>
    <w:p w:rsidR="006B1785" w:rsidRDefault="00F4459F">
      <w:pPr>
        <w:rPr>
          <w:rFonts w:hint="eastAsia"/>
        </w:rPr>
      </w:pPr>
      <w:r>
        <w:t>Pastor / Minister Name: _________</w:t>
      </w:r>
      <w:r>
        <w:t>______________________________________________</w:t>
      </w:r>
    </w:p>
    <w:p w:rsidR="006B1785" w:rsidRDefault="00F4459F">
      <w:pPr>
        <w:rPr>
          <w:rFonts w:hint="eastAsia"/>
        </w:rPr>
      </w:pPr>
      <w:r>
        <w:t>Church: _______________________________________________________</w:t>
      </w:r>
    </w:p>
    <w:p w:rsidR="006B1785" w:rsidRDefault="00F4459F">
      <w:pPr>
        <w:rPr>
          <w:rFonts w:hint="eastAsia"/>
        </w:rPr>
      </w:pPr>
      <w:r>
        <w:t>Position / Title: _______________________________________________________</w:t>
      </w:r>
    </w:p>
    <w:p w:rsidR="006B1785" w:rsidRDefault="00F4459F">
      <w:pPr>
        <w:rPr>
          <w:rFonts w:hint="eastAsia"/>
        </w:rPr>
      </w:pPr>
      <w:r>
        <w:t>Phone: _______________________________________________________</w:t>
      </w:r>
    </w:p>
    <w:p w:rsidR="006B1785" w:rsidRDefault="00F4459F">
      <w:pPr>
        <w:rPr>
          <w:rFonts w:hint="eastAsia"/>
        </w:rPr>
      </w:pPr>
      <w:r>
        <w:t>Email: _</w:t>
      </w:r>
      <w:r>
        <w:t>______________________________________________________</w:t>
      </w:r>
    </w:p>
    <w:p w:rsidR="006B1785" w:rsidRDefault="00F4459F">
      <w:pPr>
        <w:rPr>
          <w:rFonts w:hint="eastAsia"/>
        </w:rPr>
      </w:pPr>
      <w:r>
        <w:t>How long has this pastor / minister known you? _______________________________________________________</w:t>
      </w:r>
    </w:p>
    <w:p w:rsidR="006B1785" w:rsidRDefault="00F4459F">
      <w:pPr>
        <w:rPr>
          <w:rFonts w:hint="eastAsia"/>
        </w:rPr>
      </w:pPr>
      <w:r>
        <w:rPr>
          <w:b/>
        </w:rPr>
        <w:t>FOR PASTOR / MINISTER</w:t>
      </w:r>
    </w:p>
    <w:p w:rsidR="006B1785" w:rsidRDefault="00F4459F">
      <w:pPr>
        <w:rPr>
          <w:rFonts w:hint="eastAsia"/>
        </w:rPr>
      </w:pPr>
      <w:r>
        <w:t>In what capacity have you known the applicant?</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Would you recommend this applicant for</w:t>
      </w:r>
      <w:r>
        <w:t xml:space="preserve"> admission to Catalyst </w:t>
      </w:r>
      <w:proofErr w:type="gramStart"/>
      <w:r>
        <w:t>One</w:t>
      </w:r>
      <w:proofErr w:type="gramEnd"/>
      <w:r>
        <w:t>?</w:t>
      </w:r>
    </w:p>
    <w:p w:rsidR="006B1785" w:rsidRDefault="00F4459F">
      <w:pPr>
        <w:rPr>
          <w:rFonts w:hint="eastAsia"/>
        </w:rPr>
      </w:pPr>
      <w:r>
        <w:t>☐</w:t>
      </w:r>
      <w:r>
        <w:t xml:space="preserve"> Yes, without reservation   ☐ Yes</w:t>
      </w:r>
    </w:p>
    <w:p w:rsidR="006B1785" w:rsidRDefault="00F4459F">
      <w:pPr>
        <w:rPr>
          <w:rFonts w:hint="eastAsia"/>
        </w:rPr>
      </w:pPr>
      <w:r>
        <w:t>☐</w:t>
      </w:r>
      <w:r>
        <w:t xml:space="preserve"> Yes, with reservations   ☐ I would like to speak with Catalyst One leadership before recommending</w:t>
      </w:r>
    </w:p>
    <w:p w:rsidR="006B1785" w:rsidRDefault="00F4459F">
      <w:pPr>
        <w:rPr>
          <w:rFonts w:hint="eastAsia"/>
        </w:rPr>
      </w:pPr>
      <w:r>
        <w:t xml:space="preserve">Please briefly describe the applicant's Christian character, faithfulness, teachability, and </w:t>
      </w:r>
      <w:r>
        <w:t>readiness for biblical training:</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w:t>
      </w:r>
      <w:r>
        <w:t>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Pastor / Minister Signature: ______________</w:t>
      </w:r>
      <w:r>
        <w:t>____________________________________</w:t>
      </w:r>
    </w:p>
    <w:p w:rsidR="006B1785" w:rsidRDefault="00F4459F">
      <w:pPr>
        <w:rPr>
          <w:rFonts w:hint="eastAsia"/>
        </w:rPr>
      </w:pPr>
      <w:r>
        <w:t>Date: ___________________________________________________________________________</w:t>
      </w:r>
    </w:p>
    <w:p w:rsidR="00F4459F" w:rsidRDefault="00F4459F">
      <w:pPr>
        <w:spacing w:before="140"/>
        <w:rPr>
          <w:b/>
          <w:sz w:val="24"/>
        </w:rPr>
      </w:pPr>
    </w:p>
    <w:p w:rsidR="00F4459F" w:rsidRDefault="00F4459F">
      <w:pPr>
        <w:spacing w:before="140"/>
        <w:rPr>
          <w:b/>
          <w:sz w:val="24"/>
        </w:rPr>
      </w:pPr>
    </w:p>
    <w:p w:rsidR="00F4459F" w:rsidRDefault="00F4459F">
      <w:pPr>
        <w:spacing w:before="140"/>
        <w:rPr>
          <w:b/>
          <w:sz w:val="24"/>
        </w:rPr>
      </w:pPr>
    </w:p>
    <w:p w:rsidR="00F4459F" w:rsidRDefault="00F4459F">
      <w:pPr>
        <w:spacing w:before="140"/>
        <w:rPr>
          <w:b/>
          <w:sz w:val="24"/>
        </w:rPr>
      </w:pPr>
    </w:p>
    <w:p w:rsidR="006B1785" w:rsidRDefault="00F4459F">
      <w:pPr>
        <w:spacing w:before="140"/>
        <w:rPr>
          <w:rFonts w:hint="eastAsia"/>
        </w:rPr>
      </w:pPr>
      <w:r>
        <w:rPr>
          <w:b/>
          <w:sz w:val="24"/>
        </w:rPr>
        <w:t>IX. APPLICANT COMMITMENT</w:t>
      </w:r>
    </w:p>
    <w:p w:rsidR="006B1785" w:rsidRDefault="00F4459F">
      <w:pPr>
        <w:rPr>
          <w:rFonts w:hint="eastAsia"/>
        </w:rPr>
      </w:pPr>
      <w:r>
        <w:t>By submitting this application, I affirm that the information I have provided is truthful and accurate to the be</w:t>
      </w:r>
      <w:r>
        <w:t>st of my knowledge. I understand that admission to Catalyst One represents a commitment to spiritual formation as well as academic study.</w:t>
      </w:r>
    </w:p>
    <w:p w:rsidR="006B1785" w:rsidRDefault="00F4459F">
      <w:pPr>
        <w:rPr>
          <w:rFonts w:hint="eastAsia"/>
        </w:rPr>
      </w:pPr>
      <w:r>
        <w:t>If accepted, I commit to approach my studies with faithfulness, humility, integrity, and a teachable spirit. I underst</w:t>
      </w:r>
      <w:r>
        <w:t>and that Catalyst One is designed not simply to provide information, but to help form students who know God, understand His Word, serve His Church, and faithfully live out the calling of Christ.</w:t>
      </w:r>
    </w:p>
    <w:p w:rsidR="006B1785" w:rsidRDefault="00F4459F">
      <w:pPr>
        <w:rPr>
          <w:rFonts w:hint="eastAsia"/>
        </w:rPr>
      </w:pPr>
      <w:r>
        <w:t>I understand that submitting this application does not automa</w:t>
      </w:r>
      <w:r>
        <w:t>tically guarantee admission.</w:t>
      </w:r>
    </w:p>
    <w:p w:rsidR="006B1785" w:rsidRDefault="00F4459F">
      <w:pPr>
        <w:rPr>
          <w:rFonts w:hint="eastAsia"/>
        </w:rPr>
      </w:pPr>
      <w:r>
        <w:t>Applicant Signature: _______________________________________________________</w:t>
      </w:r>
    </w:p>
    <w:p w:rsidR="006B1785" w:rsidRDefault="00F4459F">
      <w:pPr>
        <w:rPr>
          <w:rFonts w:hint="eastAsia"/>
        </w:rPr>
      </w:pPr>
      <w:r>
        <w:t>Date: ___________________________________________________________________________</w:t>
      </w:r>
    </w:p>
    <w:p w:rsidR="006B1785" w:rsidRDefault="00F4459F">
      <w:pPr>
        <w:spacing w:before="140"/>
        <w:rPr>
          <w:rFonts w:hint="eastAsia"/>
        </w:rPr>
      </w:pPr>
      <w:r>
        <w:rPr>
          <w:b/>
          <w:sz w:val="24"/>
        </w:rPr>
        <w:t>OFFICE USE ONLY</w:t>
      </w:r>
    </w:p>
    <w:p w:rsidR="006B1785" w:rsidRDefault="00F4459F">
      <w:pPr>
        <w:rPr>
          <w:rFonts w:hint="eastAsia"/>
        </w:rPr>
      </w:pPr>
      <w:r>
        <w:t>Application Received: ______________________________</w:t>
      </w:r>
      <w:r>
        <w:t>_________________________</w:t>
      </w:r>
    </w:p>
    <w:p w:rsidR="006B1785" w:rsidRDefault="00F4459F">
      <w:pPr>
        <w:rPr>
          <w:rFonts w:hint="eastAsia"/>
        </w:rPr>
      </w:pPr>
      <w:r>
        <w:t>Pastoral Recommendation Received:</w:t>
      </w:r>
    </w:p>
    <w:p w:rsidR="006B1785" w:rsidRDefault="00F4459F">
      <w:pPr>
        <w:rPr>
          <w:rFonts w:hint="eastAsia"/>
        </w:rPr>
      </w:pPr>
      <w:r>
        <w:t>☐</w:t>
      </w:r>
      <w:r>
        <w:t xml:space="preserve"> Yes   ☐ No</w:t>
      </w:r>
    </w:p>
    <w:p w:rsidR="006B1785" w:rsidRDefault="00F4459F">
      <w:pPr>
        <w:rPr>
          <w:rFonts w:hint="eastAsia"/>
        </w:rPr>
      </w:pPr>
      <w:r>
        <w:t>Application Reviewed By: ____________________________________________________</w:t>
      </w:r>
    </w:p>
    <w:p w:rsidR="006B1785" w:rsidRDefault="00F4459F">
      <w:pPr>
        <w:rPr>
          <w:rFonts w:hint="eastAsia"/>
        </w:rPr>
      </w:pPr>
      <w:r>
        <w:t>Status:</w:t>
      </w:r>
    </w:p>
    <w:p w:rsidR="006B1785" w:rsidRDefault="00F4459F">
      <w:pPr>
        <w:rPr>
          <w:rFonts w:hint="eastAsia"/>
        </w:rPr>
      </w:pPr>
      <w:r>
        <w:t>☐</w:t>
      </w:r>
      <w:r>
        <w:t xml:space="preserve"> Accepted   ☐ Accepted Pending Additional Information</w:t>
      </w:r>
    </w:p>
    <w:p w:rsidR="006B1785" w:rsidRDefault="00F4459F">
      <w:pPr>
        <w:rPr>
          <w:rFonts w:hint="eastAsia"/>
        </w:rPr>
      </w:pPr>
      <w:r>
        <w:t>☐</w:t>
      </w:r>
      <w:r>
        <w:t xml:space="preserve"> Interview Requested   ☐ Waitlisted   ☐ N</w:t>
      </w:r>
      <w:r>
        <w:t>ot Accepted</w:t>
      </w:r>
    </w:p>
    <w:p w:rsidR="006B1785" w:rsidRDefault="00F4459F">
      <w:pPr>
        <w:rPr>
          <w:rFonts w:hint="eastAsia"/>
        </w:rPr>
      </w:pPr>
      <w:r>
        <w:t>Notes:</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6B1785" w:rsidRDefault="00F4459F">
      <w:pPr>
        <w:rPr>
          <w:rFonts w:hint="eastAsia"/>
        </w:rPr>
      </w:pPr>
      <w:r>
        <w:t>_______________________________________________________________________________________________________</w:t>
      </w:r>
    </w:p>
    <w:p w:rsidR="00F4459F" w:rsidRDefault="00F4459F">
      <w:pPr>
        <w:jc w:val="center"/>
        <w:rPr>
          <w:b/>
          <w:sz w:val="28"/>
        </w:rPr>
      </w:pPr>
    </w:p>
    <w:p w:rsidR="00F4459F" w:rsidRDefault="00F4459F">
      <w:pPr>
        <w:jc w:val="center"/>
        <w:rPr>
          <w:b/>
          <w:sz w:val="28"/>
        </w:rPr>
      </w:pPr>
    </w:p>
    <w:p w:rsidR="006B1785" w:rsidRDefault="00F4459F">
      <w:pPr>
        <w:jc w:val="center"/>
        <w:rPr>
          <w:rFonts w:hint="eastAsia"/>
        </w:rPr>
      </w:pPr>
      <w:r>
        <w:rPr>
          <w:b/>
          <w:sz w:val="28"/>
        </w:rPr>
        <w:t>CATALYST ONE</w:t>
      </w:r>
    </w:p>
    <w:p w:rsidR="006B1785" w:rsidRDefault="00F4459F">
      <w:pPr>
        <w:jc w:val="center"/>
        <w:rPr>
          <w:rFonts w:hint="eastAsia"/>
        </w:rPr>
      </w:pPr>
      <w:r>
        <w:rPr>
          <w:sz w:val="18"/>
        </w:rPr>
        <w:t>Certificate in Christian Leadership &amp; Applied Theology</w:t>
      </w:r>
    </w:p>
    <w:p w:rsidR="006B1785" w:rsidRDefault="00F4459F">
      <w:pPr>
        <w:jc w:val="center"/>
        <w:rPr>
          <w:rFonts w:hint="eastAsia"/>
        </w:rPr>
      </w:pPr>
      <w:r>
        <w:rPr>
          <w:sz w:val="18"/>
        </w:rPr>
        <w:t>Equipping people to know God deeply, understand His Word faithfully, and live t</w:t>
      </w:r>
      <w:r>
        <w:rPr>
          <w:sz w:val="18"/>
        </w:rPr>
        <w:t>heir calling boldly.</w:t>
      </w:r>
    </w:p>
    <w:p w:rsidR="006B1785" w:rsidRDefault="00F4459F">
      <w:pPr>
        <w:jc w:val="center"/>
        <w:rPr>
          <w:rFonts w:hint="eastAsia"/>
        </w:rPr>
      </w:pPr>
      <w:r>
        <w:rPr>
          <w:b/>
          <w:sz w:val="18"/>
        </w:rPr>
        <w:t>To God Be All the Glory.</w:t>
      </w:r>
    </w:p>
    <w:sectPr w:rsidR="006B1785"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6B1785"/>
    <w:rsid w:val="00AA1D8D"/>
    <w:rsid w:val="00B47730"/>
    <w:rsid w:val="00CB0664"/>
    <w:rsid w:val="00F445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8DA5C8"/>
  <w14:defaultImageDpi w14:val="300"/>
  <w15:docId w15:val="{3D0E8D4B-9F00-41B5-BB04-4A1D0228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80"/>
    </w:pPr>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26FA4-439E-450D-A73D-428ADEEC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SKF User</cp:lastModifiedBy>
  <cp:revision>2</cp:revision>
  <dcterms:created xsi:type="dcterms:W3CDTF">2026-08-11T15:22:00Z</dcterms:created>
  <dcterms:modified xsi:type="dcterms:W3CDTF">2026-08-11T15:22:00Z</dcterms:modified>
  <cp:category/>
</cp:coreProperties>
</file>