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68046" w14:textId="77777777" w:rsidR="003B5B25" w:rsidRDefault="006475B5">
      <w:pPr>
        <w:pStyle w:val="Title"/>
        <w:jc w:val="center"/>
      </w:pPr>
      <w:r>
        <w:t>The Legend of Zelda: Voyage to the Triforce</w:t>
      </w:r>
    </w:p>
    <w:p w14:paraId="4253E3A2" w14:textId="5111BD6D" w:rsidR="003B5B25" w:rsidRDefault="006475B5">
      <w:pPr>
        <w:jc w:val="center"/>
      </w:pPr>
      <w:r>
        <w:rPr>
          <w:b/>
        </w:rPr>
        <w:t xml:space="preserve">An Original Board Game Adaptation Inspired by The Wind </w:t>
      </w:r>
      <w:proofErr w:type="spellStart"/>
      <w:r>
        <w:rPr>
          <w:b/>
        </w:rPr>
        <w:t>Waker</w:t>
      </w:r>
      <w:proofErr w:type="spellEnd"/>
    </w:p>
    <w:p w14:paraId="415F45D1" w14:textId="77777777" w:rsidR="006475B5" w:rsidRDefault="006475B5" w:rsidP="006475B5">
      <w:pPr>
        <w:pStyle w:val="Heading1"/>
        <w:jc w:val="center"/>
      </w:pPr>
      <w:r>
        <w:t>Digital to Physical Game Concept</w:t>
      </w:r>
    </w:p>
    <w:p w14:paraId="7F064886" w14:textId="48207FB5" w:rsidR="006475B5" w:rsidRPr="006475B5" w:rsidRDefault="006475B5" w:rsidP="006475B5">
      <w:pPr>
        <w:pStyle w:val="NormalWeb"/>
        <w:ind w:firstLine="720"/>
      </w:pPr>
      <w:r w:rsidRPr="006475B5">
        <w:t xml:space="preserve">For our digital to physical project, my team chose to adapt </w:t>
      </w:r>
      <w:r w:rsidRPr="006475B5">
        <w:rPr>
          <w:rStyle w:val="Strong"/>
          <w:b w:val="0"/>
          <w:bCs w:val="0"/>
        </w:rPr>
        <w:t>The Legend of Zelda: The Wind</w:t>
      </w:r>
      <w:r>
        <w:rPr>
          <w:rStyle w:val="Strong"/>
          <w:b w:val="0"/>
          <w:bCs w:val="0"/>
        </w:rPr>
        <w:t xml:space="preserve"> </w:t>
      </w:r>
      <w:proofErr w:type="spellStart"/>
      <w:r>
        <w:rPr>
          <w:rStyle w:val="Strong"/>
          <w:b w:val="0"/>
          <w:bCs w:val="0"/>
        </w:rPr>
        <w:t>W</w:t>
      </w:r>
      <w:r w:rsidRPr="006475B5">
        <w:rPr>
          <w:rStyle w:val="Strong"/>
          <w:b w:val="0"/>
          <w:bCs w:val="0"/>
        </w:rPr>
        <w:t>aker</w:t>
      </w:r>
      <w:proofErr w:type="spellEnd"/>
      <w:r w:rsidRPr="006475B5">
        <w:t xml:space="preserve"> into a competitive board game called </w:t>
      </w:r>
      <w:r w:rsidRPr="006475B5">
        <w:rPr>
          <w:rStyle w:val="Strong"/>
          <w:b w:val="0"/>
          <w:bCs w:val="0"/>
        </w:rPr>
        <w:t xml:space="preserve">Voyage to the </w:t>
      </w:r>
      <w:proofErr w:type="spellStart"/>
      <w:r w:rsidRPr="006475B5">
        <w:rPr>
          <w:rStyle w:val="Strong"/>
          <w:b w:val="0"/>
          <w:bCs w:val="0"/>
        </w:rPr>
        <w:t>Triforce</w:t>
      </w:r>
      <w:proofErr w:type="spellEnd"/>
      <w:r w:rsidRPr="006475B5">
        <w:t xml:space="preserve">. We wanted to capture the feeling of sailing across the Great Sea, discovering mysterious islands, collecting treasures, and searching for the legendary </w:t>
      </w:r>
      <w:proofErr w:type="spellStart"/>
      <w:r w:rsidRPr="006475B5">
        <w:t>Triforce</w:t>
      </w:r>
      <w:proofErr w:type="spellEnd"/>
      <w:r w:rsidRPr="006475B5">
        <w:t xml:space="preserve"> Shards, while also creating a game that would work well in a tabletop format. Rather than trying to recreate every mechanic from the video game, we focused on the parts that make </w:t>
      </w:r>
      <w:r w:rsidRPr="006475B5">
        <w:rPr>
          <w:rStyle w:val="Emphasis"/>
          <w:i w:val="0"/>
          <w:iCs w:val="0"/>
        </w:rPr>
        <w:t>The Wind</w:t>
      </w:r>
      <w:r>
        <w:rPr>
          <w:rStyle w:val="Emphasis"/>
          <w:i w:val="0"/>
          <w:iCs w:val="0"/>
        </w:rPr>
        <w:t xml:space="preserve"> </w:t>
      </w:r>
      <w:proofErr w:type="spellStart"/>
      <w:r w:rsidRPr="006475B5">
        <w:rPr>
          <w:rStyle w:val="Emphasis"/>
          <w:i w:val="0"/>
          <w:iCs w:val="0"/>
        </w:rPr>
        <w:t>Waker</w:t>
      </w:r>
      <w:proofErr w:type="spellEnd"/>
      <w:r w:rsidRPr="006475B5">
        <w:t xml:space="preserve"> memorable: exploration, adventure, and the excitement of never knowing what you will find on the next island.</w:t>
      </w:r>
    </w:p>
    <w:p w14:paraId="2F194892" w14:textId="77777777" w:rsidR="006475B5" w:rsidRPr="006475B5" w:rsidRDefault="006475B5" w:rsidP="006475B5">
      <w:pPr>
        <w:pStyle w:val="NormalWeb"/>
        <w:ind w:firstLine="720"/>
      </w:pPr>
      <w:r w:rsidRPr="006475B5">
        <w:t xml:space="preserve">The idea came from discussing which video games would translate well into a board game. At first, we considered several popular games, but </w:t>
      </w:r>
      <w:r w:rsidRPr="006475B5">
        <w:rPr>
          <w:rStyle w:val="Emphasis"/>
          <w:i w:val="0"/>
          <w:iCs w:val="0"/>
        </w:rPr>
        <w:t xml:space="preserve">The Wind </w:t>
      </w:r>
      <w:proofErr w:type="spellStart"/>
      <w:r w:rsidRPr="006475B5">
        <w:rPr>
          <w:rStyle w:val="Emphasis"/>
          <w:i w:val="0"/>
          <w:iCs w:val="0"/>
        </w:rPr>
        <w:t>Waker</w:t>
      </w:r>
      <w:proofErr w:type="spellEnd"/>
      <w:r w:rsidRPr="006475B5">
        <w:t xml:space="preserve"> stood out because the game is already built around exploring a world divided into islands. That naturally lends itself to a modular board made up of sea and island tiles. We also wanted to keep the game approachable, so we designed it to last around 30 minutes with simple rules that are easy to learn but still offer meaningful decisions.</w:t>
      </w:r>
    </w:p>
    <w:p w14:paraId="7801E7AC" w14:textId="77777777" w:rsidR="006475B5" w:rsidRPr="006475B5" w:rsidRDefault="006475B5" w:rsidP="006475B5">
      <w:pPr>
        <w:pStyle w:val="NormalWeb"/>
        <w:ind w:firstLine="720"/>
      </w:pPr>
      <w:r w:rsidRPr="006475B5">
        <w:t xml:space="preserve">The theme influenced almost every game mechanic we created. Since exploration is one of the biggest parts of </w:t>
      </w:r>
      <w:r w:rsidRPr="006475B5">
        <w:rPr>
          <w:rStyle w:val="Emphasis"/>
          <w:i w:val="0"/>
          <w:iCs w:val="0"/>
        </w:rPr>
        <w:t xml:space="preserve">The Wind </w:t>
      </w:r>
      <w:proofErr w:type="spellStart"/>
      <w:r w:rsidRPr="006475B5">
        <w:rPr>
          <w:rStyle w:val="Emphasis"/>
          <w:i w:val="0"/>
          <w:iCs w:val="0"/>
        </w:rPr>
        <w:t>Waker</w:t>
      </w:r>
      <w:proofErr w:type="spellEnd"/>
      <w:r w:rsidRPr="006475B5">
        <w:t xml:space="preserve">, players reveal new sea and island tiles as they travel, making every game different. Treasure hunting became item cards that provide useful abilities, while random encounter cards represent storms, pirates, sea monsters, merchants, and other events that players might experience during their journey. Instead of simply racing across a map, players compete to discover all three </w:t>
      </w:r>
      <w:proofErr w:type="spellStart"/>
      <w:r w:rsidRPr="006475B5">
        <w:t>Triforce</w:t>
      </w:r>
      <w:proofErr w:type="spellEnd"/>
      <w:r w:rsidRPr="006475B5">
        <w:t xml:space="preserve"> Shards while managing resources, collecting Rupees, and deciding when to challenge other players. These mechanics encourage interaction without making the game overly complicated.</w:t>
      </w:r>
    </w:p>
    <w:p w14:paraId="7C219B21" w14:textId="77777777" w:rsidR="006475B5" w:rsidRPr="006475B5" w:rsidRDefault="006475B5" w:rsidP="006475B5">
      <w:pPr>
        <w:pStyle w:val="NormalWeb"/>
        <w:ind w:firstLine="720"/>
      </w:pPr>
      <w:r w:rsidRPr="006475B5">
        <w:t xml:space="preserve">The mechanics also reinforced the theme. Sailing between islands makes players feel like explorers, while collecting powerful items gives the sense of gradually becoming stronger throughout the adventure. Short battles between players add tension by allowing rivals to steal resources or slow each other down without eliminating anyone from the game. This keeps everyone involved until the end while maintaining the adventurous spirit of </w:t>
      </w:r>
      <w:r w:rsidRPr="006475B5">
        <w:rPr>
          <w:rStyle w:val="Emphasis"/>
          <w:i w:val="0"/>
          <w:iCs w:val="0"/>
        </w:rPr>
        <w:t xml:space="preserve">The Wind </w:t>
      </w:r>
      <w:proofErr w:type="spellStart"/>
      <w:r w:rsidRPr="006475B5">
        <w:rPr>
          <w:rStyle w:val="Emphasis"/>
          <w:i w:val="0"/>
          <w:iCs w:val="0"/>
        </w:rPr>
        <w:t>Waker</w:t>
      </w:r>
      <w:proofErr w:type="spellEnd"/>
      <w:r w:rsidRPr="006475B5">
        <w:rPr>
          <w:i/>
          <w:iCs/>
        </w:rPr>
        <w:t>.</w:t>
      </w:r>
    </w:p>
    <w:p w14:paraId="304945B0" w14:textId="77777777" w:rsidR="006475B5" w:rsidRPr="006475B5" w:rsidRDefault="006475B5" w:rsidP="006475B5">
      <w:pPr>
        <w:pStyle w:val="NormalWeb"/>
        <w:ind w:firstLine="720"/>
      </w:pPr>
      <w:r w:rsidRPr="006475B5">
        <w:t xml:space="preserve">Overall, our goal was to create a board game that feels like an exciting sea voyage rather than simply copying the original video game. By focusing on exploration, </w:t>
      </w:r>
      <w:r w:rsidRPr="006475B5">
        <w:lastRenderedPageBreak/>
        <w:t xml:space="preserve">discovery, and friendly competition, we were able to capture the heart of </w:t>
      </w:r>
      <w:r w:rsidRPr="006475B5">
        <w:rPr>
          <w:rStyle w:val="Emphasis"/>
          <w:i w:val="0"/>
          <w:iCs w:val="0"/>
        </w:rPr>
        <w:t xml:space="preserve">The Wind </w:t>
      </w:r>
      <w:proofErr w:type="spellStart"/>
      <w:r w:rsidRPr="006475B5">
        <w:rPr>
          <w:rStyle w:val="Emphasis"/>
          <w:i w:val="0"/>
          <w:iCs w:val="0"/>
        </w:rPr>
        <w:t>Waker</w:t>
      </w:r>
      <w:proofErr w:type="spellEnd"/>
      <w:r w:rsidRPr="006475B5">
        <w:t xml:space="preserve"> while designing a fun tabletop experience that stands on its own.</w:t>
      </w:r>
    </w:p>
    <w:p w14:paraId="719602AD" w14:textId="77777777" w:rsidR="006475B5" w:rsidRDefault="006475B5">
      <w:pPr>
        <w:jc w:val="center"/>
      </w:pPr>
    </w:p>
    <w:p w14:paraId="27508E67" w14:textId="77777777" w:rsidR="003B5B25" w:rsidRDefault="006475B5">
      <w:pPr>
        <w:pStyle w:val="Heading1"/>
      </w:pPr>
      <w:r>
        <w:t>Game Overview</w:t>
      </w:r>
    </w:p>
    <w:p w14:paraId="5873C302" w14:textId="77777777" w:rsidR="003B5B25" w:rsidRDefault="006475B5">
      <w:r>
        <w:t>Voyage to the Triforce is a fast-paced competitive exploration board game for 2–4 players that captures the adventurous spirit of sailing across the Great Sea. Players captain their own ships, explore mysterious islands, gather treasure, outsmart rivals, and search for the three legendary Triforce Shards. The game is designed to be easy to learn while finishing in about 30 minutes.</w:t>
      </w:r>
    </w:p>
    <w:p w14:paraId="6C0D0967" w14:textId="77777777" w:rsidR="003B5B25" w:rsidRDefault="006475B5">
      <w:pPr>
        <w:pStyle w:val="Heading1"/>
      </w:pPr>
      <w:r>
        <w:t>Objective</w:t>
      </w:r>
    </w:p>
    <w:p w14:paraId="4B2EA0EA" w14:textId="77777777" w:rsidR="003B5B25" w:rsidRDefault="006475B5">
      <w:r>
        <w:t>Explore the sea, collect all three Triforce Shards, earn treasure, and finish with the most Victory Points when the final round ends.</w:t>
      </w:r>
    </w:p>
    <w:p w14:paraId="56E00B72" w14:textId="77777777" w:rsidR="003B5B25" w:rsidRDefault="006475B5">
      <w:pPr>
        <w:pStyle w:val="Heading1"/>
      </w:pPr>
      <w:r>
        <w:t>Components</w:t>
      </w:r>
    </w:p>
    <w:p w14:paraId="6C23F778" w14:textId="77777777" w:rsidR="003B5B25" w:rsidRDefault="006475B5">
      <w:pPr>
        <w:pStyle w:val="ListBullet"/>
      </w:pPr>
      <w:r>
        <w:t>1 Starting Island Tile</w:t>
      </w:r>
    </w:p>
    <w:p w14:paraId="3AD99561" w14:textId="77777777" w:rsidR="003B5B25" w:rsidRDefault="006475B5">
      <w:pPr>
        <w:pStyle w:val="ListBullet"/>
      </w:pPr>
      <w:r>
        <w:t>20 Sea/Island Tiles</w:t>
      </w:r>
    </w:p>
    <w:p w14:paraId="48447B89" w14:textId="77777777" w:rsidR="003B5B25" w:rsidRDefault="006475B5">
      <w:pPr>
        <w:pStyle w:val="ListBullet"/>
      </w:pPr>
      <w:r>
        <w:t>40 Item Cards</w:t>
      </w:r>
    </w:p>
    <w:p w14:paraId="064413AF" w14:textId="77777777" w:rsidR="003B5B25" w:rsidRDefault="006475B5">
      <w:pPr>
        <w:pStyle w:val="ListBullet"/>
      </w:pPr>
      <w:r>
        <w:t>20 Encounter Cards</w:t>
      </w:r>
    </w:p>
    <w:p w14:paraId="7CB3DD0A" w14:textId="77777777" w:rsidR="003B5B25" w:rsidRDefault="006475B5">
      <w:pPr>
        <w:pStyle w:val="ListBullet"/>
      </w:pPr>
      <w:r>
        <w:t>3 Triforce Shard Tokens</w:t>
      </w:r>
    </w:p>
    <w:p w14:paraId="1B33B8E1" w14:textId="77777777" w:rsidR="003B5B25" w:rsidRDefault="006475B5">
      <w:pPr>
        <w:pStyle w:val="ListBullet"/>
      </w:pPr>
      <w:r>
        <w:t>30 Rupee Tokens</w:t>
      </w:r>
    </w:p>
    <w:p w14:paraId="2A48471D" w14:textId="77777777" w:rsidR="003B5B25" w:rsidRDefault="006475B5">
      <w:pPr>
        <w:pStyle w:val="ListBullet"/>
      </w:pPr>
      <w:r>
        <w:t>4 Player Ship Tokens</w:t>
      </w:r>
    </w:p>
    <w:p w14:paraId="31DCDFEE" w14:textId="77777777" w:rsidR="003B5B25" w:rsidRDefault="006475B5">
      <w:pPr>
        <w:pStyle w:val="ListBullet"/>
      </w:pPr>
      <w:r>
        <w:t>1 Six-sided Die (d6)</w:t>
      </w:r>
    </w:p>
    <w:p w14:paraId="01877060" w14:textId="77777777" w:rsidR="003B5B25" w:rsidRDefault="006475B5">
      <w:pPr>
        <w:pStyle w:val="ListBullet"/>
      </w:pPr>
      <w:r>
        <w:t>Damage &amp; Victory Point Tokens</w:t>
      </w:r>
    </w:p>
    <w:p w14:paraId="43EECE38" w14:textId="77777777" w:rsidR="003B5B25" w:rsidRDefault="006475B5">
      <w:pPr>
        <w:pStyle w:val="Heading1"/>
      </w:pPr>
      <w:r>
        <w:t>Setup</w:t>
      </w:r>
    </w:p>
    <w:p w14:paraId="3B6A0ECA" w14:textId="77777777" w:rsidR="003B5B25" w:rsidRDefault="006475B5">
      <w:pPr>
        <w:pStyle w:val="ListNumber"/>
      </w:pPr>
      <w:r>
        <w:t>Place the Starting Island in the center of the table.</w:t>
      </w:r>
    </w:p>
    <w:p w14:paraId="6EC63585" w14:textId="77777777" w:rsidR="003B5B25" w:rsidRDefault="006475B5">
      <w:pPr>
        <w:pStyle w:val="ListNumber"/>
      </w:pPr>
      <w:r>
        <w:t>Shuffle the Sea Tiles into a face-down stack.</w:t>
      </w:r>
    </w:p>
    <w:p w14:paraId="45001CDD" w14:textId="77777777" w:rsidR="003B5B25" w:rsidRDefault="006475B5">
      <w:pPr>
        <w:pStyle w:val="ListNumber"/>
      </w:pPr>
      <w:r>
        <w:t>Shuffle the Item and Encounter decks separately.</w:t>
      </w:r>
    </w:p>
    <w:p w14:paraId="30601357" w14:textId="77777777" w:rsidR="003B5B25" w:rsidRDefault="006475B5">
      <w:pPr>
        <w:pStyle w:val="ListNumber"/>
      </w:pPr>
      <w:r>
        <w:t>Place the three Triforce Shards nearby.</w:t>
      </w:r>
    </w:p>
    <w:p w14:paraId="70D2CE43" w14:textId="77777777" w:rsidR="003B5B25" w:rsidRDefault="006475B5">
      <w:pPr>
        <w:pStyle w:val="ListNumber"/>
      </w:pPr>
      <w:r>
        <w:t>Each player chooses a ship, takes 3 Rupees, and draws 1 Item Card.</w:t>
      </w:r>
    </w:p>
    <w:p w14:paraId="623FE27D" w14:textId="77777777" w:rsidR="003B5B25" w:rsidRDefault="006475B5">
      <w:pPr>
        <w:pStyle w:val="ListNumber"/>
      </w:pPr>
      <w:r>
        <w:t>Randomly choose the first player.</w:t>
      </w:r>
    </w:p>
    <w:p w14:paraId="47E0C2E1" w14:textId="77777777" w:rsidR="003B5B25" w:rsidRDefault="006475B5">
      <w:pPr>
        <w:pStyle w:val="Heading1"/>
      </w:pPr>
      <w:r>
        <w:t>Turn Structure</w:t>
      </w:r>
    </w:p>
    <w:p w14:paraId="14A11A0B" w14:textId="77777777" w:rsidR="003B5B25" w:rsidRDefault="006475B5">
      <w:r>
        <w:t>Each player performs two actions on their turn:</w:t>
      </w:r>
    </w:p>
    <w:p w14:paraId="0370C57B" w14:textId="77777777" w:rsidR="003B5B25" w:rsidRDefault="006475B5">
      <w:pPr>
        <w:pStyle w:val="ListBullet"/>
      </w:pPr>
      <w:r>
        <w:t>Sail to an adjacent tile.</w:t>
      </w:r>
    </w:p>
    <w:p w14:paraId="1854BCFA" w14:textId="77777777" w:rsidR="003B5B25" w:rsidRDefault="006475B5">
      <w:pPr>
        <w:pStyle w:val="ListBullet"/>
      </w:pPr>
      <w:r>
        <w:lastRenderedPageBreak/>
        <w:t>Explore a face-down Sea Tile.</w:t>
      </w:r>
    </w:p>
    <w:p w14:paraId="05E28CA1" w14:textId="77777777" w:rsidR="003B5B25" w:rsidRDefault="006475B5">
      <w:pPr>
        <w:pStyle w:val="ListBullet"/>
      </w:pPr>
      <w:r>
        <w:t>Search an island for treasure or an item.</w:t>
      </w:r>
    </w:p>
    <w:p w14:paraId="5F39ACBE" w14:textId="77777777" w:rsidR="003B5B25" w:rsidRDefault="006475B5">
      <w:pPr>
        <w:pStyle w:val="ListBullet"/>
      </w:pPr>
      <w:r>
        <w:t>Trade at a shop.</w:t>
      </w:r>
    </w:p>
    <w:p w14:paraId="42A4CDF7" w14:textId="77777777" w:rsidR="003B5B25" w:rsidRDefault="006475B5">
      <w:pPr>
        <w:pStyle w:val="ListBullet"/>
      </w:pPr>
      <w:r>
        <w:t>Challenge another player on the same tile.</w:t>
      </w:r>
    </w:p>
    <w:p w14:paraId="477E4782" w14:textId="77777777" w:rsidR="003B5B25" w:rsidRDefault="006475B5">
      <w:pPr>
        <w:pStyle w:val="Heading1"/>
      </w:pPr>
      <w:r>
        <w:t>Combat</w:t>
      </w:r>
    </w:p>
    <w:p w14:paraId="528A2AB4" w14:textId="77777777" w:rsidR="003B5B25" w:rsidRDefault="006475B5">
      <w:r>
        <w:t>When two players battle, each secretly selects one Item Card (optional), then both roll a d6. Add any bonuses from items. The higher total wins and chooses one reward: steal 1 Rupee, steal a random Item Card, or push the losing ship back one space.</w:t>
      </w:r>
    </w:p>
    <w:p w14:paraId="19952B7C" w14:textId="77777777" w:rsidR="003B5B25" w:rsidRDefault="006475B5">
      <w:pPr>
        <w:pStyle w:val="Heading1"/>
      </w:pPr>
      <w:r>
        <w:t>Finding Triforce Shards</w:t>
      </w:r>
    </w:p>
    <w:p w14:paraId="0AB203B3" w14:textId="77777777" w:rsidR="003B5B25" w:rsidRDefault="006475B5">
      <w:r>
        <w:t>Special islands and encounter cards may reveal one of the three Triforce Shards. Players must discover all three during the game. When the final shard is claimed, every other player takes one final turn before scoring.</w:t>
      </w:r>
    </w:p>
    <w:p w14:paraId="6A44A0B9" w14:textId="77777777" w:rsidR="003B5B25" w:rsidRDefault="006475B5">
      <w:pPr>
        <w:pStyle w:val="Heading1"/>
      </w:pPr>
      <w:r>
        <w:t>Scoring</w:t>
      </w:r>
    </w:p>
    <w:p w14:paraId="65D6C9F9" w14:textId="77777777" w:rsidR="003B5B25" w:rsidRDefault="006475B5">
      <w:r>
        <w:t>• 5 Victory Points per Triforce Shard</w:t>
      </w:r>
      <w:r>
        <w:br/>
        <w:t>• 1 Victory Point for every 3 Rupees</w:t>
      </w:r>
      <w:r>
        <w:br/>
        <w:t>• 1 Victory Point per Treasure Item</w:t>
      </w:r>
      <w:r>
        <w:br/>
      </w:r>
      <w:r>
        <w:br/>
        <w:t>Tie Breaker: Most Rupees remaining, then least damage.</w:t>
      </w:r>
    </w:p>
    <w:p w14:paraId="7C0F3D74" w14:textId="77777777" w:rsidR="003B5B25" w:rsidRDefault="006475B5">
      <w:pPr>
        <w:pStyle w:val="Heading1"/>
      </w:pPr>
      <w:r>
        <w:t>Design Goals</w:t>
      </w:r>
    </w:p>
    <w:p w14:paraId="6FB58FD6" w14:textId="2EE2ED38" w:rsidR="003B5B25" w:rsidRDefault="006475B5">
      <w:r>
        <w:t>This project focuses on creating a light, competitive exploration game with meaningful choices, quick player interaction, and the sense of adventure that makes The Wind Waker memorable, while introducing original mechanics and pacing suitable for a tabletop experience.</w:t>
      </w:r>
    </w:p>
    <w:p w14:paraId="52B357EE" w14:textId="4082C98C" w:rsidR="00CA6835" w:rsidRDefault="00CA6835"/>
    <w:p w14:paraId="747ACEE8" w14:textId="26608C53" w:rsidR="00CA6835" w:rsidRDefault="00CA6835"/>
    <w:p w14:paraId="60F4114F" w14:textId="55D4C19F" w:rsidR="00CA6835" w:rsidRDefault="00CA6835">
      <w:r>
        <w:rPr>
          <w:noProof/>
        </w:rPr>
        <w:lastRenderedPageBreak/>
        <w:drawing>
          <wp:inline distT="0" distB="0" distL="0" distR="0" wp14:anchorId="6C485338" wp14:editId="281986FE">
            <wp:extent cx="5476875" cy="8220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6875" cy="8220075"/>
                    </a:xfrm>
                    <a:prstGeom prst="rect">
                      <a:avLst/>
                    </a:prstGeom>
                    <a:noFill/>
                    <a:ln>
                      <a:noFill/>
                    </a:ln>
                  </pic:spPr>
                </pic:pic>
              </a:graphicData>
            </a:graphic>
          </wp:inline>
        </w:drawing>
      </w:r>
      <w:r>
        <w:rPr>
          <w:noProof/>
        </w:rPr>
        <w:lastRenderedPageBreak/>
        <w:drawing>
          <wp:inline distT="0" distB="0" distL="0" distR="0" wp14:anchorId="49151862" wp14:editId="50A48900">
            <wp:extent cx="5486400" cy="548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r>
        <w:rPr>
          <w:noProof/>
        </w:rPr>
        <w:lastRenderedPageBreak/>
        <w:drawing>
          <wp:inline distT="0" distB="0" distL="0" distR="0" wp14:anchorId="7F5C6CC6" wp14:editId="5FB323B7">
            <wp:extent cx="54864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Pr>
          <w:noProof/>
        </w:rPr>
        <w:drawing>
          <wp:inline distT="0" distB="0" distL="0" distR="0" wp14:anchorId="584F8ACC" wp14:editId="6C739D9B">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Pr>
          <w:noProof/>
        </w:rPr>
        <w:drawing>
          <wp:inline distT="0" distB="0" distL="0" distR="0" wp14:anchorId="61F3963B" wp14:editId="4C938047">
            <wp:extent cx="2209800" cy="147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1473200"/>
                    </a:xfrm>
                    <a:prstGeom prst="rect">
                      <a:avLst/>
                    </a:prstGeom>
                    <a:noFill/>
                    <a:ln>
                      <a:noFill/>
                    </a:ln>
                  </pic:spPr>
                </pic:pic>
              </a:graphicData>
            </a:graphic>
          </wp:inline>
        </w:drawing>
      </w:r>
      <w:r>
        <w:rPr>
          <w:noProof/>
        </w:rPr>
        <w:lastRenderedPageBreak/>
        <w:drawing>
          <wp:inline distT="0" distB="0" distL="0" distR="0" wp14:anchorId="3E874A86" wp14:editId="660DE108">
            <wp:extent cx="54864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Pr>
          <w:noProof/>
        </w:rPr>
        <w:drawing>
          <wp:inline distT="0" distB="0" distL="0" distR="0" wp14:anchorId="166CD526" wp14:editId="26D7AD8E">
            <wp:extent cx="5486400"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Pr>
          <w:noProof/>
        </w:rPr>
        <w:lastRenderedPageBreak/>
        <w:drawing>
          <wp:inline distT="0" distB="0" distL="0" distR="0" wp14:anchorId="3EFBFC6D" wp14:editId="0A3830BA">
            <wp:extent cx="5486400" cy="3657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Pr>
          <w:noProof/>
        </w:rPr>
        <w:drawing>
          <wp:inline distT="0" distB="0" distL="0" distR="0" wp14:anchorId="5A35E1DE" wp14:editId="594F19AF">
            <wp:extent cx="548640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Pr>
          <w:noProof/>
        </w:rPr>
        <w:lastRenderedPageBreak/>
        <w:drawing>
          <wp:inline distT="0" distB="0" distL="0" distR="0" wp14:anchorId="329BB4AD" wp14:editId="19CB6C1D">
            <wp:extent cx="548640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Pr>
          <w:noProof/>
        </w:rPr>
        <w:drawing>
          <wp:inline distT="0" distB="0" distL="0" distR="0" wp14:anchorId="3152161D" wp14:editId="1B6A3DE2">
            <wp:extent cx="5486400" cy="365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sectPr w:rsidR="00CA683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5B25"/>
    <w:rsid w:val="006475B5"/>
    <w:rsid w:val="00AA1D8D"/>
    <w:rsid w:val="00B47730"/>
    <w:rsid w:val="00CA683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6A9E5B"/>
  <w14:defaultImageDpi w14:val="300"/>
  <w15:docId w15:val="{3540ED3D-35B7-4806-AD91-6063ADE6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475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8470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Dillon Anderson</cp:lastModifiedBy>
  <cp:revision>3</cp:revision>
  <dcterms:created xsi:type="dcterms:W3CDTF">2026-07-26T18:33:00Z</dcterms:created>
  <dcterms:modified xsi:type="dcterms:W3CDTF">2026-08-06T19:19:00Z</dcterms:modified>
  <cp:category/>
</cp:coreProperties>
</file>