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41106" w14:textId="6CDFBB91" w:rsidR="00B21907" w:rsidRPr="00A011F5" w:rsidRDefault="00AB76D4" w:rsidP="006C6DB0">
      <w:pPr>
        <w:spacing w:after="0"/>
        <w:jc w:val="center"/>
        <w:rPr>
          <w:b/>
          <w:sz w:val="36"/>
          <w:szCs w:val="20"/>
        </w:rPr>
      </w:pPr>
      <w:r w:rsidRPr="00A011F5">
        <w:rPr>
          <w:b/>
          <w:sz w:val="36"/>
          <w:szCs w:val="20"/>
        </w:rPr>
        <w:t xml:space="preserve">Homeschool Student Transcript </w:t>
      </w:r>
    </w:p>
    <w:p w14:paraId="0F31A0B0" w14:textId="04336499" w:rsidR="006C6DB0" w:rsidRPr="00A011F5" w:rsidRDefault="006C6DB0" w:rsidP="006C6DB0">
      <w:pPr>
        <w:spacing w:after="0"/>
        <w:jc w:val="center"/>
        <w:rPr>
          <w:sz w:val="20"/>
          <w:szCs w:val="20"/>
        </w:rPr>
      </w:pPr>
      <w:r w:rsidRPr="00A011F5">
        <w:rPr>
          <w:b/>
          <w:sz w:val="36"/>
          <w:szCs w:val="20"/>
        </w:rPr>
        <w:t>Elementary School (Grades K-5)</w:t>
      </w:r>
    </w:p>
    <w:p w14:paraId="460DF257" w14:textId="5B678635" w:rsidR="00B21907" w:rsidRPr="007369FB" w:rsidRDefault="000A731F" w:rsidP="007369FB">
      <w:pPr>
        <w:spacing w:after="0"/>
      </w:pPr>
      <w:r w:rsidRPr="007369FB">
        <w:t>Please complete this form for students transferring from homeschool to Waymark Academy.</w:t>
      </w:r>
      <w:r w:rsidRPr="007369FB">
        <w:br/>
      </w:r>
    </w:p>
    <w:p w14:paraId="2016C14F" w14:textId="77777777" w:rsidR="00B21907" w:rsidRPr="007369FB" w:rsidRDefault="000A731F" w:rsidP="007369FB">
      <w:pPr>
        <w:spacing w:after="0"/>
      </w:pPr>
      <w:r w:rsidRPr="007369FB">
        <w:rPr>
          <w:b/>
        </w:rPr>
        <w:t>STUDENT INFORMATION</w:t>
      </w:r>
    </w:p>
    <w:p w14:paraId="2402B50A" w14:textId="0ABE0021" w:rsidR="00B21907" w:rsidRPr="007369FB" w:rsidRDefault="000A731F" w:rsidP="007369FB">
      <w:pPr>
        <w:tabs>
          <w:tab w:val="left" w:leader="underscore" w:pos="9540"/>
        </w:tabs>
        <w:spacing w:after="0" w:line="480" w:lineRule="auto"/>
      </w:pPr>
      <w:r w:rsidRPr="007369FB">
        <w:t xml:space="preserve">Student Full Name: </w:t>
      </w:r>
      <w:r w:rsidR="00D73636" w:rsidRPr="007369FB">
        <w:tab/>
      </w:r>
    </w:p>
    <w:p w14:paraId="30349F4C" w14:textId="6DCFEF5D" w:rsidR="00D73636" w:rsidRPr="007369FB" w:rsidRDefault="000A731F" w:rsidP="007369FB">
      <w:pPr>
        <w:tabs>
          <w:tab w:val="left" w:leader="underscore" w:pos="9540"/>
        </w:tabs>
        <w:spacing w:after="0" w:line="480" w:lineRule="auto"/>
      </w:pPr>
      <w:r w:rsidRPr="007369FB">
        <w:t xml:space="preserve">Date of Birth: </w:t>
      </w:r>
      <w:r w:rsidR="00D73636" w:rsidRPr="007369FB">
        <w:tab/>
      </w:r>
    </w:p>
    <w:p w14:paraId="5DCB8DFA" w14:textId="7C907F3E" w:rsidR="00B21907" w:rsidRPr="007369FB" w:rsidRDefault="000A731F" w:rsidP="007369FB">
      <w:pPr>
        <w:tabs>
          <w:tab w:val="left" w:leader="underscore" w:pos="9540"/>
        </w:tabs>
        <w:spacing w:after="0" w:line="480" w:lineRule="auto"/>
      </w:pPr>
      <w:r w:rsidRPr="007369FB">
        <w:t xml:space="preserve">Parent/Administrator Name: </w:t>
      </w:r>
      <w:r w:rsidR="00D73636" w:rsidRPr="007369FB">
        <w:tab/>
      </w:r>
    </w:p>
    <w:p w14:paraId="65129CFD" w14:textId="7C7FF562" w:rsidR="00B21907" w:rsidRPr="007369FB" w:rsidRDefault="000A731F" w:rsidP="007369FB">
      <w:pPr>
        <w:tabs>
          <w:tab w:val="left" w:leader="underscore" w:pos="9540"/>
        </w:tabs>
        <w:spacing w:after="0" w:line="480" w:lineRule="auto"/>
      </w:pPr>
      <w:r w:rsidRPr="007369FB">
        <w:t xml:space="preserve">Homeschool Name (Registered with NC DNPE): </w:t>
      </w:r>
      <w:r w:rsidR="00D73636" w:rsidRPr="007369FB">
        <w:tab/>
      </w:r>
    </w:p>
    <w:p w14:paraId="161D88B4" w14:textId="1092E2EF" w:rsidR="00B21907" w:rsidRPr="007369FB" w:rsidRDefault="000A731F" w:rsidP="007369FB">
      <w:pPr>
        <w:tabs>
          <w:tab w:val="left" w:leader="underscore" w:pos="9540"/>
        </w:tabs>
        <w:spacing w:after="0" w:line="480" w:lineRule="auto"/>
      </w:pPr>
      <w:r w:rsidRPr="007369FB">
        <w:t xml:space="preserve">Homeschool Address: </w:t>
      </w:r>
      <w:r w:rsidR="00D73636" w:rsidRPr="007369FB">
        <w:tab/>
      </w:r>
    </w:p>
    <w:p w14:paraId="06121F5C" w14:textId="40726DAC" w:rsidR="00B21907" w:rsidRPr="007369FB" w:rsidRDefault="000A731F" w:rsidP="007369FB">
      <w:pPr>
        <w:tabs>
          <w:tab w:val="left" w:leader="underscore" w:pos="9540"/>
        </w:tabs>
        <w:spacing w:after="0" w:line="480" w:lineRule="auto"/>
      </w:pPr>
      <w:r w:rsidRPr="007369FB">
        <w:t xml:space="preserve">Phone Number: </w:t>
      </w:r>
      <w:r w:rsidR="00D73636" w:rsidRPr="007369FB">
        <w:tab/>
      </w:r>
    </w:p>
    <w:p w14:paraId="0049C838" w14:textId="1816B324" w:rsidR="00B21907" w:rsidRPr="007369FB" w:rsidRDefault="000A731F" w:rsidP="007369FB">
      <w:pPr>
        <w:tabs>
          <w:tab w:val="left" w:leader="underscore" w:pos="9540"/>
        </w:tabs>
        <w:spacing w:after="0"/>
      </w:pPr>
      <w:r w:rsidRPr="007369FB">
        <w:t xml:space="preserve">Email Address: </w:t>
      </w:r>
      <w:r w:rsidR="00D73636" w:rsidRPr="007369FB">
        <w:tab/>
      </w:r>
    </w:p>
    <w:p w14:paraId="2992BDE0" w14:textId="77777777" w:rsidR="00B21907" w:rsidRPr="007369FB" w:rsidRDefault="000A731F" w:rsidP="007369FB">
      <w:pPr>
        <w:spacing w:after="0"/>
      </w:pPr>
      <w:r w:rsidRPr="007369FB">
        <w:rPr>
          <w:b/>
        </w:rPr>
        <w:br/>
        <w:t>ACADEMIC RECORD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0"/>
        <w:gridCol w:w="2157"/>
        <w:gridCol w:w="2818"/>
        <w:gridCol w:w="2715"/>
      </w:tblGrid>
      <w:tr w:rsidR="007369FB" w:rsidRPr="007369FB" w14:paraId="380CD26E" w14:textId="02362B53" w:rsidTr="006C6DB0">
        <w:tc>
          <w:tcPr>
            <w:tcW w:w="1940" w:type="dxa"/>
          </w:tcPr>
          <w:p w14:paraId="7D8AF052" w14:textId="77777777" w:rsidR="007369FB" w:rsidRPr="007369FB" w:rsidRDefault="007369FB" w:rsidP="007369FB">
            <w:pPr>
              <w:spacing w:after="0"/>
            </w:pPr>
            <w:r w:rsidRPr="007369FB">
              <w:t>School Year</w:t>
            </w:r>
          </w:p>
        </w:tc>
        <w:tc>
          <w:tcPr>
            <w:tcW w:w="2157" w:type="dxa"/>
          </w:tcPr>
          <w:p w14:paraId="56327FFC" w14:textId="77777777" w:rsidR="007369FB" w:rsidRPr="007369FB" w:rsidRDefault="007369FB" w:rsidP="007369FB">
            <w:pPr>
              <w:spacing w:after="0"/>
            </w:pPr>
            <w:r w:rsidRPr="007369FB">
              <w:t>Grade Level</w:t>
            </w:r>
          </w:p>
        </w:tc>
        <w:tc>
          <w:tcPr>
            <w:tcW w:w="5533" w:type="dxa"/>
            <w:gridSpan w:val="2"/>
          </w:tcPr>
          <w:p w14:paraId="7328B4D7" w14:textId="3811219F" w:rsidR="007369FB" w:rsidRPr="007369FB" w:rsidRDefault="007369FB" w:rsidP="007369FB">
            <w:pPr>
              <w:spacing w:after="0"/>
            </w:pPr>
            <w:r w:rsidRPr="007369FB">
              <w:t>Subjects and Final Grades</w:t>
            </w:r>
          </w:p>
        </w:tc>
      </w:tr>
      <w:tr w:rsidR="007369FB" w:rsidRPr="007369FB" w14:paraId="21B7A164" w14:textId="095583AF" w:rsidTr="006C6DB0">
        <w:trPr>
          <w:trHeight w:val="2160"/>
        </w:trPr>
        <w:tc>
          <w:tcPr>
            <w:tcW w:w="1940" w:type="dxa"/>
            <w:vAlign w:val="center"/>
          </w:tcPr>
          <w:p w14:paraId="5EF187AC" w14:textId="77777777" w:rsidR="007369FB" w:rsidRPr="007369FB" w:rsidRDefault="007369FB" w:rsidP="00151C84">
            <w:pPr>
              <w:spacing w:after="0"/>
            </w:pPr>
            <w:r w:rsidRPr="007369FB">
              <w:t>________________</w:t>
            </w:r>
          </w:p>
        </w:tc>
        <w:tc>
          <w:tcPr>
            <w:tcW w:w="2157" w:type="dxa"/>
            <w:vAlign w:val="center"/>
          </w:tcPr>
          <w:p w14:paraId="72EEB6C9" w14:textId="36DE7604" w:rsidR="007369FB" w:rsidRPr="007369FB" w:rsidRDefault="006C6DB0" w:rsidP="00151C84">
            <w:pPr>
              <w:spacing w:after="0"/>
            </w:pPr>
            <w:r>
              <w:t>Kindergarten</w:t>
            </w:r>
          </w:p>
        </w:tc>
        <w:tc>
          <w:tcPr>
            <w:tcW w:w="2818" w:type="dxa"/>
            <w:vAlign w:val="center"/>
          </w:tcPr>
          <w:p w14:paraId="6443AAA7" w14:textId="77777777" w:rsidR="007369FB" w:rsidRDefault="007369FB" w:rsidP="00151C84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Math: </w:t>
            </w:r>
            <w:r>
              <w:tab/>
            </w:r>
            <w:r w:rsidRPr="007369FB">
              <w:br/>
              <w:t>Reading:</w:t>
            </w:r>
            <w:r>
              <w:tab/>
            </w:r>
            <w:r w:rsidRPr="007369FB">
              <w:br/>
              <w:t>Writing:</w:t>
            </w:r>
            <w:r>
              <w:t xml:space="preserve"> </w:t>
            </w:r>
            <w:r>
              <w:tab/>
            </w:r>
            <w:r w:rsidRPr="007369FB">
              <w:br/>
              <w:t xml:space="preserve">Science: </w:t>
            </w:r>
            <w:r>
              <w:tab/>
            </w:r>
          </w:p>
          <w:p w14:paraId="4AE72D09" w14:textId="7B36A39C" w:rsidR="007369FB" w:rsidRPr="007369FB" w:rsidRDefault="007369FB" w:rsidP="00151C84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Social Studies: </w:t>
            </w:r>
            <w:r>
              <w:tab/>
            </w:r>
            <w:r w:rsidRPr="007369FB">
              <w:br/>
              <w:t>Bible</w:t>
            </w:r>
            <w:r w:rsidR="00151C84">
              <w:t xml:space="preserve">: </w:t>
            </w:r>
            <w:r>
              <w:tab/>
            </w:r>
          </w:p>
        </w:tc>
        <w:tc>
          <w:tcPr>
            <w:tcW w:w="2715" w:type="dxa"/>
            <w:vAlign w:val="center"/>
          </w:tcPr>
          <w:p w14:paraId="1869AA4D" w14:textId="77777777" w:rsidR="007369FB" w:rsidRPr="007369FB" w:rsidRDefault="007369FB" w:rsidP="00151C84">
            <w:pPr>
              <w:tabs>
                <w:tab w:val="left" w:leader="underscore" w:pos="2480"/>
              </w:tabs>
              <w:spacing w:after="0"/>
            </w:pPr>
            <w:r w:rsidRPr="007369FB">
              <w:t>Other:</w:t>
            </w:r>
          </w:p>
          <w:p w14:paraId="653D3D49" w14:textId="77777777" w:rsidR="007369FB" w:rsidRDefault="007932FA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481D48D6" w14:textId="77777777" w:rsidR="007932FA" w:rsidRDefault="007932FA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0EC241D2" w14:textId="77777777" w:rsidR="007932FA" w:rsidRDefault="007932FA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33C0CBC2" w14:textId="77777777" w:rsidR="007932FA" w:rsidRDefault="007932FA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30A97584" w14:textId="06559BCF" w:rsidR="007932FA" w:rsidRPr="007369FB" w:rsidRDefault="007932FA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</w:tc>
      </w:tr>
      <w:tr w:rsidR="00151C84" w:rsidRPr="007369FB" w14:paraId="7B9E83C2" w14:textId="77777777" w:rsidTr="006C6DB0">
        <w:trPr>
          <w:trHeight w:val="2160"/>
        </w:trPr>
        <w:tc>
          <w:tcPr>
            <w:tcW w:w="1940" w:type="dxa"/>
            <w:vAlign w:val="center"/>
          </w:tcPr>
          <w:p w14:paraId="5D9AFA13" w14:textId="77777777" w:rsidR="00151C84" w:rsidRPr="007369FB" w:rsidRDefault="00151C84" w:rsidP="00A14EA3">
            <w:pPr>
              <w:spacing w:after="0"/>
            </w:pPr>
            <w:r w:rsidRPr="007369FB">
              <w:t>________________</w:t>
            </w:r>
          </w:p>
        </w:tc>
        <w:tc>
          <w:tcPr>
            <w:tcW w:w="2157" w:type="dxa"/>
            <w:vAlign w:val="center"/>
          </w:tcPr>
          <w:p w14:paraId="1D78A364" w14:textId="1214844C" w:rsidR="00151C84" w:rsidRPr="007369FB" w:rsidRDefault="006C6DB0" w:rsidP="00A14EA3">
            <w:pPr>
              <w:spacing w:after="0"/>
            </w:pPr>
            <w:r>
              <w:t>Grade 1</w:t>
            </w:r>
          </w:p>
        </w:tc>
        <w:tc>
          <w:tcPr>
            <w:tcW w:w="2818" w:type="dxa"/>
            <w:vAlign w:val="center"/>
          </w:tcPr>
          <w:p w14:paraId="3820E9CD" w14:textId="77777777" w:rsidR="00151C84" w:rsidRDefault="00151C84" w:rsidP="00151C84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Math: </w:t>
            </w:r>
            <w:r>
              <w:tab/>
            </w:r>
            <w:r w:rsidRPr="007369FB">
              <w:br/>
              <w:t>Reading:</w:t>
            </w:r>
            <w:r>
              <w:tab/>
            </w:r>
            <w:r w:rsidRPr="007369FB">
              <w:br/>
              <w:t>Writing:</w:t>
            </w:r>
            <w:r>
              <w:t xml:space="preserve"> </w:t>
            </w:r>
            <w:r>
              <w:tab/>
            </w:r>
            <w:r w:rsidRPr="007369FB">
              <w:br/>
              <w:t xml:space="preserve">Science: </w:t>
            </w:r>
            <w:r>
              <w:tab/>
            </w:r>
          </w:p>
          <w:p w14:paraId="61B63955" w14:textId="77777777" w:rsidR="00151C84" w:rsidRPr="007369FB" w:rsidRDefault="00151C84" w:rsidP="00151C84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Social Studies: </w:t>
            </w:r>
            <w:r>
              <w:tab/>
            </w:r>
            <w:r w:rsidRPr="007369FB">
              <w:br/>
              <w:t>Bible</w:t>
            </w:r>
            <w:r>
              <w:t xml:space="preserve">: </w:t>
            </w:r>
            <w:r>
              <w:tab/>
            </w:r>
          </w:p>
        </w:tc>
        <w:tc>
          <w:tcPr>
            <w:tcW w:w="2715" w:type="dxa"/>
            <w:vAlign w:val="center"/>
          </w:tcPr>
          <w:p w14:paraId="26C2663F" w14:textId="77777777" w:rsidR="00151C84" w:rsidRPr="007369FB" w:rsidRDefault="00151C84" w:rsidP="00151C84">
            <w:pPr>
              <w:tabs>
                <w:tab w:val="left" w:leader="underscore" w:pos="2480"/>
              </w:tabs>
              <w:spacing w:after="0"/>
            </w:pPr>
            <w:r w:rsidRPr="007369FB">
              <w:t>Other:</w:t>
            </w:r>
          </w:p>
          <w:p w14:paraId="0AD935BD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49EF45A3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7B4F5DF8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2ED4F88B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3B4FB34E" w14:textId="77777777" w:rsidR="00151C84" w:rsidRPr="007369FB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</w:tc>
      </w:tr>
      <w:tr w:rsidR="00151C84" w:rsidRPr="007369FB" w14:paraId="51E194DC" w14:textId="77777777" w:rsidTr="006C6DB0">
        <w:trPr>
          <w:trHeight w:val="2160"/>
        </w:trPr>
        <w:tc>
          <w:tcPr>
            <w:tcW w:w="1940" w:type="dxa"/>
            <w:vAlign w:val="center"/>
          </w:tcPr>
          <w:p w14:paraId="4B222575" w14:textId="77777777" w:rsidR="00151C84" w:rsidRPr="007369FB" w:rsidRDefault="00151C84" w:rsidP="00A14EA3">
            <w:pPr>
              <w:spacing w:after="0"/>
            </w:pPr>
            <w:r w:rsidRPr="007369FB">
              <w:t>________________</w:t>
            </w:r>
          </w:p>
        </w:tc>
        <w:tc>
          <w:tcPr>
            <w:tcW w:w="2157" w:type="dxa"/>
            <w:vAlign w:val="center"/>
          </w:tcPr>
          <w:p w14:paraId="7803CB8C" w14:textId="24E33B37" w:rsidR="00151C84" w:rsidRPr="007369FB" w:rsidRDefault="006C6DB0" w:rsidP="00A14EA3">
            <w:pPr>
              <w:spacing w:after="0"/>
            </w:pPr>
            <w:r>
              <w:t>Grade 2</w:t>
            </w:r>
          </w:p>
        </w:tc>
        <w:tc>
          <w:tcPr>
            <w:tcW w:w="2818" w:type="dxa"/>
            <w:vAlign w:val="center"/>
          </w:tcPr>
          <w:p w14:paraId="44A4B617" w14:textId="77777777" w:rsidR="00151C84" w:rsidRDefault="00151C84" w:rsidP="00151C84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Math: </w:t>
            </w:r>
            <w:r>
              <w:tab/>
            </w:r>
            <w:r w:rsidRPr="007369FB">
              <w:br/>
              <w:t>Reading:</w:t>
            </w:r>
            <w:r>
              <w:tab/>
            </w:r>
            <w:r w:rsidRPr="007369FB">
              <w:br/>
              <w:t>Writing:</w:t>
            </w:r>
            <w:r>
              <w:t xml:space="preserve"> </w:t>
            </w:r>
            <w:r>
              <w:tab/>
            </w:r>
            <w:r w:rsidRPr="007369FB">
              <w:br/>
              <w:t xml:space="preserve">Science: </w:t>
            </w:r>
            <w:r>
              <w:tab/>
            </w:r>
          </w:p>
          <w:p w14:paraId="7DEA707C" w14:textId="77777777" w:rsidR="00151C84" w:rsidRPr="007369FB" w:rsidRDefault="00151C84" w:rsidP="00151C84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Social Studies: </w:t>
            </w:r>
            <w:r>
              <w:tab/>
            </w:r>
            <w:r w:rsidRPr="007369FB">
              <w:br/>
              <w:t>Bible</w:t>
            </w:r>
            <w:r>
              <w:t xml:space="preserve">: </w:t>
            </w:r>
            <w:r>
              <w:tab/>
            </w:r>
          </w:p>
        </w:tc>
        <w:tc>
          <w:tcPr>
            <w:tcW w:w="2715" w:type="dxa"/>
            <w:vAlign w:val="center"/>
          </w:tcPr>
          <w:p w14:paraId="25EA46F9" w14:textId="77777777" w:rsidR="00151C84" w:rsidRPr="007369FB" w:rsidRDefault="00151C84" w:rsidP="00151C84">
            <w:pPr>
              <w:tabs>
                <w:tab w:val="left" w:leader="underscore" w:pos="2480"/>
              </w:tabs>
              <w:spacing w:after="0"/>
            </w:pPr>
            <w:r w:rsidRPr="007369FB">
              <w:t>Other:</w:t>
            </w:r>
          </w:p>
          <w:p w14:paraId="27B19719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62FE6F59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56029E4B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3D7F91D7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620AC2D7" w14:textId="77777777" w:rsidR="00151C84" w:rsidRPr="007369FB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</w:tc>
      </w:tr>
      <w:tr w:rsidR="00151C84" w:rsidRPr="007369FB" w14:paraId="0FBF789C" w14:textId="77777777" w:rsidTr="006C6DB0">
        <w:trPr>
          <w:trHeight w:val="2160"/>
        </w:trPr>
        <w:tc>
          <w:tcPr>
            <w:tcW w:w="1940" w:type="dxa"/>
            <w:vAlign w:val="center"/>
          </w:tcPr>
          <w:p w14:paraId="520319C8" w14:textId="77777777" w:rsidR="00151C84" w:rsidRPr="007369FB" w:rsidRDefault="00151C84" w:rsidP="00A14EA3">
            <w:pPr>
              <w:spacing w:after="0"/>
            </w:pPr>
            <w:r w:rsidRPr="007369FB">
              <w:t>________________</w:t>
            </w:r>
          </w:p>
        </w:tc>
        <w:tc>
          <w:tcPr>
            <w:tcW w:w="2157" w:type="dxa"/>
            <w:vAlign w:val="center"/>
          </w:tcPr>
          <w:p w14:paraId="5C00E1A6" w14:textId="5AF515F8" w:rsidR="00151C84" w:rsidRPr="007369FB" w:rsidRDefault="006C6DB0" w:rsidP="00A14EA3">
            <w:pPr>
              <w:spacing w:after="0"/>
            </w:pPr>
            <w:r>
              <w:t>Grade 3</w:t>
            </w:r>
          </w:p>
        </w:tc>
        <w:tc>
          <w:tcPr>
            <w:tcW w:w="2818" w:type="dxa"/>
            <w:vAlign w:val="center"/>
          </w:tcPr>
          <w:p w14:paraId="28DD8EE6" w14:textId="77777777" w:rsidR="00151C84" w:rsidRDefault="00151C84" w:rsidP="00151C84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Math: </w:t>
            </w:r>
            <w:r>
              <w:tab/>
            </w:r>
            <w:r w:rsidRPr="007369FB">
              <w:br/>
              <w:t>Reading:</w:t>
            </w:r>
            <w:r>
              <w:tab/>
            </w:r>
            <w:r w:rsidRPr="007369FB">
              <w:br/>
              <w:t>Writing:</w:t>
            </w:r>
            <w:r>
              <w:t xml:space="preserve"> </w:t>
            </w:r>
            <w:r>
              <w:tab/>
            </w:r>
            <w:r w:rsidRPr="007369FB">
              <w:br/>
              <w:t xml:space="preserve">Science: </w:t>
            </w:r>
            <w:r>
              <w:tab/>
            </w:r>
          </w:p>
          <w:p w14:paraId="56BFCF1E" w14:textId="77777777" w:rsidR="00151C84" w:rsidRPr="007369FB" w:rsidRDefault="00151C84" w:rsidP="00151C84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Social Studies: </w:t>
            </w:r>
            <w:r>
              <w:tab/>
            </w:r>
            <w:r w:rsidRPr="007369FB">
              <w:br/>
              <w:t>Bible</w:t>
            </w:r>
            <w:r>
              <w:t xml:space="preserve">: </w:t>
            </w:r>
            <w:r>
              <w:tab/>
            </w:r>
          </w:p>
        </w:tc>
        <w:tc>
          <w:tcPr>
            <w:tcW w:w="2715" w:type="dxa"/>
            <w:vAlign w:val="center"/>
          </w:tcPr>
          <w:p w14:paraId="17798945" w14:textId="77777777" w:rsidR="00151C84" w:rsidRPr="007369FB" w:rsidRDefault="00151C84" w:rsidP="00151C84">
            <w:pPr>
              <w:tabs>
                <w:tab w:val="left" w:leader="underscore" w:pos="2480"/>
              </w:tabs>
              <w:spacing w:after="0"/>
            </w:pPr>
            <w:r w:rsidRPr="007369FB">
              <w:t>Other:</w:t>
            </w:r>
          </w:p>
          <w:p w14:paraId="2C93C79A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3C5D26E1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5CA94799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652CABD2" w14:textId="77777777" w:rsidR="00151C84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7DC87F10" w14:textId="77777777" w:rsidR="00151C84" w:rsidRPr="007369FB" w:rsidRDefault="00151C84" w:rsidP="00151C84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</w:tc>
      </w:tr>
      <w:tr w:rsidR="006C6DB0" w:rsidRPr="007369FB" w14:paraId="2D201EA8" w14:textId="77777777" w:rsidTr="00995900">
        <w:trPr>
          <w:trHeight w:val="2160"/>
        </w:trPr>
        <w:tc>
          <w:tcPr>
            <w:tcW w:w="1940" w:type="dxa"/>
            <w:vAlign w:val="center"/>
          </w:tcPr>
          <w:p w14:paraId="53FE625D" w14:textId="77777777" w:rsidR="006C6DB0" w:rsidRPr="007369FB" w:rsidRDefault="006C6DB0" w:rsidP="00995900">
            <w:pPr>
              <w:spacing w:after="0"/>
            </w:pPr>
            <w:r w:rsidRPr="007369FB">
              <w:lastRenderedPageBreak/>
              <w:t>________________</w:t>
            </w:r>
          </w:p>
        </w:tc>
        <w:tc>
          <w:tcPr>
            <w:tcW w:w="2157" w:type="dxa"/>
            <w:vAlign w:val="center"/>
          </w:tcPr>
          <w:p w14:paraId="611076CE" w14:textId="30726369" w:rsidR="006C6DB0" w:rsidRPr="007369FB" w:rsidRDefault="006C6DB0" w:rsidP="00995900">
            <w:pPr>
              <w:spacing w:after="0"/>
            </w:pPr>
            <w:r>
              <w:t>Grade 4</w:t>
            </w:r>
          </w:p>
        </w:tc>
        <w:tc>
          <w:tcPr>
            <w:tcW w:w="2818" w:type="dxa"/>
            <w:vAlign w:val="center"/>
          </w:tcPr>
          <w:p w14:paraId="4FAAA1B0" w14:textId="77777777" w:rsidR="006C6DB0" w:rsidRDefault="006C6DB0" w:rsidP="00995900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Math: </w:t>
            </w:r>
            <w:r>
              <w:tab/>
            </w:r>
            <w:r w:rsidRPr="007369FB">
              <w:br/>
              <w:t>Reading:</w:t>
            </w:r>
            <w:r>
              <w:tab/>
            </w:r>
            <w:r w:rsidRPr="007369FB">
              <w:br/>
              <w:t>Writing:</w:t>
            </w:r>
            <w:r>
              <w:t xml:space="preserve"> </w:t>
            </w:r>
            <w:r>
              <w:tab/>
            </w:r>
            <w:r w:rsidRPr="007369FB">
              <w:br/>
              <w:t xml:space="preserve">Science: </w:t>
            </w:r>
            <w:r>
              <w:tab/>
            </w:r>
          </w:p>
          <w:p w14:paraId="6009C982" w14:textId="77777777" w:rsidR="006C6DB0" w:rsidRPr="007369FB" w:rsidRDefault="006C6DB0" w:rsidP="00995900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Social Studies: </w:t>
            </w:r>
            <w:r>
              <w:tab/>
            </w:r>
            <w:r w:rsidRPr="007369FB">
              <w:br/>
              <w:t>Bible</w:t>
            </w:r>
            <w:r>
              <w:t xml:space="preserve">: </w:t>
            </w:r>
            <w:r>
              <w:tab/>
            </w:r>
          </w:p>
        </w:tc>
        <w:tc>
          <w:tcPr>
            <w:tcW w:w="2715" w:type="dxa"/>
            <w:vAlign w:val="center"/>
          </w:tcPr>
          <w:p w14:paraId="728461A1" w14:textId="77777777" w:rsidR="006C6DB0" w:rsidRPr="007369FB" w:rsidRDefault="006C6DB0" w:rsidP="00995900">
            <w:pPr>
              <w:tabs>
                <w:tab w:val="left" w:leader="underscore" w:pos="2480"/>
              </w:tabs>
              <w:spacing w:after="0"/>
            </w:pPr>
            <w:r w:rsidRPr="007369FB">
              <w:t>Other:</w:t>
            </w:r>
          </w:p>
          <w:p w14:paraId="5BA262C9" w14:textId="77777777" w:rsidR="006C6DB0" w:rsidRDefault="006C6DB0" w:rsidP="00995900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7FB49840" w14:textId="77777777" w:rsidR="006C6DB0" w:rsidRDefault="006C6DB0" w:rsidP="00995900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4E41CA48" w14:textId="77777777" w:rsidR="006C6DB0" w:rsidRDefault="006C6DB0" w:rsidP="00995900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4CFA0FE3" w14:textId="77777777" w:rsidR="006C6DB0" w:rsidRDefault="006C6DB0" w:rsidP="00995900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3040483D" w14:textId="77777777" w:rsidR="006C6DB0" w:rsidRPr="007369FB" w:rsidRDefault="006C6DB0" w:rsidP="00995900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</w:tc>
      </w:tr>
      <w:tr w:rsidR="006C6DB0" w:rsidRPr="007369FB" w14:paraId="44C0B042" w14:textId="77777777" w:rsidTr="00995900">
        <w:trPr>
          <w:trHeight w:val="2160"/>
        </w:trPr>
        <w:tc>
          <w:tcPr>
            <w:tcW w:w="1940" w:type="dxa"/>
            <w:vAlign w:val="center"/>
          </w:tcPr>
          <w:p w14:paraId="4444EC59" w14:textId="77777777" w:rsidR="006C6DB0" w:rsidRPr="007369FB" w:rsidRDefault="006C6DB0" w:rsidP="00995900">
            <w:pPr>
              <w:spacing w:after="0"/>
            </w:pPr>
            <w:r w:rsidRPr="007369FB">
              <w:t>________________</w:t>
            </w:r>
          </w:p>
        </w:tc>
        <w:tc>
          <w:tcPr>
            <w:tcW w:w="2157" w:type="dxa"/>
            <w:vAlign w:val="center"/>
          </w:tcPr>
          <w:p w14:paraId="232BD997" w14:textId="0BECF8FB" w:rsidR="006C6DB0" w:rsidRPr="007369FB" w:rsidRDefault="006C6DB0" w:rsidP="00995900">
            <w:pPr>
              <w:spacing w:after="0"/>
            </w:pPr>
            <w:r>
              <w:t>Grade 5</w:t>
            </w:r>
          </w:p>
        </w:tc>
        <w:tc>
          <w:tcPr>
            <w:tcW w:w="2818" w:type="dxa"/>
            <w:vAlign w:val="center"/>
          </w:tcPr>
          <w:p w14:paraId="644745BA" w14:textId="77777777" w:rsidR="006C6DB0" w:rsidRDefault="006C6DB0" w:rsidP="00995900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Math: </w:t>
            </w:r>
            <w:r>
              <w:tab/>
            </w:r>
            <w:r w:rsidRPr="007369FB">
              <w:br/>
              <w:t>Reading:</w:t>
            </w:r>
            <w:r>
              <w:tab/>
            </w:r>
            <w:r w:rsidRPr="007369FB">
              <w:br/>
              <w:t>Writing:</w:t>
            </w:r>
            <w:r>
              <w:t xml:space="preserve"> </w:t>
            </w:r>
            <w:r>
              <w:tab/>
            </w:r>
            <w:r w:rsidRPr="007369FB">
              <w:br/>
              <w:t xml:space="preserve">Science: </w:t>
            </w:r>
            <w:r>
              <w:tab/>
            </w:r>
          </w:p>
          <w:p w14:paraId="1D4AE28A" w14:textId="77777777" w:rsidR="006C6DB0" w:rsidRPr="007369FB" w:rsidRDefault="006C6DB0" w:rsidP="00995900">
            <w:pPr>
              <w:tabs>
                <w:tab w:val="left" w:leader="underscore" w:pos="2529"/>
              </w:tabs>
              <w:spacing w:after="0"/>
            </w:pPr>
            <w:r w:rsidRPr="007369FB">
              <w:t xml:space="preserve">Social Studies: </w:t>
            </w:r>
            <w:r>
              <w:tab/>
            </w:r>
            <w:r w:rsidRPr="007369FB">
              <w:br/>
              <w:t>Bible</w:t>
            </w:r>
            <w:r>
              <w:t xml:space="preserve">: </w:t>
            </w:r>
            <w:r>
              <w:tab/>
            </w:r>
          </w:p>
        </w:tc>
        <w:tc>
          <w:tcPr>
            <w:tcW w:w="2715" w:type="dxa"/>
            <w:vAlign w:val="center"/>
          </w:tcPr>
          <w:p w14:paraId="5CE1862C" w14:textId="77777777" w:rsidR="006C6DB0" w:rsidRPr="007369FB" w:rsidRDefault="006C6DB0" w:rsidP="00995900">
            <w:pPr>
              <w:tabs>
                <w:tab w:val="left" w:leader="underscore" w:pos="2480"/>
              </w:tabs>
              <w:spacing w:after="0"/>
            </w:pPr>
            <w:r w:rsidRPr="007369FB">
              <w:t>Other:</w:t>
            </w:r>
          </w:p>
          <w:p w14:paraId="52E52F1C" w14:textId="77777777" w:rsidR="006C6DB0" w:rsidRDefault="006C6DB0" w:rsidP="00995900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3D4D18F1" w14:textId="77777777" w:rsidR="006C6DB0" w:rsidRDefault="006C6DB0" w:rsidP="00995900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51C2B23C" w14:textId="77777777" w:rsidR="006C6DB0" w:rsidRDefault="006C6DB0" w:rsidP="00995900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353C9C16" w14:textId="77777777" w:rsidR="006C6DB0" w:rsidRDefault="006C6DB0" w:rsidP="00995900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  <w:p w14:paraId="713CCE3B" w14:textId="77777777" w:rsidR="006C6DB0" w:rsidRPr="007369FB" w:rsidRDefault="006C6DB0" w:rsidP="00995900">
            <w:pPr>
              <w:tabs>
                <w:tab w:val="left" w:leader="underscore" w:pos="2480"/>
              </w:tabs>
              <w:spacing w:after="0"/>
            </w:pPr>
            <w:r>
              <w:t xml:space="preserve">______________: </w:t>
            </w:r>
            <w:r>
              <w:tab/>
            </w:r>
          </w:p>
        </w:tc>
      </w:tr>
    </w:tbl>
    <w:p w14:paraId="2DBECB5E" w14:textId="77777777" w:rsidR="00151C84" w:rsidRDefault="000A731F" w:rsidP="007369FB">
      <w:pPr>
        <w:spacing w:after="0"/>
        <w:rPr>
          <w:b/>
        </w:rPr>
      </w:pPr>
      <w:r w:rsidRPr="007369FB">
        <w:rPr>
          <w:b/>
        </w:rPr>
        <w:br/>
      </w:r>
    </w:p>
    <w:p w14:paraId="166EEA47" w14:textId="7372D1C0" w:rsidR="00B21907" w:rsidRDefault="000A731F" w:rsidP="007369FB">
      <w:pPr>
        <w:spacing w:after="0"/>
        <w:rPr>
          <w:b/>
        </w:rPr>
      </w:pPr>
      <w:r w:rsidRPr="007369FB">
        <w:rPr>
          <w:b/>
        </w:rPr>
        <w:t>ATTENDANCE RECORD</w:t>
      </w:r>
      <w:r w:rsidR="007C3EE8">
        <w:rPr>
          <w:b/>
        </w:rPr>
        <w:t xml:space="preserve"> – School year ______________________</w:t>
      </w:r>
    </w:p>
    <w:p w14:paraId="03F2791F" w14:textId="77777777" w:rsidR="007C3EE8" w:rsidRPr="007369FB" w:rsidRDefault="007C3EE8" w:rsidP="007369FB">
      <w:pPr>
        <w:spacing w:after="0"/>
      </w:pPr>
    </w:p>
    <w:p w14:paraId="381E5BD1" w14:textId="77777777" w:rsidR="00B21907" w:rsidRPr="007369FB" w:rsidRDefault="000A731F" w:rsidP="007369FB">
      <w:pPr>
        <w:spacing w:after="0"/>
      </w:pPr>
      <w:r w:rsidRPr="007369FB">
        <w:t>Total instructional days completed: __________________ days</w:t>
      </w:r>
    </w:p>
    <w:p w14:paraId="7FB53956" w14:textId="76F29627" w:rsidR="00B21907" w:rsidRPr="007369FB" w:rsidRDefault="000A731F" w:rsidP="007369FB">
      <w:pPr>
        <w:spacing w:after="0"/>
      </w:pPr>
      <w:r w:rsidRPr="007369FB">
        <w:rPr>
          <w:b/>
        </w:rPr>
        <w:br/>
        <w:t>STANDARDIZED TESTING</w:t>
      </w:r>
      <w:r w:rsidR="007C3EE8">
        <w:rPr>
          <w:b/>
        </w:rPr>
        <w:t xml:space="preserve"> </w:t>
      </w:r>
      <w:r w:rsidR="007C3EE8" w:rsidRPr="007C3EE8">
        <w:rPr>
          <w:bCs/>
        </w:rPr>
        <w:t>(a copy might have to be provided to the school)</w:t>
      </w:r>
    </w:p>
    <w:p w14:paraId="3D731278" w14:textId="77777777" w:rsidR="007C3EE8" w:rsidRDefault="007C3EE8" w:rsidP="007C3EE8">
      <w:pPr>
        <w:spacing w:after="0" w:line="360" w:lineRule="auto"/>
      </w:pPr>
    </w:p>
    <w:p w14:paraId="6665A555" w14:textId="0E524B0A" w:rsidR="00B21907" w:rsidRPr="007369FB" w:rsidRDefault="000A731F" w:rsidP="007C3EE8">
      <w:pPr>
        <w:tabs>
          <w:tab w:val="left" w:leader="underscore" w:pos="9540"/>
        </w:tabs>
        <w:spacing w:after="0" w:line="360" w:lineRule="auto"/>
      </w:pPr>
      <w:r w:rsidRPr="007369FB">
        <w:t xml:space="preserve">Test Name: </w:t>
      </w:r>
      <w:r w:rsidR="007C3EE8">
        <w:tab/>
      </w:r>
    </w:p>
    <w:p w14:paraId="648488EA" w14:textId="0E88287C" w:rsidR="00B21907" w:rsidRPr="007369FB" w:rsidRDefault="000A731F" w:rsidP="007C3EE8">
      <w:pPr>
        <w:spacing w:after="0" w:line="360" w:lineRule="auto"/>
      </w:pPr>
      <w:r w:rsidRPr="007369FB">
        <w:t xml:space="preserve">Date Taken: </w:t>
      </w:r>
      <w:r w:rsidR="00A155AD">
        <w:t xml:space="preserve"> </w:t>
      </w:r>
      <w:r w:rsidRPr="007369FB">
        <w:t>_________________________________________</w:t>
      </w:r>
      <w:r w:rsidR="007C3EE8">
        <w:t>__</w:t>
      </w:r>
      <w:r w:rsidRPr="007369FB">
        <w:t>_</w:t>
      </w:r>
      <w:r w:rsidR="007C3EE8">
        <w:t xml:space="preserve"> </w:t>
      </w:r>
    </w:p>
    <w:p w14:paraId="4B856D72" w14:textId="7B873EFB" w:rsidR="00B21907" w:rsidRPr="007369FB" w:rsidRDefault="000A731F" w:rsidP="007369FB">
      <w:pPr>
        <w:spacing w:after="0"/>
      </w:pPr>
      <w:r w:rsidRPr="007369FB">
        <w:t>Score/Percentile (if available):</w:t>
      </w:r>
      <w:r w:rsidR="00A155AD">
        <w:t xml:space="preserve"> </w:t>
      </w:r>
      <w:r w:rsidRPr="007369FB">
        <w:t>______________________</w:t>
      </w:r>
      <w:r w:rsidR="00A155AD">
        <w:t>_</w:t>
      </w:r>
    </w:p>
    <w:p w14:paraId="58C49298" w14:textId="77777777" w:rsidR="00B21907" w:rsidRPr="007369FB" w:rsidRDefault="000A731F" w:rsidP="007369FB">
      <w:pPr>
        <w:spacing w:after="0"/>
      </w:pPr>
      <w:r w:rsidRPr="007369FB">
        <w:rPr>
          <w:b/>
        </w:rPr>
        <w:br/>
        <w:t>CERTIFICATION</w:t>
      </w:r>
    </w:p>
    <w:p w14:paraId="616C6D0A" w14:textId="77777777" w:rsidR="00A155AD" w:rsidRDefault="00A155AD" w:rsidP="007369FB">
      <w:pPr>
        <w:spacing w:after="0"/>
      </w:pPr>
    </w:p>
    <w:p w14:paraId="0838A571" w14:textId="1885D5EC" w:rsidR="00B21907" w:rsidRPr="007369FB" w:rsidRDefault="000A731F" w:rsidP="007369FB">
      <w:pPr>
        <w:spacing w:after="0"/>
      </w:pPr>
      <w:r w:rsidRPr="007369FB">
        <w:t>I certify that this transcript is an accurate record of academic instruction completed at the homeschool listed above, which is registered in the State of North Carolina.</w:t>
      </w:r>
    </w:p>
    <w:p w14:paraId="6BF2AEE6" w14:textId="53D83086" w:rsidR="00A155AD" w:rsidRDefault="000A731F" w:rsidP="00CC7737">
      <w:pPr>
        <w:tabs>
          <w:tab w:val="left" w:leader="underscore" w:pos="9547"/>
        </w:tabs>
        <w:spacing w:after="0" w:line="480" w:lineRule="auto"/>
      </w:pPr>
      <w:r w:rsidRPr="007369FB">
        <w:br/>
        <w:t xml:space="preserve">Parent/Administrator Name: </w:t>
      </w:r>
      <w:r w:rsidR="00A155AD">
        <w:tab/>
      </w:r>
    </w:p>
    <w:p w14:paraId="3D2CE8DA" w14:textId="129FDDAA" w:rsidR="00B21907" w:rsidRPr="007369FB" w:rsidRDefault="000A731F" w:rsidP="00CC7737">
      <w:pPr>
        <w:spacing w:after="0" w:line="480" w:lineRule="auto"/>
      </w:pPr>
      <w:r w:rsidRPr="007369FB">
        <w:t>Signature: _____________________________________</w:t>
      </w:r>
      <w:r w:rsidR="00CC7737">
        <w:t>_____________________________________________________________</w:t>
      </w:r>
      <w:r w:rsidRPr="007369FB">
        <w:t>_______</w:t>
      </w:r>
    </w:p>
    <w:p w14:paraId="7EEDCBAF" w14:textId="77777777" w:rsidR="00B21907" w:rsidRPr="007369FB" w:rsidRDefault="000A731F" w:rsidP="00CC7737">
      <w:pPr>
        <w:spacing w:after="0" w:line="480" w:lineRule="auto"/>
      </w:pPr>
      <w:r w:rsidRPr="007369FB">
        <w:t>Date: _________________________________________________</w:t>
      </w:r>
    </w:p>
    <w:sectPr w:rsidR="00B21907" w:rsidRPr="007369FB" w:rsidSect="00AD5757">
      <w:pgSz w:w="12240" w:h="15840"/>
      <w:pgMar w:top="634" w:right="994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6776487">
    <w:abstractNumId w:val="8"/>
  </w:num>
  <w:num w:numId="2" w16cid:durableId="116073535">
    <w:abstractNumId w:val="6"/>
  </w:num>
  <w:num w:numId="3" w16cid:durableId="900797767">
    <w:abstractNumId w:val="5"/>
  </w:num>
  <w:num w:numId="4" w16cid:durableId="1211651813">
    <w:abstractNumId w:val="4"/>
  </w:num>
  <w:num w:numId="5" w16cid:durableId="460925272">
    <w:abstractNumId w:val="7"/>
  </w:num>
  <w:num w:numId="6" w16cid:durableId="1835683095">
    <w:abstractNumId w:val="3"/>
  </w:num>
  <w:num w:numId="7" w16cid:durableId="1626235525">
    <w:abstractNumId w:val="2"/>
  </w:num>
  <w:num w:numId="8" w16cid:durableId="96562941">
    <w:abstractNumId w:val="1"/>
  </w:num>
  <w:num w:numId="9" w16cid:durableId="1228758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proofState w:spelling="clean" w:grammar="clean"/>
  <w:defaultTabStop w:val="57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842"/>
    <w:rsid w:val="0015074B"/>
    <w:rsid w:val="00151C84"/>
    <w:rsid w:val="0029639D"/>
    <w:rsid w:val="00326F90"/>
    <w:rsid w:val="006C6DB0"/>
    <w:rsid w:val="00710ED9"/>
    <w:rsid w:val="007369FB"/>
    <w:rsid w:val="007932FA"/>
    <w:rsid w:val="007C3EE8"/>
    <w:rsid w:val="00833E9A"/>
    <w:rsid w:val="00874D26"/>
    <w:rsid w:val="00984F75"/>
    <w:rsid w:val="00A011F5"/>
    <w:rsid w:val="00A155AD"/>
    <w:rsid w:val="00AA1D8D"/>
    <w:rsid w:val="00AB76D4"/>
    <w:rsid w:val="00AD5757"/>
    <w:rsid w:val="00B21907"/>
    <w:rsid w:val="00B47730"/>
    <w:rsid w:val="00B54757"/>
    <w:rsid w:val="00CB0664"/>
    <w:rsid w:val="00CC7737"/>
    <w:rsid w:val="00D736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B7640F2-7902-4641-B9A3-D57E313D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228</Words>
  <Characters>2032</Characters>
  <Application>Microsoft Office Word</Application>
  <DocSecurity>0</DocSecurity>
  <Lines>135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Kerstin Ripley</cp:lastModifiedBy>
  <cp:revision>6</cp:revision>
  <cp:lastPrinted>2026-02-25T23:10:00Z</cp:lastPrinted>
  <dcterms:created xsi:type="dcterms:W3CDTF">2026-02-25T23:05:00Z</dcterms:created>
  <dcterms:modified xsi:type="dcterms:W3CDTF">2026-03-02T19:54:00Z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6cdce22a-bac2-4874-8265-59a19b9e60f1</vt:lpwstr>
  </property>
</Properties>
</file>