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0461" w14:textId="77777777" w:rsidR="002C441A" w:rsidRDefault="0086353E">
      <w:pPr>
        <w:jc w:val="center"/>
        <w:rPr>
          <w:b/>
          <w:sz w:val="40"/>
        </w:rPr>
      </w:pPr>
      <w:r>
        <w:rPr>
          <w:b/>
          <w:sz w:val="40"/>
        </w:rPr>
        <w:t xml:space="preserve">Homeschool Report Card </w:t>
      </w:r>
    </w:p>
    <w:p w14:paraId="5BE42F69" w14:textId="6F81E3D0" w:rsidR="00A17016" w:rsidRPr="007369FB" w:rsidRDefault="00A17016" w:rsidP="00A17016">
      <w:pPr>
        <w:spacing w:after="0"/>
      </w:pPr>
      <w:r w:rsidRPr="007369FB">
        <w:rPr>
          <w:b/>
        </w:rPr>
        <w:t>STUDENT INFORMATION</w:t>
      </w:r>
    </w:p>
    <w:p w14:paraId="5BFBC65B" w14:textId="77777777" w:rsidR="00A17016" w:rsidRPr="007369FB" w:rsidRDefault="00A17016" w:rsidP="00A17016">
      <w:pPr>
        <w:tabs>
          <w:tab w:val="left" w:leader="underscore" w:pos="9540"/>
        </w:tabs>
        <w:spacing w:after="0" w:line="480" w:lineRule="auto"/>
      </w:pPr>
      <w:r w:rsidRPr="007369FB">
        <w:t xml:space="preserve">Student Full Name: </w:t>
      </w:r>
      <w:r w:rsidRPr="007369FB">
        <w:tab/>
      </w:r>
    </w:p>
    <w:p w14:paraId="64F56A85" w14:textId="77777777" w:rsidR="00A17016" w:rsidRPr="007369FB" w:rsidRDefault="00A17016" w:rsidP="00A17016">
      <w:pPr>
        <w:tabs>
          <w:tab w:val="left" w:leader="underscore" w:pos="9540"/>
        </w:tabs>
        <w:spacing w:after="0" w:line="480" w:lineRule="auto"/>
      </w:pPr>
      <w:r w:rsidRPr="007369FB">
        <w:t xml:space="preserve">Date of Birth: </w:t>
      </w:r>
      <w:r w:rsidRPr="007369FB">
        <w:tab/>
      </w:r>
    </w:p>
    <w:p w14:paraId="36046BE0" w14:textId="77777777" w:rsidR="00A17016" w:rsidRPr="007369FB" w:rsidRDefault="00A17016" w:rsidP="00A17016">
      <w:pPr>
        <w:tabs>
          <w:tab w:val="left" w:leader="underscore" w:pos="9540"/>
        </w:tabs>
        <w:spacing w:after="0" w:line="480" w:lineRule="auto"/>
      </w:pPr>
      <w:r w:rsidRPr="007369FB">
        <w:t xml:space="preserve">Parent/Administrator Name: </w:t>
      </w:r>
      <w:r w:rsidRPr="007369FB">
        <w:tab/>
      </w:r>
    </w:p>
    <w:p w14:paraId="62AB3801" w14:textId="77777777" w:rsidR="00A17016" w:rsidRPr="007369FB" w:rsidRDefault="00A17016" w:rsidP="00A17016">
      <w:pPr>
        <w:tabs>
          <w:tab w:val="left" w:leader="underscore" w:pos="9540"/>
        </w:tabs>
        <w:spacing w:after="0" w:line="480" w:lineRule="auto"/>
      </w:pPr>
      <w:r w:rsidRPr="007369FB">
        <w:t xml:space="preserve">Homeschool Name (Registered with NC DNPE): </w:t>
      </w:r>
      <w:r w:rsidRPr="007369FB">
        <w:tab/>
      </w:r>
    </w:p>
    <w:p w14:paraId="5D907114" w14:textId="77777777" w:rsidR="00A17016" w:rsidRPr="007369FB" w:rsidRDefault="00A17016" w:rsidP="00A17016">
      <w:pPr>
        <w:tabs>
          <w:tab w:val="left" w:leader="underscore" w:pos="9540"/>
        </w:tabs>
        <w:spacing w:after="0" w:line="480" w:lineRule="auto"/>
      </w:pPr>
      <w:r w:rsidRPr="007369FB">
        <w:t xml:space="preserve">Homeschool Address: </w:t>
      </w:r>
      <w:r w:rsidRPr="007369FB">
        <w:tab/>
      </w:r>
    </w:p>
    <w:p w14:paraId="094EE9A1" w14:textId="77777777" w:rsidR="00A17016" w:rsidRPr="007369FB" w:rsidRDefault="00A17016" w:rsidP="00A17016">
      <w:pPr>
        <w:tabs>
          <w:tab w:val="left" w:leader="underscore" w:pos="9540"/>
        </w:tabs>
        <w:spacing w:after="0" w:line="480" w:lineRule="auto"/>
      </w:pPr>
      <w:r w:rsidRPr="007369FB">
        <w:t xml:space="preserve">Phone Number: </w:t>
      </w:r>
      <w:r w:rsidRPr="007369FB">
        <w:tab/>
      </w:r>
    </w:p>
    <w:p w14:paraId="33658567" w14:textId="77777777" w:rsidR="00A17016" w:rsidRPr="007369FB" w:rsidRDefault="00A17016" w:rsidP="00A17016">
      <w:pPr>
        <w:tabs>
          <w:tab w:val="left" w:leader="underscore" w:pos="9540"/>
        </w:tabs>
        <w:spacing w:after="0"/>
      </w:pPr>
      <w:r w:rsidRPr="007369FB">
        <w:t xml:space="preserve">Email Address: </w:t>
      </w:r>
      <w:r w:rsidRPr="007369FB">
        <w:tab/>
      </w:r>
    </w:p>
    <w:p w14:paraId="783C9A69" w14:textId="58BB97EF" w:rsidR="006B71F6" w:rsidRDefault="0086353E" w:rsidP="00A17016">
      <w:r>
        <w:rPr>
          <w:b/>
        </w:rPr>
        <w:br/>
        <w:t>REPORTING PERIOD</w:t>
      </w:r>
    </w:p>
    <w:p w14:paraId="47FC93AC" w14:textId="77777777" w:rsidR="006B71F6" w:rsidRDefault="0086353E">
      <w:r>
        <w:rPr>
          <w:rFonts w:ascii="Segoe UI Symbol" w:hAnsi="Segoe UI Symbol" w:cs="Segoe UI Symbol"/>
        </w:rPr>
        <w:t>☐</w:t>
      </w:r>
      <w:r>
        <w:t xml:space="preserve"> Quarter 1    ☐ Quarter 2    ☐ Quarter 3    ☐ Quarter 4    ☐ Semester 1    ☐ Semester 2    ☐ Final</w:t>
      </w:r>
    </w:p>
    <w:p w14:paraId="3FBA0C1F" w14:textId="77777777" w:rsidR="006B71F6" w:rsidRDefault="0086353E">
      <w:r>
        <w:rPr>
          <w:b/>
        </w:rPr>
        <w:br/>
        <w:t>ACADEMIC SUBJECTS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2250"/>
        <w:gridCol w:w="1440"/>
        <w:gridCol w:w="1645"/>
        <w:gridCol w:w="3456"/>
      </w:tblGrid>
      <w:tr w:rsidR="005C2AC4" w14:paraId="4240393D" w14:textId="77777777" w:rsidTr="005C2AC4">
        <w:tc>
          <w:tcPr>
            <w:tcW w:w="1908" w:type="dxa"/>
          </w:tcPr>
          <w:p w14:paraId="5F6FC48C" w14:textId="77777777" w:rsidR="006B71F6" w:rsidRDefault="0086353E" w:rsidP="00DE6645">
            <w:pPr>
              <w:spacing w:after="0"/>
            </w:pPr>
            <w:r>
              <w:t>Subject/Course</w:t>
            </w:r>
          </w:p>
        </w:tc>
        <w:tc>
          <w:tcPr>
            <w:tcW w:w="2250" w:type="dxa"/>
          </w:tcPr>
          <w:p w14:paraId="5DD40D0B" w14:textId="127E110C" w:rsidR="006B71F6" w:rsidRDefault="0086353E" w:rsidP="00DE6645">
            <w:pPr>
              <w:spacing w:after="0"/>
            </w:pPr>
            <w:r>
              <w:t xml:space="preserve">Curriculum Used </w:t>
            </w:r>
          </w:p>
        </w:tc>
        <w:tc>
          <w:tcPr>
            <w:tcW w:w="1440" w:type="dxa"/>
          </w:tcPr>
          <w:p w14:paraId="187B8964" w14:textId="77777777" w:rsidR="00DE6645" w:rsidRDefault="0086353E" w:rsidP="00DE6645">
            <w:pPr>
              <w:spacing w:after="0"/>
            </w:pPr>
            <w:r>
              <w:t>Grade</w:t>
            </w:r>
            <w:r w:rsidR="00432FBE">
              <w:t xml:space="preserve"> </w:t>
            </w:r>
          </w:p>
          <w:p w14:paraId="4A8FC63B" w14:textId="5652842A" w:rsidR="00432FBE" w:rsidRPr="005C2AC4" w:rsidRDefault="00432FBE" w:rsidP="00DE6645">
            <w:pPr>
              <w:spacing w:after="0"/>
              <w:rPr>
                <w:sz w:val="18"/>
                <w:szCs w:val="18"/>
              </w:rPr>
            </w:pPr>
            <w:r w:rsidRPr="005C2AC4">
              <w:rPr>
                <w:sz w:val="18"/>
                <w:szCs w:val="18"/>
              </w:rPr>
              <w:t>A-F</w:t>
            </w:r>
          </w:p>
          <w:p w14:paraId="2B054533" w14:textId="66310398" w:rsidR="00DE6645" w:rsidRPr="00DE6645" w:rsidRDefault="00DE6645" w:rsidP="00DE6645">
            <w:pPr>
              <w:spacing w:after="0"/>
              <w:rPr>
                <w:i/>
                <w:iCs/>
              </w:rPr>
            </w:pPr>
            <w:r w:rsidRPr="005C2AC4">
              <w:rPr>
                <w:i/>
                <w:iCs/>
                <w:sz w:val="18"/>
                <w:szCs w:val="18"/>
              </w:rPr>
              <w:t>(Grades 2-12)</w:t>
            </w:r>
          </w:p>
        </w:tc>
        <w:tc>
          <w:tcPr>
            <w:tcW w:w="1645" w:type="dxa"/>
          </w:tcPr>
          <w:p w14:paraId="3BBE8EA2" w14:textId="77777777" w:rsidR="005C2AC4" w:rsidRDefault="0086353E" w:rsidP="00DE6645">
            <w:pPr>
              <w:spacing w:after="0"/>
            </w:pPr>
            <w:r>
              <w:t>Effort/Conduct</w:t>
            </w:r>
          </w:p>
          <w:p w14:paraId="1974D414" w14:textId="77777777" w:rsidR="005C2AC4" w:rsidRPr="005C2AC4" w:rsidRDefault="0086353E" w:rsidP="00DE6645">
            <w:pPr>
              <w:spacing w:after="0"/>
              <w:rPr>
                <w:sz w:val="18"/>
                <w:szCs w:val="18"/>
              </w:rPr>
            </w:pPr>
            <w:r w:rsidRPr="005C2AC4">
              <w:rPr>
                <w:sz w:val="18"/>
                <w:szCs w:val="18"/>
              </w:rPr>
              <w:t>E</w:t>
            </w:r>
            <w:r w:rsidR="005C2AC4" w:rsidRPr="005C2AC4">
              <w:rPr>
                <w:sz w:val="18"/>
                <w:szCs w:val="18"/>
              </w:rPr>
              <w:t>=Excellent</w:t>
            </w:r>
          </w:p>
          <w:p w14:paraId="7E623B0B" w14:textId="77777777" w:rsidR="005C2AC4" w:rsidRPr="005C2AC4" w:rsidRDefault="0086353E" w:rsidP="00DE6645">
            <w:pPr>
              <w:spacing w:after="0"/>
              <w:rPr>
                <w:sz w:val="18"/>
                <w:szCs w:val="18"/>
              </w:rPr>
            </w:pPr>
            <w:r w:rsidRPr="005C2AC4">
              <w:rPr>
                <w:sz w:val="18"/>
                <w:szCs w:val="18"/>
              </w:rPr>
              <w:t>S</w:t>
            </w:r>
            <w:r w:rsidR="005C2AC4" w:rsidRPr="005C2AC4">
              <w:rPr>
                <w:sz w:val="18"/>
                <w:szCs w:val="18"/>
              </w:rPr>
              <w:t>=Satisfactory</w:t>
            </w:r>
          </w:p>
          <w:p w14:paraId="06AE67E5" w14:textId="77777777" w:rsidR="006B71F6" w:rsidRPr="005C2AC4" w:rsidRDefault="0086353E" w:rsidP="00DE6645">
            <w:pPr>
              <w:spacing w:after="0"/>
              <w:rPr>
                <w:sz w:val="18"/>
                <w:szCs w:val="18"/>
              </w:rPr>
            </w:pPr>
            <w:r w:rsidRPr="005C2AC4">
              <w:rPr>
                <w:sz w:val="18"/>
                <w:szCs w:val="18"/>
              </w:rPr>
              <w:t>N</w:t>
            </w:r>
            <w:r w:rsidR="005C2AC4" w:rsidRPr="005C2AC4">
              <w:rPr>
                <w:sz w:val="18"/>
                <w:szCs w:val="18"/>
              </w:rPr>
              <w:t>=Needs Improvement</w:t>
            </w:r>
          </w:p>
          <w:p w14:paraId="043C8614" w14:textId="24A40560" w:rsidR="005C2AC4" w:rsidRPr="005C2AC4" w:rsidRDefault="005C2AC4" w:rsidP="00DE6645">
            <w:pPr>
              <w:spacing w:after="0"/>
              <w:rPr>
                <w:i/>
                <w:iCs/>
              </w:rPr>
            </w:pPr>
            <w:r w:rsidRPr="005C2AC4">
              <w:rPr>
                <w:i/>
                <w:iCs/>
                <w:sz w:val="18"/>
                <w:szCs w:val="18"/>
              </w:rPr>
              <w:t>(Grades K-1)</w:t>
            </w:r>
          </w:p>
        </w:tc>
        <w:tc>
          <w:tcPr>
            <w:tcW w:w="3456" w:type="dxa"/>
          </w:tcPr>
          <w:p w14:paraId="20F06ADC" w14:textId="77777777" w:rsidR="006B71F6" w:rsidRDefault="0086353E" w:rsidP="00DE6645">
            <w:pPr>
              <w:spacing w:after="0"/>
            </w:pPr>
            <w:r>
              <w:t>Teacher/Parent Comments</w:t>
            </w:r>
          </w:p>
        </w:tc>
      </w:tr>
      <w:tr w:rsidR="005C2AC4" w14:paraId="1DC6FB1D" w14:textId="77777777" w:rsidTr="005C2AC4">
        <w:trPr>
          <w:trHeight w:val="720"/>
        </w:trPr>
        <w:tc>
          <w:tcPr>
            <w:tcW w:w="1908" w:type="dxa"/>
          </w:tcPr>
          <w:p w14:paraId="34E09F4B" w14:textId="77777777" w:rsidR="006B71F6" w:rsidRDefault="0086353E" w:rsidP="00DE6645">
            <w:pPr>
              <w:spacing w:after="0"/>
            </w:pPr>
            <w:r>
              <w:t>Math</w:t>
            </w:r>
          </w:p>
        </w:tc>
        <w:tc>
          <w:tcPr>
            <w:tcW w:w="2250" w:type="dxa"/>
          </w:tcPr>
          <w:p w14:paraId="284BDAB0" w14:textId="0972A536" w:rsidR="006B71F6" w:rsidRDefault="006B71F6" w:rsidP="00DE6645">
            <w:pPr>
              <w:spacing w:after="0"/>
            </w:pPr>
          </w:p>
        </w:tc>
        <w:tc>
          <w:tcPr>
            <w:tcW w:w="1440" w:type="dxa"/>
          </w:tcPr>
          <w:p w14:paraId="01114EA2" w14:textId="6F6B7BA0" w:rsidR="006B71F6" w:rsidRDefault="006B71F6" w:rsidP="00DE6645">
            <w:pPr>
              <w:spacing w:after="0"/>
            </w:pPr>
          </w:p>
        </w:tc>
        <w:tc>
          <w:tcPr>
            <w:tcW w:w="1645" w:type="dxa"/>
          </w:tcPr>
          <w:p w14:paraId="10025547" w14:textId="0B9F0ABC" w:rsidR="006B71F6" w:rsidRDefault="006B71F6" w:rsidP="00DE6645">
            <w:pPr>
              <w:spacing w:after="0"/>
            </w:pPr>
          </w:p>
        </w:tc>
        <w:tc>
          <w:tcPr>
            <w:tcW w:w="3456" w:type="dxa"/>
          </w:tcPr>
          <w:p w14:paraId="448E2FA7" w14:textId="09EE0769" w:rsidR="006B71F6" w:rsidRDefault="006B71F6" w:rsidP="00DE6645">
            <w:pPr>
              <w:spacing w:after="0"/>
            </w:pPr>
          </w:p>
        </w:tc>
      </w:tr>
      <w:tr w:rsidR="005C2AC4" w14:paraId="48DE1146" w14:textId="77777777" w:rsidTr="005C2AC4">
        <w:trPr>
          <w:trHeight w:val="720"/>
        </w:trPr>
        <w:tc>
          <w:tcPr>
            <w:tcW w:w="1908" w:type="dxa"/>
          </w:tcPr>
          <w:p w14:paraId="759C56CE" w14:textId="77777777" w:rsidR="006B71F6" w:rsidRDefault="0086353E" w:rsidP="00DE6645">
            <w:pPr>
              <w:spacing w:after="0"/>
            </w:pPr>
            <w:r>
              <w:t>Language Arts / English</w:t>
            </w:r>
          </w:p>
        </w:tc>
        <w:tc>
          <w:tcPr>
            <w:tcW w:w="2250" w:type="dxa"/>
          </w:tcPr>
          <w:p w14:paraId="09BB23C9" w14:textId="410312FB" w:rsidR="006B71F6" w:rsidRDefault="006B71F6" w:rsidP="00DE6645">
            <w:pPr>
              <w:spacing w:after="0"/>
            </w:pPr>
          </w:p>
        </w:tc>
        <w:tc>
          <w:tcPr>
            <w:tcW w:w="1440" w:type="dxa"/>
          </w:tcPr>
          <w:p w14:paraId="6B588EBD" w14:textId="648AEF16" w:rsidR="006B71F6" w:rsidRDefault="006B71F6" w:rsidP="00DE6645">
            <w:pPr>
              <w:spacing w:after="0"/>
            </w:pPr>
          </w:p>
        </w:tc>
        <w:tc>
          <w:tcPr>
            <w:tcW w:w="1645" w:type="dxa"/>
          </w:tcPr>
          <w:p w14:paraId="3F68D5C2" w14:textId="3069C3D7" w:rsidR="006B71F6" w:rsidRDefault="006B71F6" w:rsidP="00DE6645">
            <w:pPr>
              <w:spacing w:after="0"/>
            </w:pPr>
          </w:p>
        </w:tc>
        <w:tc>
          <w:tcPr>
            <w:tcW w:w="3456" w:type="dxa"/>
          </w:tcPr>
          <w:p w14:paraId="33DD38F0" w14:textId="0E38B44E" w:rsidR="006B71F6" w:rsidRDefault="006B71F6" w:rsidP="00DE6645">
            <w:pPr>
              <w:spacing w:after="0"/>
            </w:pPr>
          </w:p>
        </w:tc>
      </w:tr>
      <w:tr w:rsidR="005C2AC4" w14:paraId="46CBC8F7" w14:textId="77777777" w:rsidTr="005C2AC4">
        <w:trPr>
          <w:trHeight w:val="720"/>
        </w:trPr>
        <w:tc>
          <w:tcPr>
            <w:tcW w:w="1908" w:type="dxa"/>
          </w:tcPr>
          <w:p w14:paraId="0A498C37" w14:textId="77777777" w:rsidR="006B71F6" w:rsidRDefault="0086353E" w:rsidP="00DE6645">
            <w:pPr>
              <w:spacing w:after="0"/>
            </w:pPr>
            <w:r>
              <w:t>Reading</w:t>
            </w:r>
          </w:p>
        </w:tc>
        <w:tc>
          <w:tcPr>
            <w:tcW w:w="2250" w:type="dxa"/>
          </w:tcPr>
          <w:p w14:paraId="4294CF08" w14:textId="6C44C35F" w:rsidR="006B71F6" w:rsidRDefault="006B71F6" w:rsidP="00DE6645">
            <w:pPr>
              <w:spacing w:after="0"/>
            </w:pPr>
          </w:p>
        </w:tc>
        <w:tc>
          <w:tcPr>
            <w:tcW w:w="1440" w:type="dxa"/>
          </w:tcPr>
          <w:p w14:paraId="61D73075" w14:textId="003AD688" w:rsidR="006B71F6" w:rsidRDefault="006B71F6" w:rsidP="00DE6645">
            <w:pPr>
              <w:spacing w:after="0"/>
            </w:pPr>
          </w:p>
        </w:tc>
        <w:tc>
          <w:tcPr>
            <w:tcW w:w="1645" w:type="dxa"/>
          </w:tcPr>
          <w:p w14:paraId="176AEE72" w14:textId="38C888F4" w:rsidR="006B71F6" w:rsidRDefault="006B71F6" w:rsidP="00DE6645">
            <w:pPr>
              <w:spacing w:after="0"/>
            </w:pPr>
          </w:p>
        </w:tc>
        <w:tc>
          <w:tcPr>
            <w:tcW w:w="3456" w:type="dxa"/>
          </w:tcPr>
          <w:p w14:paraId="7C4A3B24" w14:textId="2DFC07EB" w:rsidR="006B71F6" w:rsidRDefault="006B71F6" w:rsidP="00DE6645">
            <w:pPr>
              <w:spacing w:after="0"/>
            </w:pPr>
          </w:p>
        </w:tc>
      </w:tr>
      <w:tr w:rsidR="005C2AC4" w14:paraId="425FEC07" w14:textId="77777777" w:rsidTr="005C2AC4">
        <w:trPr>
          <w:trHeight w:val="720"/>
        </w:trPr>
        <w:tc>
          <w:tcPr>
            <w:tcW w:w="1908" w:type="dxa"/>
          </w:tcPr>
          <w:p w14:paraId="12E9935C" w14:textId="77777777" w:rsidR="006B71F6" w:rsidRDefault="0086353E" w:rsidP="00DE6645">
            <w:pPr>
              <w:spacing w:after="0"/>
            </w:pPr>
            <w:r>
              <w:t>Writing</w:t>
            </w:r>
          </w:p>
        </w:tc>
        <w:tc>
          <w:tcPr>
            <w:tcW w:w="2250" w:type="dxa"/>
          </w:tcPr>
          <w:p w14:paraId="25C6EBEB" w14:textId="79A516B8" w:rsidR="006B71F6" w:rsidRDefault="006B71F6" w:rsidP="00DE6645">
            <w:pPr>
              <w:spacing w:after="0"/>
            </w:pPr>
          </w:p>
        </w:tc>
        <w:tc>
          <w:tcPr>
            <w:tcW w:w="1440" w:type="dxa"/>
          </w:tcPr>
          <w:p w14:paraId="5B555263" w14:textId="7801D714" w:rsidR="006B71F6" w:rsidRDefault="006B71F6" w:rsidP="00DE6645">
            <w:pPr>
              <w:spacing w:after="0"/>
            </w:pPr>
          </w:p>
        </w:tc>
        <w:tc>
          <w:tcPr>
            <w:tcW w:w="1645" w:type="dxa"/>
          </w:tcPr>
          <w:p w14:paraId="73468CC2" w14:textId="3D3D696A" w:rsidR="006B71F6" w:rsidRDefault="006B71F6" w:rsidP="00DE6645">
            <w:pPr>
              <w:spacing w:after="0"/>
            </w:pPr>
          </w:p>
        </w:tc>
        <w:tc>
          <w:tcPr>
            <w:tcW w:w="3456" w:type="dxa"/>
          </w:tcPr>
          <w:p w14:paraId="7492E4C9" w14:textId="2507F48C" w:rsidR="006B71F6" w:rsidRDefault="006B71F6" w:rsidP="00DE6645">
            <w:pPr>
              <w:spacing w:after="0"/>
            </w:pPr>
          </w:p>
        </w:tc>
      </w:tr>
      <w:tr w:rsidR="005C2AC4" w14:paraId="0CA9AD0A" w14:textId="77777777" w:rsidTr="005C2AC4">
        <w:trPr>
          <w:trHeight w:val="720"/>
        </w:trPr>
        <w:tc>
          <w:tcPr>
            <w:tcW w:w="1908" w:type="dxa"/>
          </w:tcPr>
          <w:p w14:paraId="74EEAFDE" w14:textId="77777777" w:rsidR="006B71F6" w:rsidRDefault="0086353E" w:rsidP="00DE6645">
            <w:pPr>
              <w:spacing w:after="0"/>
            </w:pPr>
            <w:r>
              <w:t>Science</w:t>
            </w:r>
          </w:p>
        </w:tc>
        <w:tc>
          <w:tcPr>
            <w:tcW w:w="2250" w:type="dxa"/>
          </w:tcPr>
          <w:p w14:paraId="03DDC400" w14:textId="4EEDDC4F" w:rsidR="006B71F6" w:rsidRDefault="006B71F6" w:rsidP="00DE6645">
            <w:pPr>
              <w:spacing w:after="0"/>
            </w:pPr>
          </w:p>
        </w:tc>
        <w:tc>
          <w:tcPr>
            <w:tcW w:w="1440" w:type="dxa"/>
          </w:tcPr>
          <w:p w14:paraId="6DB4DA49" w14:textId="6D5E1F91" w:rsidR="006B71F6" w:rsidRDefault="006B71F6" w:rsidP="00DE6645">
            <w:pPr>
              <w:spacing w:after="0"/>
            </w:pPr>
          </w:p>
        </w:tc>
        <w:tc>
          <w:tcPr>
            <w:tcW w:w="1645" w:type="dxa"/>
          </w:tcPr>
          <w:p w14:paraId="4E271BC1" w14:textId="4ACB1E81" w:rsidR="006B71F6" w:rsidRDefault="006B71F6" w:rsidP="00DE6645">
            <w:pPr>
              <w:spacing w:after="0"/>
            </w:pPr>
          </w:p>
        </w:tc>
        <w:tc>
          <w:tcPr>
            <w:tcW w:w="3456" w:type="dxa"/>
          </w:tcPr>
          <w:p w14:paraId="4D60910E" w14:textId="4D6585CE" w:rsidR="006B71F6" w:rsidRDefault="006B71F6" w:rsidP="00DE6645">
            <w:pPr>
              <w:spacing w:after="0"/>
            </w:pPr>
          </w:p>
        </w:tc>
      </w:tr>
      <w:tr w:rsidR="005C2AC4" w14:paraId="4FA4916B" w14:textId="77777777" w:rsidTr="005C2AC4">
        <w:trPr>
          <w:trHeight w:val="720"/>
        </w:trPr>
        <w:tc>
          <w:tcPr>
            <w:tcW w:w="1908" w:type="dxa"/>
          </w:tcPr>
          <w:p w14:paraId="64602223" w14:textId="77777777" w:rsidR="006B71F6" w:rsidRDefault="0086353E" w:rsidP="00DE6645">
            <w:pPr>
              <w:spacing w:after="0"/>
            </w:pPr>
            <w:r>
              <w:t>Social Studies / History</w:t>
            </w:r>
          </w:p>
        </w:tc>
        <w:tc>
          <w:tcPr>
            <w:tcW w:w="2250" w:type="dxa"/>
          </w:tcPr>
          <w:p w14:paraId="570A79D2" w14:textId="00398549" w:rsidR="006B71F6" w:rsidRDefault="006B71F6" w:rsidP="00DE6645">
            <w:pPr>
              <w:spacing w:after="0"/>
            </w:pPr>
          </w:p>
        </w:tc>
        <w:tc>
          <w:tcPr>
            <w:tcW w:w="1440" w:type="dxa"/>
          </w:tcPr>
          <w:p w14:paraId="47F056B7" w14:textId="4458080C" w:rsidR="006B71F6" w:rsidRDefault="006B71F6" w:rsidP="00DE6645">
            <w:pPr>
              <w:spacing w:after="0"/>
            </w:pPr>
          </w:p>
        </w:tc>
        <w:tc>
          <w:tcPr>
            <w:tcW w:w="1645" w:type="dxa"/>
          </w:tcPr>
          <w:p w14:paraId="6A3B73C2" w14:textId="57C89063" w:rsidR="006B71F6" w:rsidRDefault="006B71F6" w:rsidP="00DE6645">
            <w:pPr>
              <w:spacing w:after="0"/>
            </w:pPr>
          </w:p>
        </w:tc>
        <w:tc>
          <w:tcPr>
            <w:tcW w:w="3456" w:type="dxa"/>
          </w:tcPr>
          <w:p w14:paraId="05D4CC0C" w14:textId="1629AC6D" w:rsidR="006B71F6" w:rsidRDefault="006B71F6" w:rsidP="00DE6645">
            <w:pPr>
              <w:spacing w:after="0"/>
            </w:pPr>
          </w:p>
        </w:tc>
      </w:tr>
      <w:tr w:rsidR="005C2AC4" w14:paraId="504CD4F8" w14:textId="77777777" w:rsidTr="005C2AC4">
        <w:trPr>
          <w:trHeight w:val="720"/>
        </w:trPr>
        <w:tc>
          <w:tcPr>
            <w:tcW w:w="1908" w:type="dxa"/>
          </w:tcPr>
          <w:p w14:paraId="776BA463" w14:textId="77777777" w:rsidR="006B71F6" w:rsidRDefault="0086353E" w:rsidP="00DE6645">
            <w:pPr>
              <w:spacing w:after="0"/>
            </w:pPr>
            <w:r>
              <w:t>Bible</w:t>
            </w:r>
          </w:p>
        </w:tc>
        <w:tc>
          <w:tcPr>
            <w:tcW w:w="2250" w:type="dxa"/>
          </w:tcPr>
          <w:p w14:paraId="778E6718" w14:textId="0CCBB599" w:rsidR="006B71F6" w:rsidRDefault="006B71F6" w:rsidP="00DE6645">
            <w:pPr>
              <w:spacing w:after="0"/>
            </w:pPr>
          </w:p>
        </w:tc>
        <w:tc>
          <w:tcPr>
            <w:tcW w:w="1440" w:type="dxa"/>
          </w:tcPr>
          <w:p w14:paraId="2D15EABF" w14:textId="5DF4A0DA" w:rsidR="006B71F6" w:rsidRDefault="006B71F6" w:rsidP="00DE6645">
            <w:pPr>
              <w:spacing w:after="0"/>
            </w:pPr>
          </w:p>
        </w:tc>
        <w:tc>
          <w:tcPr>
            <w:tcW w:w="1645" w:type="dxa"/>
          </w:tcPr>
          <w:p w14:paraId="3CDB71EF" w14:textId="5552A0EE" w:rsidR="006B71F6" w:rsidRDefault="006B71F6" w:rsidP="00DE6645">
            <w:pPr>
              <w:spacing w:after="0"/>
            </w:pPr>
          </w:p>
        </w:tc>
        <w:tc>
          <w:tcPr>
            <w:tcW w:w="3456" w:type="dxa"/>
          </w:tcPr>
          <w:p w14:paraId="49AEC1C7" w14:textId="39BAFB97" w:rsidR="006B71F6" w:rsidRDefault="006B71F6" w:rsidP="00DE6645">
            <w:pPr>
              <w:spacing w:after="0"/>
            </w:pPr>
          </w:p>
        </w:tc>
      </w:tr>
      <w:tr w:rsidR="005C2AC4" w14:paraId="7436E4F8" w14:textId="77777777" w:rsidTr="005C2AC4">
        <w:trPr>
          <w:trHeight w:val="720"/>
        </w:trPr>
        <w:tc>
          <w:tcPr>
            <w:tcW w:w="1908" w:type="dxa"/>
          </w:tcPr>
          <w:p w14:paraId="2E931A97" w14:textId="7EF2A8BC" w:rsidR="006B71F6" w:rsidRDefault="006B71F6" w:rsidP="00DE6645">
            <w:pPr>
              <w:spacing w:after="0"/>
            </w:pPr>
          </w:p>
        </w:tc>
        <w:tc>
          <w:tcPr>
            <w:tcW w:w="2250" w:type="dxa"/>
          </w:tcPr>
          <w:p w14:paraId="5C6FED4B" w14:textId="387C5656" w:rsidR="006B71F6" w:rsidRDefault="006B71F6" w:rsidP="00DE6645">
            <w:pPr>
              <w:spacing w:after="0"/>
            </w:pPr>
          </w:p>
        </w:tc>
        <w:tc>
          <w:tcPr>
            <w:tcW w:w="1440" w:type="dxa"/>
          </w:tcPr>
          <w:p w14:paraId="4CEF394D" w14:textId="7A62B9BC" w:rsidR="006B71F6" w:rsidRDefault="006B71F6" w:rsidP="00DE6645">
            <w:pPr>
              <w:spacing w:after="0"/>
            </w:pPr>
          </w:p>
        </w:tc>
        <w:tc>
          <w:tcPr>
            <w:tcW w:w="1645" w:type="dxa"/>
          </w:tcPr>
          <w:p w14:paraId="10761DC3" w14:textId="3C112FC7" w:rsidR="006B71F6" w:rsidRDefault="006B71F6" w:rsidP="00DE6645">
            <w:pPr>
              <w:spacing w:after="0"/>
            </w:pPr>
          </w:p>
        </w:tc>
        <w:tc>
          <w:tcPr>
            <w:tcW w:w="3456" w:type="dxa"/>
          </w:tcPr>
          <w:p w14:paraId="1E606CB4" w14:textId="7E025F5B" w:rsidR="006B71F6" w:rsidRDefault="006B71F6" w:rsidP="00DE6645">
            <w:pPr>
              <w:spacing w:after="0"/>
            </w:pPr>
          </w:p>
        </w:tc>
      </w:tr>
      <w:tr w:rsidR="005C2AC4" w14:paraId="16111CE9" w14:textId="77777777" w:rsidTr="005C2AC4">
        <w:trPr>
          <w:trHeight w:val="720"/>
        </w:trPr>
        <w:tc>
          <w:tcPr>
            <w:tcW w:w="1908" w:type="dxa"/>
          </w:tcPr>
          <w:p w14:paraId="78FAE50B" w14:textId="3E40407D" w:rsidR="006B71F6" w:rsidRDefault="006B71F6" w:rsidP="00DE6645">
            <w:pPr>
              <w:spacing w:after="0"/>
            </w:pPr>
          </w:p>
        </w:tc>
        <w:tc>
          <w:tcPr>
            <w:tcW w:w="2250" w:type="dxa"/>
          </w:tcPr>
          <w:p w14:paraId="4C31C703" w14:textId="6415AE9F" w:rsidR="006B71F6" w:rsidRDefault="006B71F6" w:rsidP="00DE6645">
            <w:pPr>
              <w:spacing w:after="0"/>
            </w:pPr>
          </w:p>
        </w:tc>
        <w:tc>
          <w:tcPr>
            <w:tcW w:w="1440" w:type="dxa"/>
          </w:tcPr>
          <w:p w14:paraId="2CACAD36" w14:textId="6A6948AB" w:rsidR="006B71F6" w:rsidRDefault="006B71F6" w:rsidP="00DE6645">
            <w:pPr>
              <w:spacing w:after="0"/>
            </w:pPr>
          </w:p>
        </w:tc>
        <w:tc>
          <w:tcPr>
            <w:tcW w:w="1645" w:type="dxa"/>
          </w:tcPr>
          <w:p w14:paraId="777DB267" w14:textId="1302B869" w:rsidR="006B71F6" w:rsidRDefault="006B71F6" w:rsidP="00DE6645">
            <w:pPr>
              <w:spacing w:after="0"/>
            </w:pPr>
          </w:p>
        </w:tc>
        <w:tc>
          <w:tcPr>
            <w:tcW w:w="3456" w:type="dxa"/>
          </w:tcPr>
          <w:p w14:paraId="2C3205B1" w14:textId="1508F098" w:rsidR="006B71F6" w:rsidRDefault="006B71F6" w:rsidP="00DE6645">
            <w:pPr>
              <w:spacing w:after="0"/>
            </w:pPr>
          </w:p>
        </w:tc>
      </w:tr>
      <w:tr w:rsidR="00DB5BC3" w14:paraId="2B1E89C5" w14:textId="77777777" w:rsidTr="005C2AC4">
        <w:trPr>
          <w:trHeight w:val="720"/>
        </w:trPr>
        <w:tc>
          <w:tcPr>
            <w:tcW w:w="1908" w:type="dxa"/>
          </w:tcPr>
          <w:p w14:paraId="05FE97E1" w14:textId="77777777" w:rsidR="00DB5BC3" w:rsidRDefault="00DB5BC3" w:rsidP="00DE6645">
            <w:pPr>
              <w:spacing w:after="0"/>
            </w:pPr>
          </w:p>
        </w:tc>
        <w:tc>
          <w:tcPr>
            <w:tcW w:w="2250" w:type="dxa"/>
          </w:tcPr>
          <w:p w14:paraId="13154744" w14:textId="77777777" w:rsidR="00DB5BC3" w:rsidRDefault="00DB5BC3" w:rsidP="00DE6645">
            <w:pPr>
              <w:spacing w:after="0"/>
            </w:pPr>
          </w:p>
        </w:tc>
        <w:tc>
          <w:tcPr>
            <w:tcW w:w="1440" w:type="dxa"/>
          </w:tcPr>
          <w:p w14:paraId="325BBBD8" w14:textId="77777777" w:rsidR="00DB5BC3" w:rsidRDefault="00DB5BC3" w:rsidP="00DE6645">
            <w:pPr>
              <w:spacing w:after="0"/>
            </w:pPr>
          </w:p>
        </w:tc>
        <w:tc>
          <w:tcPr>
            <w:tcW w:w="1645" w:type="dxa"/>
          </w:tcPr>
          <w:p w14:paraId="04421388" w14:textId="77777777" w:rsidR="00DB5BC3" w:rsidRDefault="00DB5BC3" w:rsidP="00DE6645">
            <w:pPr>
              <w:spacing w:after="0"/>
            </w:pPr>
          </w:p>
        </w:tc>
        <w:tc>
          <w:tcPr>
            <w:tcW w:w="3456" w:type="dxa"/>
          </w:tcPr>
          <w:p w14:paraId="75F3F583" w14:textId="77777777" w:rsidR="00DB5BC3" w:rsidRDefault="00DB5BC3" w:rsidP="00DE6645">
            <w:pPr>
              <w:spacing w:after="0"/>
            </w:pPr>
          </w:p>
        </w:tc>
      </w:tr>
      <w:tr w:rsidR="00DB5BC3" w14:paraId="12003E0E" w14:textId="77777777" w:rsidTr="005C2AC4">
        <w:trPr>
          <w:trHeight w:val="720"/>
        </w:trPr>
        <w:tc>
          <w:tcPr>
            <w:tcW w:w="1908" w:type="dxa"/>
          </w:tcPr>
          <w:p w14:paraId="3833E019" w14:textId="77777777" w:rsidR="00DB5BC3" w:rsidRDefault="00DB5BC3" w:rsidP="00DE6645">
            <w:pPr>
              <w:spacing w:after="0"/>
            </w:pPr>
          </w:p>
        </w:tc>
        <w:tc>
          <w:tcPr>
            <w:tcW w:w="2250" w:type="dxa"/>
          </w:tcPr>
          <w:p w14:paraId="3928F1F4" w14:textId="77777777" w:rsidR="00DB5BC3" w:rsidRDefault="00DB5BC3" w:rsidP="00DE6645">
            <w:pPr>
              <w:spacing w:after="0"/>
            </w:pPr>
          </w:p>
        </w:tc>
        <w:tc>
          <w:tcPr>
            <w:tcW w:w="1440" w:type="dxa"/>
          </w:tcPr>
          <w:p w14:paraId="72D6F36E" w14:textId="77777777" w:rsidR="00DB5BC3" w:rsidRDefault="00DB5BC3" w:rsidP="00DE6645">
            <w:pPr>
              <w:spacing w:after="0"/>
            </w:pPr>
          </w:p>
        </w:tc>
        <w:tc>
          <w:tcPr>
            <w:tcW w:w="1645" w:type="dxa"/>
          </w:tcPr>
          <w:p w14:paraId="3B45C257" w14:textId="77777777" w:rsidR="00DB5BC3" w:rsidRDefault="00DB5BC3" w:rsidP="00DE6645">
            <w:pPr>
              <w:spacing w:after="0"/>
            </w:pPr>
          </w:p>
        </w:tc>
        <w:tc>
          <w:tcPr>
            <w:tcW w:w="3456" w:type="dxa"/>
          </w:tcPr>
          <w:p w14:paraId="7E3D5559" w14:textId="77777777" w:rsidR="00DB5BC3" w:rsidRDefault="00DB5BC3" w:rsidP="00DE6645">
            <w:pPr>
              <w:spacing w:after="0"/>
            </w:pPr>
          </w:p>
        </w:tc>
      </w:tr>
      <w:tr w:rsidR="00DB5BC3" w14:paraId="7AF286F4" w14:textId="77777777" w:rsidTr="005C2AC4">
        <w:trPr>
          <w:trHeight w:val="720"/>
        </w:trPr>
        <w:tc>
          <w:tcPr>
            <w:tcW w:w="1908" w:type="dxa"/>
          </w:tcPr>
          <w:p w14:paraId="18EA7A42" w14:textId="77777777" w:rsidR="00DB5BC3" w:rsidRDefault="00DB5BC3" w:rsidP="00DE6645">
            <w:pPr>
              <w:spacing w:after="0"/>
            </w:pPr>
          </w:p>
        </w:tc>
        <w:tc>
          <w:tcPr>
            <w:tcW w:w="2250" w:type="dxa"/>
          </w:tcPr>
          <w:p w14:paraId="7660F07E" w14:textId="77777777" w:rsidR="00DB5BC3" w:rsidRDefault="00DB5BC3" w:rsidP="00DE6645">
            <w:pPr>
              <w:spacing w:after="0"/>
            </w:pPr>
          </w:p>
        </w:tc>
        <w:tc>
          <w:tcPr>
            <w:tcW w:w="1440" w:type="dxa"/>
          </w:tcPr>
          <w:p w14:paraId="7FF70CA7" w14:textId="77777777" w:rsidR="00DB5BC3" w:rsidRDefault="00DB5BC3" w:rsidP="00DE6645">
            <w:pPr>
              <w:spacing w:after="0"/>
            </w:pPr>
          </w:p>
        </w:tc>
        <w:tc>
          <w:tcPr>
            <w:tcW w:w="1645" w:type="dxa"/>
          </w:tcPr>
          <w:p w14:paraId="43AD5EAD" w14:textId="77777777" w:rsidR="00DB5BC3" w:rsidRDefault="00DB5BC3" w:rsidP="00DE6645">
            <w:pPr>
              <w:spacing w:after="0"/>
            </w:pPr>
          </w:p>
        </w:tc>
        <w:tc>
          <w:tcPr>
            <w:tcW w:w="3456" w:type="dxa"/>
          </w:tcPr>
          <w:p w14:paraId="6D15DE00" w14:textId="77777777" w:rsidR="00DB5BC3" w:rsidRDefault="00DB5BC3" w:rsidP="00DE6645">
            <w:pPr>
              <w:spacing w:after="0"/>
            </w:pPr>
          </w:p>
        </w:tc>
      </w:tr>
      <w:tr w:rsidR="00DB5BC3" w14:paraId="2160417E" w14:textId="77777777" w:rsidTr="005C2AC4">
        <w:trPr>
          <w:trHeight w:val="720"/>
        </w:trPr>
        <w:tc>
          <w:tcPr>
            <w:tcW w:w="1908" w:type="dxa"/>
          </w:tcPr>
          <w:p w14:paraId="6A48CFC1" w14:textId="77777777" w:rsidR="00DB5BC3" w:rsidRDefault="00DB5BC3" w:rsidP="00DE6645">
            <w:pPr>
              <w:spacing w:after="0"/>
            </w:pPr>
          </w:p>
        </w:tc>
        <w:tc>
          <w:tcPr>
            <w:tcW w:w="2250" w:type="dxa"/>
          </w:tcPr>
          <w:p w14:paraId="06571581" w14:textId="77777777" w:rsidR="00DB5BC3" w:rsidRDefault="00DB5BC3" w:rsidP="00DE6645">
            <w:pPr>
              <w:spacing w:after="0"/>
            </w:pPr>
          </w:p>
        </w:tc>
        <w:tc>
          <w:tcPr>
            <w:tcW w:w="1440" w:type="dxa"/>
          </w:tcPr>
          <w:p w14:paraId="55E0A90A" w14:textId="77777777" w:rsidR="00DB5BC3" w:rsidRDefault="00DB5BC3" w:rsidP="00DE6645">
            <w:pPr>
              <w:spacing w:after="0"/>
            </w:pPr>
          </w:p>
        </w:tc>
        <w:tc>
          <w:tcPr>
            <w:tcW w:w="1645" w:type="dxa"/>
          </w:tcPr>
          <w:p w14:paraId="26C1C0CC" w14:textId="77777777" w:rsidR="00DB5BC3" w:rsidRDefault="00DB5BC3" w:rsidP="00DE6645">
            <w:pPr>
              <w:spacing w:after="0"/>
            </w:pPr>
          </w:p>
        </w:tc>
        <w:tc>
          <w:tcPr>
            <w:tcW w:w="3456" w:type="dxa"/>
          </w:tcPr>
          <w:p w14:paraId="720E159E" w14:textId="77777777" w:rsidR="00DB5BC3" w:rsidRDefault="00DB5BC3" w:rsidP="00DE6645">
            <w:pPr>
              <w:spacing w:after="0"/>
            </w:pPr>
          </w:p>
        </w:tc>
      </w:tr>
      <w:tr w:rsidR="005C2AC4" w14:paraId="333F6B0F" w14:textId="77777777" w:rsidTr="005C2AC4">
        <w:trPr>
          <w:trHeight w:val="720"/>
        </w:trPr>
        <w:tc>
          <w:tcPr>
            <w:tcW w:w="1908" w:type="dxa"/>
          </w:tcPr>
          <w:p w14:paraId="298EE6AB" w14:textId="41F6CF8E" w:rsidR="006B71F6" w:rsidRDefault="006B71F6" w:rsidP="00DE6645">
            <w:pPr>
              <w:spacing w:after="0"/>
            </w:pPr>
          </w:p>
        </w:tc>
        <w:tc>
          <w:tcPr>
            <w:tcW w:w="2250" w:type="dxa"/>
          </w:tcPr>
          <w:p w14:paraId="6A3407A8" w14:textId="3415AFE5" w:rsidR="006B71F6" w:rsidRDefault="006B71F6" w:rsidP="00DE6645">
            <w:pPr>
              <w:spacing w:after="0"/>
            </w:pPr>
          </w:p>
        </w:tc>
        <w:tc>
          <w:tcPr>
            <w:tcW w:w="1440" w:type="dxa"/>
          </w:tcPr>
          <w:p w14:paraId="6916BA8E" w14:textId="644487AC" w:rsidR="006B71F6" w:rsidRDefault="006B71F6" w:rsidP="00DE6645">
            <w:pPr>
              <w:spacing w:after="0"/>
            </w:pPr>
          </w:p>
        </w:tc>
        <w:tc>
          <w:tcPr>
            <w:tcW w:w="1645" w:type="dxa"/>
          </w:tcPr>
          <w:p w14:paraId="27FFC376" w14:textId="54693C8B" w:rsidR="006B71F6" w:rsidRDefault="006B71F6" w:rsidP="00DE6645">
            <w:pPr>
              <w:spacing w:after="0"/>
            </w:pPr>
          </w:p>
        </w:tc>
        <w:tc>
          <w:tcPr>
            <w:tcW w:w="3456" w:type="dxa"/>
          </w:tcPr>
          <w:p w14:paraId="19FA5299" w14:textId="2ED8F62F" w:rsidR="006B71F6" w:rsidRDefault="006B71F6" w:rsidP="00DE6645">
            <w:pPr>
              <w:spacing w:after="0"/>
            </w:pPr>
          </w:p>
        </w:tc>
      </w:tr>
    </w:tbl>
    <w:p w14:paraId="22FAF020" w14:textId="77777777" w:rsidR="006B71F6" w:rsidRDefault="0086353E">
      <w:r>
        <w:rPr>
          <w:b/>
        </w:rPr>
        <w:br/>
        <w:t>ATTENDANCE</w:t>
      </w:r>
    </w:p>
    <w:p w14:paraId="0FDAAEA8" w14:textId="77777777" w:rsidR="006B71F6" w:rsidRDefault="0086353E">
      <w:r>
        <w:t>Days Attended This Period: __________________</w:t>
      </w:r>
    </w:p>
    <w:p w14:paraId="536B0AE4" w14:textId="77777777" w:rsidR="006B71F6" w:rsidRDefault="0086353E">
      <w:r>
        <w:t>Days Absent This Period: ____________________</w:t>
      </w:r>
    </w:p>
    <w:p w14:paraId="4C8DBEF2" w14:textId="77777777" w:rsidR="006B71F6" w:rsidRDefault="0086353E">
      <w:r>
        <w:rPr>
          <w:b/>
        </w:rPr>
        <w:br/>
        <w:t>GENERAL COMMENTS</w:t>
      </w:r>
    </w:p>
    <w:p w14:paraId="680EFA34" w14:textId="77777777" w:rsidR="00DB5BC3" w:rsidRDefault="00DB5BC3" w:rsidP="00DB5BC3">
      <w:pPr>
        <w:tabs>
          <w:tab w:val="left" w:leader="underscore" w:pos="10620"/>
        </w:tabs>
      </w:pPr>
      <w:r>
        <w:tab/>
      </w:r>
    </w:p>
    <w:p w14:paraId="3F8881F4" w14:textId="77777777" w:rsidR="00DB5BC3" w:rsidRDefault="00DB5BC3" w:rsidP="00DB5BC3">
      <w:pPr>
        <w:tabs>
          <w:tab w:val="left" w:leader="underscore" w:pos="10620"/>
        </w:tabs>
      </w:pPr>
      <w:r>
        <w:tab/>
      </w:r>
    </w:p>
    <w:p w14:paraId="0873D8B9" w14:textId="77777777" w:rsidR="00DB5BC3" w:rsidRDefault="00DB5BC3" w:rsidP="00DB5BC3">
      <w:pPr>
        <w:tabs>
          <w:tab w:val="left" w:leader="underscore" w:pos="10620"/>
        </w:tabs>
      </w:pPr>
      <w:r>
        <w:tab/>
      </w:r>
    </w:p>
    <w:p w14:paraId="03911579" w14:textId="77777777" w:rsidR="00DB5BC3" w:rsidRDefault="00DB5BC3" w:rsidP="00DB5BC3">
      <w:pPr>
        <w:tabs>
          <w:tab w:val="left" w:leader="underscore" w:pos="10620"/>
        </w:tabs>
      </w:pPr>
      <w:r>
        <w:tab/>
      </w:r>
    </w:p>
    <w:p w14:paraId="347BA0BB" w14:textId="0305761E" w:rsidR="006B71F6" w:rsidRDefault="0086353E" w:rsidP="00DB5BC3">
      <w:pPr>
        <w:tabs>
          <w:tab w:val="left" w:leader="underscore" w:pos="10620"/>
        </w:tabs>
      </w:pPr>
      <w:r>
        <w:rPr>
          <w:b/>
        </w:rPr>
        <w:br/>
        <w:t>CERTIFICATION</w:t>
      </w:r>
    </w:p>
    <w:p w14:paraId="2D83E91D" w14:textId="5BF91DFE" w:rsidR="004948CC" w:rsidRDefault="004948CC" w:rsidP="004948CC">
      <w:pPr>
        <w:tabs>
          <w:tab w:val="left" w:leader="underscore" w:pos="9547"/>
        </w:tabs>
        <w:spacing w:after="0" w:line="480" w:lineRule="auto"/>
      </w:pPr>
      <w:r w:rsidRPr="007369FB">
        <w:t xml:space="preserve">Parent/Administrator Name: </w:t>
      </w:r>
      <w:r>
        <w:tab/>
      </w:r>
    </w:p>
    <w:p w14:paraId="3892B967" w14:textId="77777777" w:rsidR="004948CC" w:rsidRPr="007369FB" w:rsidRDefault="004948CC" w:rsidP="004948CC">
      <w:pPr>
        <w:spacing w:after="0" w:line="480" w:lineRule="auto"/>
      </w:pPr>
      <w:r w:rsidRPr="007369FB">
        <w:t>Signature: _____________________________________</w:t>
      </w:r>
      <w:r>
        <w:t>_____________________________________________________________</w:t>
      </w:r>
      <w:r w:rsidRPr="007369FB">
        <w:t>_______</w:t>
      </w:r>
    </w:p>
    <w:p w14:paraId="6FDF8346" w14:textId="77777777" w:rsidR="004948CC" w:rsidRDefault="004948CC" w:rsidP="004948CC">
      <w:pPr>
        <w:spacing w:after="0" w:line="480" w:lineRule="auto"/>
      </w:pPr>
      <w:r w:rsidRPr="007369FB">
        <w:t>Date: _________________________________________________</w:t>
      </w:r>
    </w:p>
    <w:p w14:paraId="16F550E4" w14:textId="19FA2C58" w:rsidR="006B71F6" w:rsidRDefault="006B71F6" w:rsidP="004948CC"/>
    <w:sectPr w:rsidR="006B71F6" w:rsidSect="002C44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1357537">
    <w:abstractNumId w:val="8"/>
  </w:num>
  <w:num w:numId="2" w16cid:durableId="376121955">
    <w:abstractNumId w:val="6"/>
  </w:num>
  <w:num w:numId="3" w16cid:durableId="1645038464">
    <w:abstractNumId w:val="5"/>
  </w:num>
  <w:num w:numId="4" w16cid:durableId="1961378833">
    <w:abstractNumId w:val="4"/>
  </w:num>
  <w:num w:numId="5" w16cid:durableId="1510875750">
    <w:abstractNumId w:val="7"/>
  </w:num>
  <w:num w:numId="6" w16cid:durableId="1821770696">
    <w:abstractNumId w:val="3"/>
  </w:num>
  <w:num w:numId="7" w16cid:durableId="533201760">
    <w:abstractNumId w:val="2"/>
  </w:num>
  <w:num w:numId="8" w16cid:durableId="921795798">
    <w:abstractNumId w:val="1"/>
  </w:num>
  <w:num w:numId="9" w16cid:durableId="154881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4A7E"/>
    <w:rsid w:val="0029639D"/>
    <w:rsid w:val="002C441A"/>
    <w:rsid w:val="00326F90"/>
    <w:rsid w:val="00432FBE"/>
    <w:rsid w:val="004948CC"/>
    <w:rsid w:val="005C2AC4"/>
    <w:rsid w:val="006B71F6"/>
    <w:rsid w:val="0086353E"/>
    <w:rsid w:val="00A17016"/>
    <w:rsid w:val="00AA1D8D"/>
    <w:rsid w:val="00B47730"/>
    <w:rsid w:val="00CB0664"/>
    <w:rsid w:val="00DB5BC3"/>
    <w:rsid w:val="00DE66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A4C6D63-634C-4231-B3C0-F8DD68A2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123</Words>
  <Characters>891</Characters>
  <Application>Microsoft Office Word</Application>
  <DocSecurity>0</DocSecurity>
  <Lines>178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Kerstin Ripley</cp:lastModifiedBy>
  <cp:revision>8</cp:revision>
  <dcterms:created xsi:type="dcterms:W3CDTF">2013-12-23T23:15:00Z</dcterms:created>
  <dcterms:modified xsi:type="dcterms:W3CDTF">2026-02-25T23:30:00Z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3645eb6e-759a-4aa0-833f-0d48f73b4f96</vt:lpwstr>
  </property>
</Properties>
</file>