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32FD" w14:textId="77777777" w:rsidR="00E51BC3" w:rsidRDefault="00000000">
      <w:pPr>
        <w:jc w:val="center"/>
        <w:rPr>
          <w:b/>
          <w:sz w:val="40"/>
        </w:rPr>
      </w:pPr>
      <w:r>
        <w:rPr>
          <w:b/>
          <w:sz w:val="40"/>
        </w:rPr>
        <w:t xml:space="preserve">Homeschool </w:t>
      </w:r>
      <w:r w:rsidR="00E51BC3">
        <w:rPr>
          <w:b/>
          <w:sz w:val="40"/>
        </w:rPr>
        <w:t xml:space="preserve">Student </w:t>
      </w:r>
      <w:r>
        <w:rPr>
          <w:b/>
          <w:sz w:val="40"/>
        </w:rPr>
        <w:t xml:space="preserve">Transcript </w:t>
      </w:r>
    </w:p>
    <w:p w14:paraId="4AE50D86" w14:textId="5A9C33FC" w:rsidR="00883473" w:rsidRDefault="00E51BC3" w:rsidP="00B35003">
      <w:pPr>
        <w:spacing w:after="0"/>
        <w:jc w:val="center"/>
      </w:pPr>
      <w:r>
        <w:rPr>
          <w:b/>
          <w:sz w:val="40"/>
        </w:rPr>
        <w:t xml:space="preserve">High School </w:t>
      </w:r>
      <w:r w:rsidR="00000000">
        <w:rPr>
          <w:b/>
          <w:sz w:val="40"/>
        </w:rPr>
        <w:t>(Grades 9–12)</w:t>
      </w:r>
    </w:p>
    <w:p w14:paraId="5044A0C6" w14:textId="77777777" w:rsidR="00883473" w:rsidRDefault="00000000" w:rsidP="00B35003">
      <w:pPr>
        <w:spacing w:after="0"/>
      </w:pPr>
      <w:r>
        <w:br/>
        <w:t>Please complete this transcript for students transferring from homeschool to Waymark Academy.</w:t>
      </w:r>
      <w:r>
        <w:br/>
      </w:r>
    </w:p>
    <w:p w14:paraId="748C66E7" w14:textId="77777777" w:rsidR="00603341" w:rsidRPr="007369FB" w:rsidRDefault="00603341" w:rsidP="00603341">
      <w:pPr>
        <w:spacing w:after="0"/>
      </w:pPr>
      <w:r w:rsidRPr="007369FB">
        <w:rPr>
          <w:b/>
        </w:rPr>
        <w:t>STUDENT INFORMATION</w:t>
      </w:r>
    </w:p>
    <w:p w14:paraId="4954B3EA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Student Full Name: </w:t>
      </w:r>
      <w:r w:rsidRPr="007369FB">
        <w:tab/>
      </w:r>
    </w:p>
    <w:p w14:paraId="5186E58F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Date of Birth: </w:t>
      </w:r>
      <w:r w:rsidRPr="007369FB">
        <w:tab/>
      </w:r>
    </w:p>
    <w:p w14:paraId="3F2178B7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Parent/Administrator Name: </w:t>
      </w:r>
      <w:r w:rsidRPr="007369FB">
        <w:tab/>
      </w:r>
    </w:p>
    <w:p w14:paraId="0220CF30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Homeschool Name (Registered with NC DNPE): </w:t>
      </w:r>
      <w:r w:rsidRPr="007369FB">
        <w:tab/>
      </w:r>
    </w:p>
    <w:p w14:paraId="3FB91B96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Homeschool Address: </w:t>
      </w:r>
      <w:r w:rsidRPr="007369FB">
        <w:tab/>
      </w:r>
    </w:p>
    <w:p w14:paraId="3B641758" w14:textId="77777777" w:rsidR="00603341" w:rsidRPr="007369FB" w:rsidRDefault="00603341" w:rsidP="00603341">
      <w:pPr>
        <w:tabs>
          <w:tab w:val="left" w:leader="underscore" w:pos="9540"/>
        </w:tabs>
        <w:spacing w:after="0" w:line="480" w:lineRule="auto"/>
      </w:pPr>
      <w:r w:rsidRPr="007369FB">
        <w:t xml:space="preserve">Phone Number: </w:t>
      </w:r>
      <w:r w:rsidRPr="007369FB">
        <w:tab/>
      </w:r>
    </w:p>
    <w:p w14:paraId="09E07140" w14:textId="77777777" w:rsidR="00603341" w:rsidRPr="007369FB" w:rsidRDefault="00603341" w:rsidP="00603341">
      <w:pPr>
        <w:tabs>
          <w:tab w:val="left" w:leader="underscore" w:pos="9540"/>
        </w:tabs>
        <w:spacing w:after="0"/>
      </w:pPr>
      <w:r w:rsidRPr="007369FB">
        <w:t xml:space="preserve">Email Address: </w:t>
      </w:r>
      <w:r w:rsidRPr="007369FB">
        <w:tab/>
      </w:r>
    </w:p>
    <w:p w14:paraId="524F67D1" w14:textId="02655568" w:rsidR="00883473" w:rsidRDefault="00603341" w:rsidP="00603341">
      <w:pPr>
        <w:spacing w:after="0"/>
      </w:pPr>
      <w:r w:rsidRPr="007369FB">
        <w:rPr>
          <w:b/>
        </w:rPr>
        <w:br/>
      </w:r>
      <w:r w:rsidR="00000000">
        <w:rPr>
          <w:b/>
        </w:rPr>
        <w:br/>
        <w:t>ACADEMIC RECORD (Include all high school courses)</w:t>
      </w:r>
    </w:p>
    <w:tbl>
      <w:tblPr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1152"/>
        <w:gridCol w:w="1728"/>
        <w:gridCol w:w="2592"/>
        <w:gridCol w:w="1234"/>
        <w:gridCol w:w="1234"/>
        <w:gridCol w:w="1234"/>
      </w:tblGrid>
      <w:tr w:rsidR="00883473" w14:paraId="47263C0A" w14:textId="77777777" w:rsidTr="00603341">
        <w:tc>
          <w:tcPr>
            <w:tcW w:w="1152" w:type="dxa"/>
          </w:tcPr>
          <w:p w14:paraId="4B4E9CAF" w14:textId="77777777" w:rsidR="00883473" w:rsidRDefault="00000000" w:rsidP="00B35003">
            <w:pPr>
              <w:spacing w:after="0"/>
            </w:pPr>
            <w:r>
              <w:t>School Year</w:t>
            </w:r>
          </w:p>
        </w:tc>
        <w:tc>
          <w:tcPr>
            <w:tcW w:w="1152" w:type="dxa"/>
          </w:tcPr>
          <w:p w14:paraId="21DDD020" w14:textId="77777777" w:rsidR="00883473" w:rsidRDefault="00000000" w:rsidP="00B35003">
            <w:pPr>
              <w:spacing w:after="0"/>
            </w:pPr>
            <w:r>
              <w:t>Grade Level</w:t>
            </w:r>
          </w:p>
        </w:tc>
        <w:tc>
          <w:tcPr>
            <w:tcW w:w="1728" w:type="dxa"/>
          </w:tcPr>
          <w:p w14:paraId="55861A57" w14:textId="77777777" w:rsidR="00883473" w:rsidRDefault="00000000" w:rsidP="00B35003">
            <w:pPr>
              <w:spacing w:after="0"/>
            </w:pPr>
            <w:r>
              <w:t>Course Name</w:t>
            </w:r>
          </w:p>
        </w:tc>
        <w:tc>
          <w:tcPr>
            <w:tcW w:w="2592" w:type="dxa"/>
          </w:tcPr>
          <w:p w14:paraId="14AD56B9" w14:textId="77777777" w:rsidR="00883473" w:rsidRDefault="00000000" w:rsidP="00B35003">
            <w:pPr>
              <w:spacing w:after="0"/>
            </w:pPr>
            <w:r>
              <w:t>Curriculum Used</w:t>
            </w:r>
          </w:p>
        </w:tc>
        <w:tc>
          <w:tcPr>
            <w:tcW w:w="1234" w:type="dxa"/>
          </w:tcPr>
          <w:p w14:paraId="58E4A5E3" w14:textId="77777777" w:rsidR="00883473" w:rsidRDefault="00000000" w:rsidP="00B35003">
            <w:pPr>
              <w:spacing w:after="0"/>
            </w:pPr>
            <w:r>
              <w:t>Credit Earned</w:t>
            </w:r>
          </w:p>
        </w:tc>
        <w:tc>
          <w:tcPr>
            <w:tcW w:w="1234" w:type="dxa"/>
          </w:tcPr>
          <w:p w14:paraId="56BCD586" w14:textId="77777777" w:rsidR="00883473" w:rsidRDefault="00000000" w:rsidP="00B35003">
            <w:pPr>
              <w:spacing w:after="0"/>
            </w:pPr>
            <w:r>
              <w:t>Final Grade</w:t>
            </w:r>
          </w:p>
        </w:tc>
        <w:tc>
          <w:tcPr>
            <w:tcW w:w="1234" w:type="dxa"/>
          </w:tcPr>
          <w:p w14:paraId="25584A47" w14:textId="77777777" w:rsidR="00883473" w:rsidRDefault="00000000" w:rsidP="00B35003">
            <w:pPr>
              <w:spacing w:after="0"/>
            </w:pPr>
            <w:r>
              <w:t>GPA Value (optional)</w:t>
            </w:r>
          </w:p>
        </w:tc>
      </w:tr>
      <w:tr w:rsidR="00883473" w14:paraId="258757FB" w14:textId="77777777" w:rsidTr="002A4F60">
        <w:trPr>
          <w:trHeight w:val="576"/>
        </w:trPr>
        <w:tc>
          <w:tcPr>
            <w:tcW w:w="1152" w:type="dxa"/>
          </w:tcPr>
          <w:p w14:paraId="20DA38F5" w14:textId="313853E6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6EC7C300" w14:textId="2C1EB5FC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090D974" w14:textId="7A947378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4FF2F3C2" w14:textId="05A0882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67E314B" w14:textId="1B9A32EE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2235EB0E" w14:textId="5DDDA89B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98745A4" w14:textId="6EEEE540" w:rsidR="00883473" w:rsidRDefault="00883473" w:rsidP="00B35003">
            <w:pPr>
              <w:spacing w:after="0"/>
            </w:pPr>
          </w:p>
        </w:tc>
      </w:tr>
      <w:tr w:rsidR="00883473" w14:paraId="70F60F6E" w14:textId="77777777" w:rsidTr="002A4F60">
        <w:trPr>
          <w:trHeight w:val="576"/>
        </w:trPr>
        <w:tc>
          <w:tcPr>
            <w:tcW w:w="1152" w:type="dxa"/>
          </w:tcPr>
          <w:p w14:paraId="544702E3" w14:textId="36E4512F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43469BFA" w14:textId="651D7A29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6DA93AD" w14:textId="063973D6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0A5FFCC3" w14:textId="233D6ADD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F707F10" w14:textId="77E18F2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9C74176" w14:textId="2520D6E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2C270BA2" w14:textId="58F75FBE" w:rsidR="00883473" w:rsidRDefault="00883473" w:rsidP="00B35003">
            <w:pPr>
              <w:spacing w:after="0"/>
            </w:pPr>
          </w:p>
        </w:tc>
      </w:tr>
      <w:tr w:rsidR="00883473" w14:paraId="6EBD50F7" w14:textId="77777777" w:rsidTr="002A4F60">
        <w:trPr>
          <w:trHeight w:val="576"/>
        </w:trPr>
        <w:tc>
          <w:tcPr>
            <w:tcW w:w="1152" w:type="dxa"/>
          </w:tcPr>
          <w:p w14:paraId="2ABAD70A" w14:textId="15E005F1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5CD859A5" w14:textId="1F72E5A1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72F405ED" w14:textId="167B9E41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16944006" w14:textId="0A7DC858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068E173" w14:textId="36739091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29DC640" w14:textId="7C9D37D3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9CB7E68" w14:textId="700B4D31" w:rsidR="00883473" w:rsidRDefault="00883473" w:rsidP="00B35003">
            <w:pPr>
              <w:spacing w:after="0"/>
            </w:pPr>
          </w:p>
        </w:tc>
      </w:tr>
      <w:tr w:rsidR="00883473" w14:paraId="0BC3B695" w14:textId="77777777" w:rsidTr="002A4F60">
        <w:trPr>
          <w:trHeight w:val="576"/>
        </w:trPr>
        <w:tc>
          <w:tcPr>
            <w:tcW w:w="1152" w:type="dxa"/>
          </w:tcPr>
          <w:p w14:paraId="6FD8173A" w14:textId="212496AC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500003E1" w14:textId="7B1CF65F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2BA1B9AA" w14:textId="65795774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765C69F3" w14:textId="36C2AD26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2597C26" w14:textId="1DE35F10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DFC94CC" w14:textId="073F2E64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DE52B86" w14:textId="4E50A7B8" w:rsidR="00883473" w:rsidRDefault="00883473" w:rsidP="00B35003">
            <w:pPr>
              <w:spacing w:after="0"/>
            </w:pPr>
          </w:p>
        </w:tc>
      </w:tr>
      <w:tr w:rsidR="00883473" w14:paraId="24641918" w14:textId="77777777" w:rsidTr="002A4F60">
        <w:trPr>
          <w:trHeight w:val="576"/>
        </w:trPr>
        <w:tc>
          <w:tcPr>
            <w:tcW w:w="1152" w:type="dxa"/>
          </w:tcPr>
          <w:p w14:paraId="6E403231" w14:textId="2DF59DBA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2FD26741" w14:textId="2D338EAF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35D0005B" w14:textId="4E4E4ED8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07AA7170" w14:textId="61352160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0CE8904" w14:textId="69C5B81D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7E6B222F" w14:textId="207CAB56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F0B6D11" w14:textId="13B4F737" w:rsidR="00883473" w:rsidRDefault="00883473" w:rsidP="00B35003">
            <w:pPr>
              <w:spacing w:after="0"/>
            </w:pPr>
          </w:p>
        </w:tc>
      </w:tr>
      <w:tr w:rsidR="00883473" w14:paraId="47C2BC14" w14:textId="77777777" w:rsidTr="002A4F60">
        <w:trPr>
          <w:trHeight w:val="576"/>
        </w:trPr>
        <w:tc>
          <w:tcPr>
            <w:tcW w:w="1152" w:type="dxa"/>
          </w:tcPr>
          <w:p w14:paraId="2F236132" w14:textId="5FD16918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7B548CD5" w14:textId="3DE39B81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75ABC721" w14:textId="43EEDEBC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5A0331A6" w14:textId="454A06AC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794A677" w14:textId="40317B0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2CC2F20E" w14:textId="0EF74C29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DCCE039" w14:textId="42B0AD5B" w:rsidR="00883473" w:rsidRDefault="00883473" w:rsidP="00B35003">
            <w:pPr>
              <w:spacing w:after="0"/>
            </w:pPr>
          </w:p>
        </w:tc>
      </w:tr>
      <w:tr w:rsidR="00883473" w14:paraId="0C41A681" w14:textId="77777777" w:rsidTr="002A4F60">
        <w:trPr>
          <w:trHeight w:val="576"/>
        </w:trPr>
        <w:tc>
          <w:tcPr>
            <w:tcW w:w="1152" w:type="dxa"/>
          </w:tcPr>
          <w:p w14:paraId="14B62F26" w14:textId="7557D5EC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2C3B7D27" w14:textId="4B3CC4D4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13D0B6D" w14:textId="25A87928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1DEC084D" w14:textId="75ADBFE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3073231" w14:textId="5FDB2881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61D33F7" w14:textId="12C66346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95F68BA" w14:textId="7FB9B7A0" w:rsidR="00883473" w:rsidRDefault="00883473" w:rsidP="00B35003">
            <w:pPr>
              <w:spacing w:after="0"/>
            </w:pPr>
          </w:p>
        </w:tc>
      </w:tr>
      <w:tr w:rsidR="00883473" w14:paraId="388F1576" w14:textId="77777777" w:rsidTr="002A4F60">
        <w:trPr>
          <w:trHeight w:val="576"/>
        </w:trPr>
        <w:tc>
          <w:tcPr>
            <w:tcW w:w="1152" w:type="dxa"/>
          </w:tcPr>
          <w:p w14:paraId="4D9D4ACD" w14:textId="629F031F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264B6D32" w14:textId="49732D55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36A8DF05" w14:textId="060A051F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0780A414" w14:textId="11C67883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D233DE6" w14:textId="535C2A10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7C0A87F4" w14:textId="1020BF6B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B0E8EF5" w14:textId="45B6C7EE" w:rsidR="00883473" w:rsidRDefault="00883473" w:rsidP="00B35003">
            <w:pPr>
              <w:spacing w:after="0"/>
            </w:pPr>
          </w:p>
        </w:tc>
      </w:tr>
      <w:tr w:rsidR="00883473" w14:paraId="4F55CB23" w14:textId="77777777" w:rsidTr="002A4F60">
        <w:trPr>
          <w:trHeight w:val="576"/>
        </w:trPr>
        <w:tc>
          <w:tcPr>
            <w:tcW w:w="1152" w:type="dxa"/>
          </w:tcPr>
          <w:p w14:paraId="64371C24" w14:textId="1E5C665E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313F8DD6" w14:textId="20BA18F6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6E310EC6" w14:textId="4910B344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6B10BF6F" w14:textId="5E42F07C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7C8CE8C0" w14:textId="796CCEB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4CA0F73" w14:textId="1F1EBE07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6BF98CE" w14:textId="0947B606" w:rsidR="00883473" w:rsidRDefault="00883473" w:rsidP="00B35003">
            <w:pPr>
              <w:spacing w:after="0"/>
            </w:pPr>
          </w:p>
        </w:tc>
      </w:tr>
      <w:tr w:rsidR="00883473" w14:paraId="47806083" w14:textId="77777777" w:rsidTr="002A4F60">
        <w:trPr>
          <w:trHeight w:val="576"/>
        </w:trPr>
        <w:tc>
          <w:tcPr>
            <w:tcW w:w="1152" w:type="dxa"/>
          </w:tcPr>
          <w:p w14:paraId="295ECF50" w14:textId="5C1CF2D3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3544027C" w14:textId="042D6233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D202166" w14:textId="067CFE1D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24ADEB12" w14:textId="0586266E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F1FE10A" w14:textId="445ED7B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5090BC2" w14:textId="17982F64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714E420" w14:textId="59CFE52F" w:rsidR="00883473" w:rsidRDefault="00883473" w:rsidP="00B35003">
            <w:pPr>
              <w:spacing w:after="0"/>
            </w:pPr>
          </w:p>
        </w:tc>
      </w:tr>
      <w:tr w:rsidR="00883473" w14:paraId="5E142F4E" w14:textId="77777777" w:rsidTr="002A4F60">
        <w:trPr>
          <w:trHeight w:val="576"/>
        </w:trPr>
        <w:tc>
          <w:tcPr>
            <w:tcW w:w="1152" w:type="dxa"/>
          </w:tcPr>
          <w:p w14:paraId="230366F8" w14:textId="3A2AC4A5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549208B7" w14:textId="7FB0BC0A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1653F68" w14:textId="3FF39BE7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243E33FA" w14:textId="1ADD8993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15CC455" w14:textId="66E92FD9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EE4ACEF" w14:textId="57FED97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5CB29ED" w14:textId="5D9C809C" w:rsidR="00883473" w:rsidRDefault="00883473" w:rsidP="00B35003">
            <w:pPr>
              <w:spacing w:after="0"/>
            </w:pPr>
          </w:p>
        </w:tc>
      </w:tr>
      <w:tr w:rsidR="00883473" w14:paraId="24E1DD12" w14:textId="77777777" w:rsidTr="002A4F60">
        <w:trPr>
          <w:trHeight w:val="576"/>
        </w:trPr>
        <w:tc>
          <w:tcPr>
            <w:tcW w:w="1152" w:type="dxa"/>
          </w:tcPr>
          <w:p w14:paraId="4767A4BE" w14:textId="18FED3EF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6E27EBF5" w14:textId="31DD7C85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C93F52B" w14:textId="6667A979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23311A1C" w14:textId="52035F31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2DC37373" w14:textId="234CBD3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E30BCFF" w14:textId="0230C04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ECF61A5" w14:textId="15C6AEE8" w:rsidR="00883473" w:rsidRDefault="00883473" w:rsidP="00B35003">
            <w:pPr>
              <w:spacing w:after="0"/>
            </w:pPr>
          </w:p>
        </w:tc>
      </w:tr>
      <w:tr w:rsidR="00883473" w14:paraId="5C5875B6" w14:textId="77777777" w:rsidTr="002A4F60">
        <w:trPr>
          <w:trHeight w:val="576"/>
        </w:trPr>
        <w:tc>
          <w:tcPr>
            <w:tcW w:w="1152" w:type="dxa"/>
          </w:tcPr>
          <w:p w14:paraId="07EAC533" w14:textId="19A5142B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549BD7D8" w14:textId="0F10FC20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79B45AA6" w14:textId="2A836D9D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170682B3" w14:textId="54D92C40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FD0D22F" w14:textId="1BF9AFC7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91C4804" w14:textId="5F8F6A9B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D038D82" w14:textId="03153498" w:rsidR="00883473" w:rsidRDefault="00883473" w:rsidP="00B35003">
            <w:pPr>
              <w:spacing w:after="0"/>
            </w:pPr>
          </w:p>
        </w:tc>
      </w:tr>
      <w:tr w:rsidR="00883473" w14:paraId="3E93B8D2" w14:textId="77777777" w:rsidTr="002A4F60">
        <w:trPr>
          <w:trHeight w:val="576"/>
        </w:trPr>
        <w:tc>
          <w:tcPr>
            <w:tcW w:w="1152" w:type="dxa"/>
          </w:tcPr>
          <w:p w14:paraId="48A8BDE1" w14:textId="219466D8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0C8936C2" w14:textId="75DFB0F4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7067809" w14:textId="09DCC78A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1E37B6A8" w14:textId="79D56050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A670626" w14:textId="3492ABCB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D63C5B5" w14:textId="3B4A830F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7A48BCB" w14:textId="6D038677" w:rsidR="00883473" w:rsidRDefault="00883473" w:rsidP="00B35003">
            <w:pPr>
              <w:spacing w:after="0"/>
            </w:pPr>
          </w:p>
        </w:tc>
      </w:tr>
      <w:tr w:rsidR="00883473" w14:paraId="08050881" w14:textId="77777777" w:rsidTr="002A4F60">
        <w:trPr>
          <w:trHeight w:val="576"/>
        </w:trPr>
        <w:tc>
          <w:tcPr>
            <w:tcW w:w="1152" w:type="dxa"/>
          </w:tcPr>
          <w:p w14:paraId="44263478" w14:textId="34A202CF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08B7B3D1" w14:textId="571AA7BE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A7A12B3" w14:textId="4AA92C70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082C123B" w14:textId="15647A01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DC41390" w14:textId="5C53C97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62F42A6" w14:textId="3643A669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E1C8AC8" w14:textId="553A3D04" w:rsidR="00883473" w:rsidRDefault="00883473" w:rsidP="00B35003">
            <w:pPr>
              <w:spacing w:after="0"/>
            </w:pPr>
          </w:p>
        </w:tc>
      </w:tr>
      <w:tr w:rsidR="00883473" w14:paraId="717E5C50" w14:textId="77777777" w:rsidTr="002A4F60">
        <w:trPr>
          <w:trHeight w:val="576"/>
        </w:trPr>
        <w:tc>
          <w:tcPr>
            <w:tcW w:w="1152" w:type="dxa"/>
          </w:tcPr>
          <w:p w14:paraId="4423FB47" w14:textId="561BC875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336BB866" w14:textId="2912ED06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468DE038" w14:textId="6155866D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4BDFA2E7" w14:textId="5D50017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D795A99" w14:textId="5E7F864C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39581E4" w14:textId="687B552D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9A4C74A" w14:textId="4652906C" w:rsidR="00883473" w:rsidRDefault="00883473" w:rsidP="00B35003">
            <w:pPr>
              <w:spacing w:after="0"/>
            </w:pPr>
          </w:p>
        </w:tc>
      </w:tr>
      <w:tr w:rsidR="00883473" w14:paraId="389F79EA" w14:textId="77777777" w:rsidTr="002A4F60">
        <w:trPr>
          <w:trHeight w:val="576"/>
        </w:trPr>
        <w:tc>
          <w:tcPr>
            <w:tcW w:w="1152" w:type="dxa"/>
          </w:tcPr>
          <w:p w14:paraId="17A861A0" w14:textId="79AD6C0E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31B5F4A4" w14:textId="6DFF6408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2C77164A" w14:textId="5214409B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6F9EDF22" w14:textId="03A7A93D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3CE31BC7" w14:textId="088223E4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FAD8804" w14:textId="51DC38F6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F4802C7" w14:textId="02E62313" w:rsidR="00883473" w:rsidRDefault="00883473" w:rsidP="00B35003">
            <w:pPr>
              <w:spacing w:after="0"/>
            </w:pPr>
          </w:p>
        </w:tc>
      </w:tr>
      <w:tr w:rsidR="00883473" w14:paraId="1325575C" w14:textId="77777777" w:rsidTr="002A4F60">
        <w:trPr>
          <w:trHeight w:val="576"/>
        </w:trPr>
        <w:tc>
          <w:tcPr>
            <w:tcW w:w="1152" w:type="dxa"/>
          </w:tcPr>
          <w:p w14:paraId="5914D5F5" w14:textId="5152D0AD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0F60EA94" w14:textId="14425F68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1413E9B0" w14:textId="5B9C3FA4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5AF8C812" w14:textId="75EB36A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5205127" w14:textId="2A25599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3D60D41" w14:textId="5471BB25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5C7200D" w14:textId="0D175DAF" w:rsidR="00883473" w:rsidRDefault="00883473" w:rsidP="00B35003">
            <w:pPr>
              <w:spacing w:after="0"/>
            </w:pPr>
          </w:p>
        </w:tc>
      </w:tr>
      <w:tr w:rsidR="00883473" w14:paraId="4B8B8233" w14:textId="77777777" w:rsidTr="002A4F60">
        <w:trPr>
          <w:trHeight w:val="576"/>
        </w:trPr>
        <w:tc>
          <w:tcPr>
            <w:tcW w:w="1152" w:type="dxa"/>
          </w:tcPr>
          <w:p w14:paraId="1A952696" w14:textId="12602749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66F60AE0" w14:textId="76F0E3CD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080C3109" w14:textId="3B70F196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56C1CAD5" w14:textId="356D415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638F3FCB" w14:textId="515B44DA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098F369A" w14:textId="6A1C0E3E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562E5BFB" w14:textId="711C6A04" w:rsidR="00883473" w:rsidRDefault="00883473" w:rsidP="00B35003">
            <w:pPr>
              <w:spacing w:after="0"/>
            </w:pPr>
          </w:p>
        </w:tc>
      </w:tr>
      <w:tr w:rsidR="00883473" w14:paraId="0FBCA046" w14:textId="77777777" w:rsidTr="002A4F60">
        <w:trPr>
          <w:trHeight w:val="576"/>
        </w:trPr>
        <w:tc>
          <w:tcPr>
            <w:tcW w:w="1152" w:type="dxa"/>
          </w:tcPr>
          <w:p w14:paraId="420ECC73" w14:textId="3D8FE291" w:rsidR="00883473" w:rsidRDefault="00883473" w:rsidP="00B35003">
            <w:pPr>
              <w:spacing w:after="0"/>
            </w:pPr>
          </w:p>
        </w:tc>
        <w:tc>
          <w:tcPr>
            <w:tcW w:w="1152" w:type="dxa"/>
          </w:tcPr>
          <w:p w14:paraId="4CC61D29" w14:textId="1C6DDBA4" w:rsidR="00883473" w:rsidRDefault="00883473" w:rsidP="00B35003">
            <w:pPr>
              <w:spacing w:after="0"/>
            </w:pPr>
          </w:p>
        </w:tc>
        <w:tc>
          <w:tcPr>
            <w:tcW w:w="1728" w:type="dxa"/>
          </w:tcPr>
          <w:p w14:paraId="67598F60" w14:textId="31E795E2" w:rsidR="00883473" w:rsidRDefault="00883473" w:rsidP="00B35003">
            <w:pPr>
              <w:spacing w:after="0"/>
            </w:pPr>
          </w:p>
        </w:tc>
        <w:tc>
          <w:tcPr>
            <w:tcW w:w="2592" w:type="dxa"/>
          </w:tcPr>
          <w:p w14:paraId="71DE3BC6" w14:textId="7517ECE2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75A81C54" w14:textId="3BC7A529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4D53B707" w14:textId="7AD440D2" w:rsidR="00883473" w:rsidRDefault="00883473" w:rsidP="00B35003">
            <w:pPr>
              <w:spacing w:after="0"/>
            </w:pPr>
          </w:p>
        </w:tc>
        <w:tc>
          <w:tcPr>
            <w:tcW w:w="1234" w:type="dxa"/>
          </w:tcPr>
          <w:p w14:paraId="1FA172C5" w14:textId="0DCFE015" w:rsidR="00883473" w:rsidRDefault="00883473" w:rsidP="00B35003">
            <w:pPr>
              <w:spacing w:after="0"/>
            </w:pPr>
          </w:p>
        </w:tc>
      </w:tr>
    </w:tbl>
    <w:p w14:paraId="525D5374" w14:textId="77777777" w:rsidR="00883473" w:rsidRDefault="00000000" w:rsidP="00B35003">
      <w:pPr>
        <w:spacing w:after="0"/>
      </w:pPr>
      <w:r>
        <w:rPr>
          <w:b/>
        </w:rPr>
        <w:br/>
        <w:t>GPA SUMMARY (optional but recommended)</w:t>
      </w:r>
    </w:p>
    <w:p w14:paraId="6157618E" w14:textId="77777777" w:rsidR="00883473" w:rsidRDefault="00000000" w:rsidP="00B35003">
      <w:pPr>
        <w:spacing w:after="0"/>
      </w:pPr>
      <w:r>
        <w:t>Cumulative GPA: __________________</w:t>
      </w:r>
    </w:p>
    <w:p w14:paraId="70466B4F" w14:textId="77777777" w:rsidR="00883473" w:rsidRDefault="00000000" w:rsidP="00B35003">
      <w:pPr>
        <w:spacing w:after="0"/>
      </w:pPr>
      <w:r>
        <w:t>GPA Scale Used (example: 4.0): __________________</w:t>
      </w:r>
    </w:p>
    <w:p w14:paraId="588FB706" w14:textId="77777777" w:rsidR="00883473" w:rsidRDefault="00000000" w:rsidP="00B35003">
      <w:pPr>
        <w:spacing w:after="0"/>
      </w:pPr>
      <w:r>
        <w:rPr>
          <w:b/>
        </w:rPr>
        <w:br/>
        <w:t>ATTENDANCE RECORD</w:t>
      </w:r>
    </w:p>
    <w:p w14:paraId="1C6D4ECD" w14:textId="77777777" w:rsidR="00883473" w:rsidRDefault="00000000" w:rsidP="00B35003">
      <w:pPr>
        <w:spacing w:after="0"/>
      </w:pPr>
      <w:r>
        <w:t>Grade 9 Days Completed: __________________</w:t>
      </w:r>
    </w:p>
    <w:p w14:paraId="2874DE59" w14:textId="77777777" w:rsidR="00883473" w:rsidRDefault="00000000" w:rsidP="00B35003">
      <w:pPr>
        <w:spacing w:after="0"/>
      </w:pPr>
      <w:r>
        <w:t>Grade 10 Days Completed: __________________</w:t>
      </w:r>
    </w:p>
    <w:p w14:paraId="2682C7F0" w14:textId="77777777" w:rsidR="00883473" w:rsidRDefault="00000000" w:rsidP="00B35003">
      <w:pPr>
        <w:spacing w:after="0"/>
      </w:pPr>
      <w:r>
        <w:t>Grade 11 Days Completed: __________________</w:t>
      </w:r>
    </w:p>
    <w:p w14:paraId="023D003B" w14:textId="77777777" w:rsidR="00883473" w:rsidRDefault="00000000" w:rsidP="00B35003">
      <w:pPr>
        <w:spacing w:after="0"/>
      </w:pPr>
      <w:r>
        <w:t>Grade 12 Days Completed: __________________</w:t>
      </w:r>
    </w:p>
    <w:p w14:paraId="49B4D6A4" w14:textId="2D87227E" w:rsidR="00F43EDC" w:rsidRPr="00F43EDC" w:rsidRDefault="00000000" w:rsidP="00B35003">
      <w:pPr>
        <w:spacing w:after="0"/>
      </w:pPr>
      <w:r>
        <w:rPr>
          <w:b/>
        </w:rPr>
        <w:br/>
        <w:t>STANDARDIZED TESTING RECORD</w:t>
      </w:r>
      <w:r w:rsidR="00310F4C">
        <w:rPr>
          <w:b/>
        </w:rPr>
        <w:t xml:space="preserve"> </w:t>
      </w:r>
      <w:r w:rsidR="00310F4C" w:rsidRPr="00CC5F08">
        <w:rPr>
          <w:bCs/>
        </w:rPr>
        <w:t>(a copy might have to be provided to the school)</w:t>
      </w:r>
    </w:p>
    <w:tbl>
      <w:tblPr>
        <w:tblW w:w="9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4176"/>
        <w:gridCol w:w="2160"/>
        <w:gridCol w:w="2160"/>
      </w:tblGrid>
      <w:tr w:rsidR="00F43EDC" w14:paraId="31BC44F2" w14:textId="77777777" w:rsidTr="00995900">
        <w:tc>
          <w:tcPr>
            <w:tcW w:w="1458" w:type="dxa"/>
          </w:tcPr>
          <w:p w14:paraId="399B3F80" w14:textId="77777777" w:rsidR="00F43EDC" w:rsidRDefault="00F43EDC" w:rsidP="00995900">
            <w:r>
              <w:t>School Year</w:t>
            </w:r>
          </w:p>
        </w:tc>
        <w:tc>
          <w:tcPr>
            <w:tcW w:w="4176" w:type="dxa"/>
          </w:tcPr>
          <w:p w14:paraId="13DFD6E3" w14:textId="56DCDFD7" w:rsidR="00F43EDC" w:rsidRDefault="00F43EDC" w:rsidP="00995900">
            <w:r>
              <w:t>Test Name</w:t>
            </w:r>
            <w:r>
              <w:t xml:space="preserve"> (Stanford, ACT, SAT, etc.)</w:t>
            </w:r>
          </w:p>
        </w:tc>
        <w:tc>
          <w:tcPr>
            <w:tcW w:w="2160" w:type="dxa"/>
          </w:tcPr>
          <w:p w14:paraId="0D437D96" w14:textId="77777777" w:rsidR="00F43EDC" w:rsidRDefault="00F43EDC" w:rsidP="00995900">
            <w:r>
              <w:t>Date Taken</w:t>
            </w:r>
          </w:p>
        </w:tc>
        <w:tc>
          <w:tcPr>
            <w:tcW w:w="2160" w:type="dxa"/>
          </w:tcPr>
          <w:p w14:paraId="7135A307" w14:textId="1EF46523" w:rsidR="00F43EDC" w:rsidRDefault="00F43EDC" w:rsidP="00995900">
            <w:r>
              <w:t>Score</w:t>
            </w:r>
          </w:p>
        </w:tc>
      </w:tr>
      <w:tr w:rsidR="00F43EDC" w14:paraId="423DF6B3" w14:textId="77777777" w:rsidTr="00995900">
        <w:trPr>
          <w:trHeight w:val="576"/>
        </w:trPr>
        <w:tc>
          <w:tcPr>
            <w:tcW w:w="1458" w:type="dxa"/>
            <w:vAlign w:val="center"/>
          </w:tcPr>
          <w:p w14:paraId="1EADC611" w14:textId="77777777" w:rsidR="00F43EDC" w:rsidRDefault="00F43EDC" w:rsidP="00995900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0B943EF7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51403377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27033CBD" w14:textId="77777777" w:rsidR="00F43EDC" w:rsidRDefault="00F43EDC" w:rsidP="00995900">
            <w:pPr>
              <w:spacing w:after="0"/>
            </w:pPr>
          </w:p>
        </w:tc>
      </w:tr>
      <w:tr w:rsidR="00F43EDC" w14:paraId="50A2BDC0" w14:textId="77777777" w:rsidTr="00995900">
        <w:trPr>
          <w:trHeight w:val="576"/>
        </w:trPr>
        <w:tc>
          <w:tcPr>
            <w:tcW w:w="1458" w:type="dxa"/>
            <w:vAlign w:val="center"/>
          </w:tcPr>
          <w:p w14:paraId="5E2E1B46" w14:textId="77777777" w:rsidR="00F43EDC" w:rsidRDefault="00F43EDC" w:rsidP="00995900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29D93C00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0DDF913D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54D37E57" w14:textId="77777777" w:rsidR="00F43EDC" w:rsidRDefault="00F43EDC" w:rsidP="00995900">
            <w:pPr>
              <w:spacing w:after="0"/>
            </w:pPr>
          </w:p>
        </w:tc>
      </w:tr>
      <w:tr w:rsidR="00F43EDC" w14:paraId="3A1F5F57" w14:textId="77777777" w:rsidTr="00995900">
        <w:trPr>
          <w:trHeight w:val="576"/>
        </w:trPr>
        <w:tc>
          <w:tcPr>
            <w:tcW w:w="1458" w:type="dxa"/>
            <w:vAlign w:val="center"/>
          </w:tcPr>
          <w:p w14:paraId="0E56490B" w14:textId="77777777" w:rsidR="00F43EDC" w:rsidRDefault="00F43EDC" w:rsidP="00995900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1F3CD9C1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7C7A81C6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02D17FC5" w14:textId="77777777" w:rsidR="00F43EDC" w:rsidRDefault="00F43EDC" w:rsidP="00995900">
            <w:pPr>
              <w:spacing w:after="0"/>
            </w:pPr>
          </w:p>
        </w:tc>
      </w:tr>
      <w:tr w:rsidR="00F43EDC" w14:paraId="7490CD43" w14:textId="77777777" w:rsidTr="00995900">
        <w:trPr>
          <w:trHeight w:val="576"/>
        </w:trPr>
        <w:tc>
          <w:tcPr>
            <w:tcW w:w="1458" w:type="dxa"/>
            <w:vAlign w:val="center"/>
          </w:tcPr>
          <w:p w14:paraId="60995DFA" w14:textId="77777777" w:rsidR="00F43EDC" w:rsidRDefault="00F43EDC" w:rsidP="00995900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76B73AB3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6E53E108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22ECE16D" w14:textId="77777777" w:rsidR="00F43EDC" w:rsidRDefault="00F43EDC" w:rsidP="00995900">
            <w:pPr>
              <w:spacing w:after="0"/>
            </w:pPr>
          </w:p>
        </w:tc>
      </w:tr>
      <w:tr w:rsidR="00F43EDC" w14:paraId="27FB69E9" w14:textId="77777777" w:rsidTr="00995900">
        <w:trPr>
          <w:trHeight w:val="576"/>
        </w:trPr>
        <w:tc>
          <w:tcPr>
            <w:tcW w:w="1458" w:type="dxa"/>
            <w:vAlign w:val="center"/>
          </w:tcPr>
          <w:p w14:paraId="721F8C28" w14:textId="77777777" w:rsidR="00F43EDC" w:rsidRDefault="00F43EDC" w:rsidP="00995900">
            <w:pPr>
              <w:spacing w:after="0"/>
            </w:pPr>
          </w:p>
        </w:tc>
        <w:tc>
          <w:tcPr>
            <w:tcW w:w="4176" w:type="dxa"/>
            <w:vAlign w:val="center"/>
          </w:tcPr>
          <w:p w14:paraId="3F50CE72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1A0CC541" w14:textId="77777777" w:rsidR="00F43EDC" w:rsidRDefault="00F43EDC" w:rsidP="00995900">
            <w:pPr>
              <w:spacing w:after="0"/>
            </w:pPr>
          </w:p>
        </w:tc>
        <w:tc>
          <w:tcPr>
            <w:tcW w:w="2160" w:type="dxa"/>
            <w:vAlign w:val="center"/>
          </w:tcPr>
          <w:p w14:paraId="76F82048" w14:textId="77777777" w:rsidR="00F43EDC" w:rsidRDefault="00F43EDC" w:rsidP="00995900">
            <w:pPr>
              <w:spacing w:after="0"/>
            </w:pPr>
          </w:p>
        </w:tc>
      </w:tr>
    </w:tbl>
    <w:p w14:paraId="6F0B42DE" w14:textId="78C8C830" w:rsidR="00F43EDC" w:rsidRDefault="00F43EDC" w:rsidP="00B35003">
      <w:pPr>
        <w:spacing w:after="0"/>
        <w:rPr>
          <w:b/>
        </w:rPr>
      </w:pPr>
    </w:p>
    <w:p w14:paraId="52BB3F00" w14:textId="1E114167" w:rsidR="00883473" w:rsidRDefault="00000000" w:rsidP="00B35003">
      <w:pPr>
        <w:spacing w:after="0"/>
      </w:pPr>
      <w:r>
        <w:rPr>
          <w:b/>
        </w:rPr>
        <w:t>CERTIFICATION</w:t>
      </w:r>
    </w:p>
    <w:p w14:paraId="1E1868E8" w14:textId="77777777" w:rsidR="004F3BDF" w:rsidRPr="007369FB" w:rsidRDefault="004F3BDF" w:rsidP="004F3BDF">
      <w:pPr>
        <w:spacing w:after="0"/>
      </w:pPr>
      <w:r w:rsidRPr="007369FB">
        <w:t>I certify that this transcript is an accurate record of academic instruction completed at the homeschool listed above, which is registered in the State of North Carolina.</w:t>
      </w:r>
    </w:p>
    <w:p w14:paraId="297D465A" w14:textId="77777777" w:rsidR="004F3BDF" w:rsidRDefault="004F3BDF" w:rsidP="004F3BDF">
      <w:pPr>
        <w:tabs>
          <w:tab w:val="left" w:leader="underscore" w:pos="9547"/>
        </w:tabs>
        <w:spacing w:after="0" w:line="480" w:lineRule="auto"/>
      </w:pPr>
      <w:r w:rsidRPr="007369FB">
        <w:br/>
        <w:t xml:space="preserve">Parent/Administrator Name: </w:t>
      </w:r>
      <w:r>
        <w:tab/>
      </w:r>
    </w:p>
    <w:p w14:paraId="4600BBC5" w14:textId="77777777" w:rsidR="004F3BDF" w:rsidRPr="007369FB" w:rsidRDefault="004F3BDF" w:rsidP="004F3BDF">
      <w:pPr>
        <w:spacing w:after="0" w:line="480" w:lineRule="auto"/>
      </w:pPr>
      <w:r w:rsidRPr="007369FB">
        <w:t>Signature: _____________________________________</w:t>
      </w:r>
      <w:r>
        <w:t>_____________________________________________________________</w:t>
      </w:r>
      <w:r w:rsidRPr="007369FB">
        <w:t>_______</w:t>
      </w:r>
    </w:p>
    <w:p w14:paraId="5E8C13F2" w14:textId="53A9B345" w:rsidR="00883473" w:rsidRDefault="004F3BDF" w:rsidP="004F3BDF">
      <w:pPr>
        <w:spacing w:after="0" w:line="480" w:lineRule="auto"/>
      </w:pPr>
      <w:r w:rsidRPr="007369FB">
        <w:t>Date: _________________________________________________</w:t>
      </w:r>
    </w:p>
    <w:sectPr w:rsidR="00883473" w:rsidSect="00E51BC3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0207181">
    <w:abstractNumId w:val="8"/>
  </w:num>
  <w:num w:numId="2" w16cid:durableId="1176922616">
    <w:abstractNumId w:val="6"/>
  </w:num>
  <w:num w:numId="3" w16cid:durableId="641740053">
    <w:abstractNumId w:val="5"/>
  </w:num>
  <w:num w:numId="4" w16cid:durableId="1573857644">
    <w:abstractNumId w:val="4"/>
  </w:num>
  <w:num w:numId="5" w16cid:durableId="606431389">
    <w:abstractNumId w:val="7"/>
  </w:num>
  <w:num w:numId="6" w16cid:durableId="1250849826">
    <w:abstractNumId w:val="3"/>
  </w:num>
  <w:num w:numId="7" w16cid:durableId="1653829545">
    <w:abstractNumId w:val="2"/>
  </w:num>
  <w:num w:numId="8" w16cid:durableId="609047412">
    <w:abstractNumId w:val="1"/>
  </w:num>
  <w:num w:numId="9" w16cid:durableId="160086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4F60"/>
    <w:rsid w:val="00310F4C"/>
    <w:rsid w:val="00326F90"/>
    <w:rsid w:val="004F3BDF"/>
    <w:rsid w:val="00603341"/>
    <w:rsid w:val="00883473"/>
    <w:rsid w:val="00AA1D8D"/>
    <w:rsid w:val="00B35003"/>
    <w:rsid w:val="00B47730"/>
    <w:rsid w:val="00B54757"/>
    <w:rsid w:val="00CB0664"/>
    <w:rsid w:val="00E51BC3"/>
    <w:rsid w:val="00F43E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82A8492-0037-42A2-A48C-0963B459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1416</Characters>
  <Application>Microsoft Office Word</Application>
  <DocSecurity>0</DocSecurity>
  <Lines>128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Kerstin Ripley</cp:lastModifiedBy>
  <cp:revision>8</cp:revision>
  <dcterms:created xsi:type="dcterms:W3CDTF">2013-12-23T23:15:00Z</dcterms:created>
  <dcterms:modified xsi:type="dcterms:W3CDTF">2026-02-25T23:22:00Z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de173698-7ec3-4537-9c0f-06a5fb46e573</vt:lpwstr>
  </property>
</Properties>
</file>