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D703A" w14:textId="77777777" w:rsidR="00197511" w:rsidRDefault="00A21816" w:rsidP="00197511">
      <w:pPr>
        <w:spacing w:after="0"/>
        <w:jc w:val="center"/>
        <w:rPr>
          <w:b/>
          <w:sz w:val="40"/>
        </w:rPr>
      </w:pPr>
      <w:r>
        <w:rPr>
          <w:b/>
          <w:sz w:val="40"/>
        </w:rPr>
        <w:t xml:space="preserve">Homeschool </w:t>
      </w:r>
      <w:r w:rsidR="00197511">
        <w:rPr>
          <w:b/>
          <w:sz w:val="40"/>
        </w:rPr>
        <w:t xml:space="preserve">Student </w:t>
      </w:r>
      <w:r>
        <w:rPr>
          <w:b/>
          <w:sz w:val="40"/>
        </w:rPr>
        <w:t xml:space="preserve">Transcript </w:t>
      </w:r>
    </w:p>
    <w:p w14:paraId="1F30CCCC" w14:textId="2F9EC925" w:rsidR="00A97339" w:rsidRDefault="00197511" w:rsidP="00197511">
      <w:pPr>
        <w:spacing w:after="0"/>
        <w:jc w:val="center"/>
      </w:pPr>
      <w:r>
        <w:rPr>
          <w:b/>
          <w:sz w:val="40"/>
        </w:rPr>
        <w:t xml:space="preserve">Middle School </w:t>
      </w:r>
      <w:r w:rsidR="00A21816">
        <w:rPr>
          <w:b/>
          <w:sz w:val="40"/>
        </w:rPr>
        <w:t>(Grades 6–8)</w:t>
      </w:r>
    </w:p>
    <w:p w14:paraId="4DB50720" w14:textId="77777777" w:rsidR="00DD4AA9" w:rsidRDefault="00A21816" w:rsidP="00DD4AA9">
      <w:pPr>
        <w:spacing w:after="0"/>
        <w:rPr>
          <w:b/>
        </w:rPr>
      </w:pPr>
      <w:r>
        <w:br/>
        <w:t>Please complete this form for students transferring from homeschool to Waymark Academy.</w:t>
      </w:r>
      <w:r>
        <w:br/>
      </w:r>
    </w:p>
    <w:p w14:paraId="78F288B8" w14:textId="6AF82BCB" w:rsidR="00DD4AA9" w:rsidRPr="007369FB" w:rsidRDefault="00DD4AA9" w:rsidP="00DD4AA9">
      <w:pPr>
        <w:spacing w:after="0"/>
      </w:pPr>
      <w:r w:rsidRPr="007369FB">
        <w:rPr>
          <w:b/>
        </w:rPr>
        <w:t>STUDENT INFORMATION</w:t>
      </w:r>
    </w:p>
    <w:p w14:paraId="0B73ED90" w14:textId="77777777" w:rsidR="00DD4AA9" w:rsidRPr="007369FB" w:rsidRDefault="00DD4AA9" w:rsidP="00DD4AA9">
      <w:pPr>
        <w:tabs>
          <w:tab w:val="left" w:leader="underscore" w:pos="9540"/>
        </w:tabs>
        <w:spacing w:after="0" w:line="480" w:lineRule="auto"/>
      </w:pPr>
      <w:r w:rsidRPr="007369FB">
        <w:t xml:space="preserve">Student Full Name: </w:t>
      </w:r>
      <w:r w:rsidRPr="007369FB">
        <w:tab/>
      </w:r>
    </w:p>
    <w:p w14:paraId="796D6462" w14:textId="77777777" w:rsidR="00DD4AA9" w:rsidRPr="007369FB" w:rsidRDefault="00DD4AA9" w:rsidP="00DD4AA9">
      <w:pPr>
        <w:tabs>
          <w:tab w:val="left" w:leader="underscore" w:pos="9540"/>
        </w:tabs>
        <w:spacing w:after="0" w:line="480" w:lineRule="auto"/>
      </w:pPr>
      <w:r w:rsidRPr="007369FB">
        <w:t xml:space="preserve">Date of Birth: </w:t>
      </w:r>
      <w:r w:rsidRPr="007369FB">
        <w:tab/>
      </w:r>
    </w:p>
    <w:p w14:paraId="74B0F0D8" w14:textId="77777777" w:rsidR="00DD4AA9" w:rsidRPr="007369FB" w:rsidRDefault="00DD4AA9" w:rsidP="00DD4AA9">
      <w:pPr>
        <w:tabs>
          <w:tab w:val="left" w:leader="underscore" w:pos="9540"/>
        </w:tabs>
        <w:spacing w:after="0" w:line="480" w:lineRule="auto"/>
      </w:pPr>
      <w:r w:rsidRPr="007369FB">
        <w:t xml:space="preserve">Parent/Administrator Name: </w:t>
      </w:r>
      <w:r w:rsidRPr="007369FB">
        <w:tab/>
      </w:r>
    </w:p>
    <w:p w14:paraId="43148861" w14:textId="77777777" w:rsidR="00DD4AA9" w:rsidRPr="007369FB" w:rsidRDefault="00DD4AA9" w:rsidP="00DD4AA9">
      <w:pPr>
        <w:tabs>
          <w:tab w:val="left" w:leader="underscore" w:pos="9540"/>
        </w:tabs>
        <w:spacing w:after="0" w:line="480" w:lineRule="auto"/>
      </w:pPr>
      <w:r w:rsidRPr="007369FB">
        <w:t xml:space="preserve">Homeschool Name (Registered with NC DNPE): </w:t>
      </w:r>
      <w:r w:rsidRPr="007369FB">
        <w:tab/>
      </w:r>
    </w:p>
    <w:p w14:paraId="05C0B919" w14:textId="77777777" w:rsidR="00DD4AA9" w:rsidRPr="007369FB" w:rsidRDefault="00DD4AA9" w:rsidP="00DD4AA9">
      <w:pPr>
        <w:tabs>
          <w:tab w:val="left" w:leader="underscore" w:pos="9540"/>
        </w:tabs>
        <w:spacing w:after="0" w:line="480" w:lineRule="auto"/>
      </w:pPr>
      <w:r w:rsidRPr="007369FB">
        <w:t xml:space="preserve">Homeschool Address: </w:t>
      </w:r>
      <w:r w:rsidRPr="007369FB">
        <w:tab/>
      </w:r>
    </w:p>
    <w:p w14:paraId="4D89AEFA" w14:textId="77777777" w:rsidR="00DD4AA9" w:rsidRPr="007369FB" w:rsidRDefault="00DD4AA9" w:rsidP="00DD4AA9">
      <w:pPr>
        <w:tabs>
          <w:tab w:val="left" w:leader="underscore" w:pos="9540"/>
        </w:tabs>
        <w:spacing w:after="0" w:line="480" w:lineRule="auto"/>
      </w:pPr>
      <w:r w:rsidRPr="007369FB">
        <w:t xml:space="preserve">Phone Number: </w:t>
      </w:r>
      <w:r w:rsidRPr="007369FB">
        <w:tab/>
      </w:r>
    </w:p>
    <w:p w14:paraId="360A7DD2" w14:textId="77777777" w:rsidR="00DD4AA9" w:rsidRPr="007369FB" w:rsidRDefault="00DD4AA9" w:rsidP="00DD4AA9">
      <w:pPr>
        <w:tabs>
          <w:tab w:val="left" w:leader="underscore" w:pos="9540"/>
        </w:tabs>
        <w:spacing w:after="0"/>
      </w:pPr>
      <w:r w:rsidRPr="007369FB">
        <w:t xml:space="preserve">Email Address: </w:t>
      </w:r>
      <w:r w:rsidRPr="007369FB">
        <w:tab/>
      </w:r>
    </w:p>
    <w:p w14:paraId="3297E62A" w14:textId="4B89A254" w:rsidR="00A97339" w:rsidRDefault="00DD4AA9" w:rsidP="00DD4AA9">
      <w:r w:rsidRPr="007369FB">
        <w:rPr>
          <w:b/>
        </w:rPr>
        <w:br/>
      </w:r>
      <w:r w:rsidR="00A21816">
        <w:rPr>
          <w:b/>
        </w:rPr>
        <w:br/>
        <w:t>ACADEMIC RECORD BY YEAR</w:t>
      </w:r>
    </w:p>
    <w:tbl>
      <w:tblPr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1728"/>
        <w:gridCol w:w="3456"/>
        <w:gridCol w:w="1728"/>
      </w:tblGrid>
      <w:tr w:rsidR="00A97339" w14:paraId="70B393F2" w14:textId="77777777" w:rsidTr="00931918">
        <w:tc>
          <w:tcPr>
            <w:tcW w:w="1440" w:type="dxa"/>
          </w:tcPr>
          <w:p w14:paraId="0865A8E9" w14:textId="77777777" w:rsidR="00A97339" w:rsidRDefault="00A21816">
            <w:r>
              <w:t>School Year</w:t>
            </w:r>
          </w:p>
        </w:tc>
        <w:tc>
          <w:tcPr>
            <w:tcW w:w="1440" w:type="dxa"/>
          </w:tcPr>
          <w:p w14:paraId="3F0DA958" w14:textId="77777777" w:rsidR="00A97339" w:rsidRDefault="00A21816">
            <w:r>
              <w:t>Grade Level</w:t>
            </w:r>
          </w:p>
        </w:tc>
        <w:tc>
          <w:tcPr>
            <w:tcW w:w="1728" w:type="dxa"/>
          </w:tcPr>
          <w:p w14:paraId="0A265F60" w14:textId="77777777" w:rsidR="00A97339" w:rsidRDefault="00A21816">
            <w:r>
              <w:t>Course Name</w:t>
            </w:r>
          </w:p>
        </w:tc>
        <w:tc>
          <w:tcPr>
            <w:tcW w:w="3456" w:type="dxa"/>
          </w:tcPr>
          <w:p w14:paraId="7D25A782" w14:textId="34DF448C" w:rsidR="00A97339" w:rsidRDefault="00A21816">
            <w:r>
              <w:t>Curriculum Used</w:t>
            </w:r>
          </w:p>
        </w:tc>
        <w:tc>
          <w:tcPr>
            <w:tcW w:w="1728" w:type="dxa"/>
          </w:tcPr>
          <w:p w14:paraId="28982AED" w14:textId="77777777" w:rsidR="00A97339" w:rsidRDefault="00A21816">
            <w:r>
              <w:t>Final Grade</w:t>
            </w:r>
          </w:p>
        </w:tc>
      </w:tr>
      <w:tr w:rsidR="00A97339" w14:paraId="174A3CB6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343FA08D" w14:textId="0C4BEF40" w:rsidR="00A97339" w:rsidRDefault="00A97339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07FF21F5" w14:textId="26C26FE8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61C67A96" w14:textId="690959AF" w:rsidR="00A97339" w:rsidRDefault="00A97339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1659AA61" w14:textId="70C5A2F4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08EA1592" w14:textId="112C6FB1" w:rsidR="00A97339" w:rsidRDefault="00A97339" w:rsidP="00CC5F08">
            <w:pPr>
              <w:spacing w:after="0" w:line="240" w:lineRule="auto"/>
            </w:pPr>
          </w:p>
        </w:tc>
      </w:tr>
      <w:tr w:rsidR="00A97339" w14:paraId="62E990F6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1607CE36" w14:textId="34D26A0B" w:rsidR="00A97339" w:rsidRDefault="00A97339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447EBB05" w14:textId="2E0299C8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4CD97AA5" w14:textId="46225423" w:rsidR="00A97339" w:rsidRDefault="00A97339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4E42DEE3" w14:textId="4AB969F2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766D8739" w14:textId="5826272A" w:rsidR="00A97339" w:rsidRDefault="00A97339" w:rsidP="00CC5F08">
            <w:pPr>
              <w:spacing w:after="0" w:line="240" w:lineRule="auto"/>
            </w:pPr>
          </w:p>
        </w:tc>
      </w:tr>
      <w:tr w:rsidR="00A97339" w14:paraId="3989B4B6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356B25EE" w14:textId="7D13AC36" w:rsidR="00A97339" w:rsidRDefault="00A97339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6A9AD8E6" w14:textId="607B8113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517FEDA9" w14:textId="70F41FF9" w:rsidR="00A97339" w:rsidRDefault="00A97339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33CD3AC5" w14:textId="7D8BA2DE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63547141" w14:textId="073B006A" w:rsidR="00A97339" w:rsidRDefault="00A97339" w:rsidP="00CC5F08">
            <w:pPr>
              <w:spacing w:after="0" w:line="240" w:lineRule="auto"/>
            </w:pPr>
          </w:p>
        </w:tc>
      </w:tr>
      <w:tr w:rsidR="00A97339" w14:paraId="5B55D97F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72E68BBF" w14:textId="63D5EAA5" w:rsidR="00A97339" w:rsidRDefault="00A97339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118C123B" w14:textId="76317EAF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45A40E04" w14:textId="56C2472D" w:rsidR="00A97339" w:rsidRDefault="00A97339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41BA8C37" w14:textId="2096DDA8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2CA1EEE0" w14:textId="76C28C8C" w:rsidR="00A97339" w:rsidRDefault="00A97339" w:rsidP="00CC5F08">
            <w:pPr>
              <w:spacing w:after="0" w:line="240" w:lineRule="auto"/>
            </w:pPr>
          </w:p>
        </w:tc>
      </w:tr>
      <w:tr w:rsidR="00494BFA" w14:paraId="7502BE95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4B2CB621" w14:textId="77777777" w:rsidR="00494BFA" w:rsidRDefault="00494BFA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0D53FA3D" w14:textId="77777777" w:rsidR="00494BFA" w:rsidRDefault="00494BFA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69B3BF5D" w14:textId="77777777" w:rsidR="00494BFA" w:rsidRDefault="00494BFA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2FC13E62" w14:textId="77777777" w:rsidR="00494BFA" w:rsidRDefault="00494BFA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23830926" w14:textId="77777777" w:rsidR="00494BFA" w:rsidRDefault="00494BFA" w:rsidP="00CC5F08">
            <w:pPr>
              <w:spacing w:after="0" w:line="240" w:lineRule="auto"/>
            </w:pPr>
          </w:p>
        </w:tc>
      </w:tr>
      <w:tr w:rsidR="00494BFA" w14:paraId="2C446495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2A0708BC" w14:textId="77777777" w:rsidR="00494BFA" w:rsidRDefault="00494BFA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6AE6ED62" w14:textId="77777777" w:rsidR="00494BFA" w:rsidRDefault="00494BFA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382DC7AE" w14:textId="77777777" w:rsidR="00494BFA" w:rsidRDefault="00494BFA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4F523A72" w14:textId="77777777" w:rsidR="00494BFA" w:rsidRDefault="00494BFA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20991842" w14:textId="77777777" w:rsidR="00494BFA" w:rsidRDefault="00494BFA" w:rsidP="00CC5F08">
            <w:pPr>
              <w:spacing w:after="0" w:line="240" w:lineRule="auto"/>
            </w:pPr>
          </w:p>
        </w:tc>
      </w:tr>
      <w:tr w:rsidR="00494BFA" w14:paraId="2788E767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2DAB936E" w14:textId="77777777" w:rsidR="00494BFA" w:rsidRDefault="00494BFA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2A43B89B" w14:textId="77777777" w:rsidR="00494BFA" w:rsidRDefault="00494BFA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030DDD64" w14:textId="77777777" w:rsidR="00494BFA" w:rsidRDefault="00494BFA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45F2F8F4" w14:textId="77777777" w:rsidR="00494BFA" w:rsidRDefault="00494BFA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15458841" w14:textId="77777777" w:rsidR="00494BFA" w:rsidRDefault="00494BFA" w:rsidP="00CC5F08">
            <w:pPr>
              <w:spacing w:after="0" w:line="240" w:lineRule="auto"/>
            </w:pPr>
          </w:p>
        </w:tc>
      </w:tr>
      <w:tr w:rsidR="00A97339" w14:paraId="2E6C66C9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0785B9FA" w14:textId="188FE7DC" w:rsidR="00A97339" w:rsidRDefault="00A97339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303C6152" w14:textId="76724361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176E54CB" w14:textId="6A69C332" w:rsidR="00A97339" w:rsidRDefault="00A97339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7EB7A697" w14:textId="759B85D2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667EED8F" w14:textId="2097AB83" w:rsidR="00A97339" w:rsidRDefault="00A97339" w:rsidP="00CC5F08">
            <w:pPr>
              <w:spacing w:after="0" w:line="240" w:lineRule="auto"/>
            </w:pPr>
          </w:p>
        </w:tc>
      </w:tr>
      <w:tr w:rsidR="00A97339" w14:paraId="7A7AA853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0FAFECB6" w14:textId="0DFD4819" w:rsidR="00A97339" w:rsidRDefault="00A97339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6B18C4BA" w14:textId="0683EBE4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303FFFC5" w14:textId="2487BDAA" w:rsidR="00A97339" w:rsidRDefault="00A97339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2243E722" w14:textId="260EE584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2206D088" w14:textId="63BEB411" w:rsidR="00A97339" w:rsidRDefault="00A97339" w:rsidP="00CC5F08">
            <w:pPr>
              <w:spacing w:after="0" w:line="240" w:lineRule="auto"/>
            </w:pPr>
          </w:p>
        </w:tc>
      </w:tr>
      <w:tr w:rsidR="00A97339" w14:paraId="26E9496C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4E987DD3" w14:textId="7C5CA0D1" w:rsidR="00A97339" w:rsidRDefault="00A97339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4B1FE34A" w14:textId="4AF6E283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215F6D58" w14:textId="7E3B7B52" w:rsidR="00A97339" w:rsidRDefault="00A97339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64F28C2D" w14:textId="12B9D560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47F897ED" w14:textId="48C39862" w:rsidR="00A97339" w:rsidRDefault="00A97339" w:rsidP="00CC5F08">
            <w:pPr>
              <w:spacing w:after="0" w:line="240" w:lineRule="auto"/>
            </w:pPr>
          </w:p>
        </w:tc>
      </w:tr>
      <w:tr w:rsidR="00E91AB5" w14:paraId="4DE394CF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387203C5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09077237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7DB54CB1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2F4C22A7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16DA405B" w14:textId="77777777" w:rsidR="00E91AB5" w:rsidRDefault="00E91AB5" w:rsidP="00CC5F08">
            <w:pPr>
              <w:spacing w:after="0" w:line="240" w:lineRule="auto"/>
            </w:pPr>
          </w:p>
        </w:tc>
      </w:tr>
      <w:tr w:rsidR="00E91AB5" w14:paraId="11E680E9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4161E953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6440E15A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28122F7C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5CB47034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114151A9" w14:textId="77777777" w:rsidR="00E91AB5" w:rsidRDefault="00E91AB5" w:rsidP="00CC5F08">
            <w:pPr>
              <w:spacing w:after="0" w:line="240" w:lineRule="auto"/>
            </w:pPr>
          </w:p>
        </w:tc>
      </w:tr>
      <w:tr w:rsidR="00A97339" w14:paraId="131985E2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5EB28468" w14:textId="7EE92DC3" w:rsidR="00A97339" w:rsidRDefault="00A97339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018E7143" w14:textId="68D64385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509BC4E5" w14:textId="5FB9754F" w:rsidR="00A97339" w:rsidRDefault="00A97339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02DD6FD2" w14:textId="71B8F5C5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04177614" w14:textId="08925AFB" w:rsidR="00A97339" w:rsidRDefault="00A97339" w:rsidP="00CC5F08">
            <w:pPr>
              <w:spacing w:after="0" w:line="240" w:lineRule="auto"/>
            </w:pPr>
          </w:p>
        </w:tc>
      </w:tr>
      <w:tr w:rsidR="00A97339" w14:paraId="7BA51B22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5531E471" w14:textId="0C707400" w:rsidR="00A97339" w:rsidRDefault="00A97339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76159A3A" w14:textId="3BFA4D33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35CA9D0E" w14:textId="022E0ECC" w:rsidR="00A97339" w:rsidRDefault="00A97339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38F7F0D6" w14:textId="1D593409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1ADF17EA" w14:textId="528D99FC" w:rsidR="00A97339" w:rsidRDefault="00A97339" w:rsidP="00CC5F08">
            <w:pPr>
              <w:spacing w:after="0" w:line="240" w:lineRule="auto"/>
            </w:pPr>
          </w:p>
        </w:tc>
      </w:tr>
      <w:tr w:rsidR="00A97339" w14:paraId="31405266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080EF139" w14:textId="31F00285" w:rsidR="00A97339" w:rsidRDefault="00A97339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4048D393" w14:textId="3D2AE716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44E98D43" w14:textId="6621E3BE" w:rsidR="00A97339" w:rsidRDefault="00A97339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4EDD1B88" w14:textId="287686E6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1376023B" w14:textId="511EDFA4" w:rsidR="00A97339" w:rsidRDefault="00A97339" w:rsidP="00CC5F08">
            <w:pPr>
              <w:spacing w:after="0" w:line="240" w:lineRule="auto"/>
            </w:pPr>
          </w:p>
        </w:tc>
      </w:tr>
      <w:tr w:rsidR="00A97339" w14:paraId="36BB2ECD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0BA5D90B" w14:textId="66720B10" w:rsidR="00A97339" w:rsidRDefault="00A97339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74842122" w14:textId="0737101E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0BF800A7" w14:textId="42A32108" w:rsidR="00A97339" w:rsidRDefault="00A97339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443DBE57" w14:textId="392103FF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0FBBE7E0" w14:textId="5F9D85C0" w:rsidR="00A97339" w:rsidRDefault="00A97339" w:rsidP="00CC5F08">
            <w:pPr>
              <w:spacing w:after="0" w:line="240" w:lineRule="auto"/>
            </w:pPr>
          </w:p>
        </w:tc>
      </w:tr>
      <w:tr w:rsidR="00E91AB5" w14:paraId="3B0132F0" w14:textId="77777777" w:rsidTr="00995900">
        <w:tc>
          <w:tcPr>
            <w:tcW w:w="1440" w:type="dxa"/>
          </w:tcPr>
          <w:p w14:paraId="6A8754E6" w14:textId="77777777" w:rsidR="00E91AB5" w:rsidRDefault="00E91AB5" w:rsidP="00995900">
            <w:r>
              <w:lastRenderedPageBreak/>
              <w:t>School Year</w:t>
            </w:r>
          </w:p>
        </w:tc>
        <w:tc>
          <w:tcPr>
            <w:tcW w:w="1440" w:type="dxa"/>
          </w:tcPr>
          <w:p w14:paraId="64D0F396" w14:textId="77777777" w:rsidR="00E91AB5" w:rsidRDefault="00E91AB5" w:rsidP="00995900">
            <w:r>
              <w:t>Grade Level</w:t>
            </w:r>
          </w:p>
        </w:tc>
        <w:tc>
          <w:tcPr>
            <w:tcW w:w="1728" w:type="dxa"/>
          </w:tcPr>
          <w:p w14:paraId="3F1DC13F" w14:textId="77777777" w:rsidR="00E91AB5" w:rsidRDefault="00E91AB5" w:rsidP="00995900">
            <w:r>
              <w:t>Course Name</w:t>
            </w:r>
          </w:p>
        </w:tc>
        <w:tc>
          <w:tcPr>
            <w:tcW w:w="3456" w:type="dxa"/>
          </w:tcPr>
          <w:p w14:paraId="738B5C1C" w14:textId="77777777" w:rsidR="00E91AB5" w:rsidRDefault="00E91AB5" w:rsidP="00995900">
            <w:r>
              <w:t>Curriculum Used</w:t>
            </w:r>
          </w:p>
        </w:tc>
        <w:tc>
          <w:tcPr>
            <w:tcW w:w="1728" w:type="dxa"/>
          </w:tcPr>
          <w:p w14:paraId="4459904A" w14:textId="77777777" w:rsidR="00E91AB5" w:rsidRDefault="00E91AB5" w:rsidP="00995900">
            <w:r>
              <w:t>Final Grade</w:t>
            </w:r>
          </w:p>
        </w:tc>
      </w:tr>
      <w:tr w:rsidR="00A97339" w14:paraId="50A82627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45FF51AD" w14:textId="3A3CF907" w:rsidR="00A97339" w:rsidRDefault="00A97339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6EED4691" w14:textId="1F3E75E1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1FB91806" w14:textId="5BF69EFF" w:rsidR="00A97339" w:rsidRDefault="00A97339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1ADB4EA9" w14:textId="0EA14592" w:rsidR="00A97339" w:rsidRDefault="00A97339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6A6570E0" w14:textId="401F5F8C" w:rsidR="00A97339" w:rsidRDefault="00A97339" w:rsidP="00CC5F08">
            <w:pPr>
              <w:spacing w:after="0" w:line="240" w:lineRule="auto"/>
            </w:pPr>
          </w:p>
        </w:tc>
      </w:tr>
      <w:tr w:rsidR="00E91AB5" w14:paraId="43F2054C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249A41BF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4CD8F2B6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39E3FE0B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7A95C23C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5E497A9F" w14:textId="77777777" w:rsidR="00E91AB5" w:rsidRDefault="00E91AB5" w:rsidP="00CC5F08">
            <w:pPr>
              <w:spacing w:after="0" w:line="240" w:lineRule="auto"/>
            </w:pPr>
          </w:p>
        </w:tc>
      </w:tr>
      <w:tr w:rsidR="00E91AB5" w14:paraId="0504912F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6D05FBB8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1996BC0E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46B92274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476B8CEA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0409BF82" w14:textId="77777777" w:rsidR="00E91AB5" w:rsidRDefault="00E91AB5" w:rsidP="00CC5F08">
            <w:pPr>
              <w:spacing w:after="0" w:line="240" w:lineRule="auto"/>
            </w:pPr>
          </w:p>
        </w:tc>
      </w:tr>
      <w:tr w:rsidR="00E91AB5" w14:paraId="224023A7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689D5C4B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77EAA0FA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7F2EA10F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3AE5C199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1B40DBE2" w14:textId="77777777" w:rsidR="00E91AB5" w:rsidRDefault="00E91AB5" w:rsidP="00CC5F08">
            <w:pPr>
              <w:spacing w:after="0" w:line="240" w:lineRule="auto"/>
            </w:pPr>
          </w:p>
        </w:tc>
      </w:tr>
      <w:tr w:rsidR="00E91AB5" w14:paraId="77A9F7D3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200E86CC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6855F17C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441E16C9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515CF6B5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767167D9" w14:textId="77777777" w:rsidR="00E91AB5" w:rsidRDefault="00E91AB5" w:rsidP="00CC5F08">
            <w:pPr>
              <w:spacing w:after="0" w:line="240" w:lineRule="auto"/>
            </w:pPr>
          </w:p>
        </w:tc>
      </w:tr>
      <w:tr w:rsidR="00E91AB5" w14:paraId="73C82E95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7631CAA3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6F37C3BA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495CA1CB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01B7BFE4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01494AD3" w14:textId="77777777" w:rsidR="00E91AB5" w:rsidRDefault="00E91AB5" w:rsidP="00CC5F08">
            <w:pPr>
              <w:spacing w:after="0" w:line="240" w:lineRule="auto"/>
            </w:pPr>
          </w:p>
        </w:tc>
      </w:tr>
      <w:tr w:rsidR="00E91AB5" w14:paraId="315A2CE8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45F9BD74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18E5EF66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481DD0E1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3AE323C0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36DF58B0" w14:textId="77777777" w:rsidR="00E91AB5" w:rsidRDefault="00E91AB5" w:rsidP="00CC5F08">
            <w:pPr>
              <w:spacing w:after="0" w:line="240" w:lineRule="auto"/>
            </w:pPr>
          </w:p>
        </w:tc>
      </w:tr>
      <w:tr w:rsidR="00E91AB5" w14:paraId="29F88335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56F40AD2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6B4FEE95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7480B13A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081BFBE1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349A9951" w14:textId="77777777" w:rsidR="00E91AB5" w:rsidRDefault="00E91AB5" w:rsidP="00CC5F08">
            <w:pPr>
              <w:spacing w:after="0" w:line="240" w:lineRule="auto"/>
            </w:pPr>
          </w:p>
        </w:tc>
      </w:tr>
      <w:tr w:rsidR="00E91AB5" w14:paraId="4E4EB6B8" w14:textId="77777777" w:rsidTr="00CC5F08">
        <w:trPr>
          <w:trHeight w:val="432"/>
        </w:trPr>
        <w:tc>
          <w:tcPr>
            <w:tcW w:w="1440" w:type="dxa"/>
            <w:vAlign w:val="center"/>
          </w:tcPr>
          <w:p w14:paraId="7B4D2A05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440" w:type="dxa"/>
            <w:vAlign w:val="center"/>
          </w:tcPr>
          <w:p w14:paraId="5A520131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1704ACEA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3456" w:type="dxa"/>
            <w:vAlign w:val="center"/>
          </w:tcPr>
          <w:p w14:paraId="296A4701" w14:textId="77777777" w:rsidR="00E91AB5" w:rsidRDefault="00E91AB5" w:rsidP="00CC5F08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6D32BB77" w14:textId="77777777" w:rsidR="00E91AB5" w:rsidRDefault="00E91AB5" w:rsidP="00CC5F08">
            <w:pPr>
              <w:spacing w:after="0" w:line="240" w:lineRule="auto"/>
            </w:pPr>
          </w:p>
        </w:tc>
      </w:tr>
    </w:tbl>
    <w:p w14:paraId="5DCC8BC5" w14:textId="77777777" w:rsidR="00A97339" w:rsidRDefault="00A21816">
      <w:r>
        <w:rPr>
          <w:b/>
        </w:rPr>
        <w:br/>
        <w:t>ATTENDANCE RECORD</w:t>
      </w:r>
    </w:p>
    <w:p w14:paraId="0B1AEA19" w14:textId="77777777" w:rsidR="00A97339" w:rsidRDefault="00A21816">
      <w:r>
        <w:t>Grade 6 Days Completed: __________________</w:t>
      </w:r>
    </w:p>
    <w:p w14:paraId="22937948" w14:textId="77777777" w:rsidR="00A97339" w:rsidRDefault="00A21816">
      <w:r>
        <w:t>Grade 7 Days Completed: __________________</w:t>
      </w:r>
    </w:p>
    <w:p w14:paraId="0EA07B7A" w14:textId="77777777" w:rsidR="00A97339" w:rsidRDefault="00A21816">
      <w:r>
        <w:t>Grade 8 Days Completed: __________________</w:t>
      </w:r>
    </w:p>
    <w:p w14:paraId="3DADB343" w14:textId="6363D8E3" w:rsidR="00A97339" w:rsidRPr="00CC5F08" w:rsidRDefault="00A21816">
      <w:pPr>
        <w:rPr>
          <w:bCs/>
        </w:rPr>
      </w:pPr>
      <w:r>
        <w:rPr>
          <w:b/>
        </w:rPr>
        <w:br/>
        <w:t>STANDARDIZED TESTING RECORD</w:t>
      </w:r>
      <w:r w:rsidR="00CC5F08">
        <w:rPr>
          <w:b/>
        </w:rPr>
        <w:t xml:space="preserve"> </w:t>
      </w:r>
      <w:r w:rsidR="00CC5F08" w:rsidRPr="00CC5F08">
        <w:rPr>
          <w:bCs/>
        </w:rPr>
        <w:t>(a copy might have to be provided to the school)</w:t>
      </w:r>
    </w:p>
    <w:tbl>
      <w:tblPr>
        <w:tblW w:w="9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4176"/>
        <w:gridCol w:w="2160"/>
        <w:gridCol w:w="2160"/>
      </w:tblGrid>
      <w:tr w:rsidR="00A97339" w14:paraId="585C6C4B" w14:textId="77777777" w:rsidTr="00494BFA">
        <w:tc>
          <w:tcPr>
            <w:tcW w:w="1458" w:type="dxa"/>
          </w:tcPr>
          <w:p w14:paraId="4BC2F72B" w14:textId="77777777" w:rsidR="00A97339" w:rsidRDefault="00A21816">
            <w:r>
              <w:t>School Year</w:t>
            </w:r>
          </w:p>
        </w:tc>
        <w:tc>
          <w:tcPr>
            <w:tcW w:w="4176" w:type="dxa"/>
          </w:tcPr>
          <w:p w14:paraId="119100B2" w14:textId="77777777" w:rsidR="00A97339" w:rsidRDefault="00A21816">
            <w:r>
              <w:t>Test Name</w:t>
            </w:r>
          </w:p>
        </w:tc>
        <w:tc>
          <w:tcPr>
            <w:tcW w:w="2160" w:type="dxa"/>
          </w:tcPr>
          <w:p w14:paraId="02D45880" w14:textId="77777777" w:rsidR="00A97339" w:rsidRDefault="00A21816">
            <w:r>
              <w:t>Date Taken</w:t>
            </w:r>
          </w:p>
        </w:tc>
        <w:tc>
          <w:tcPr>
            <w:tcW w:w="2160" w:type="dxa"/>
          </w:tcPr>
          <w:p w14:paraId="2753E3F1" w14:textId="77777777" w:rsidR="00A97339" w:rsidRDefault="00A21816">
            <w:r>
              <w:t>Score/Percentile</w:t>
            </w:r>
          </w:p>
        </w:tc>
      </w:tr>
      <w:tr w:rsidR="00A97339" w14:paraId="7FAA8C7B" w14:textId="77777777" w:rsidTr="00494BFA">
        <w:trPr>
          <w:trHeight w:val="576"/>
        </w:trPr>
        <w:tc>
          <w:tcPr>
            <w:tcW w:w="1458" w:type="dxa"/>
            <w:vAlign w:val="center"/>
          </w:tcPr>
          <w:p w14:paraId="6CB35E9F" w14:textId="305F9003" w:rsidR="00A97339" w:rsidRDefault="00A97339" w:rsidP="00494BFA">
            <w:pPr>
              <w:spacing w:after="0"/>
            </w:pPr>
          </w:p>
        </w:tc>
        <w:tc>
          <w:tcPr>
            <w:tcW w:w="4176" w:type="dxa"/>
            <w:vAlign w:val="center"/>
          </w:tcPr>
          <w:p w14:paraId="3841F0C0" w14:textId="27DEFB68" w:rsidR="00A97339" w:rsidRDefault="00A97339" w:rsidP="00494BFA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54BDBA4F" w14:textId="5F6E5C7C" w:rsidR="00A97339" w:rsidRDefault="00A97339" w:rsidP="00494BFA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0DA14A42" w14:textId="071583CF" w:rsidR="00A97339" w:rsidRDefault="00A97339" w:rsidP="00494BFA">
            <w:pPr>
              <w:spacing w:after="0"/>
            </w:pPr>
          </w:p>
        </w:tc>
      </w:tr>
      <w:tr w:rsidR="00A97339" w14:paraId="15ADF7A2" w14:textId="77777777" w:rsidTr="00494BFA">
        <w:trPr>
          <w:trHeight w:val="576"/>
        </w:trPr>
        <w:tc>
          <w:tcPr>
            <w:tcW w:w="1458" w:type="dxa"/>
            <w:vAlign w:val="center"/>
          </w:tcPr>
          <w:p w14:paraId="4CDC47F7" w14:textId="1612BA8E" w:rsidR="00A97339" w:rsidRDefault="00A97339" w:rsidP="00494BFA">
            <w:pPr>
              <w:spacing w:after="0"/>
            </w:pPr>
          </w:p>
        </w:tc>
        <w:tc>
          <w:tcPr>
            <w:tcW w:w="4176" w:type="dxa"/>
            <w:vAlign w:val="center"/>
          </w:tcPr>
          <w:p w14:paraId="39C19D2E" w14:textId="29E3752B" w:rsidR="00A97339" w:rsidRDefault="00A97339" w:rsidP="00494BFA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53B7CE5E" w14:textId="5D01D208" w:rsidR="00A97339" w:rsidRDefault="00A97339" w:rsidP="00494BFA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4D74D220" w14:textId="5D2484A7" w:rsidR="00A97339" w:rsidRDefault="00A97339" w:rsidP="00494BFA">
            <w:pPr>
              <w:spacing w:after="0"/>
            </w:pPr>
          </w:p>
        </w:tc>
      </w:tr>
      <w:tr w:rsidR="00A97339" w14:paraId="78AA86F9" w14:textId="77777777" w:rsidTr="00494BFA">
        <w:trPr>
          <w:trHeight w:val="576"/>
        </w:trPr>
        <w:tc>
          <w:tcPr>
            <w:tcW w:w="1458" w:type="dxa"/>
            <w:vAlign w:val="center"/>
          </w:tcPr>
          <w:p w14:paraId="4E01CBCE" w14:textId="5F87A3EB" w:rsidR="00A97339" w:rsidRDefault="00A97339" w:rsidP="00494BFA">
            <w:pPr>
              <w:spacing w:after="0"/>
            </w:pPr>
          </w:p>
        </w:tc>
        <w:tc>
          <w:tcPr>
            <w:tcW w:w="4176" w:type="dxa"/>
            <w:vAlign w:val="center"/>
          </w:tcPr>
          <w:p w14:paraId="35F48264" w14:textId="6D4A8971" w:rsidR="00A97339" w:rsidRDefault="00A97339" w:rsidP="00494BFA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003B0708" w14:textId="71D757A7" w:rsidR="00A97339" w:rsidRDefault="00A97339" w:rsidP="00494BFA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73896311" w14:textId="678B9B72" w:rsidR="00A97339" w:rsidRDefault="00A97339" w:rsidP="00494BFA">
            <w:pPr>
              <w:spacing w:after="0"/>
            </w:pPr>
          </w:p>
        </w:tc>
      </w:tr>
      <w:tr w:rsidR="00A97339" w14:paraId="4E5C0BCF" w14:textId="77777777" w:rsidTr="00494BFA">
        <w:trPr>
          <w:trHeight w:val="576"/>
        </w:trPr>
        <w:tc>
          <w:tcPr>
            <w:tcW w:w="1458" w:type="dxa"/>
            <w:vAlign w:val="center"/>
          </w:tcPr>
          <w:p w14:paraId="4108FA2A" w14:textId="56998886" w:rsidR="00A97339" w:rsidRDefault="00A97339" w:rsidP="00494BFA">
            <w:pPr>
              <w:spacing w:after="0"/>
            </w:pPr>
          </w:p>
        </w:tc>
        <w:tc>
          <w:tcPr>
            <w:tcW w:w="4176" w:type="dxa"/>
            <w:vAlign w:val="center"/>
          </w:tcPr>
          <w:p w14:paraId="1071F2E7" w14:textId="7583A68E" w:rsidR="00A97339" w:rsidRDefault="00A97339" w:rsidP="00494BFA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7E8052FE" w14:textId="6100C49D" w:rsidR="00A97339" w:rsidRDefault="00A97339" w:rsidP="00494BFA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1BFCDAA1" w14:textId="71A84F8D" w:rsidR="00A97339" w:rsidRDefault="00A97339" w:rsidP="00494BFA">
            <w:pPr>
              <w:spacing w:after="0"/>
            </w:pPr>
          </w:p>
        </w:tc>
      </w:tr>
      <w:tr w:rsidR="00A97339" w14:paraId="50F94160" w14:textId="77777777" w:rsidTr="00494BFA">
        <w:trPr>
          <w:trHeight w:val="576"/>
        </w:trPr>
        <w:tc>
          <w:tcPr>
            <w:tcW w:w="1458" w:type="dxa"/>
            <w:vAlign w:val="center"/>
          </w:tcPr>
          <w:p w14:paraId="3C3DDC51" w14:textId="1E9F96B5" w:rsidR="00A97339" w:rsidRDefault="00A97339" w:rsidP="00494BFA">
            <w:pPr>
              <w:spacing w:after="0"/>
            </w:pPr>
          </w:p>
        </w:tc>
        <w:tc>
          <w:tcPr>
            <w:tcW w:w="4176" w:type="dxa"/>
            <w:vAlign w:val="center"/>
          </w:tcPr>
          <w:p w14:paraId="2C39DA48" w14:textId="067A5871" w:rsidR="00A97339" w:rsidRDefault="00A97339" w:rsidP="00494BFA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4277C13E" w14:textId="2D0DD392" w:rsidR="00A97339" w:rsidRDefault="00A97339" w:rsidP="00494BFA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073D2D23" w14:textId="5B176F18" w:rsidR="00A97339" w:rsidRDefault="00A97339" w:rsidP="00494BFA">
            <w:pPr>
              <w:spacing w:after="0"/>
            </w:pPr>
          </w:p>
        </w:tc>
      </w:tr>
    </w:tbl>
    <w:p w14:paraId="054DD96B" w14:textId="77777777" w:rsidR="00A97339" w:rsidRDefault="00A21816">
      <w:r>
        <w:rPr>
          <w:b/>
        </w:rPr>
        <w:br/>
        <w:t>CERTIFICATION</w:t>
      </w:r>
    </w:p>
    <w:p w14:paraId="2C9B15B0" w14:textId="77777777" w:rsidR="00E91AB5" w:rsidRPr="007369FB" w:rsidRDefault="00E91AB5" w:rsidP="00E91AB5">
      <w:pPr>
        <w:spacing w:after="0"/>
      </w:pPr>
      <w:r w:rsidRPr="007369FB">
        <w:t>I certify that this transcript is an accurate record of academic instruction completed at the homeschool listed above, which is registered in the State of North Carolina.</w:t>
      </w:r>
    </w:p>
    <w:p w14:paraId="549BDCB9" w14:textId="77777777" w:rsidR="00E91AB5" w:rsidRDefault="00E91AB5" w:rsidP="00E91AB5">
      <w:pPr>
        <w:tabs>
          <w:tab w:val="left" w:leader="underscore" w:pos="9547"/>
        </w:tabs>
        <w:spacing w:after="0" w:line="480" w:lineRule="auto"/>
      </w:pPr>
      <w:r w:rsidRPr="007369FB">
        <w:br/>
        <w:t xml:space="preserve">Parent/Administrator Name: </w:t>
      </w:r>
      <w:r>
        <w:tab/>
      </w:r>
    </w:p>
    <w:p w14:paraId="7A6F9299" w14:textId="77777777" w:rsidR="00E91AB5" w:rsidRPr="007369FB" w:rsidRDefault="00E91AB5" w:rsidP="00E91AB5">
      <w:pPr>
        <w:spacing w:after="0" w:line="480" w:lineRule="auto"/>
      </w:pPr>
      <w:r w:rsidRPr="007369FB">
        <w:t>Signature: _____________________________________</w:t>
      </w:r>
      <w:r>
        <w:t>_____________________________________________________________</w:t>
      </w:r>
      <w:r w:rsidRPr="007369FB">
        <w:t>_______</w:t>
      </w:r>
    </w:p>
    <w:p w14:paraId="6758509F" w14:textId="6479D763" w:rsidR="00A97339" w:rsidRDefault="00E91AB5" w:rsidP="00E91AB5">
      <w:pPr>
        <w:spacing w:after="0" w:line="480" w:lineRule="auto"/>
      </w:pPr>
      <w:r w:rsidRPr="007369FB">
        <w:t>Date: _________________________________________________</w:t>
      </w:r>
    </w:p>
    <w:sectPr w:rsidR="00A97339" w:rsidSect="001B6553">
      <w:pgSz w:w="12240" w:h="15840"/>
      <w:pgMar w:top="547" w:right="1267" w:bottom="864" w:left="12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6192023">
    <w:abstractNumId w:val="8"/>
  </w:num>
  <w:num w:numId="2" w16cid:durableId="654450945">
    <w:abstractNumId w:val="6"/>
  </w:num>
  <w:num w:numId="3" w16cid:durableId="12154492">
    <w:abstractNumId w:val="5"/>
  </w:num>
  <w:num w:numId="4" w16cid:durableId="568930668">
    <w:abstractNumId w:val="4"/>
  </w:num>
  <w:num w:numId="5" w16cid:durableId="688484924">
    <w:abstractNumId w:val="7"/>
  </w:num>
  <w:num w:numId="6" w16cid:durableId="1371299757">
    <w:abstractNumId w:val="3"/>
  </w:num>
  <w:num w:numId="7" w16cid:durableId="1463645591">
    <w:abstractNumId w:val="2"/>
  </w:num>
  <w:num w:numId="8" w16cid:durableId="550846833">
    <w:abstractNumId w:val="1"/>
  </w:num>
  <w:num w:numId="9" w16cid:durableId="178549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4A7E"/>
    <w:rsid w:val="00197511"/>
    <w:rsid w:val="001B6553"/>
    <w:rsid w:val="0029639D"/>
    <w:rsid w:val="00326F90"/>
    <w:rsid w:val="00494BFA"/>
    <w:rsid w:val="00722EBB"/>
    <w:rsid w:val="00931918"/>
    <w:rsid w:val="00A21816"/>
    <w:rsid w:val="00A97339"/>
    <w:rsid w:val="00AA1D8D"/>
    <w:rsid w:val="00B47730"/>
    <w:rsid w:val="00B54757"/>
    <w:rsid w:val="00CB0664"/>
    <w:rsid w:val="00CC5F08"/>
    <w:rsid w:val="00DD4AA9"/>
    <w:rsid w:val="00E91A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82A8492-0037-42A2-A48C-0963B459C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AB5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161</Words>
  <Characters>1171</Characters>
  <Application>Microsoft Office Word</Application>
  <DocSecurity>0</DocSecurity>
  <Lines>234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Kerstin Ripley</cp:lastModifiedBy>
  <cp:revision>9</cp:revision>
  <dcterms:created xsi:type="dcterms:W3CDTF">2013-12-23T23:15:00Z</dcterms:created>
  <dcterms:modified xsi:type="dcterms:W3CDTF">2026-02-25T23:26:00Z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8f231ee8-d916-4859-a2f2-180653186ea8</vt:lpwstr>
  </property>
</Properties>
</file>