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71FDB" w14:textId="77777777" w:rsidR="006F2486" w:rsidRDefault="00000000">
      <w:pPr>
        <w:spacing w:after="20" w:line="240" w:lineRule="auto"/>
        <w:jc w:val="center"/>
      </w:pPr>
      <w:r>
        <w:rPr>
          <w:noProof/>
        </w:rPr>
        <w:drawing>
          <wp:inline distT="0" distB="0" distL="0" distR="0" wp14:anchorId="2F0E298D" wp14:editId="4D5CE3E2">
            <wp:extent cx="868680" cy="7282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dyfl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72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F40CC" w14:textId="10B0E65E" w:rsidR="006C5A61" w:rsidRPr="006C5A61" w:rsidRDefault="006C5A61">
      <w:pPr>
        <w:spacing w:after="20" w:line="240" w:lineRule="auto"/>
        <w:jc w:val="center"/>
        <w:rPr>
          <w:b/>
          <w:bCs/>
          <w:sz w:val="20"/>
          <w:szCs w:val="20"/>
        </w:rPr>
      </w:pPr>
      <w:r w:rsidRPr="006C5A61">
        <w:rPr>
          <w:b/>
          <w:bCs/>
          <w:sz w:val="20"/>
          <w:szCs w:val="20"/>
        </w:rPr>
        <w:t>Jefferson District Youth Football Official Roster Form</w:t>
      </w:r>
    </w:p>
    <w:p w14:paraId="66AE0ED7" w14:textId="6D6D51FB" w:rsidR="006F2486" w:rsidRPr="006C5A61" w:rsidRDefault="00000000" w:rsidP="006C5A61">
      <w:pPr>
        <w:spacing w:after="40" w:line="240" w:lineRule="auto"/>
        <w:jc w:val="center"/>
        <w:rPr>
          <w:i/>
          <w:iCs/>
          <w:color w:val="FF0000"/>
          <w:sz w:val="16"/>
          <w:szCs w:val="16"/>
        </w:rPr>
      </w:pPr>
      <w:r w:rsidRPr="006C5A61">
        <w:rPr>
          <w:b/>
          <w:i/>
          <w:iCs/>
          <w:color w:val="FF0000"/>
          <w:sz w:val="16"/>
          <w:szCs w:val="16"/>
        </w:rPr>
        <w:t xml:space="preserve">Any error found blatant with the intention </w:t>
      </w:r>
      <w:r w:rsidR="006C5A61" w:rsidRPr="006C5A61">
        <w:rPr>
          <w:b/>
          <w:i/>
          <w:iCs/>
          <w:color w:val="FF0000"/>
          <w:sz w:val="16"/>
          <w:szCs w:val="16"/>
        </w:rPr>
        <w:t>of</w:t>
      </w:r>
      <w:r w:rsidRPr="006C5A61">
        <w:rPr>
          <w:b/>
          <w:i/>
          <w:iCs/>
          <w:color w:val="FF0000"/>
          <w:sz w:val="16"/>
          <w:szCs w:val="16"/>
        </w:rPr>
        <w:t xml:space="preserve"> a competitive advantage will result in a $1000 fine and possible area expulsion from the JDYFL.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630"/>
        <w:gridCol w:w="270"/>
        <w:gridCol w:w="1260"/>
        <w:gridCol w:w="1440"/>
        <w:gridCol w:w="1215"/>
        <w:gridCol w:w="1485"/>
      </w:tblGrid>
      <w:tr w:rsidR="006C5A61" w14:paraId="700D5622" w14:textId="77777777" w:rsidTr="006C5A61">
        <w:trPr>
          <w:jc w:val="center"/>
        </w:trPr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49B179" w14:textId="77777777" w:rsidR="006C5A61" w:rsidRDefault="006C5A61">
            <w:pPr>
              <w:spacing w:after="0"/>
            </w:pPr>
            <w:r>
              <w:rPr>
                <w:b/>
                <w:sz w:val="14"/>
              </w:rPr>
              <w:t>Organization/Area:</w:t>
            </w:r>
          </w:p>
        </w:tc>
        <w:tc>
          <w:tcPr>
            <w:tcW w:w="9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2A7109" w14:textId="77777777" w:rsidR="006C5A61" w:rsidRDefault="006C5A61">
            <w:pPr>
              <w:spacing w:after="0"/>
            </w:pPr>
            <w:r>
              <w:rPr>
                <w:b/>
                <w:sz w:val="14"/>
              </w:rPr>
              <w:t>Team</w:t>
            </w:r>
            <w:r w:rsidRPr="006C5A61">
              <w:rPr>
                <w:b/>
                <w:color w:val="FF0000"/>
                <w:sz w:val="14"/>
              </w:rPr>
              <w:t>: (Circle One)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3F2654" w14:textId="77777777" w:rsidR="006C5A61" w:rsidRPr="006C5A61" w:rsidRDefault="006C5A61">
            <w:pPr>
              <w:spacing w:after="0"/>
              <w:jc w:val="center"/>
              <w:rPr>
                <w:sz w:val="20"/>
                <w:szCs w:val="20"/>
              </w:rPr>
            </w:pPr>
            <w:r w:rsidRPr="006C5A61">
              <w:rPr>
                <w:b/>
                <w:sz w:val="20"/>
                <w:szCs w:val="20"/>
              </w:rPr>
              <w:t>Freshman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AE7055" w14:textId="77777777" w:rsidR="006C5A61" w:rsidRPr="006C5A61" w:rsidRDefault="006C5A61">
            <w:pPr>
              <w:spacing w:after="0"/>
              <w:jc w:val="center"/>
              <w:rPr>
                <w:sz w:val="20"/>
                <w:szCs w:val="20"/>
              </w:rPr>
            </w:pPr>
            <w:r w:rsidRPr="006C5A61">
              <w:rPr>
                <w:b/>
                <w:sz w:val="20"/>
                <w:szCs w:val="20"/>
              </w:rPr>
              <w:t>Sophomore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BCFADE" w14:textId="2FC1EFEA" w:rsidR="006C5A61" w:rsidRPr="006C5A61" w:rsidRDefault="006C5A61">
            <w:pPr>
              <w:spacing w:after="0"/>
              <w:jc w:val="center"/>
              <w:rPr>
                <w:sz w:val="20"/>
                <w:szCs w:val="20"/>
              </w:rPr>
            </w:pPr>
            <w:r w:rsidRPr="006C5A61">
              <w:rPr>
                <w:b/>
                <w:sz w:val="20"/>
                <w:szCs w:val="20"/>
              </w:rPr>
              <w:t>Juniors</w:t>
            </w:r>
          </w:p>
        </w:tc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18449E" w14:textId="0751B9D0" w:rsidR="006C5A61" w:rsidRPr="006C5A61" w:rsidRDefault="006C5A6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6C5A61">
              <w:rPr>
                <w:b/>
                <w:bCs/>
                <w:sz w:val="20"/>
                <w:szCs w:val="20"/>
              </w:rPr>
              <w:t>Seniors</w:t>
            </w:r>
          </w:p>
        </w:tc>
      </w:tr>
      <w:tr w:rsidR="006F2486" w14:paraId="65EBA5DB" w14:textId="77777777" w:rsidTr="006C5A61">
        <w:trPr>
          <w:jc w:val="center"/>
        </w:trPr>
        <w:tc>
          <w:tcPr>
            <w:tcW w:w="40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AAE5667" w14:textId="77777777" w:rsidR="006F2486" w:rsidRDefault="00000000">
            <w:pPr>
              <w:spacing w:after="0"/>
            </w:pPr>
            <w:r>
              <w:rPr>
                <w:b/>
                <w:sz w:val="14"/>
              </w:rPr>
              <w:t>Head Coach:</w:t>
            </w:r>
          </w:p>
        </w:tc>
        <w:tc>
          <w:tcPr>
            <w:tcW w:w="2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359798" w14:textId="04AD62C1" w:rsidR="006F2486" w:rsidRDefault="006F2486">
            <w:pPr>
              <w:spacing w:after="0"/>
            </w:pPr>
          </w:p>
        </w:tc>
        <w:tc>
          <w:tcPr>
            <w:tcW w:w="540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056475" w14:textId="562082CB" w:rsidR="006F2486" w:rsidRDefault="00000000">
            <w:pPr>
              <w:spacing w:after="0"/>
            </w:pPr>
            <w:r>
              <w:rPr>
                <w:b/>
                <w:sz w:val="12"/>
              </w:rPr>
              <w:t>Signature of Person responsible for filling out form (Representative from Area)</w:t>
            </w:r>
            <w:r w:rsidR="006C5A61">
              <w:rPr>
                <w:b/>
                <w:sz w:val="12"/>
              </w:rPr>
              <w:t xml:space="preserve"> below:</w:t>
            </w:r>
          </w:p>
        </w:tc>
      </w:tr>
      <w:tr w:rsidR="006C5A61" w14:paraId="30E87F5D" w14:textId="77777777" w:rsidTr="006C5A61">
        <w:trPr>
          <w:trHeight w:val="347"/>
          <w:jc w:val="center"/>
        </w:trPr>
        <w:tc>
          <w:tcPr>
            <w:tcW w:w="3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46BC18" w14:textId="69F7D120" w:rsidR="006C5A61" w:rsidRPr="006C5A61" w:rsidRDefault="006C5A61">
            <w:pPr>
              <w:spacing w:after="0"/>
              <w:rPr>
                <w:sz w:val="16"/>
                <w:szCs w:val="16"/>
              </w:rPr>
            </w:pPr>
            <w:r w:rsidRPr="006C5A61">
              <w:rPr>
                <w:b/>
                <w:sz w:val="16"/>
                <w:szCs w:val="16"/>
              </w:rPr>
              <w:t>E-Board Authorization / Acknowledgement</w:t>
            </w:r>
          </w:p>
        </w:tc>
        <w:tc>
          <w:tcPr>
            <w:tcW w:w="630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F2F9EB7" w14:textId="77777777" w:rsidR="006C5A61" w:rsidRDefault="006C5A61">
            <w:pPr>
              <w:spacing w:after="0"/>
            </w:pPr>
          </w:p>
        </w:tc>
      </w:tr>
    </w:tbl>
    <w:p w14:paraId="626AE50E" w14:textId="77777777" w:rsidR="006F2486" w:rsidRDefault="006F2486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2520"/>
        <w:gridCol w:w="2520"/>
        <w:gridCol w:w="2304"/>
        <w:gridCol w:w="2304"/>
      </w:tblGrid>
      <w:tr w:rsidR="006F2486" w14:paraId="08765446" w14:textId="77777777">
        <w:trPr>
          <w:jc w:val="center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E234DC" w14:textId="77777777" w:rsidR="006F2486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Jersey Number: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12AF8B" w14:textId="77777777" w:rsidR="006F2486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Player's First Name: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E53640" w14:textId="77777777" w:rsidR="006F2486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Player's Last Name: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5EE50E" w14:textId="77777777" w:rsidR="006F2486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DOB: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4861F94" w14:textId="77777777" w:rsidR="006F2486" w:rsidRDefault="00000000">
            <w:pPr>
              <w:spacing w:after="0"/>
              <w:jc w:val="center"/>
            </w:pPr>
            <w:r>
              <w:rPr>
                <w:b/>
                <w:sz w:val="14"/>
              </w:rPr>
              <w:t>Current Age:</w:t>
            </w:r>
          </w:p>
        </w:tc>
      </w:tr>
      <w:tr w:rsidR="006F2486" w14:paraId="67FA154E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8BBD4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E9EB7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FB32C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D81AD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8A916F" w14:textId="77777777" w:rsidR="006F2486" w:rsidRDefault="006F2486">
            <w:pPr>
              <w:spacing w:after="0"/>
            </w:pPr>
          </w:p>
        </w:tc>
      </w:tr>
      <w:tr w:rsidR="006F2486" w14:paraId="08AA6F2D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10443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B1543D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9D7D3B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E0ECD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AEB8719" w14:textId="77777777" w:rsidR="006F2486" w:rsidRDefault="006F2486">
            <w:pPr>
              <w:spacing w:after="0"/>
            </w:pPr>
          </w:p>
        </w:tc>
      </w:tr>
      <w:tr w:rsidR="006F2486" w14:paraId="6A3B3D6C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D77C17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454A2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3A407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4C7D29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E7086D" w14:textId="77777777" w:rsidR="006F2486" w:rsidRDefault="006F2486">
            <w:pPr>
              <w:spacing w:after="0"/>
            </w:pPr>
          </w:p>
        </w:tc>
      </w:tr>
      <w:tr w:rsidR="006F2486" w14:paraId="439770C0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DB053F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911A1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A3DB8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29696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BECBA6" w14:textId="77777777" w:rsidR="006F2486" w:rsidRDefault="006F2486">
            <w:pPr>
              <w:spacing w:after="0"/>
            </w:pPr>
          </w:p>
        </w:tc>
      </w:tr>
      <w:tr w:rsidR="006F2486" w14:paraId="6B30DB8F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CD609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FFA82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E36A9D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7DDF9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F702BD" w14:textId="77777777" w:rsidR="006F2486" w:rsidRDefault="006F2486">
            <w:pPr>
              <w:spacing w:after="0"/>
            </w:pPr>
          </w:p>
        </w:tc>
      </w:tr>
      <w:tr w:rsidR="006F2486" w14:paraId="6D8BF431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C63E10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BDA35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2FFE7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43295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95312A" w14:textId="77777777" w:rsidR="006F2486" w:rsidRDefault="006F2486">
            <w:pPr>
              <w:spacing w:after="0"/>
            </w:pPr>
          </w:p>
        </w:tc>
      </w:tr>
      <w:tr w:rsidR="006F2486" w14:paraId="49B5AFC0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23F722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7CCAC9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206038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BC1663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7B63EF" w14:textId="77777777" w:rsidR="006F2486" w:rsidRDefault="006F2486">
            <w:pPr>
              <w:spacing w:after="0"/>
            </w:pPr>
          </w:p>
        </w:tc>
      </w:tr>
      <w:tr w:rsidR="006F2486" w14:paraId="4A790EE2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A24301D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56C0C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02F1A0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06D9D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3E099CD" w14:textId="77777777" w:rsidR="006F2486" w:rsidRDefault="006F2486">
            <w:pPr>
              <w:spacing w:after="0"/>
            </w:pPr>
          </w:p>
        </w:tc>
      </w:tr>
      <w:tr w:rsidR="006F2486" w14:paraId="51BC2CB4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3CE3E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FFA25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5035E0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3C54B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8AE692" w14:textId="77777777" w:rsidR="006F2486" w:rsidRDefault="006F2486">
            <w:pPr>
              <w:spacing w:after="0"/>
            </w:pPr>
          </w:p>
        </w:tc>
      </w:tr>
      <w:tr w:rsidR="006F2486" w14:paraId="04D7BC25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0BE20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EB5BA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D27A3C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C202A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EC647C" w14:textId="77777777" w:rsidR="006F2486" w:rsidRDefault="006F2486">
            <w:pPr>
              <w:spacing w:after="0"/>
            </w:pPr>
          </w:p>
        </w:tc>
      </w:tr>
      <w:tr w:rsidR="006F2486" w14:paraId="2E6DC64C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599BC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B9EDF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EA2FC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3807F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964F51" w14:textId="77777777" w:rsidR="006F2486" w:rsidRDefault="006F2486">
            <w:pPr>
              <w:spacing w:after="0"/>
            </w:pPr>
          </w:p>
        </w:tc>
      </w:tr>
      <w:tr w:rsidR="006F2486" w14:paraId="394F6F34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45D0C6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B2A1F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FD526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5038E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A3C1D3" w14:textId="77777777" w:rsidR="006F2486" w:rsidRDefault="006F2486">
            <w:pPr>
              <w:spacing w:after="0"/>
            </w:pPr>
          </w:p>
        </w:tc>
      </w:tr>
      <w:tr w:rsidR="006F2486" w14:paraId="405FDC83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69F68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2394A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0B7F73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25271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593554" w14:textId="77777777" w:rsidR="006F2486" w:rsidRDefault="006F2486">
            <w:pPr>
              <w:spacing w:after="0"/>
            </w:pPr>
          </w:p>
        </w:tc>
      </w:tr>
      <w:tr w:rsidR="006F2486" w14:paraId="14A2E615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9B775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3D1D3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96A91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E09BB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C35BBB" w14:textId="77777777" w:rsidR="006F2486" w:rsidRDefault="006F2486">
            <w:pPr>
              <w:spacing w:after="0"/>
            </w:pPr>
          </w:p>
        </w:tc>
      </w:tr>
      <w:tr w:rsidR="006F2486" w14:paraId="213427AB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861829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DC390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843DF3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249518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CA1929" w14:textId="77777777" w:rsidR="006F2486" w:rsidRDefault="006F2486">
            <w:pPr>
              <w:spacing w:after="0"/>
            </w:pPr>
          </w:p>
        </w:tc>
      </w:tr>
      <w:tr w:rsidR="006F2486" w14:paraId="2E2D5EB1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E2829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B7DE6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DBD43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868D75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919CF2A" w14:textId="77777777" w:rsidR="006F2486" w:rsidRDefault="006F2486">
            <w:pPr>
              <w:spacing w:after="0"/>
            </w:pPr>
          </w:p>
        </w:tc>
      </w:tr>
      <w:tr w:rsidR="006F2486" w14:paraId="05F40048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967D6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5493E2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BA0DE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0B5529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2DDFEB" w14:textId="77777777" w:rsidR="006F2486" w:rsidRDefault="006F2486">
            <w:pPr>
              <w:spacing w:after="0"/>
            </w:pPr>
          </w:p>
        </w:tc>
      </w:tr>
      <w:tr w:rsidR="006F2486" w14:paraId="38DF88B6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BB8FB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84425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6F27AC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F5DA07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E337C6" w14:textId="77777777" w:rsidR="006F2486" w:rsidRDefault="006F2486">
            <w:pPr>
              <w:spacing w:after="0"/>
            </w:pPr>
          </w:p>
        </w:tc>
      </w:tr>
      <w:tr w:rsidR="006F2486" w14:paraId="2E838C0F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8C898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484F0F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B1CDD0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D57BF8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A5AF55C" w14:textId="77777777" w:rsidR="006F2486" w:rsidRDefault="006F2486">
            <w:pPr>
              <w:spacing w:after="0"/>
            </w:pPr>
          </w:p>
        </w:tc>
      </w:tr>
      <w:tr w:rsidR="006F2486" w14:paraId="1BC510E7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A0F9C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59B61C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503976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D4A23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5FD040" w14:textId="77777777" w:rsidR="006F2486" w:rsidRDefault="006F2486">
            <w:pPr>
              <w:spacing w:after="0"/>
            </w:pPr>
          </w:p>
        </w:tc>
      </w:tr>
      <w:tr w:rsidR="006F2486" w14:paraId="4A05F3D3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2625BD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82A9DD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BB53D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8BF65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07600B6" w14:textId="77777777" w:rsidR="006F2486" w:rsidRDefault="006F2486">
            <w:pPr>
              <w:spacing w:after="0"/>
            </w:pPr>
          </w:p>
        </w:tc>
      </w:tr>
      <w:tr w:rsidR="006F2486" w14:paraId="7E0ED3A6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67B7D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04EF1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55882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55BDA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5975F4" w14:textId="77777777" w:rsidR="006F2486" w:rsidRDefault="006F2486">
            <w:pPr>
              <w:spacing w:after="0"/>
            </w:pPr>
          </w:p>
        </w:tc>
      </w:tr>
      <w:tr w:rsidR="006F2486" w14:paraId="6E4919EB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DA887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B2B63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054C8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45583E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B2ED5E" w14:textId="77777777" w:rsidR="006F2486" w:rsidRDefault="006F2486">
            <w:pPr>
              <w:spacing w:after="0"/>
            </w:pPr>
          </w:p>
        </w:tc>
      </w:tr>
      <w:tr w:rsidR="006F2486" w14:paraId="38051BDC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74465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BBDFC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85DE5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B091A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CD02415" w14:textId="77777777" w:rsidR="006F2486" w:rsidRDefault="006F2486">
            <w:pPr>
              <w:spacing w:after="0"/>
            </w:pPr>
          </w:p>
        </w:tc>
      </w:tr>
      <w:tr w:rsidR="006F2486" w14:paraId="5A8F9744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0AA5C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86C1D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C773A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ACB4F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A8609F" w14:textId="77777777" w:rsidR="006F2486" w:rsidRDefault="006F2486">
            <w:pPr>
              <w:spacing w:after="0"/>
            </w:pPr>
          </w:p>
        </w:tc>
      </w:tr>
      <w:tr w:rsidR="006F2486" w14:paraId="755BD035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1AAEDE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576C8A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8FDB9C3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CC660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472DB81" w14:textId="77777777" w:rsidR="006F2486" w:rsidRDefault="006F2486">
            <w:pPr>
              <w:spacing w:after="0"/>
            </w:pPr>
          </w:p>
        </w:tc>
      </w:tr>
      <w:tr w:rsidR="006F2486" w14:paraId="02E19229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4F744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2C4E0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B9A5D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1C711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2B5179" w14:textId="77777777" w:rsidR="006F2486" w:rsidRDefault="006F2486">
            <w:pPr>
              <w:spacing w:after="0"/>
            </w:pPr>
          </w:p>
        </w:tc>
      </w:tr>
      <w:tr w:rsidR="006F2486" w14:paraId="3CA3AA74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B0E47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39A49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6B186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C941D6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39E218" w14:textId="77777777" w:rsidR="006F2486" w:rsidRDefault="006F2486">
            <w:pPr>
              <w:spacing w:after="0"/>
            </w:pPr>
          </w:p>
        </w:tc>
      </w:tr>
      <w:tr w:rsidR="006F2486" w14:paraId="6107960E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CF082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79464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89873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15A4D3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560E395" w14:textId="77777777" w:rsidR="006F2486" w:rsidRDefault="006F2486">
            <w:pPr>
              <w:spacing w:after="0"/>
            </w:pPr>
          </w:p>
        </w:tc>
      </w:tr>
      <w:tr w:rsidR="006F2486" w14:paraId="09EAE623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B14898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EBDB5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4ADC3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F01A7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349FFF" w14:textId="77777777" w:rsidR="006F2486" w:rsidRDefault="006F2486">
            <w:pPr>
              <w:spacing w:after="0"/>
            </w:pPr>
          </w:p>
        </w:tc>
      </w:tr>
      <w:tr w:rsidR="006F2486" w14:paraId="3D25B59F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38B80C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D8A87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C2AF7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D2862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17268A8" w14:textId="77777777" w:rsidR="006F2486" w:rsidRDefault="006F2486">
            <w:pPr>
              <w:spacing w:after="0"/>
            </w:pPr>
          </w:p>
        </w:tc>
      </w:tr>
      <w:tr w:rsidR="006F2486" w14:paraId="042377FA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B55E4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AEE37C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DFE9A0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C12686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93C29FC" w14:textId="77777777" w:rsidR="006F2486" w:rsidRDefault="006F2486">
            <w:pPr>
              <w:spacing w:after="0"/>
            </w:pPr>
          </w:p>
        </w:tc>
      </w:tr>
      <w:tr w:rsidR="006F2486" w14:paraId="3A65DE85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BE539D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39A84C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E59359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52A63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C00AAA" w14:textId="77777777" w:rsidR="006F2486" w:rsidRDefault="006F2486">
            <w:pPr>
              <w:spacing w:after="0"/>
            </w:pPr>
          </w:p>
        </w:tc>
      </w:tr>
      <w:tr w:rsidR="006F2486" w14:paraId="2A2674D2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116681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A3F0A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551136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8221D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589A5B" w14:textId="77777777" w:rsidR="006F2486" w:rsidRDefault="006F2486">
            <w:pPr>
              <w:spacing w:after="0"/>
            </w:pPr>
          </w:p>
        </w:tc>
      </w:tr>
      <w:tr w:rsidR="006F2486" w14:paraId="649408FB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5C5503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361AD3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AFD61C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BB5D89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442D8B" w14:textId="77777777" w:rsidR="006F2486" w:rsidRDefault="006F2486">
            <w:pPr>
              <w:spacing w:after="0"/>
            </w:pPr>
          </w:p>
        </w:tc>
      </w:tr>
      <w:tr w:rsidR="006F2486" w14:paraId="2FB4230B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E297D12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8AFE6FE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3D74BD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B46808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07A790" w14:textId="77777777" w:rsidR="006F2486" w:rsidRDefault="006F2486">
            <w:pPr>
              <w:spacing w:after="0"/>
            </w:pPr>
          </w:p>
        </w:tc>
      </w:tr>
      <w:tr w:rsidR="006F2486" w14:paraId="44CF4171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B12DC5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435B11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D68C2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CA953F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CC61C3" w14:textId="77777777" w:rsidR="006F2486" w:rsidRDefault="006F2486">
            <w:pPr>
              <w:spacing w:after="0"/>
            </w:pPr>
          </w:p>
        </w:tc>
      </w:tr>
      <w:tr w:rsidR="006F2486" w14:paraId="655B66AC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E0E7074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FCFB43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640337A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80385CB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30989B" w14:textId="77777777" w:rsidR="006F2486" w:rsidRDefault="006F2486">
            <w:pPr>
              <w:spacing w:after="0"/>
            </w:pPr>
          </w:p>
        </w:tc>
      </w:tr>
      <w:tr w:rsidR="006F2486" w14:paraId="4D585EE9" w14:textId="77777777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7EB1B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73D201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4C5032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AD7437" w14:textId="77777777" w:rsidR="006F2486" w:rsidRDefault="006F2486">
            <w:pPr>
              <w:spacing w:after="0"/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504AF5" w14:textId="77777777" w:rsidR="006F2486" w:rsidRDefault="006F2486">
            <w:pPr>
              <w:spacing w:after="0"/>
            </w:pPr>
          </w:p>
        </w:tc>
      </w:tr>
    </w:tbl>
    <w:p w14:paraId="523DFC8A" w14:textId="77777777" w:rsidR="00414C8B" w:rsidRDefault="00414C8B"/>
    <w:sectPr w:rsidR="00414C8B" w:rsidSect="00034616">
      <w:pgSz w:w="12240" w:h="15840"/>
      <w:pgMar w:top="403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090273">
    <w:abstractNumId w:val="8"/>
  </w:num>
  <w:num w:numId="2" w16cid:durableId="1687169720">
    <w:abstractNumId w:val="6"/>
  </w:num>
  <w:num w:numId="3" w16cid:durableId="1957783960">
    <w:abstractNumId w:val="5"/>
  </w:num>
  <w:num w:numId="4" w16cid:durableId="322244996">
    <w:abstractNumId w:val="4"/>
  </w:num>
  <w:num w:numId="5" w16cid:durableId="800608238">
    <w:abstractNumId w:val="7"/>
  </w:num>
  <w:num w:numId="6" w16cid:durableId="214778390">
    <w:abstractNumId w:val="3"/>
  </w:num>
  <w:num w:numId="7" w16cid:durableId="1697852454">
    <w:abstractNumId w:val="2"/>
  </w:num>
  <w:num w:numId="8" w16cid:durableId="746464278">
    <w:abstractNumId w:val="1"/>
  </w:num>
  <w:num w:numId="9" w16cid:durableId="141200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4C8B"/>
    <w:rsid w:val="0047432C"/>
    <w:rsid w:val="006C5A61"/>
    <w:rsid w:val="006F2486"/>
    <w:rsid w:val="00866BD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589395"/>
  <w14:defaultImageDpi w14:val="300"/>
  <w15:docId w15:val="{FCE27B3E-FD71-43E4-AC8E-2D2928F9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</Words>
  <Characters>624</Characters>
  <Application>Microsoft Office Word</Application>
  <DocSecurity>0</DocSecurity>
  <Lines>624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Christopher A. Robinson</cp:lastModifiedBy>
  <cp:revision>2</cp:revision>
  <dcterms:created xsi:type="dcterms:W3CDTF">2026-08-08T23:22:00Z</dcterms:created>
  <dcterms:modified xsi:type="dcterms:W3CDTF">2026-08-08T23:22:00Z</dcterms:modified>
  <cp:category/>
</cp:coreProperties>
</file>