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650" w:rsidRPr="0073174F" w:rsidRDefault="00E71856">
      <w:pPr>
        <w:pStyle w:val="Titl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551815</wp:posOffset>
            </wp:positionV>
            <wp:extent cx="3896995" cy="2924175"/>
            <wp:effectExtent l="19050" t="0" r="8255" b="0"/>
            <wp:wrapNone/>
            <wp:docPr id="1" name="Picture 0" descr="IMG_2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174F" w:rsidRPr="0073174F">
        <w:rPr>
          <w:rFonts w:ascii="Times New Roman" w:hAnsi="Times New Roman" w:cs="Times New Roman"/>
        </w:rPr>
        <w:t>Hearty Hamburger Stew</w:t>
      </w:r>
    </w:p>
    <w:p w:rsidR="00DC1650" w:rsidRPr="0073174F" w:rsidRDefault="0073174F">
      <w:pPr>
        <w:pStyle w:val="Heading1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Ingredients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1–1½ lb ground beef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1 large onion, diced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3 cloves garlic, minced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3–4 carrots, diced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2–3 celery stalks, diced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2–3 potatoes, rutabaga or turnip</w:t>
      </w:r>
      <w:r w:rsidRPr="0073174F">
        <w:rPr>
          <w:rFonts w:ascii="Times New Roman" w:hAnsi="Times New Roman" w:cs="Times New Roman"/>
        </w:rPr>
        <w:t>, diced</w:t>
      </w:r>
    </w:p>
    <w:p w:rsidR="00DC1650" w:rsidRDefault="0073174F" w:rsidP="0073174F">
      <w:pPr>
        <w:pStyle w:val="ListBullet"/>
        <w:numPr>
          <w:ilvl w:val="0"/>
          <w:numId w:val="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Pr="0073174F">
        <w:rPr>
          <w:rFonts w:ascii="Times New Roman" w:hAnsi="Times New Roman" w:cs="Times New Roman"/>
        </w:rPr>
        <w:t>omato</w:t>
      </w:r>
      <w:r>
        <w:rPr>
          <w:rFonts w:ascii="Times New Roman" w:hAnsi="Times New Roman" w:cs="Times New Roman"/>
        </w:rPr>
        <w:t xml:space="preserve">es </w:t>
      </w:r>
    </w:p>
    <w:p w:rsidR="0073174F" w:rsidRPr="0073174F" w:rsidRDefault="0073174F" w:rsidP="0073174F">
      <w:pPr>
        <w:pStyle w:val="ListBullet"/>
        <w:tabs>
          <w:tab w:val="clear" w:pos="360"/>
          <w:tab w:val="num" w:pos="720"/>
        </w:tabs>
        <w:ind w:left="720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2 Tbsp tomato</w:t>
      </w:r>
      <w:r>
        <w:rPr>
          <w:rFonts w:ascii="Times New Roman" w:hAnsi="Times New Roman" w:cs="Times New Roman"/>
        </w:rPr>
        <w:t xml:space="preserve"> paste or</w:t>
      </w:r>
    </w:p>
    <w:p w:rsidR="0073174F" w:rsidRPr="0073174F" w:rsidRDefault="0073174F" w:rsidP="0073174F">
      <w:pPr>
        <w:pStyle w:val="ListBullet"/>
        <w:tabs>
          <w:tab w:val="clear" w:pos="360"/>
          <w:tab w:val="num" w:pos="720"/>
        </w:tabs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scoops of the sundried tomatoes or</w:t>
      </w:r>
    </w:p>
    <w:p w:rsidR="00DC1650" w:rsidRPr="0073174F" w:rsidRDefault="0073174F" w:rsidP="0073174F">
      <w:pPr>
        <w:pStyle w:val="ListBullet"/>
        <w:tabs>
          <w:tab w:val="clear" w:pos="360"/>
          <w:tab w:val="num" w:pos="720"/>
        </w:tabs>
        <w:ind w:left="720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 xml:space="preserve">1 can (14 oz) diced </w:t>
      </w:r>
      <w:r>
        <w:rPr>
          <w:rFonts w:ascii="Times New Roman" w:hAnsi="Times New Roman" w:cs="Times New Roman"/>
        </w:rPr>
        <w:t>tomatoes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4 cups beef stock or water + bouillon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1–2 bay leaves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1 tsp d</w:t>
      </w:r>
      <w:r>
        <w:rPr>
          <w:rFonts w:ascii="Times New Roman" w:hAnsi="Times New Roman" w:cs="Times New Roman"/>
        </w:rPr>
        <w:t xml:space="preserve">ried thyme 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tsp smoked paprika 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Salt &amp; pepper to taste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1 cup frozen peas or green beans (optional, add at end)</w:t>
      </w:r>
    </w:p>
    <w:p w:rsidR="00DC1650" w:rsidRPr="0073174F" w:rsidRDefault="0073174F">
      <w:pPr>
        <w:pStyle w:val="ListBullet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Splash of Worcestershire or soy sauce (optional, adds depth)</w:t>
      </w:r>
    </w:p>
    <w:p w:rsidR="00DC1650" w:rsidRPr="0073174F" w:rsidRDefault="0073174F">
      <w:pPr>
        <w:pStyle w:val="Heading1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Directions</w:t>
      </w:r>
    </w:p>
    <w:p w:rsidR="00DC1650" w:rsidRPr="0073174F" w:rsidRDefault="0073174F">
      <w:pPr>
        <w:pStyle w:val="ListNumber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Brown the ground beef in a large pot or Dutch oven over medium-high heat. Drain excess fat if needed.</w:t>
      </w:r>
    </w:p>
    <w:p w:rsidR="00DC1650" w:rsidRPr="0073174F" w:rsidRDefault="0073174F">
      <w:pPr>
        <w:pStyle w:val="ListNumber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Add diced onion and minced garlic; sauté until fragrant and slightly softened.</w:t>
      </w:r>
    </w:p>
    <w:p w:rsidR="00DC1650" w:rsidRPr="0073174F" w:rsidRDefault="0073174F">
      <w:pPr>
        <w:pStyle w:val="ListNumber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Sti</w:t>
      </w:r>
      <w:r>
        <w:rPr>
          <w:rFonts w:ascii="Times New Roman" w:hAnsi="Times New Roman" w:cs="Times New Roman"/>
        </w:rPr>
        <w:t>r in carrots, celery, and root veg</w:t>
      </w:r>
      <w:r w:rsidRPr="0073174F">
        <w:rPr>
          <w:rFonts w:ascii="Times New Roman" w:hAnsi="Times New Roman" w:cs="Times New Roman"/>
        </w:rPr>
        <w:t>. Cook 5 minutes, stirring occasionally.</w:t>
      </w:r>
    </w:p>
    <w:p w:rsidR="00DC1650" w:rsidRPr="0073174F" w:rsidRDefault="0073174F">
      <w:pPr>
        <w:pStyle w:val="ListNumber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Add tomato paste and stir to coat vegetables and meat. Add diced tomatoes if using.</w:t>
      </w:r>
    </w:p>
    <w:p w:rsidR="00DC1650" w:rsidRPr="0073174F" w:rsidRDefault="0073174F">
      <w:pPr>
        <w:pStyle w:val="ListNumber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Pour in beef stock (or water + bouillon) until ingredients are just covered.</w:t>
      </w:r>
    </w:p>
    <w:p w:rsidR="00DC1650" w:rsidRPr="0073174F" w:rsidRDefault="0073174F">
      <w:pPr>
        <w:pStyle w:val="ListNumber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Season with bay leaf, thyme, smoked paprika, salt, and pepper. Add a splash of Worcestershire or soy if desired.</w:t>
      </w:r>
    </w:p>
    <w:p w:rsidR="00DC1650" w:rsidRPr="0073174F" w:rsidRDefault="0073174F">
      <w:pPr>
        <w:pStyle w:val="ListNumber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Bring to a boil, then reduce heat and simmer 40–50 minutes, until vegetables are tender and broth is flavorful.</w:t>
      </w:r>
    </w:p>
    <w:p w:rsidR="00DC1650" w:rsidRPr="0073174F" w:rsidRDefault="0073174F">
      <w:pPr>
        <w:pStyle w:val="ListNumber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If adding peas or green beans, stir them in during the last 5 minutes.</w:t>
      </w:r>
    </w:p>
    <w:p w:rsidR="00DC1650" w:rsidRPr="0073174F" w:rsidRDefault="0073174F">
      <w:pPr>
        <w:pStyle w:val="ListNumber"/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t>Adjust seasoning to taste. Serve hot with fresh flatbread.</w:t>
      </w:r>
    </w:p>
    <w:p w:rsidR="00DC1650" w:rsidRPr="0073174F" w:rsidRDefault="0073174F">
      <w:pPr>
        <w:rPr>
          <w:rFonts w:ascii="Times New Roman" w:hAnsi="Times New Roman" w:cs="Times New Roman"/>
        </w:rPr>
      </w:pPr>
      <w:r w:rsidRPr="0073174F">
        <w:rPr>
          <w:rFonts w:ascii="Times New Roman" w:hAnsi="Times New Roman" w:cs="Times New Roman"/>
        </w:rPr>
        <w:br/>
        <w:t>Perfect with your homemade flatbread on a snowy day!</w:t>
      </w:r>
    </w:p>
    <w:sectPr w:rsidR="00DC1650" w:rsidRPr="0073174F" w:rsidSect="007317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350907"/>
    <w:rsid w:val="0073174F"/>
    <w:rsid w:val="00AA1D8D"/>
    <w:rsid w:val="00B47730"/>
    <w:rsid w:val="00CB0664"/>
    <w:rsid w:val="00DC1650"/>
    <w:rsid w:val="00E71856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71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1355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3</cp:revision>
  <dcterms:created xsi:type="dcterms:W3CDTF">2025-09-28T22:31:00Z</dcterms:created>
  <dcterms:modified xsi:type="dcterms:W3CDTF">2025-09-29T00:47:00Z</dcterms:modified>
</cp:coreProperties>
</file>